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Ñett-fukki Téereel Bi</w:t>
      </w:r>
    </w:p>
    <w:p>
      <w:pPr>
        <w:pStyle w:val="ArticleSubtitle"/>
        <w:jc w:val="left"/>
      </w:pPr>
      <w:r>
        <w:rPr>
          <w:rFonts w:ascii="Arial" w:hAnsi="Arial" w:eastAsia="Arial" w:cs="Arial"/>
        </w:rPr>
        <w:t>Waxtu Ragal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Ragalu Belshassar ci bind baat bu mbind mi nga xamlewu ci miir bi du wax rekk ci deeŋam ak mujju juróom-benni nguur gi ci waxi yonent yi ci Biibël, waaye itam ci boppub jamono ci jaar-jaaru yonent yi bi ragal di jàpp buur yi ci suuf. Seen ragal, “ngelaw gu penku” gu Islàam moo ko jur. Seen ragal mel na ni jigéen ju nekk ci metital nguur, te loolu di wone metit buy yokku ndànk-ndànk, di ñëw ak gaaw-gu-yokk. Ragal gi tambalee na ca “waxtu” reeru Belshassar, doonte ca njàlbéenam mu àgg woon 11 Septàmbar 2001. Booba ba tey, ngelaw yi tàmbalee nañoo ruslu ci loxo ñeenti malaaka yi leen tëyeeloon ci jamonoy sëllal giir ñaari téeméeri ñent fukki junni ak ñeenti junni. Jooyug Tirus gi Ezekiel wax, dafay firndeel Tirus ci laaj bi yonent yi laaj: “Ban dëkk moo ni mel ni Tirus, ni bi sànku ca biir géej ga?”</w:t>
      </w:r>
    </w:p>
    <w:p>
      <w:pPr>
        <w:pStyle w:val="ArticleScripture"/>
        <w:jc w:val="left"/>
      </w:pPr>
      <w:r>
        <w:rPr>
          <w:rFonts w:ascii="Times New Roman" w:hAnsi="Times New Roman" w:eastAsia="Times New Roman" w:cs="Times New Roman"/>
        </w:rPr>
        <w:t>Gaali Tarsis yi daan laal sa ngir yaw ci sa jaayukaay; te yees na la, ba nga nekk ku màgg ci ndigalu géej gi. Sa ay rowkat yóbbu nañu la ca ndox yu xóot ya; ngelaw bu penku bi damm na la ci biir géej gi. Sa alal, sa ñëw yu màgg ya, sa njay, sa ay gaawkat géej, ak sa ay jiitekat, sa ay tëjkat gaal, ak ñi yor sa njay, ak say nit ñépp ñu bokk ci xare, ñiy nekk ci yaw, ak mboolem sa mbooloo mi nekk ci sa biir, dinañu daanu ci biir géej gi ca bésu sa yàqute ga. Bérab yi ci wet gi dinañu yengu ndaxat yuuxu say jiitekat. Te ñépp ñiy jàpp galan gi, ay gaawkat géej, ak mboolem jiitekat yi ci géej gi, dinañu wàccé seen gaal, dinañu taxaw ci suuf; dinañu yëgël seen baat ci sa kaw, di jooy jooy gu metti, di sànni pënd ci seen bopp, di walbati ci dóomu ndóx. Dinañu wataralu ba yàgg ngir yaw, di tak ay mbubb mu metti, te dinañu la jooy ak metit gu wér ci xol ak ak yuuxu yu metti. Te ci seen jooy, dinañu yékkati lu ñu naan ngir yaw, di la màggal, naan: Kan dëkk moo mel ni Tir, ni kii ñu alag ci biir géej gi? Bi sa ay njëndeem génnée ca géej ya, feesal nga xeet yu bare; nga gënal buur yi ci suuf ak bareb sa alal ak sa njay. Ca jamono ja nga dina damm ci géej gi, ci xóotayu ndox yi, sa njay ak mboolem sa mbooloo mi nekk ci sa biir dinañu daanu. Ñépp ñi dëkk ci dunu yi dinañu jaaxle ci sa mbir, te seen buur yi dinañu tiit lool, seen kanam dina jàq. Jaaykat yi ci biir xeet yi dinañu la xas; dinga nekk lu tiitloo, te dootoo amati mukk. Esekiyel 27:25–36.</w:t>
      </w:r>
    </w:p>
    <w:p>
      <w:pPr>
        <w:pStyle w:val="ArticleBody"/>
        <w:jc w:val="left"/>
      </w:pPr>
      <w:r>
        <w:rPr>
          <w:rFonts w:ascii="Times New Roman" w:hAnsi="Times New Roman" w:eastAsia="Times New Roman" w:cs="Times New Roman"/>
        </w:rPr>
        <w:t>Tiru mooy dëkk bi, walla nguuru gi, bi jaaykat yi ci suuf di jooy lool ci kawam, te gannaaw loolu lañuy laaj ne: «ban dëkk moo mel ni Tiru?» Noonu lañu koy def ci “waxtu” wi, bi dëkk ba tojjee ci géej gi. Ci Peeñu Yoxaan saaru fukki juróom-ñett, jigéenu ndeyjaay bu Tiru, mi di jigéenu ndeyjaay bu Room, mi def njaaloo ak buur yi ci suuf, te miñ ko xamale ne mooy boobu dëkk bu mag, baayam di ñëw ci benn waxtu, ak ci benn bés. Moom mooy dëkk bi tax buur yi ak jaaykat yi, bi ñuy jooy, di yékkati laajtalu waxu yonent bi.</w:t>
      </w:r>
    </w:p>
    <w:p>
      <w:pPr>
        <w:pStyle w:val="ArticleScripture"/>
        <w:jc w:val="left"/>
      </w:pPr>
      <w:r>
        <w:rPr>
          <w:rFonts w:ascii="Times New Roman" w:hAnsi="Times New Roman" w:eastAsia="Times New Roman" w:cs="Times New Roman"/>
        </w:rPr>
        <w:t>Kon ay masaal yi dina ñëw ci benn bés: dee, naqar ak xiif; te dees na ko lakk ba mu yàqu cig safara, ndax Boroom bi Yàlla miy àtte moom am na doole. Te buur yi ci suuf si, ñi ak moom njaaloo te dund ak moom ci neexal, dinañu jooy ndax moom te ñaawlu ndax moom, bu ñu gisee saxaaru lakkam, taxaw fu sore ndax ragal metitam, naan: “Akaay, akaay, yow dëkk bu mag ba, Babilon, dëkk bu kàttan ba! Ndax ci benn waxtu rekk sa àtte aksi na.” Te jaaykat yi ci suuf si dinañu jooy te naqar ndax moom, ndax kenn jëndatul seen alal-jayati; mooy alal-jayati wurus ak xaalis, ak doj yu wert ak per, ak mbubb mu rafet, ak cuub, ak seris, ak xonq, ak bépp bant buy xet, ak bépp xeetu ndab yu ñu defare ak geñ, ak bépp xeetu ndab yu ñu defare ak bant bu gën a wert, ak xànjar, ak weñ, ak marmar, ak kanela, ak xet yu xeeñ, ak xaalis yu xeeñ, ak cuuraay, ak tus, ak biiñ, ak diwlin, ak sunguf wu rafet, ak pepp, ak jur, ak xar, ak fas, ak gaari, ak jaam, ak bàkkanu nit ñi. Te meññent yi sa xol bëggoon sore nañu la, te lépp lu neexoon te rafetoon sore nañu la, te dootuloo leen gisati mukk. Jaaykat yu alal yooyu, ñi mu bareele woon, dinañu taxaw fu sore ndax ragal metitam, di jooy ak naqar, naan: “Akaay, akaay, dëkk bu mag ba, bi soloon mbubb mu rafet, ak cuub, ak seris, ak xonq, te ñu takk ko wurus, doj yu wert ak per! Ndax ci benn waxtu rekk alal ju réy jii yàqu na.” Te bépp boroom gaal, ak ñépp ñiy dox ci gaal, ak gaalkat yi, ak ñépp ñiy liggéey ci géej, taxaw nañu fu sore, te woo yu kawe bi ñu gisee saxaaru lakkam, naan: “Ban dëkk moo ni mel ni dëkk bu mag bii?” Te sànni nañu pënd ci seen bopp, te woo ak jooy ak naqar, naan: “Akaay, akaay, dëkk bu mag ba, bi ñépp ñi am gaal ci géej bareeloon ndax ay alalam yu ëpp! Ndax ci benn waxtu rekk mu neen.” Peeñu 18:8–19.</w:t>
      </w:r>
    </w:p>
    <w:p>
      <w:pPr>
        <w:pStyle w:val="ArticleBody"/>
        <w:jc w:val="left"/>
      </w:pPr>
      <w:r>
        <w:rPr>
          <w:rFonts w:ascii="Times New Roman" w:hAnsi="Times New Roman" w:eastAsia="Times New Roman" w:cs="Times New Roman"/>
        </w:rPr>
        <w:t>Ubbiinu Peeñug Yeesu Kirist moom dafa ëmb ndigalu Yuuxu Guddi gi. Ndigal loolu mooy ñaareelu waxu Yàlla ci Esekiyel fanweeri juróom-ñaari benn ak juróom-ñaar, buy dundalaat yax yu wow yi dee woon te nëbb ci mbedd yi diirub ñetti fan ak genn-wàll, ba ñuy nekk mbooloo mu am doole. Ndigal loolu mooy ndigal bi ëmb dëgg gi ne, Islam la Boroom bi di jëfandikoo ngir indi atte gu mat ci kaw États-Unis ndax dogalu Dibeer. Atte boobu di ñëw ci “waxtu” bu yengu-yengu gu mag ga, te moom it mooy “waxtu” bi bind mi feeñee ci miirug Belshazzar. Bind boobu jur na ragal ga, gi ñuy teewal ni muy jàpp mboolem buur yi ak jaaykat yi, bi melokaanu koom-koomu suuf sépp di daanu ndax “ngëlaw bu penku” bu Islam, ñoom ñi dugg nañu bu sutura ci nguurug Belshazzar jaarale ko ci suufu “miir” mi ñu bàyyi woon, bi féete bëj-saalum.</w:t>
      </w:r>
    </w:p>
    <w:p>
      <w:pPr>
        <w:pStyle w:val="ArticleBody"/>
        <w:jc w:val="left"/>
      </w:pPr>
      <w:r>
        <w:rPr>
          <w:rFonts w:ascii="Times New Roman" w:hAnsi="Times New Roman" w:eastAsia="Times New Roman" w:cs="Times New Roman"/>
        </w:rPr>
        <w:t>“Dëkk” bi walla nguur gi buur yi ak jaaykat yi di jooy ci moom te naan: “ban dëkk moo mel ni dëkk bu mag bii?” mooy nguur gi jigéen ju ndaw ji Tukkiir, kooku di booba woy ay woyam tey def njaaloo ak ñoom buur yooyu sax. Yonent yépp wax nañu ci mujjug àddina, te ñoom ñépp dëppoo nañu ci seen wax; moo tax jaaykat yi ca Esekiyel ñoo di benn ak jaaykat yi nekk ci Téereb Peeñug Yàlla, sarax 18. Ñetti yoon ci sarax 18 bu Téereb Peeñug Yàlla, dañuy jooy naan: “éy, éy,” bi ñuy daane dëkk bu mag ba ak tabaxal xaalis bu àddina si. Baat bu Gereg bi ñu tekki ne “éy” ci xibaar boobu, mooy benn baat bi sax ñu tekki ñetti yoon ci Téereb Peeñug Yàlla, sarax 8, aaya 13, te foofa ñu ko tekki ak beneen baat bu Àngale.</w:t>
      </w:r>
    </w:p>
    <w:p>
      <w:pPr>
        <w:pStyle w:val="ArticleScripture"/>
        <w:jc w:val="left"/>
      </w:pPr>
      <w:r>
        <w:rPr>
          <w:rFonts w:ascii="Times New Roman" w:hAnsi="Times New Roman" w:eastAsia="Times New Roman" w:cs="Times New Roman"/>
        </w:rPr>
        <w:t>Noonu ma gis, te dégg malaaka buy naaw ci biir asamaan, muy wax ak baat bu réy ne: “Àllaxiraam, àllaxiraam, àllaxiraam ci kaw waa dëkk suuf, ndax baat yu des ci trompeti ñetti malaaka yi, yi bëgg a woluagul!” Apokalips 8:13.</w:t>
      </w:r>
    </w:p>
    <w:p>
      <w:pPr>
        <w:pStyle w:val="ArticleBody"/>
        <w:jc w:val="left"/>
      </w:pPr>
      <w:r>
        <w:rPr>
          <w:rFonts w:ascii="Times New Roman" w:hAnsi="Times New Roman" w:eastAsia="Times New Roman" w:cs="Times New Roman"/>
        </w:rPr>
        <w:t>Buur yi ak jaaykat yi di jooy ngir yàqute koom-koom adduuna bi ak kàddu yi, “ndeyssaan, ndeyssaan,” maanaam “alkande, alkande,” te “Alkande” mooy màndarga Islaam. Raggal gi jàpp Belsasar ak ay kilifaam ba ci saa si bind bi feeñee ci miir mi, mooy raggal gi sosu ndax yàqute tabaxal koom-koom suuf si bépp, buy ame ci ay xarey teg-teg yu dul taxaw yu jógge ci Islaam, mi Yàlla jëfandikoo ngir muy jumtukaayam ci dogal gu àtteem gu mu yor boppam ci kaw ñi naan biiñu Babilon, maanaam doxalin Déwénc bi. Dëgg googu mooy téeméeru “yük” bi ci Esayi ñaar-fukk ak ñett ci jigéen ju moytu ji, mooy “Tir.”</w:t>
      </w:r>
    </w:p>
    <w:p>
      <w:pPr>
        <w:pStyle w:val="ArticleScripture"/>
        <w:jc w:val="left"/>
      </w:pPr>
      <w:r>
        <w:rPr>
          <w:rFonts w:ascii="Times New Roman" w:hAnsi="Times New Roman" w:eastAsia="Times New Roman" w:cs="Times New Roman"/>
        </w:rPr>
        <w:t>Yëgub Tir. Jôyyileen, yenn gaal yi Tarcis; ndaxte dañu ko tas, ba noppi amatul kër, amatul buntu dugg. Ci réewum Kittim lañu leen koy xamal. Noppileen, yéen way-dëkk dunu bi; yaw mi jaaykat yu Sidon, yiy jàll géej gi, wormaal lañu. Te ci ndox mu bare, peppum Sikor, ngóobum dex gi, mooy alalam; te mooy péncum xeeti xeet yi. Rusal, yaa Sidon; ndaxte géej gi wax na, kàttanu géej gi sax naan: “Duma jur metit, duma jur doom; duma yar xale yu góor, duma yékkati jigéen yu ndaw.” Ni ñuy sonnu lool ci dégg-dégg bu Misra, noonu lañuy metti lool buñu dégg xibaaru Tir. Jàllleen ba Tarcis; jôyyileen, yéen way-dëkk dunu bi. Ndax kii mooy seen dëkk bu bànneex, bi cosaanam jëm ba jamono yu yàgg ya? Tànkam rekk mooy ko yóbbu fu sore ngir dëkk fa ab gan. Kan moo fas pexe bii ci kaw Tir, dëkk bi di jagleel kaala, bi jaaykatam di buur, bi way-jënd-jaayam di nit ñu tedd ci suuf si? Aji Sax ji Boroom Mbooloo yi moo ko dogal ngir toroxal réy-réyu ndam lépp, te wàññi ci dara ñi tedd ci suuf si. Rombalal sa réew ni dex, yaa doom Tarcis; doxalin amatul. Mu tàllal loxoom ci kaw géej gi, mu yëngal nguuru yi; Aji Sax ji sant na ci kaw dëkk bu jaaykat yi ngir alag ay tataam yu dëgër. Mu ne: “Dootoo bégati dara, yaw janq buñu sonal, doom Sidon; jógël, jàll ba Kittim; fa sax dootoo fa am noflaay.” Xoolal réewum Kalde yi; xeet woowu nekku woon, ba tax Asiri moo ko sampal ñi dëkk ca màndiŋ ma; ñu taxaw ay kër yu kawe yi, ñu yékkati ay këram buur; te mu daldi ko yàq. Jôyyileen, yenn gaal yi Tarcis; ndaxte seen kàttan tas na. Te dina am bés booba, ba fàtte Tir di juróom-ñaar-fukki at, ni fani benn buur; gannaaw mujju juróom-ñaar-fukki at ma, Tir dina woy ni jigéen ju ñuy fay. Jëlal sab xalam, wër dëkk bi, yaw jigéen jañu fàtte; sabaral bu baax, woyal ay woy yu bare, ngir ñu fàttaliku la. Te dina am gannaaw mujju juróom-ñaar-fukki at ma, Aji Sax ji dina seeti Tir, te dina dellu ci peyam, te dina njaaloo ak mbooleem nguuru àddina si ci kaw suuf. Te jaayam ak peyam dina doon sellal ndax Aji Sax ji; deesuko denc mbaa tëral, ndaxte alalam dina doon ñeel ñi dëkk fa kanam Aji Sax ji, ngir ñu lekk ba suur te sol yére yu sax. Esayi 23:1–18.</w:t>
      </w:r>
    </w:p>
    <w:p>
      <w:pPr>
        <w:pStyle w:val="ArticleBody"/>
        <w:jc w:val="left"/>
      </w:pPr>
      <w:r>
        <w:rPr>
          <w:rFonts w:ascii="Times New Roman" w:hAnsi="Times New Roman" w:eastAsia="Times New Roman" w:cs="Times New Roman"/>
        </w:rPr>
        <w:t>Juróom-ñaar fukki at yi, te mooy ni “fan yu benn buur”, dañu koy tektal ci nguurug Babilon, ndax buur mooy nguur, te Babilon gu dëgg gi nguuru na juróom-ñaar fukki at. Juróom-ñaar fukki at yi yu Babilon gu dëgg jeex nañu ci “waxtu” wi mbind mi feeñee ci taax yi ci néegu reeru Belshazzar. Ci googu guddi lañu ko rey, ci dooley kàttan ga ñëw jaar ci “taax” ba kenn seetlu ko, ndaxte moo doon def xewu naan biiñu Babilon, fekk orkestaru Nebukadnesar di xale mbëggteem, jigéen ju ndeyjoor Tiru di woy taalifi neex, te Israayil gu daanu di fecc, di sujjóot.</w:t>
      </w:r>
    </w:p>
    <w:p>
      <w:pPr>
        <w:pStyle w:val="ArticleBody"/>
        <w:jc w:val="left"/>
      </w:pPr>
      <w:r>
        <w:rPr>
          <w:rFonts w:ascii="Times New Roman" w:hAnsi="Times New Roman" w:eastAsia="Times New Roman" w:cs="Times New Roman"/>
        </w:rPr>
        <w:t>Noonu ragal jàpp na ñépp ñi ci bokk, ndax Yàlla “dafa dogaloon mbir ci Tir” te “mu fas yéene” “ngir toroxal réy-réyu bépp ndam, te wàññi ci sàggane bépp ku tedd ci suuf si.” Moo tax Yàlla “yëngaloon nguuru-nguuru yi” ak “yëngu-yëngu suuf bu réy” bu “waxtu” woowu, ndax Yàlla “dafa joxe woon ndigal ci buuru jaaykat ba”, ngir “daanel ay tata yu dëgër yaam.” Ci “waxtu” woowu bu ragal ngir Belsasar, buur yi ak jaaykat yi tàmbalee seet ngir xam li kàddu yu taal ya ci miir ma tekki. Deeji Belsasar jëm na ci kanam, waaye ci booba mu ngi feeñ ne mu ngi dund. Moo tax mu seetoon a xam kàddu yu kumpa yu woowu, te mu digle pey yi nit ñi xam-xam yi, su fekkee ne ñoom man naañu firi bind mi; waaye loolu mënu ko am, ndax xam-xamkat yi ci Babilon dañuy jëfandikoo yoonu gëstu Mbind mi, waaye muy naaféq gu dëggu. Kàddu yu kumpa yu woowu mel nañu ni peeñu téere bu tëj.</w:t>
      </w:r>
    </w:p>
    <w:p>
      <w:pPr>
        <w:pStyle w:val="ArticleScripture"/>
        <w:jc w:val="left"/>
      </w:pPr>
      <w:r>
        <w:rPr>
          <w:rFonts w:ascii="Times New Roman" w:hAnsi="Times New Roman" w:eastAsia="Times New Roman" w:cs="Times New Roman"/>
        </w:rPr>
        <w:t>Noonu ñëw mboolem xam-xam yu buur ba yépp; waaye mënuñu woon a jàng mbind mi, te mënuñu woon it a xamal buur ba tekkiinu moom. Noonu Buur Belshazzar tiit lool, ba soppiw ay kanamam ci moom, te sangam yi yépp jaaxle lool. Kon nag buur jigéen bi, ndax waxi buur ba ak waxi sangam yi, dugg ca néegu reer ga; te buur jigéen bi wax ne: Yow buur bi, dundal ba fàww; bul bàyyi sa xel di la sonal, te bul bàyyi sa kanam di soppeeku. Am na góor ci sa nguur gi, ku Xelum yàlla yu sell yi nekk ci moom; te ci fan yi sa baay doon buur, leer gi ak xam-xam ak xel mu rafet, ni xelu yàlla yi, fekk nañu ko ci moom; te Nebukadneccar, sa baay, buur bi, maa ngi wax, sa baay, defoon na ko njiitu boroom njibar, ak boroom xët yi, ak Kalde yi, ak rombkat yi; ndaxte xel mu màgg, ak xam-xam, ak xamle, ak tekki gént, ak firndeel wax yu dëgër yi, ak indi leer ci ay werante, fekk nañu ko ci Daniel moomu, mi buur bi tuddoon Belteshazzar. Léegi nañu woo Daniel, te dina wone tekkiin wi. Noonu indi nañu Daniel fa kanam buur ba. Te buur bi wax ak Daniel ne ko: Ndax yaa di Daniel jooju, bokk ci njabootu yéen ñi ñu jàppoon nekk jaam, ñi Yuda, ñi buur bi, sama baay, génne woon réewu Yuda? Dégg naa ci yaw ne xelum yàlla yi nekk na ci yaw, te leer gi ak xamle ak xel mu màgg fekk nañu ko ci yaw. Te léegi indi nañu ma mboolem xam-xamkat yi ak boroom xët yi, ngir ñu jàng mbind mii, te xamal ma tekkiinu moom; waaye mënuñu woon a wone tekkiinu mbir mi. Te dégg naa ci yaw ne man ngaa tekki, te faj werante yi. Léegi nag, su fekkee mën nga jàng mbind mi, te xamal ma tekkiinu moom, dees na la sol mbubb mu xonq, te takkal la gàjj-gold ci sa baat, te dinga doon ñetteelu boroom kilifteef ci nguur gi. Daniel 5:8–16.</w:t>
      </w:r>
    </w:p>
    <w:p>
      <w:pPr>
        <w:pStyle w:val="ArticleBody"/>
        <w:jc w:val="left"/>
      </w:pPr>
      <w:r>
        <w:rPr>
          <w:rFonts w:ascii="Times New Roman" w:hAnsi="Times New Roman" w:eastAsia="Times New Roman" w:cs="Times New Roman"/>
        </w:rPr>
        <w:t>Bu buur buy nekkuloon soxna Belshazzar, waaye mooy buur buy jigéenu magam, te xamoon na kan mooy ki man a jàng mbind mi nekk ci miir bi. Am na woon benn kërceen (ndaxte jigéen mooy kërceen ci yëgle gu yonent), ci nguur ga, bu xamoon kan mooy ki man a xam kumpay Yàlla yi.</w:t>
      </w:r>
    </w:p>
    <w:p>
      <w:pPr>
        <w:pStyle w:val="ArticleScripture"/>
        <w:jc w:val="left"/>
      </w:pPr>
      <w:r>
        <w:rPr>
          <w:rFonts w:ascii="Times New Roman" w:hAnsi="Times New Roman" w:eastAsia="Times New Roman" w:cs="Times New Roman"/>
        </w:rPr>
        <w:t>«Am na woon buur bu ëpp na ñépp,—jëkkëru baay-u-màndarga Belshazzar. Ci jafe-jafe boobu mu wax ak buur bi ay wax yu yónni benn leer ci biir lëndëm gi. Mu ne: “Yow buur bi, dundal ba fàww; bu sa xel yi la jaaxle, te bu sa kanam soppeku. Am na góor ci sa nguur gi, ci moom la ruu yi Yàlla yu sell ya nekk; te ci fan yi sa baay, leer ak xam-xam ak xel mu rafet, mel ni xel mu rafet bu yàlla yi, giseesoon na ko ci moom; te buur Nebukadnezzar, sa baay, buur bi, maa ngi wax, sa baay, def na ko kilifag jëfkat sihr yi, xayma-kàddu yi, Kaldéen yi, ak ñiy wax lu ëllëg; …léegi nañu woo Daniyel, te mooy wone tekkiin bi.”»</w:t>
      </w:r>
    </w:p>
    <w:p>
      <w:pPr>
        <w:pStyle w:val="ArticleScripture"/>
        <w:jc w:val="left"/>
      </w:pPr>
      <w:r>
        <w:rPr>
          <w:rFonts w:ascii="Times New Roman" w:hAnsi="Times New Roman" w:eastAsia="Times New Roman" w:cs="Times New Roman"/>
        </w:rPr>
        <w:t>«Noonuñu Daniel ci kanam buur bi.» Bi Belshassar di jéem a dëgërloo boppam te wone sañ-sañam, mu ne: «Ndax yaay Daniel ja, mi bokk ci ñi ñu jaamloo ci Yuda, ñi buur bi, sama baay, génne woon réewum Yude? Dégg naa sax ci yow ne ruuhu yàlla yi nekk na ci yaw, te leer, ak xam-xam, ak xel mu màgg, fekk nañu ko ci yaw…. Léegi nag, su fekkee mën nga jàng mbind mi, te xamal ma tekkiinu ko, dees na la sol mbubb mu xonq, te takkal la jénjéenu wurus ci sa baat, te dinga nekk ki ñetteelu ci nguur gi.»</w:t>
      </w:r>
    </w:p>
    <w:p>
      <w:pPr>
        <w:pStyle w:val="ArticleScripture"/>
        <w:jc w:val="left"/>
      </w:pPr>
      <w:r>
        <w:rPr>
          <w:rFonts w:ascii="Times New Roman" w:hAnsi="Times New Roman" w:eastAsia="Times New Roman" w:cs="Times New Roman"/>
        </w:rPr>
        <w:t>“Danyeel yëgagul woon buur bi ndax melokaanam, te waxam it jaaxalu ko walla ragal ko. Mu tontu ne: ‘Na sa may yi nekkal la, te jox sa neexal yi kenn ku neen; waaye dinaa jàng bind bi ci kanamu buur bi, te xamal ko li mu di tekki. Yow, éey buur bi, Yàlla Aji Kawe ji moo joxoon Nebukadnesar, sa baay, nguur, màggal, ndam ak terànga…. Waaye bi xolam yékkatee, te xelam dëgër ci réy-réylu, ñu wàcce ko ci gàngunaayu buur, te ñu dindi ci moom ndamam…. Te yow, doomam, éey Belsasar, wóomaloo sa xol, doonte xamoon nga loolu lépp, waaye yékkaloo sa bopp ci Yàlla Asamaan si; te ñu indi jëfekaayu këram ci sa kanam, te yow, ak say njiit, say jabar, ak say jigéen yu nga yor, ngeen naan ci seen biir, te màggal ngeen yàlla yi yu xaalis, wurus, xànjar, weñ, bant ak doj, yi gisul, déggul, xamul; te Yàlla ji sa ngéem nekke ci ay loxoom, te yoonu sa dund yépp bokk ci moom, moom nag, màggaloo ko.’”</w:t>
      </w:r>
    </w:p>
    <w:p>
      <w:pPr>
        <w:pStyle w:val="ArticleScripture"/>
        <w:jc w:val="left"/>
      </w:pPr>
      <w:r>
        <w:rPr>
          <w:rFonts w:ascii="Times New Roman" w:hAnsi="Times New Roman" w:eastAsia="Times New Roman" w:cs="Times New Roman"/>
        </w:rPr>
        <w:t>«Li la mbind miñ bindoon: Mene, Mene, Tekel, Upharsin. Li mooy tekki mbir mi: Mene: Yàlla waññ na sa nguur te jeexal na ko. Tekel: Ñu ngi la natt ci màndargay yi, te gis nañu ne amuloo dayo. Peres: Sa nguur seddoo na te joxees na ko Med yi ak Perse yi.»</w:t>
      </w:r>
    </w:p>
    <w:p>
      <w:pPr>
        <w:pStyle w:val="ArticleScripture"/>
        <w:jc w:val="left"/>
      </w:pPr>
      <w:r>
        <w:rPr>
          <w:rFonts w:ascii="Times New Roman" w:hAnsi="Times New Roman" w:eastAsia="Times New Roman" w:cs="Times New Roman"/>
        </w:rPr>
        <w:t>“Danyeel récculuwul woon ci yaramam. Mu teg bàkkaaru buur bi ci kanamam, di ko won njàngat yi mu mën a jàng waaye jàngu ko woonul. Belsasaar déggul woon xew-xew yi muy lu am solo lool ci moom. Jàngu woonul njàngaanu màamam ba baax. Sàmmu xam dëgg dees na ko teg woon, waaye njàngatu jëf yi mu mën a jàng te doxale ko, duggul woon ci xolam; te yoonam jural na ñëwum àtte bu wóor bi.</w:t>
      </w:r>
    </w:p>
    <w:p>
      <w:pPr>
        <w:pStyle w:val="ArticleScripture"/>
        <w:jc w:val="left"/>
      </w:pPr>
      <w:r>
        <w:rPr>
          <w:rFonts w:ascii="Times New Roman" w:hAnsi="Times New Roman" w:eastAsia="Times New Roman" w:cs="Times New Roman"/>
        </w:rPr>
        <w:t>«Lii mooyoon na bu mujj gu ngëmbi, gu buur bu Kaldé yi defoon; ndaxte Moom mi muñal nit ñi lu yàgg ci seen jubadi, dogal bu dul dellusi woon na ko. Belshassar toroxaloon na lool Ki ko yékkatiloon mu nekk buur, te waxtu nattuam nekkatuwoon na ko. Bi buur bi ak ay magam nekkee ca kaw sëf ba ci seen bànnebaan, waa Pers yi dindi nañu Dexu Efrat ci yoonam, daldi dugg ci dëkk ba ñu taxawul. Bi Belshassar ak ay kilifayam di naan ci yërë yu sell yi Yexowa, di màggal seen yàlla yi xaalis ak wurus, Kirus ak ay xarekatam taxawoon nañu ci suufu tata yi kër guuru gi. “Ci guddi googu,” nii mbind mi waxe, “rey nañu Belshassar, buurub waa Kaldé yi. Te Dariyus, Med bu góor, jël na nguur gi.”» Bible Echo, Mee 2, 1898.</w:t>
      </w:r>
    </w:p>
    <w:p>
      <w:pPr>
        <w:pStyle w:val="ArticleBody"/>
        <w:jc w:val="left"/>
      </w:pPr>
      <w:r>
        <w:rPr>
          <w:rFonts w:ascii="Times New Roman" w:hAnsi="Times New Roman" w:eastAsia="Times New Roman" w:cs="Times New Roman"/>
        </w:rPr>
        <w:t>Ci biir jafe-jafe gi, buur bu jigéen bi (ab kërceen), xam ne am na benn kërgóor gu man a xamle “Ëllëg bu Amerig”. Daniel dellu naat taxaw ci wàllam ngir matal ay mbirami ci mujjug fan yi. Seedeem rakk buñ joxee ci safara si Ndawraax, Mesak ak Abednego, léegi Daniel mooy ko joxe, bi muy yokk ci sàrtu dëgg ne ci “waxtu” jafe-jafe yoonu Dibes bi, ñi di teewloo rakk bi dees na leen indil kanamu boroom nguur yi ngir seedeel dëgg gi.</w:t>
      </w:r>
    </w:p>
    <w:p>
      <w:pPr>
        <w:pStyle w:val="ArticleScripture"/>
        <w:jc w:val="left"/>
      </w:pPr>
      <w:r>
        <w:rPr>
          <w:rFonts w:ascii="Times New Roman" w:hAnsi="Times New Roman" w:eastAsia="Times New Roman" w:cs="Times New Roman"/>
        </w:rPr>
        <w:t>“‘Dina leen jébbale ci kanam kureel yi, … waaye itam dinañu leen yóbbu ci kanam boroom réew yi ak buur yi ngir sama tur, ngir seedeel leen ak xeet yi dul Yawut yi.’ Macë 10:17, 18, R. V. Fitna dina siiwal leer gi. Jaamu Kirist yi dinañu leen yóbbu ci kanam magi àddina si, ñoom ñi, bu ko dul woon lii, mënuloon a dégg xebaar bu baax bi mukk. Dëgg gi, dañu ko jàppalé woon ci anam wu jubadi. Nit ñi dégg nañu wax ju dul dëgg yu jëm ci ngëmug taalibe yi Kirist. Yenn saa, benn yoon rekk ngir xam dundam dëgg mooy seede bi ñiy teg ci kanam àttekat yi ndax seen ngëm. Bi ñuy leen seetlu, war nañu tontu, te seen àttekat yi war nañu déglu seede bi ñuy wax. Yàlla dina jox ay jaamam yi yiwam ngir mu matale leen ci jamono jooju. “Dinañu leen ko jox,” la Yeesu wax, “ci waxtu woowu li ngeen wara wax. Ndax du yéen di wax, waaye Xelum seen Baay moo di wax ci yéen.” Bu Xelum Yàlla leeralee xeli ay jaamam, dees na wone dëgg gi ci dooleem gu Yàlla ak ci njariñam wu wert. Ñi bañ dëgg gi dinañu taxaw ngir jiiñ taalibe yi ak sonal leen. Waaye ci biir ñàkk, ak ci biir metit, ba ci dee sax, doom yi Boroom bi war nañu feeñal lewet ak woyofal wu roy seen Royukaay bu Yàlla. Noonu lañuy gis wuute gi nekk diggante ndawi Seytaane ak tegu-kaani Kirist. Musalkat bi dees na ko kaweel ci kanam kilifa yi ak mbooloo mi.” The Desire of Ages, 354.</w:t>
      </w:r>
    </w:p>
    <w:p>
      <w:pPr>
        <w:pStyle w:val="ArticleBody"/>
        <w:jc w:val="left"/>
      </w:pPr>
      <w:r>
        <w:rPr>
          <w:rFonts w:ascii="Times New Roman" w:hAnsi="Times New Roman" w:eastAsia="Times New Roman" w:cs="Times New Roman"/>
        </w:rPr>
        <w:t>Ni muy mel ni ñetti nit ñaar ñi ñu teddal woon, Daniyeel bëggul woon benn may, te waruloon it a waajal li mu naroon wax. Mu joxe rekk ci anam gu yomb tekki gi ñeel “juróom-ñaari jamono,” yi ñu wone woon ci miir mi.</w:t>
      </w:r>
    </w:p>
    <w:p>
      <w:pPr>
        <w:pStyle w:val="ArticleBody"/>
        <w:jc w:val="left"/>
      </w:pPr>
      <w:r>
        <w:rPr>
          <w:rFonts w:ascii="Times New Roman" w:hAnsi="Times New Roman" w:eastAsia="Times New Roman" w:cs="Times New Roman"/>
        </w:rPr>
        <w:t>Nun dina kontine jaar-jaaru Belshazzar ci beneen mbind mi ci topp.</w:t>
      </w:r>
    </w:p>
    <w:p>
      <w:pPr>
        <w:pStyle w:val="ArticleScripture"/>
        <w:jc w:val="left"/>
      </w:pPr>
      <w:r>
        <w:rPr>
          <w:rFonts w:ascii="Times New Roman" w:hAnsi="Times New Roman" w:eastAsia="Times New Roman" w:cs="Times New Roman"/>
        </w:rPr>
        <w:t>«Ñi ñu amul yëram ci liggéeyu Yàlla, dañuy ñàkk njub ak doxalin yu dëgër; seeni xalaat ak seeni bëgg-bëgg nekkul ci melokaan moo leen war a yóbbu ngir tànn lu jub ci bépp fan ak ci bépp mbir. Jaamu Yàlla yi war nañu a xam saa su nekk ne ñu ngi nekk ci kanamu ki leen di liggéeyloo. Ki doon seetaan reer gu sellul gi Belshatsar defoon, moom moo nekk itam ci sunu bépp kurum, ci këru jëfandikukat biy waññi xaalis, ak ci atelie bu nit moom; te loxo loolu amul deret di bind ak wóor ni nga bàyyi sa warugar, ni mu bindoon mbugal mu ragal aji-bëggkat buur ba. Yeddguba Belshatsar bindoon na ko ak ay wax yu mel ni safara: “Ñu ngi la natt ci pons yi, te gis nañu ne yagg nga.” Te bu fekkee ne danga lañk a matal say wareef yi Yàlla jox la, sa yeddgu dina mel noonu.»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Ñett-fukki Téereel Bi</dc:title>
  <dc:subject>Waxtu Ragal gi</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