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Daaniyel — Juróom-fukki Téere</w:t>
      </w:r>
    </w:p>
    <w:p>
      <w:pPr>
        <w:pStyle w:val="ArticleSubtitle"/>
        <w:jc w:val="left"/>
      </w:pPr>
      <w:r>
        <w:rPr>
          <w:rFonts w:ascii="Arial" w:hAnsi="Arial" w:eastAsia="Arial" w:cs="Arial"/>
        </w:rPr>
        <w:t>Ubbi kumpay yéen yi ci waxu yëgleb Daniyeel 8: xam-xamu Palmoni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2024-01-14</w:t>
      </w:r>
    </w:p>
    <w:p>
      <w:pPr>
        <w:pStyle w:val="ArticleBody"/>
        <w:jc w:val="left"/>
      </w:pPr>
      <w:r>
        <w:rPr>
          <w:rFonts w:ascii="Times New Roman" w:hAnsi="Times New Roman" w:eastAsia="Times New Roman" w:cs="Times New Roman"/>
        </w:rPr>
        <w:t>Ci saa giiru téereb Dañeel aji juróom-ñaar, ñu jox Dañeel vision bu jëm ci nguuru yi ci waxi yonent ci Biibël, te gannaaw loolu mu dégg waxtaan wu asamaan, wu ñu teewal ci benn laaj ak benn tontu.</w:t>
      </w:r>
    </w:p>
    <w:p>
      <w:pPr>
        <w:pStyle w:val="ArticleScripture"/>
        <w:jc w:val="left"/>
      </w:pPr>
      <w:r>
        <w:rPr>
          <w:rFonts w:ascii="Times New Roman" w:hAnsi="Times New Roman" w:eastAsia="Times New Roman" w:cs="Times New Roman"/>
        </w:rPr>
        <w:t>Noonu dégg naa benn gaayi Yàlla buy wax, te beneen gaayi Yàlla ne gaayi Yàlla ja jooju doon wax: “Ba kaña la peeñ gu jëm ci sarax su bés-bés, ak tooñ gu yóbbu yàqule, di jox kër Yàlla ak mbooloo mi ngir ñu dàq leen ci suuf?” Noonu mu ne ma: “Ba ci ñaari junni ak ñetti téeméeri fan; gannaaw loolu dees na setal kër Yàlla.” Daniel 8:13, 14.</w:t>
      </w:r>
    </w:p>
    <w:p>
      <w:pPr>
        <w:pStyle w:val="ArticleBody"/>
        <w:jc w:val="left"/>
      </w:pPr>
      <w:r>
        <w:rPr>
          <w:rFonts w:ascii="Times New Roman" w:hAnsi="Times New Roman" w:eastAsia="Times New Roman" w:cs="Times New Roman"/>
        </w:rPr>
        <w:t>Ñaari fukk ak ñaar yi njëkk dafa teewal gis-gis bi, te aaya fukk ak ñett ak fukk ak ñeent yi di wax ci beneen gis-gis. Ni ci ñaari baat yu wuute ci xebraayik te ñépp ñuy tekki leen ne “jàllale” walla “dindi,” ak itam ñaari baat yu wuute ci xebraayik te ñépp ñuy tekki leen ne “santuweer,” noonu itam ci Daniel saar 8 am na ñaari baat yu wuute ci xebraayik, te ñépp ñuy tekki leen ne “gis-gis.”</w:t>
      </w:r>
    </w:p>
    <w:p>
      <w:pPr>
        <w:pStyle w:val="ArticleBody"/>
        <w:jc w:val="left"/>
      </w:pPr>
      <w:r>
        <w:rPr>
          <w:rFonts w:ascii="Times New Roman" w:hAnsi="Times New Roman" w:eastAsia="Times New Roman" w:cs="Times New Roman"/>
        </w:rPr>
        <w:t>Bu dees na ci ñaari baat yi ñu tekki ni “dindi,” teolog yi ci Adventism di wax ne war na ñu jëfandikoo leen ñoom ñaar ñépp ngir tekki “dindi.” Bu dees na ci ñaari baat yi ñu tekki ni “bérab bu sell,” teolog yi ci Adventism di wax ne war na ñu jëfandikoo leen ñoom ñaar ñépp ngir tekki “bérab bu sell Yàlla,” te bu dees na ci ñaari baat yi ñu tekki ni “peeñu,” teolog yi ci Adventism, benn yoonaat, di bañ a teye wuute yi nekk ci diggante ñaari baat yooyu. Wuute woowu amoon na solo lool ci Daniel, ba tax mu jëfandikoo ci xel mu dal ñaari baat yu Ebrew yu wuute lool, ba tax nun it war na nu xam te saxal wuute woowu. Baat bi ñu tekki ni “peeñu” ci saraxalekat bi fukki ak ñett, mooy baat bu Ebrew bi ñuy wax “chazon,” te maanaam mooy gént, xamle, walla waxu Yàlla—ab peeñu.</w:t>
      </w:r>
    </w:p>
    <w:p>
      <w:pPr>
        <w:pStyle w:val="ArticleBody"/>
        <w:jc w:val="left"/>
      </w:pPr>
      <w:r>
        <w:rPr>
          <w:rFonts w:ascii="Times New Roman" w:hAnsi="Times New Roman" w:eastAsia="Times New Roman" w:cs="Times New Roman"/>
        </w:rPr>
        <w:t>Baatu “peeñ” bi, am na ci fukki yoon ci Daniel saar juróom-ñett, waaye mu waral ñaari baat yu wuute ci Ebre. “Chazon,” mi nekk ci saar fukk ak ñett, gis nañu ko itam ci saar bu njëkk bi, gannaaw ga ñaari yoon ci saar ñaareel bi, te lu wóor mooy ci saar fukk ak ñett, ak benn yoon ci saar yi fukk ak juróom, fukk ak juróom-ñaari, ak ñaar-fukk ak juróom-benn. Juróom-ñaari yoon ci fukki yoon yi baatu “peeñ” feeñee ci Daniel saar juróom-ñett, mooy baatu “chazon,” te li muy tekki rekk mooy “ab peeñ”.</w:t>
      </w:r>
    </w:p>
    <w:p>
      <w:pPr>
        <w:pStyle w:val="ArticleBody"/>
        <w:jc w:val="left"/>
      </w:pPr>
      <w:r>
        <w:rPr>
          <w:rFonts w:ascii="Times New Roman" w:hAnsi="Times New Roman" w:eastAsia="Times New Roman" w:cs="Times New Roman"/>
        </w:rPr>
        <w:t>Ñetti yeneen ñaari yoon yu ñett yi baat bi “vision” feeñee ci Daniel saar ñaareelu juróom-ñett, mooy baat bu Ebraayik bi “mareh,” te tekki gis-gis; walla melokaan. Ci saar ñaareelu juróom-ñett, baat bu Ebraayik bi “mareh” itam, benn yoon dañu ko tekkiwul nekk “vision,” waaye nekk “appearance,” noonu di wone gën a matal tekkiinu baat bi. Lu tax Daniel jëfandikoo ñaari baat yu Ebraayik yu wuute, te seen tekkiin jege lool ba baatkat yi jàppe leen ni benn baat lañu? Ndax am na solo?</w:t>
      </w:r>
    </w:p>
    <w:p>
      <w:pPr>
        <w:pStyle w:val="ArticleScripture"/>
        <w:jc w:val="left"/>
      </w:pPr>
      <w:r>
        <w:rPr>
          <w:rFonts w:ascii="Times New Roman" w:hAnsi="Times New Roman" w:eastAsia="Times New Roman" w:cs="Times New Roman"/>
        </w:rPr>
        <w:t>«Bépp pexe yu nekk ci Kàddug Yàlla am na sa bérab, te bépp dëgg am na li mu indi. Te tabax bu mat sëkk bi, ci qorsam ak ci yëfandikoom, di seedeel Boroomam. Tabax bu mel nii, xel bu dul bu Ki dul Jeex rekk moo ko man a xeebsii walla bind.» Education, 123.</w:t>
      </w:r>
    </w:p>
    <w:p>
      <w:pPr>
        <w:pStyle w:val="ArticleBody"/>
        <w:jc w:val="left"/>
      </w:pPr>
      <w:r>
        <w:rPr>
          <w:rFonts w:ascii="Times New Roman" w:hAnsi="Times New Roman" w:eastAsia="Times New Roman" w:cs="Times New Roman"/>
        </w:rPr>
        <w:t>Tontu ñaareel laaj ba mooy Waaw; ne am na solo bu dëgg ci lu tax Daniel defee wuutale googu. Moo tax, kon, nekk na warugar jangkat yëgleb yi mu seet ba xam laaj bu njëkk ba, miy laaj lu tax Daniel defee wuutale gi. Wuutale yi mu def ci mbirum kàddu gi ñu tekki ne “santuwéer,” ak kàddu gi ñu tekki ne “dindi,” am nañu njariñ yu dul jeex; kon, lu tax kenn di yaakaar ne kàddu gi ñu tekki ne “peeñ” doo am solo noonu? “Bépp dëgg-dëgg” am na “sa wàllam” “ci Kàddug Yàlla,” te dafa jëfandikoo ci “tabaxte” bu yëgleb bi, ak ci matug yëgleb ga bi ñu ko “jëfeelee.”</w:t>
      </w:r>
    </w:p>
    <w:p>
      <w:pPr>
        <w:pStyle w:val="ArticleBody"/>
        <w:jc w:val="left"/>
      </w:pPr>
      <w:r>
        <w:rPr>
          <w:rFonts w:ascii="Times New Roman" w:hAnsi="Times New Roman" w:eastAsia="Times New Roman" w:cs="Times New Roman"/>
        </w:rPr>
        <w:t>Bi nu tàmbalee seet baat bi di “peeñ,” ci saar ñetteel baat ñaar, am na ab “mbir” bu am “jëfandikoo” ci seede Daniel, mooy kan moo tontoo laaj bi nekk ci Daniel saar ñetteel baat ñaar fukk ak ñett ak baat ñent ak ñett, ne: “Ba ci ñaari junni ak ñetti téeméer fan ak ñaar téeméeri fan; gannaaw loolu, kër Yàlla gi dinañu ko sellal.”</w:t>
      </w:r>
    </w:p>
    <w:p>
      <w:pPr>
        <w:pStyle w:val="ArticleBody"/>
        <w:jc w:val="left"/>
      </w:pPr>
      <w:r>
        <w:rPr>
          <w:rFonts w:ascii="Times New Roman" w:hAnsi="Times New Roman" w:eastAsia="Times New Roman" w:cs="Times New Roman"/>
        </w:rPr>
        <w:t>Am na ñent a xaq yu am “jëfandikoo” bu jub ci Daniel saar ñetteel juróom-ñaareel, yu ma bëgg a jëfandikoo. Benn mooy ne, gis-gisu dexu Ulai, xamleef lañu ko sëriñeel ngir fan yu mujj yi, te itam mooy misaal bi di “xam-xam” bu téereb Daniel bi ñu “ubbi” ca “waxtu mujj” ga ci atum 1798.</w:t>
      </w:r>
    </w:p>
    <w:p>
      <w:pPr>
        <w:pStyle w:val="ArticleScripture"/>
        <w:jc w:val="left"/>
      </w:pPr>
      <w:r>
        <w:rPr>
          <w:rFonts w:ascii="Times New Roman" w:hAnsi="Times New Roman" w:eastAsia="Times New Roman" w:cs="Times New Roman"/>
        </w:rPr>
        <w:t>“War naa ngir jàngu Kàddu Yàlla bu gëna jege baatu. Rawatina, war nañu jox Daniel ak Peeñ mi xel lu ëpp lu ñu ko mas a jox ci jaar-jaaru liggéey bi sunuy toppandoo. Mën na am ay wetu yu nekk ñu wara wax ci ñoom lu gëna néew, ci lu jëm ci dooley Room ak paap bi, waaye war nañu woo xel nit ñi ci li yonent yi ak ndaw yi bind, ci dooleb xel mu Yàlla. Xel mu Sell mi moo tëral mbir yi noonu, ci joxeeb yonent bi ak ci xew-xew yi ñu feeñal, ngir jàngale ne nit ki di jëfandikoo war nañu ko denc ba ñu bañ koo gis, mu nëbb ci Kirist, te Boroom bi di Yàllay asamaan ak yoonam ñoo wara màggal.”</w:t>
      </w:r>
    </w:p>
    <w:p>
      <w:pPr>
        <w:pStyle w:val="ArticleScripture"/>
        <w:jc w:val="left"/>
      </w:pPr>
      <w:r>
        <w:rPr>
          <w:rFonts w:ascii="Times New Roman" w:hAnsi="Times New Roman" w:eastAsia="Times New Roman" w:cs="Times New Roman"/>
        </w:rPr>
        <w:t>“Jàngal téereb Daniyeel. Wooteel, benn ba benn, jaar-jaaru buur-yi fañu tegtal. Xoolleen way-uurlukat-yi, ndaje-yi, ak mboolooy xare yu am doole, te gis ni Yàlla liggéeye woon ngir suufeel réy-réyu nit, te sànni ngóorug nit ci dust. Yàlla rekk lañu wone ne mooy Ku mag. Ci peeñum yonent bi, gis nañu ko muy daaneel benn kilifa bu am kàttan te taxawal beneen. Feeñ na ne Moom mooy Buurub àddina si yépp, di waajal a taxawal Nguuram gu sax ba fàww—the Ancient of days, the living God, the Source of all wisdom, the Ruler of the present, the Revealer of the future. Jàngal te xam ni nit ki nag day néew, day yàqu, dundam gàtt na, day juum, te am tooñ bu réy, bu yékkatee boppam ci neen.”</w:t>
      </w:r>
    </w:p>
    <w:p>
      <w:pPr>
        <w:pStyle w:val="ArticleScripture"/>
        <w:jc w:val="left"/>
      </w:pPr>
      <w:r>
        <w:rPr>
          <w:rFonts w:ascii="Times New Roman" w:hAnsi="Times New Roman" w:eastAsia="Times New Roman" w:cs="Times New Roman"/>
        </w:rPr>
        <w:t>“Xel Mu Sell mi jaarale ci Isaañ may nu jublu ci Yàlla, Yàlla ju dund ji, muy li gën a am solo ci sunu xel—ci Yàlla ni mu feeñee ci Kirist. ‘Ndaxte ab xale juddu na nu ko, doom ju góor joxees na nu ko: te nguur gi dina nekk ci wexeem; te turam dinañu ko wax Musibaakoon, Boroom Xel mu baax, Yàlla ju màgg ji, Baay bi di sax ba fàww, Buurub Jàmm’ [Isaiah 9:6].”</w:t>
      </w:r>
    </w:p>
    <w:p>
      <w:pPr>
        <w:pStyle w:val="ArticleScripture"/>
        <w:jc w:val="left"/>
      </w:pPr>
      <w:r>
        <w:rPr>
          <w:rFonts w:ascii="Times New Roman" w:hAnsi="Times New Roman" w:eastAsia="Times New Roman" w:cs="Times New Roman"/>
        </w:rPr>
        <w:t>“Leer gi Daniel jële woon ci Yàlla ci jub, joxeef na ko ngir bu baax ci ñi mujj yi. Peeñ yi mu gisoon ci wetu dexu Ulai ak Hiddekel, dex yu mag ya ca Sinar, léegi dañu nekk ci yoonu mat, te bépp xew-xew bu ñu waxoon ci kanam dina yàggul dara ba am.”</w:t>
      </w:r>
    </w:p>
    <w:p>
      <w:pPr>
        <w:pStyle w:val="ArticleScripture"/>
        <w:jc w:val="left"/>
      </w:pPr>
      <w:r>
        <w:rPr>
          <w:rFonts w:ascii="Times New Roman" w:hAnsi="Times New Roman" w:eastAsia="Times New Roman" w:cs="Times New Roman"/>
        </w:rPr>
        <w:t>“Xalaatleen xaalis yi xeet wu Yawut ya nekkoon bi ñu joxee kàddug wax yu Daniel. Bànni Israyil nekkoon nañu ci jaamug njiit yu neen, seen kër Yàlla dafa yàqu woon, te seen liggéeyu kër Yàlla taxawoon na. Seen diine dafa doon a booleeku ci cëremoni yi ci sistemu sarax yi. Ñoom defoon nañu melokaanu biti yi nekk lu gën a am solo, fekk dañoo bëggoon bàyyi xelug jaamu dëgg. Seen jaamu dañoo ko yaxute ak aaday ak jëfey ñi dul jaamu Yàlla, te ci seen sàmm rite yi ci sarax, dañu woon a xoolul weesu ker gi ba ci dëgg bi muy teg. Dañu woon a xamadi Almasi bi, sarax bu dëgg bi ngir bàkkaaru nit ñi. Boroom bi liggéey na ngir yóbbu askan wi ca njaam ga, te ngir taxawal liggéey yi ca kër Yàlla ga, ngir bañ a bayyi cëremoni yu biti yi doon lépp lu seen diine di doon. War nañu woon a setal seen njàngat ak seen jëf yi ci mbaaxaanu ñi dul jaamu Yàlla. Liggéeyu rite yi taxaw na ngir jaamu xol mi dellu dooleel. Ndàmmu biti bi nangu na, ngir lu spiritual bi feeñ.”</w:t>
      </w:r>
    </w:p>
    <w:p>
      <w:pPr>
        <w:pStyle w:val="ArticleScripture"/>
        <w:jc w:val="left"/>
      </w:pPr>
      <w:r>
        <w:rPr>
          <w:rFonts w:ascii="Times New Roman" w:hAnsi="Times New Roman" w:eastAsia="Times New Roman" w:cs="Times New Roman"/>
        </w:rPr>
        <w:t>«Ci réewum seen njaam, bi nit ñi delloo ci Boroom bi ak tuub gu dëgg, Moom feeñal na seen bopp ci ñoom. Ñu amuloon melokaan gu bitim-reew gu tegu ngir feeñal ndamam; waaye leer yu xonq yi jóge ci Jantub Njub shonoon nañu ca seen xel ak seen xol. Bi ñu wooee Yàlla ci seen toroxte ak seen tiis, gis-gis yu bees ñu joxoon yonentam yi, yu ubbi xew-xewu jamono yi di ñëw—daanu way noot yi di sonal nit ñi Yàlla, ñëwug Fàggakat bi, ak taxawalug nguuru gu dul jeex.» Manuscript Releases, volume 16, 333–335.</w:t>
      </w:r>
    </w:p>
    <w:p>
      <w:pPr>
        <w:pStyle w:val="ArticleBody"/>
        <w:jc w:val="left"/>
      </w:pPr>
      <w:r>
        <w:rPr>
          <w:rFonts w:ascii="Times New Roman" w:hAnsi="Times New Roman" w:eastAsia="Times New Roman" w:cs="Times New Roman"/>
        </w:rPr>
        <w:t>«Dëgg-dëgg» buñ wax ne gisug dexu Ulai joxees na ngir fan yu mujj yi, dafa laaj ndongo bu kóllëre muy jëfandikoo doole ngir xam li mu yëgle woon ci mbir yi teelaloon ci biir gisug ga. “Mbir” yu waxu kóllëre yi jëm ci gisug dexu Ulai, “Xelum Sell mi” moo leen “bind” “ci biir joxe kóllëre gi ak ci mbir yiñu wone.” Li doon ci ab yonent bi ba muy jot ag gis, ak itam mbir yu waxu kóllëre yi yonent bi tudd, war nañu leen di seet ak xam-xam ne ñoom ñépp ñooy woneel bu kóllëre buy am njariñ ci li di matse ci fan yu mujj yi. Wax ji jiitu dafa dëggal ne war nañu xam ne Daniyel nekkoon na ci njaamug “juróom-ñaari yoon yi.”</w:t>
      </w:r>
    </w:p>
    <w:p>
      <w:pPr>
        <w:pStyle w:val="ArticleBody"/>
        <w:jc w:val="left"/>
      </w:pPr>
      <w:r>
        <w:rPr>
          <w:rFonts w:ascii="Times New Roman" w:hAnsi="Times New Roman" w:eastAsia="Times New Roman" w:cs="Times New Roman"/>
        </w:rPr>
        <w:t>Danyeel dafa tektal ñi xam ne ñu nekk ci seen jaamono njaam ba noppi ci mujjug ñetti fan ak genn-wàll yi ci Peeñu gi fukk ak benn, te gannaaw loolu ñu dellu ci Boroom bi ak tuub, matal ñaanu Leewig ñaar-fukk ak juróom-benn, tànn lu wert ci biir lu bon, te noonu Boroom bi matal digéem dajale ña ñu tasaaroo woon, bi muy feeñal seen bopp ci ñoom. Kon seen “mbir mi gëna am solo ci seeni xel” mooy “Yàlla, ni Mu feeñee ci Kirist.”</w:t>
      </w:r>
    </w:p>
    <w:p>
      <w:pPr>
        <w:pStyle w:val="ArticleBody"/>
        <w:jc w:val="left"/>
      </w:pPr>
      <w:r>
        <w:rPr>
          <w:rFonts w:ascii="Times New Roman" w:hAnsi="Times New Roman" w:eastAsia="Times New Roman" w:cs="Times New Roman"/>
        </w:rPr>
        <w:t>“Yëg-yëgu” gisug dexu Ulai, ak ni muy taxawal ci “bind” bu xibaaru yonent bi, mi Kirist “defar”, mooy njëkk “dëgg” bi nu waxtaanoon ci ab gàttal; te mbooloo miñu citee fii di wax ne sunu jëfandikook yu mag war na nekk ndimbalug Yàlla, ni mu “feeñee ci Kirist.” Ci Daniel saar 8, Kirist duñu ko wone ni ko Esayi wonée, ba Esayi wax ne turam “dees na ko wax Kuy Yéemu, Boroom xel mu baax, Yàlla ju Kàttan, Baay bu Fàww, Buurub Jàmm.” Ci Daniel saar 8, Yàlla feeñ na ci Kirist ni Palmoni, maanaam Kilifa bu Yéemu ci lim, walla Ki di Lim kumpa yi.</w:t>
      </w:r>
    </w:p>
    <w:p>
      <w:pPr>
        <w:pStyle w:val="ArticleBody"/>
        <w:jc w:val="left"/>
      </w:pPr>
      <w:r>
        <w:rPr>
          <w:rFonts w:ascii="Times New Roman" w:hAnsi="Times New Roman" w:eastAsia="Times New Roman" w:cs="Times New Roman"/>
        </w:rPr>
        <w:t>“Dëgg boobu” dafay laaj ngir ñu seet xam li tur wi “Palmoni” di yóbbu, ak ni tur woowu di yokk ci “tabaxu” ak “pexe” bi ci waxu yonent bi. Ñetteelu “dëgg” bi ci Daniel saaru juróom-ñaar, bi war a ñu xam, mooy ne ci saar woowu lañu tëral kenug njàngale gu mag gi ci yëngu-yëngub Millerite bi. Jawriñ bu gën a leer bu Miller nekkon, ci aaya fukki ak ñeent la nekk, te war nañu seet xam “li muy yóbbu” “dëgg boobu” ci kaw peeñ mi ci dexu Ulai, miy taxaw léegi ci yoon wi ngir mat.</w:t>
      </w:r>
    </w:p>
    <w:p>
      <w:pPr>
        <w:pStyle w:val="ArticleBody"/>
        <w:jc w:val="left"/>
      </w:pPr>
      <w:r>
        <w:rPr>
          <w:rFonts w:ascii="Times New Roman" w:hAnsi="Times New Roman" w:eastAsia="Times New Roman" w:cs="Times New Roman"/>
        </w:rPr>
        <w:t>Ci géntu Miller, bañu teggee kërsax ga ci kaw taabal bi nekk ci diggu néegam, mu leer ni jant bi; waaye ci fan yu mujj yi, kërsax ga gëna réy te mu leer fukki yoon yokku ci leer ga mu woon ba ñu koy jëkk a teg ci kaw taabal bu Miller. Lan mooy li ci peeñug dexu Ulai, bi ëmb tegtal bu digg-dóomu yëngu-yëngu Millerite bi, te di yokk leerug njàngale googu fukki yoon ci fan yu mujj yi? Lan lañuy wone ci fan yu mujj yi te wonewuko woon ca jamonoy mujj ga atum 1798? Lan ñooy “xew-xew yi” ci peeñug dexu Ulai, yi Mbokk White wax ne “léegi dañu nekki ci yoonu matse?”</w:t>
      </w:r>
    </w:p>
    <w:p>
      <w:pPr>
        <w:pStyle w:val="ArticleBody"/>
        <w:jc w:val="left"/>
      </w:pPr>
      <w:r>
        <w:rPr>
          <w:rFonts w:ascii="Times New Roman" w:hAnsi="Times New Roman" w:eastAsia="Times New Roman" w:cs="Times New Roman"/>
        </w:rPr>
        <w:t>Bu nu boolee ak xel mu leer ñatti dëgg yu njëkk yii (peeñug Ulai, Kirist mi feeñ ni Palmoni ak ndombo waare ju magg ci njàngale), war nanu bëgg a nangu ab njàppale bu yomb buy am jariñ ci sunu njàngum peeñug dexu Ulai. Dëgg yooyu bu ñu boole dañuy xamal ñi bëgg a gis ne yégle bi ñu ubbi woon ci 1798, yégle la woon bu “takkoo ak jamono.” Su fekkee ne amul mbirum yégleb jamono buy xamle lu ñëw, yégleb Miller du woon am.</w:t>
      </w:r>
    </w:p>
    <w:p>
      <w:pPr>
        <w:pStyle w:val="ArticleBody"/>
        <w:jc w:val="left"/>
      </w:pPr>
      <w:r>
        <w:rPr>
          <w:rFonts w:ascii="Times New Roman" w:hAnsi="Times New Roman" w:eastAsia="Times New Roman" w:cs="Times New Roman"/>
        </w:rPr>
        <w:t>Ñetteelu “tegtal” bu am solo ci bii saar mooy ne, waa Miller yi yégle woon benn ndigal bu aju ci jamono jubbanti. Ngir fësal tegtal boobu, Yàlla feeñ na ci Kirist ci aaya fukk ak ñett ak fukk ak ñent ni Ki mana waññi lim yu yéeme (Palmoni). Xalaat ne peeñ ma dafa yem rekk ci xamale 22 Oktoobar 1844 ni mooy mujjug ñaari junni ak ñett téeméer fan yi ci aaya fukk ak ñent, loolu mooy sotti ndox muy sedd ci kaw xamle gu Yàlla feeñal ci Kirist ni Palmoni.</w:t>
      </w:r>
    </w:p>
    <w:p>
      <w:pPr>
        <w:pStyle w:val="ArticleBody"/>
        <w:jc w:val="left"/>
      </w:pPr>
      <w:r>
        <w:rPr>
          <w:rFonts w:ascii="Times New Roman" w:hAnsi="Times New Roman" w:eastAsia="Times New Roman" w:cs="Times New Roman"/>
        </w:rPr>
        <w:t>Jàngatkat yoonu xel yu Adventisme liggéey nañu ak diine ngir suul solo laaj bi nekk ci aaya fukk ak ñett ci sarax ba juróom-ñaareel ci téere Daniel, ngir sos taamu bi nekk ci seen ñam wu léeb, bi ñu dogal ne dina tax ñi amul njàng mu yagg, ñi am nopp yu di metti ngir dégg lu neex, ba bañ a yégle ci dëgg yi jokkoo ak ndëgëm gu mag gi nekk doxalin bu digg bi ci Adventisme.</w:t>
      </w:r>
    </w:p>
    <w:p>
      <w:pPr>
        <w:pStyle w:val="ArticleScripture"/>
        <w:jc w:val="left"/>
      </w:pPr>
      <w:r>
        <w:rPr>
          <w:rFonts w:ascii="Times New Roman" w:hAnsi="Times New Roman" w:eastAsia="Times New Roman" w:cs="Times New Roman"/>
        </w:rPr>
        <w:t>“Bind bi ci kow yépp a nekkon dékkal ak pilar bu mag bi ci ngëmug Advent moo doon wax ji ne: ‘Ba ñaari junni ak ñetti téeméer fan ak benn-fukk; gannaaw loolu dees na sellal kërug màggal gi.’ [Daniel 8:14.] Wax yooyu nekkoon nañu ay wax yu xam-xam ci ñépp ñi gëm ñëwug Boroom bi lu gaaw. Ci tuuti gémmiñi junniy nit lañu doon delloo wax waxu wax ji ngir mu doon màndargay seen ngëm. Ñépp dafa leen yëg ne, ci xew-xew yi fa waxoon lañu ajuwoon seen yaakaar yu gën a leer ak seen yaakaar yuñu gën a soppiku. Feeñoon na ne fan yu waxu yonent yi di jeex ci bëj-gànnaaru atum 1844. Ni mu deme ak desu àddina Kiristaan gi, Adventist yi itam daan nañu jàpp ne suuf si, walla benn cérëm ci moom, moo di kërug màggal gi. Ñoom daan nañu dégg ne sellalug kërug màggal gi mooy setal suuf si ak safara bés bu mag bu mujj ba, te loolu dina am ca ñaareel dikkug Kirist ga. Moo tax ñu génne ne Kirist dina dellusi ci suuf si ci atum 1844.</w:t>
      </w:r>
    </w:p>
    <w:p>
      <w:pPr>
        <w:pStyle w:val="ArticleScripture"/>
        <w:jc w:val="left"/>
      </w:pPr>
      <w:r>
        <w:rPr>
          <w:rFonts w:ascii="Times New Roman" w:hAnsi="Times New Roman" w:eastAsia="Times New Roman" w:cs="Times New Roman"/>
        </w:rPr>
        <w:t>“Waaye waxtu woobu ñu tëraloon weesu woon na, te Boroom bi feeñu woonul. Gëmkat yi xamoon nañu ne Kàddug Yàlla manul a bank; kon seen tekkiinu waxi yonent yi moo war a nekk lu juum; waaye ana la njuumte ga nekk? Ñenn ñi yàggul xelaat dagg nañu porobale ga ci yoon wu gaaw, ba weddi ne 2300 fan ya jeex nañu ci 1844. Amul woon benn sabab bu ñu man a joxe ci loolu, lu dul ne Kirist feeñu woonul ca waxtu wa ñu ko yaakaaroon. Ñu werante ne bu dee waxi yonent yi, 1844 la 2300 fan ya wara jeexe, ba noonu Kirist dellusi di setal kër Yàlla gi ci sellal suuf si ak safara; te gannaaw ndaxte ñëwul woon, fan ya mënuloon a jeex.”</w:t>
      </w:r>
    </w:p>
    <w:p>
      <w:pPr>
        <w:pStyle w:val="ArticleScripture"/>
        <w:jc w:val="left"/>
      </w:pPr>
      <w:r>
        <w:rPr>
          <w:rFonts w:ascii="Times New Roman" w:hAnsi="Times New Roman" w:eastAsia="Times New Roman" w:cs="Times New Roman"/>
        </w:rPr>
        <w:t>“Nangu ci wax jii mooy bàyyi waññi gaññ gi ñu jëkk a def ci jamono yi yonent bi waxoon. Gisoon nañu ne 2300 fan yi tambalee nañu ba santaane Artaxerxes ngir delloo ak tabax Yerusalem duggee ci doxalin, ci weeru bëgg-bët gu at B. C. 457. Bu ñu jàppe loolu muy taxawaay bu njëkk, déggoo gu mat sëkk amoon na ci jëfandikoo mboolem xew-xew yi ñu waxoon ci firndeelug jamono jooju ci Daniel 9:25–27. Juróom-benn fukki ayari ayubis, maanaam 483 yi njëkk ci 2300 at yi, dañoo war a àgg ca Almasi bi, Ki ñu Fal; te sóobu Kirist ci ndox ak falam ak Xelum Sell mi, ci A. D. 27, matal na bu baax laaj bi ñu waxoon. Ci diggante ayub gu juróom-ñaar-fukki bi, dañoo war a dagg Almasi bi. Ñetti at ak genn-wàll gannaaw sóobam ci ndox, ñu daajoon Kirist ci bant, ci noorug A. D. 31. Juróom-ñaar-fukki ayari ayubis yi, walla 490 at yi, dañoo waroon a jëm ci yawut yi rawatina. Bi jamono jooju jeexee, xeet wi tëj na bàyyiwugam Kirist ci fitnaal taalibeem yi, te ndaw yi yoonu woon nañu ca ñi dul Yawut, ci A. D. 34. Gannaaw bi 490 at yi njëkk ci 2300 yi jeexee, 1810 at a des. Dale ci A. D. 34, 1810 at àgg na ci 1844. ‘Noonu,’ la malaaka mi wax, ‘ñu dina setal kër-yàlla gi.’ Mboolem firnde yi jiitu ci waxi yonent bi mat nañu ci lu amul ciy sikk, ci waxtu wa ñu dogaloon. Ak njaŋŋale boobu, lépp leeroon te àndoon bu baax, ludul ne kenn gisul woon ne benn xew-xew bu méngoo ak sétalug kër-yàlla gi am na ci 1844. Weddi ne fan yi jeexulwoon ca jamono jooju mooy dugal bépp lëj gu jëm ci mbir mi ci jaaxle, te dëddu taxawaay yi ñu sampoon ci matalinu waxi yonent yu leer te amul fenn.”</w:t>
      </w:r>
    </w:p>
    <w:p>
      <w:pPr>
        <w:pStyle w:val="ArticleScripture"/>
        <w:jc w:val="left"/>
      </w:pPr>
      <w:r>
        <w:rPr>
          <w:rFonts w:ascii="Times New Roman" w:hAnsi="Times New Roman" w:eastAsia="Times New Roman" w:cs="Times New Roman"/>
        </w:rPr>
        <w:t>“Waaye Yàlla doon na jiite mbooloom ci mag gu yàgg gi ñuy wax Advent; dooleem ak ndamam àndoon nañu ak liggéey bi, te du ko bàyyi mu jeex ci lëndëm ak naqar, ba ñu koy xaste ni yëngu-yëngu gu dul dëgg te fees ak safara. Du bàyyi it kàdduam mu nekk ci biir sikki-sàkka ak ràññee. Doonte ne ñu bare bàyyiwoon seen waññikook bu jëkk ci jamono yi yégle woon ci kàddug yëgle yi, te weddi njubte gi yëngu-yëngu boobu sukkandikoo woon ci loolu, ñeneen nag bëgguñu woon bàyyi ndombo yi ci ngëm ak ci seen jaar-jaar yu Mbind mi ak seedeelu Xelum Yàlla dëgëral. Gëm nañu ne jàpp nañu woon pexe yu wóor ci firi kàdduy yëgle yi bi ñuy leen seet, te ne warug nañu dëkku ci dëgg yi ñu ba noppi jële, te wéyal benn yoon wi ci seetug Biibël bi. Ak ñaan gu dëgër ñu dellu xoolaat seen taxawaay, te jàngaat Mbind mi ngir gis fu ñu juumee. Gannaaw bi ñu mënee gisul benn njuumte ci seen waññikook bu jamono yi yégle, ñu ngi leen jiite ngir seet gën a xóot mbirum kër Yàlla ga.” The Great Controversy, 409, 410.</w:t>
      </w:r>
    </w:p>
    <w:p>
      <w:pPr>
        <w:pStyle w:val="ArticleBody"/>
        <w:jc w:val="left"/>
      </w:pPr>
      <w:r>
        <w:rPr>
          <w:rFonts w:ascii="Times New Roman" w:hAnsi="Times New Roman" w:eastAsia="Times New Roman" w:cs="Times New Roman"/>
        </w:rPr>
        <w:t>Ñu xamle nañu ci ndeyu White, ci benn wàll biit bu benn ak moom, foofu lañu xamale ne gis-gisu dexu Ulai bi lañu tudd, ne am na “soxla bu gëna jege ci jàngat Kàddug Yàlla.” Boroom xam-xamu yoonu diine yi dinañu indi mbirum “jamonoy waxi yonent yi” ci wàll wi jiitu jële ci The Great Controversy, mel ni “jamonoy waxi yonent yi” yi ndeyu White di digle ne moom rekk la taxawal ay waxam, mooy juróomi waxi yonent yi ñu tegtal ci biir waxi yonentu ñaar-fukki téeméeri at ak ñett-fukki téeméeri at bi. Ndaxte, ni ñuy waxe, ñeenti ci yooyu waxi yonent dañu leen wax ci leer ci wàll woowu. Waaye “jàngat bu gëna jege” ci mbir mi day won ne baat bi “jamonoy waxi yonent yi,” ci yàppu, ci bindu ndeyu White yi, gëna jub a jëm ci ñaari waxi yonent yi waroon a mat ci 22 Oktoobar, 1844.</w:t>
      </w:r>
    </w:p>
    <w:p>
      <w:pPr>
        <w:pStyle w:val="ArticleBody"/>
        <w:jc w:val="left"/>
      </w:pPr>
      <w:r>
        <w:rPr>
          <w:rFonts w:ascii="Times New Roman" w:hAnsi="Times New Roman" w:eastAsia="Times New Roman" w:cs="Times New Roman"/>
        </w:rPr>
        <w:t>Am na juróomi kàddu-yàgg yu wóor yu Jibraayil xamale Dañeel, te ñuy cér ci biir ñaari junni ak ñetti téeméeri at ya. Ki jëkk day màggal ñeent-fukki ak juróom-ñeent at, ba “yoon yi ak tata yi di tabaxees ci jamono yu metti.” Ñaareel bi mooy sóobu Almasi bi ci ndox mi gannaaw ñeenti téeméeri ak juróom-ñeent-fukki ak ñett at, dale ko ci tambali 457 B.C. Ñetteel bi mooy dee ba ci bant ba, ñeenteel bi mooy xamale saakub xibaar bu baax bi dina dem ca xeet yi dul Yawut yi, ci mujj ga ñeenti téeméeri ak juróom-ñeent-fukki at ya ñu tànn te xàjjale woon rawatina ngir xeetu Yawut yi; te juróomeel bi, te moom rekk juróomeel kàddu-yàgg gu wóor gi, jeex na 22 Oktoobar 1844. Ñeenti kàddu-yàgg yu jiitu yi jeexoon nañu lu jiitu 1844 bu baax. Kon nag, lan la Sister White di tekki dëgg-dëgg bu mu jëfandikoo wax ji “jamono yu yonent” ci wuute, te waroon nañu jeex ci 1844?</w:t>
      </w:r>
    </w:p>
    <w:p>
      <w:pPr>
        <w:pStyle w:val="ArticleBody"/>
        <w:jc w:val="left"/>
      </w:pPr>
      <w:r>
        <w:rPr>
          <w:rFonts w:ascii="Times New Roman" w:hAnsi="Times New Roman" w:eastAsia="Times New Roman" w:cs="Times New Roman"/>
        </w:rPr>
        <w:t>Di jëmale njàqare bu njëkk bi jëmoon ci Millerite yi, mooy wax tontu laaj woowu.</w:t>
      </w:r>
    </w:p>
    <w:p>
      <w:pPr>
        <w:pStyle w:val="ArticleScripture"/>
        <w:jc w:val="left"/>
      </w:pPr>
      <w:r>
        <w:rPr>
          <w:rFonts w:ascii="Times New Roman" w:hAnsi="Times New Roman" w:eastAsia="Times New Roman" w:cs="Times New Roman"/>
        </w:rPr>
        <w:t>“Gis naa nit ñi Yàlla teey, di séentu ak mbég ngir seen Boroom. Waaye Yàlla dogaloon na jéem leen. Loxoam muur na ab njuumte ci waññi jamono yi wax ci kàddug wax ci kanam. Ñi doon séentu seen Boroom gisewuñu njuumte googu, te itam góor ña gëna xam, ña doon weddi waxtu woowu, mënatuñu koo gis. Yàlla dogaloon na ne ay nitam daan nañu daje ak ab naqar. Jamono ji weesu na, te ñi doon séentu Seen Musalkat ak mbég ñu amoon, ñu daldi metti xol te ñàkk doole, fekk ñi bëgguloon feeñug Yeesu, waaye ñu nangu woon yégle bi ndax ragal rekk, ñoom ñu bég ne ñëwul ca jamono ji ñu ko séentooon. Seen waxu ngëm jooju laalul woon xol bi, te setalul woon dund gi. Weesug jamono ji nekkoon na lu baax ngir wone xol yu mel noonu. Ñoom ñoo jëkk a dellu, di ñaawal te rey ña metti xol te naqarlu, ña bëgg dëgg-dëgg feeñug Seen Musalkat. Gis naa xel mu yombul yàqu ci Yàlla ci li Mu jéemee ay nitam te jox leen nattu gu xóot ngir feeñal ñi naroon a ragal, daldi dellu ginnaaw ci waxtuw nattu.”</w:t>
      </w:r>
    </w:p>
    <w:p>
      <w:pPr>
        <w:pStyle w:val="ArticleScripture"/>
        <w:jc w:val="left"/>
      </w:pPr>
      <w:r>
        <w:rPr>
          <w:rFonts w:ascii="Times New Roman" w:hAnsi="Times New Roman" w:eastAsia="Times New Roman" w:cs="Times New Roman"/>
        </w:rPr>
        <w:t>“Yesu ak mbooloom xarey asamaan yi xooloon nañu ak yërmande ak mbëggeel ñi ak yaakaar wu neex doon séentu gis Kooku seen xol bëgg. Malaaka yi daan nañu wër leen, ngir dëgërël leen ci waxtu seeni nattu. Waaye ñi bañoon jël yëgleb asamaan bi, bàyyikoo nañu leen ci lëndëm, te merug Yàlla tàkk na ci seen kaw, ndaxte bëgguñu woon nangu leer gi Mu leen yónnee woon jógé asamaan. Ñoom ñi takku ci ngëm, te disappwanteg nañu, ndaxte mënuñu woon xam lu tax seen Boroom ñëwul, bàyyikoo nañu leenul ci lëndëm. Yeneen yoon indi nañu leen ci seen Bibl yi, ngir seetaat jamonoy waxi yonent yi. Loxo Boroom bi dindiwoon na ko ci lim yi, te njuumte ga leeral nañu ko. Gis nañu ne jamonoy waxi yonent yi agsi na ba ci 1844, te benn firnde bi ñu jëfandikoo woon ngir wone ne jamonoy waxi yonent yi jeex nañu ci 1843, mooy firnde bi it di wone ne dañuy àgg ba jeex ci 1844.” Early Writings, 235–237.</w:t>
      </w:r>
    </w:p>
    <w:p>
      <w:pPr>
        <w:pStyle w:val="ArticleBody"/>
        <w:jc w:val="left"/>
      </w:pPr>
      <w:r>
        <w:rPr>
          <w:rFonts w:ascii="Times New Roman" w:hAnsi="Times New Roman" w:eastAsia="Times New Roman" w:cs="Times New Roman"/>
        </w:rPr>
        <w:t>“Jami waxtu yonnenta yi” moo doon “jami waxtu yonnenta yi” yu “jegesi ba 1844,” yu Millerit yi njëkk ya gëm woon ne dafa yeggoon ba 1843. “Jami waxtu yonnenta yi” yu yeggoon ba 1844, ñetti lañu doon “jami waxtu yonnenta,” te ñépp a ngi ñu wone ci ndortelu Habakkuk. Benn ci ñetti waxtu ya dafa nekk rekk ba “laal” 1844, te ñaar yi ci des yegge nañu ba 22 Oktoobar 1844. Junni ñaar téeméeri fan ak ñett-fukk ak juróom-fukk fan yi yeggoon nañu ba ci bés bu njëkk bu 1844, bi njëkk njàqare Millerit yi aksi, te waxtu yiiru bi tambalee, muy bu Habakkuk saar ñaareel, ak bu léebub ñatt fukki janq yi ci Macë 25.</w:t>
      </w:r>
    </w:p>
    <w:p>
      <w:pPr>
        <w:pStyle w:val="ArticleBody"/>
        <w:jc w:val="left"/>
      </w:pPr>
      <w:r>
        <w:rPr>
          <w:rFonts w:ascii="Times New Roman" w:hAnsi="Times New Roman" w:eastAsia="Times New Roman" w:cs="Times New Roman"/>
        </w:rPr>
        <w:t>Ñaari at ak ñett-ñeent téeméeri fan yu Daniel saar 8, benn fukk ak ñeent ba, ag 22 Oktoobar 1844, te ñaari junni ak juróom-ñaar téeméeri ak ñaar-fukk at, yu “juróom-ñaari jamono” yi wone ci kaw nguur gu bëj-gànnaar gu Yuda, jeex na fa itam. Palmoni dafa jox boppam turu Kilifa gu Yéeme ci saar 13 bu Daniel 8, te “tabax” ak “njemm” gu yonent gi mu fa teg ba noppi dafa boole woon lu gën a néew fukki kàdduy waxtu yu lëkkaloo.</w:t>
      </w:r>
    </w:p>
    <w:p>
      <w:pPr>
        <w:pStyle w:val="ArticleBody"/>
        <w:jc w:val="left"/>
      </w:pPr>
      <w:r>
        <w:rPr>
          <w:rFonts w:ascii="Times New Roman" w:hAnsi="Times New Roman" w:eastAsia="Times New Roman" w:cs="Times New Roman"/>
        </w:rPr>
        <w:t>Dañuy xool dëgg yi gën a baax ci bind bi ci topp.</w:t>
      </w:r>
    </w:p>
    <w:p>
      <w:pPr>
        <w:pStyle w:val="ArticleScripture"/>
        <w:jc w:val="left"/>
      </w:pPr>
      <w:r>
        <w:rPr>
          <w:rFonts w:ascii="Times New Roman" w:hAnsi="Times New Roman" w:eastAsia="Times New Roman" w:cs="Times New Roman"/>
        </w:rPr>
        <w:t>“Kirist moom adina àddina ab njàngum bu war a ñu bind ci xel ak ci ruu. ‘Lii mooy dund gu dul jeex,’ la waxoon, ‘ñu xam Yow, Yàlla dëgg-dëgg bi rekk, ak Yeesu Kirist, mi nga yónni.’ Waaye Seytaane dafay liggéey ci xeli nit ñi, ne leen: Defal lii mbaa loolu, te ngeen mel ni yàlla yi. Ci natt gu nax, mu yóbbul Aadama ak Awa ba ñu sikk Kàddug Yàlla, te ñu weccoo ko ak ab xalaat bu leen jëmé ci bàkkaar ak ci moytuwul déggal. Te ay pexeem yu réy yi dafay def tey li mu defoon ci Eden. Bi Kirist dikkée sunu àddina, mu tànn jëkka yu suufe ngir nekk ndombootam gi mu tabax jàkkaam. Jëfandikukat yii la doon jéem a leeral melokaanu nguuram ak yonnenteem. Waaye seen xam-xam bu gàtt moo ko terewoon. Da ñu doon dégg di nangu waxi bindkat yi ak Farisen yi, moo tax lu bare ci li ñu gëmuloon doonul dëgg. Te doonte Kirist amoon na lu bare lu mu leen war a wax, mënuñu woon a dégg lu bare ci li mu bëggoon a jottali.”</w:t>
      </w:r>
    </w:p>
    <w:p>
      <w:pPr>
        <w:pStyle w:val="ArticleScripture"/>
        <w:jc w:val="left"/>
      </w:pPr>
      <w:r>
        <w:rPr>
          <w:rFonts w:ascii="Times New Roman" w:hAnsi="Times New Roman" w:eastAsia="Times New Roman" w:cs="Times New Roman"/>
        </w:rPr>
        <w:t>“Kirist moom diine yi ci jamono jii, di leen fees ak xalaat yu jubul ba ne, ba duñu ame benn bérab ci seen xel ngir dëgg gi. Ak njàngale gi ñu jox, jàngalekat yi dañuy jaxase xalaati bindkat yu weddi ngëm. Noonu lañu ji yiwu ay mbóot ci xeli ndaw yi. Ñuy wax xalaat yu warul a teewal ndaw mbaa mag, te duñu xalaat mukk ni pepp lañuy ji, mbaa ni ban góob lañuy dajale ci njariñam.” Review and Herald, 3 Sulet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Daaniyel — Juróom-fukki Téere</dc:title>
  <dc:subject>Ubbi kumpay yéen yi ci waxu yëgleb Daniyeel 8: xam-xamu Palmoni</dc:subject>
  <dc:creator>Jeff Pippenger</dc:creator>
  <cp:keywords/>
  <dc:description>Generated by ArticleDigger from daniel\50_daniel.json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