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Limu juróom-ñeett"}</w:t>
      </w:r>
    </w:p>
    <w:p>
      <w:pPr>
        <w:pStyle w:val="ArticleSubtitle"/>
        <w:jc w:val="left"/>
      </w:pPr>
      <w:r>
        <w:rPr>
          <w:rFonts w:ascii="Arial" w:hAnsi="Arial" w:eastAsia="Arial" w:cs="Arial"/>
        </w:rPr>
        <w:t>Xam-xam bi Ubbeeku: Seetlu ci Benn boobu ñetti wàll ak laaj bu xóot bu 666 ci Kàddug wax ci jamono yu ñëw</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2024-01-22</w:t>
      </w:r>
    </w:p>
    <w:p>
      <w:pPr>
        <w:pStyle w:val="ArticleBody"/>
        <w:jc w:val="left"/>
      </w:pPr>
      <w:r>
        <w:rPr>
          <w:rFonts w:ascii="Times New Roman" w:hAnsi="Times New Roman" w:eastAsia="Times New Roman" w:cs="Times New Roman"/>
        </w:rPr>
        <w:t>A ngi dëggal ci kaw ay seede yu bare ne ci jaar-jaari jamono ak ci yëgle, Room dafa feeñ saa su nekk ci juróom-ñetteelu te bokk na ci juróom-ñaari. Làqu bu yëgleb dëgg bii mandarga bii mooy benn cér gu Mbërum gi cosaanu Yuda di ubbi lu jiitu jeexital àtteb mayu ngëm. Almasi du soppiku mukk, te ci jëkk ak mag yuñu njortoon ci jaar-jaari Millerite, Moo xamaloon ab dëgg gu leeral njàngatu njort mi.</w:t>
      </w:r>
    </w:p>
    <w:p>
      <w:pPr>
        <w:pStyle w:val="ArticleBody"/>
        <w:jc w:val="left"/>
      </w:pPr>
      <w:r>
        <w:rPr>
          <w:rFonts w:ascii="Times New Roman" w:hAnsi="Times New Roman" w:eastAsia="Times New Roman" w:cs="Times New Roman"/>
        </w:rPr>
        <w:t>Gannaaw Njalbéen bi njëkk ci jaar-jaaru Millerite, Moom jël na loxoom ci ab njuumte woon ci yenn ci lim yi ñu teewoon ci kart bu 1843. Njuumte boobu dafa doon màggatug xam-xamu yonent wi jur Njalbéen bi. Ci mujj, ñu jiitewoon Millerite yi ba ñu egg ci ab sérii xam-xam yu taxawal bu dëgër bésu tambaliif ñaari junni ak ñetti téeméeri fan yi. Bi ñu amee pexe bu dëgër ci tambaliif boobu, te li ko gën a tegdoon mooy bésu bant ba, kon ñu gis ne benn firnde yu yonent yu ñu doon jëfandikoo ngir xàmme 1843, moom la ci dëgg doon wax du 1844 rekk waaye sax bés bu mat sëkk: 22 Oktoobar 1844.</w:t>
      </w:r>
    </w:p>
    <w:p>
      <w:pPr>
        <w:pStyle w:val="ArticleBody"/>
        <w:jc w:val="left"/>
      </w:pPr>
      <w:r>
        <w:rPr>
          <w:rFonts w:ascii="Times New Roman" w:hAnsi="Times New Roman" w:eastAsia="Times New Roman" w:cs="Times New Roman"/>
        </w:rPr>
        <w:t>Gannaaw ñaareelu Njàqare bu Mag ba, Boroom bi dellu naaat a xamal dëgg gu tontoo ci mboolem jafe-jafe yu yonent yi, yi juddoo ci seen waare ju jubul woon ne 22 Oktoobar 1844 mooy Ñëw gu Ñaareelug Kirist. Boroom bi ubbi na mbiram Bérab bu Sell bi, ak dëgg yi ci topp, te Njàqare bu Mag bi am na leerug leeral.</w:t>
      </w:r>
    </w:p>
    <w:p>
      <w:pPr>
        <w:pStyle w:val="ArticleScripture"/>
        <w:jc w:val="left"/>
      </w:pPr>
      <w:r>
        <w:rPr>
          <w:rFonts w:ascii="Times New Roman" w:hAnsi="Times New Roman" w:eastAsia="Times New Roman" w:cs="Times New Roman"/>
        </w:rPr>
        <w:t>“Niin, nun nit ku nekk nit ñi, war nañu doon ay taalibe yu jàpp ci kàdduy waxu yonent yi; waru nu noppi ba keraata ba nu am xam-xam bu leer ci mbirum bérabu sell bi, mi feeñ ci ay gis-gisu Daniel ak Yowaana. Mbir mii di indi leer gu réy ci sunu taxawaay ak sunu liggéey yu tey, te di nu may firnde yu wóor ne Yàlla moo nu jiite woon ci sunu jaar-jaar wu weesu. Moom moo firi sunu nàqarlu atum 1844, di won nu ne bérabu sell bi war a seteesul suuf, ni nu ko doon foog, waaye ne Kirist duggoon na booba ci biir bérab bu gën a sell bi ci bérabu sell ba ci asamaan, te fa la nekk di matale liggéey bu mujj bi ci sasam bu saraxalekatam, ngir matal waxi malaaka ma waxoon yonent Daniel ne, ‘Ba ñaari junni ak ñetti téeméeri fan ak fan yu juróom-ñaar; te noonu ñu dina setal bérabu sell ba.’”</w:t>
      </w:r>
    </w:p>
    <w:p>
      <w:pPr>
        <w:pStyle w:val="ArticleScripture"/>
        <w:jc w:val="left"/>
      </w:pPr>
      <w:r>
        <w:rPr>
          <w:rFonts w:ascii="Times New Roman" w:hAnsi="Times New Roman" w:eastAsia="Times New Roman" w:cs="Times New Roman"/>
        </w:rPr>
        <w:t>“Sunu ngëm ci mbir yégle yi atum bu njëkk bi, ñaareel bi, ak ñetteel bi dafa doon lu jub. Mandargay yu mag yi nu weesu woon, duñu yëngatu. Doonte mbooloom safara bëgg nañu leen dindi ci seen fondama, te bég ci xalaat ne ñu ci am ndam, waaye duñu am ndam. Samp yu dëgg yii taxaw nañu bu dëgër mel ni tund yu sax ba fàww, tewul ci wàllu jéem-jéem yi nit ñépp boole ak yi Seytaane ak ay mbooloom di def. Mën nanu jàng lu bare, te war nanu sax ci seet Mbind mi, ngir gis ndax yëf yii noonu lañu deme. Léegi, war na bànni Yàlla ñi dëkk seen bët ci kër gu sell gi nekk ci asamaan, fa seen Saraxalekat bu Mag bi di yore ndimbal bu mujj bi ci liggéeyu àtte bi,—fa mu di ñaanal sunu bànni.” Review and Herald, 27 Nowàmbar, 1883.</w:t>
      </w:r>
    </w:p>
    <w:p>
      <w:pPr>
        <w:pStyle w:val="ArticleBody"/>
        <w:jc w:val="left"/>
      </w:pPr>
      <w:r>
        <w:rPr>
          <w:rFonts w:ascii="Times New Roman" w:hAnsi="Times New Roman" w:eastAsia="Times New Roman" w:cs="Times New Roman"/>
        </w:rPr>
        <w:t>Njàqarey taalibé yi amoon ci jamono jébbale Kirist ci bant bi, mu doon tënk ci xam-xam bu baaxul ci nguuru gi Kirist waroon a taxawal ci bant ba. Saraxalekat Yaxya ak liggéeyu ndaw Yàlla Pool bokkoon ci jëf ji di won ne jamonoy Israel bu sax ci melow yaram ak kër Yàlla bu sax ci suuf soppeku na ba nekk Israel bu xel mi ak kër Yàlla bu xel mi te nekk ci asamaan. Gaynde gi cosaanoo gi Yuda dafa far a firi njàqarey “ñi xereñ” yi. Firndeelub làqub waxu yonent bi ne Room “juróom-ñetti ba”, waaye “mu ngi bokk ci juróom-ñett ya”, bokk na ci liggéey bi Gaynde gu Yuda di matal ngir firi njàqareb 18 Sulet 2020.</w:t>
      </w:r>
    </w:p>
    <w:p>
      <w:pPr>
        <w:pStyle w:val="ArticleBody"/>
        <w:jc w:val="left"/>
      </w:pPr>
      <w:r>
        <w:rPr>
          <w:rFonts w:ascii="Times New Roman" w:hAnsi="Times New Roman" w:eastAsia="Times New Roman" w:cs="Times New Roman"/>
        </w:rPr>
        <w:t>Milere yi gisoon na Room mooy ñenteelu nguur gi ci waxi yonent yi nekk ci Biibël bi, te gisoon nañu wuuteb pagaanism ak papalisim, waaye mënuñu woon a gis Roomu baap yi ni mooy juróomeelu nguur gi ci waxi yonent yi nekk ci Biibël bi. Gannaaw tuuti 1844, ñiy jiitu ya gis nañu ne Etazini moo doon nguur gi ci topp ci waxi yonent yi nekk ci Biibël bi.</w:t>
      </w:r>
    </w:p>
    <w:p>
      <w:pPr>
        <w:pStyle w:val="ArticleBody"/>
        <w:jc w:val="left"/>
      </w:pPr>
      <w:r>
        <w:rPr>
          <w:rFonts w:ascii="Times New Roman" w:hAnsi="Times New Roman" w:eastAsia="Times New Roman" w:cs="Times New Roman"/>
        </w:rPr>
        <w:t>Xam-xam boobu dañu ko teg ci xarit wu jëkk yi ci tabló 1850 bi, waaye seen mën a xam bu baax misaal bu mat sëkk bu nguur-nguuri yégleb Biibël bi, ni ko Njàngum Yàlla tekke ci Pexe 17, dafa weesuwoon seen xel ngir xam ko, ndaxte dañu tàmbalee réer ci màndiŋu Laodise ngir seen bañ “juróom-ñaari yoon yi” ci atum 1863.</w:t>
      </w:r>
    </w:p>
    <w:p>
      <w:pPr>
        <w:pStyle w:val="ArticleScripture"/>
        <w:jc w:val="left"/>
      </w:pPr>
      <w:r>
        <w:rPr>
          <w:rFonts w:ascii="Times New Roman" w:hAnsi="Times New Roman" w:eastAsia="Times New Roman" w:cs="Times New Roman"/>
        </w:rPr>
        <w:t>“Jaar-jaaru Israayil bu yàgg ba noppi mooy misaal bu xóot buy wone xew-xew yu weesu ci mbootaay Aduwantist yi. Yàlla jiite na ay nitam ci yëngu-yëngu advent bi, ni Mu jiite woon doomi Israayil yi génne leen Misra. Ci réeroo gu mag ga, seen ngëm nattuun na, ni ngëmu Ebre yi nattoo woon ca géeju Xonk ba. Suñu saxoon ci wéeru loxo buy jiite bi muuyoon ak ñoom ci seen xam-xam bu weesu, ñu dinañu gis musalug Yàlla. Su fekkee ne ñépp ñi liggéeyoon benn xel ci liggéey bi ci 1844, nangu nañu yégle bu ñetteel malaaka bi te waare ko ci kàttanu Xel mu Sell mi, Boroom bi dina defoon mbir yu am doole lool ak seen góor-góorlu. Tuuru leer gu bare dina tàllaloon àddina si. At yu bare lu jiitu tey, waa suuf si dinañu leen artu, liggéey bu mujje bi mat, te Kirist dina ñëwoon ngir jotandikoo nitam.”</w:t>
      </w:r>
    </w:p>
    <w:p>
      <w:pPr>
        <w:pStyle w:val="ArticleScripture"/>
        <w:jc w:val="left"/>
      </w:pPr>
      <w:r>
        <w:rPr>
          <w:rFonts w:ascii="Times New Roman" w:hAnsi="Times New Roman" w:eastAsia="Times New Roman" w:cs="Times New Roman"/>
        </w:rPr>
        <w:t>“Du nekkul woon coobare Yàlla ne Israyil daanuñu weñ ci màndiŋ mi ñent-fukki at; dafa bëggoon leen yóbbu jàkk ci réewu Kana’an te samp leen fa, nit ku sell, ku bég. Waaye, ‘duñu ko man a dugg ndax ñàkk ngëm.’ Hébreux 3:19. Ndax seen dellusi ginnaaw ak seen dëddu Yàlla, ñu dee ci màndiŋ mi, te yeneen ñu taxawal leen ngir dugg ci Réew mi ñu digoon. Noonu itam, nekkul woon coobare Yàlla ne ñëwug Almasi bi yàgg loolu, te ne nitam ñi des ay at yu bare ci addina ji fees ak bàkkaar ak tiis. Waaye, ñàkk ngëm tax ñu soreek Yàlla. Gannaaw bañ nañu def liggéey bi Mu leen santaloon, yeneen ñu taxawal leen ngir waare xebaar bi. Ci yërmande ngir addina si, Yeesu day yàggal ñëwam, ngir ñi di bàkkaar man a am waxtu ngir dégg artu bi te gis ci Moom kuiraay laata merug Yàlla tuuru.” The Great Controversy, 458.</w:t>
      </w:r>
    </w:p>
    <w:p>
      <w:pPr>
        <w:pStyle w:val="ArticleBody"/>
        <w:jc w:val="left"/>
      </w:pPr>
      <w:r>
        <w:rPr>
          <w:rFonts w:ascii="Times New Roman" w:hAnsi="Times New Roman" w:eastAsia="Times New Roman" w:cs="Times New Roman"/>
        </w:rPr>
        <w:t>James ak Ellen White ñoom ñaar ñoo wax ne mbooloom gi jëm na woon ba nekk mbooloom Laodicea ci atum 1856, te ci wax ji jiitu bii mu ngi wone ne: “su fekkee ñépp ñi doon liggéeyoo benn xel ci liggéey bi ci 1844, nangoo nañu yégle bu ñetteel malaaka bi te waare ko ci dooley Xelum Sell mi, Boroom bi dina defoon lu réy ak seen coobare.” Gannaaw loolu mu ne: “Noonu itam,” “gàddaay ak bàkkaaru dëddu” yi Israyil gu yàgg ga won, tax na Israyil gu yàgg ga “sànku ci màndiŋ ma.” Wax ji di wone ne Adventismu Laodicea tàmbalee na dikk yëngu ci màndiŋ ma ci jamono ji ñi yégle woon yégleb Guddi Digg bi nekkee woon ba tey dund.</w:t>
      </w:r>
    </w:p>
    <w:p>
      <w:pPr>
        <w:pStyle w:val="ArticleBody"/>
        <w:jc w:val="left"/>
      </w:pPr>
      <w:r>
        <w:rPr>
          <w:rFonts w:ascii="Times New Roman" w:hAnsi="Times New Roman" w:eastAsia="Times New Roman" w:cs="Times New Roman"/>
        </w:rPr>
        <w:t>Tey, sàkkat yàlla yi (ñi jàng te xam), dañuy ràññee ay jëfandikoo yu wuute ngir Péeñ gi ay juróom-ñett fukk ak juróom-ñaareel, te yooyu mën nañu jóge ci anam wi ñuy wax futurism, bi Jesuit yi sosoon, walla ci jëfandikoo yu yàqute ci teolojii Protestante buy dénk seen ngëm. Nataal yi nekk ci Péeñ gi ay juróom-ñett fukk ak juróom-ñaareel, yomb nañu lool. Nun, ràññee nanu nataal yi war a am, ba tax nu dellu ci nguur yi fa teew, te méngale leen ak nguur yi nekk ci Daniel ay ñaareel, ndaxte Yeesu dafay saa su ne melale mujjug benn mbir ak njàlbéenu benn mbir.</w:t>
      </w:r>
    </w:p>
    <w:p>
      <w:pPr>
        <w:pStyle w:val="ArticleScripture"/>
        <w:jc w:val="left"/>
      </w:pPr>
      <w:r>
        <w:rPr>
          <w:rFonts w:ascii="Times New Roman" w:hAnsi="Times New Roman" w:eastAsia="Times New Roman" w:cs="Times New Roman"/>
        </w:rPr>
        <w:t>Te am na juróom-ñaari buur lañu: juróom ñent daanu nañu, kenn am na, ka ca des jotagul; te bu ñëwee, war na nekk ab diir bu gàtt. Rabi mi nekkoon te nekkatul, moom it moo di buur bu juróom-ñetteel ba, te bokk na ci ña juróom-ñaari, te dem na ca alkande ba. Te fukki xoñ yi nga gis, ñooy fukki buur yu jotagul nguur ba tey; waaye dinañu jot sañ-sañu buur benn waxtu ak rabi ma. Pexe 17:10–12.</w:t>
      </w:r>
    </w:p>
    <w:p>
      <w:pPr>
        <w:pStyle w:val="ArticleBody"/>
        <w:jc w:val="left"/>
      </w:pPr>
      <w:r>
        <w:rPr>
          <w:rFonts w:ascii="Times New Roman" w:hAnsi="Times New Roman" w:eastAsia="Times New Roman" w:cs="Times New Roman"/>
        </w:rPr>
        <w:t>Ci benn ñattelu ñetteel bi, Yowaanañu ko yóbbu ci noonu ci xel ba ci atum 1798. Ci moomu taxawaayu jamono ci tariix bi, waxees na ko ne am na juróom-ñaar i nguur yu daanu woon ba noppi. Nguur yooyu nag mooy Babilon, Mèd-Pèrs, Gres, Roomu ñaareel gi ak Roomu baap bi. William Miller mënu koon farfalu bindub saar boobu ci xaaj 17, ndaxte mënu woon a ràññee ne Roomu baap bi ab nguur la bu wuutu ak Roomu ñaareel gi. Waaye toftale bi waxees na ko ci xaaj 12 ak 13 ci Peeñug Yowaana, ndaxte njaaxum ci xaaj 12 dafa doon tegtal Roomu ñaareel gi, rab wu jóge ci géej gi ci xaaj 13 mooy baap bi, te rab wu jóge ci suuf si mooy Etaasini. Yaay White sant na ñetti rab yooyu yépp ne mooy njaaxum, rab wi ak yonentub fen ki. Bi muy joxe seedeem, dafa xamale toftaleg nguur yi, te toftale boobu dafa dëppoo ak jëfandikoo gi nu def ci Peeñug Yowaana 17.</w:t>
      </w:r>
    </w:p>
    <w:p>
      <w:pPr>
        <w:pStyle w:val="ArticleScripture"/>
        <w:jc w:val="left"/>
      </w:pPr>
      <w:r>
        <w:rPr>
          <w:rFonts w:ascii="Times New Roman" w:hAnsi="Times New Roman" w:eastAsia="Times New Roman" w:cs="Times New Roman"/>
        </w:rPr>
        <w:t>Ci biir yu rëy bu xonq, rab gu mel ni gaana, ak rab gu am waañ yu mel ni waañi xar, nguur-nguuri àddina yi di leen won Yowaana moo taxeesu ne ñoom lañu gëna jëf ci taccu yoonu Yàlla ak fitnaal ay nitam. Xare bi dañuy ko yóbbu ba ci mujju jamono. Nitu Yàlla ñi, ñu misaalal ci jigéen ju sell ak doomam yi, dañu leen wone ne ñoom ñoo gëna néew. Ci fan yu mujj yi, desoon na rekk ñenn ñu néew. Ñooñu la Yowaana waxee ne ñooy “ñiy sàmm ndigali Yàlla, te am seedeel Yeesu Kirist.”</w:t>
      </w:r>
    </w:p>
    <w:p>
      <w:pPr>
        <w:pStyle w:val="ArticleScripture"/>
        <w:jc w:val="left"/>
      </w:pPr>
      <w:r>
        <w:rPr>
          <w:rFonts w:ascii="Times New Roman" w:hAnsi="Times New Roman" w:eastAsia="Times New Roman" w:cs="Times New Roman"/>
        </w:rPr>
        <w:t>“Jaar-jaare, ci topp nguuru Paap bi, Seytaane jëfandikoo na dooleem ci ay téeméer-yooni at ngir far seede yu Yàlla yu takku yi ci kaw suuf. Jaar-jaare ak waa Paap yi, benn xel mu bon, mooy xelub njaar, moo leen doon doxal. Lu leen wuute rek mooy ne nguuru Paap bi, bi daan naw ne mu ngi jaamu Yàlla, moo gën a metti te gën a yàq ngir noon. Jaar ci liggéeyu Roomaanis, Seytaane daldi jaapa àddina. Mbooloom Yàlla bi ñuy wax ne moom la, jébbalu na ba dugg ci xeetu naxar boobu, te lu ëpp ci junni at nit ñi Yàlla bokk daan nañu sonn ci merum njaar. Te bi nguuru Paap bi, gannaaw baññees ko dooleem, dafa war a taxaw ci fitnaal, Yowaana gis na keneen doole buy jóg ngir delloo baatu njaar, te yóbbu kanam jëf ju same, ju metti te ju xaste Yàlla. Doole boobu, mooy mujj gi war a xare ak mbooloom Yàlla ak yoonu Yàlla, dañu ko misaalale woon ak rab gu am ñaari geñ yu mel ni yu xar.”</w:t>
      </w:r>
    </w:p>
    <w:p>
      <w:pPr>
        <w:pStyle w:val="ArticleScripture"/>
        <w:jc w:val="left"/>
      </w:pPr>
      <w:r>
        <w:rPr>
          <w:rFonts w:ascii="Times New Roman" w:hAnsi="Times New Roman" w:eastAsia="Times New Roman" w:cs="Times New Roman"/>
        </w:rPr>
        <w:t>“Waaye xel mu taru te leeru buy nettali ci téereb yonent bi wone na soppi bu am ci jàmm ji. Rabu juróom-ñaari bëti xar mi wax ak baatub ndax, te “di jëfandikoo bépp kàttanu rabu njëkk ba ci kanamam.” Yonent wax na ne dina wax ak ñi dëkk ci kaw suuf, ne nañu def nataal bu rabu ba, te ne “mooy tax ñépp, ndaw ak mag, ku bare alal ak ku néew, gor ak jaam, jot màndarga ci seen loxo ndeyjoor walla ci seen jë, ba kenn bañul man a jënd mbaa jaay, lu dul ki am màndarga ba, walla turu rabu ba, walla limub turam.” Noonu Protestantism topp na tànk yu Papasi bi.” Signs of the Times, November 1, 1899.</w:t>
      </w:r>
    </w:p>
    <w:p>
      <w:pPr>
        <w:pStyle w:val="ArticleBody"/>
        <w:jc w:val="left"/>
      </w:pPr>
      <w:r>
        <w:rPr>
          <w:rFonts w:ascii="Times New Roman" w:hAnsi="Times New Roman" w:eastAsia="Times New Roman" w:cs="Times New Roman"/>
        </w:rPr>
        <w:t>Ci njëkk ci njëkk xët bu mujj bi, Sœur White moo xamale Room gu bokk ci xeetu ñu dul Yàlla, Room gu papa yi, ak États-Unis ne ay “nguur yu suuf si.” Ci ñaareelu xët bi, moo xamale ne nguur yooyu dafa amoon ci toppante, bi mu waxee ne, “jaarale ko ci pagaanis, te gannaaw ga ci Papauté bi,” ak ne, “bi Papauté bi, gàntaléeku ci dooleem, ñu ko gaawloo ba mu bàyyi fitnaal, Yowaana gis na beneen kàttan buy jóg ngir delloo baatub njaar mi, te yóbbu kanam jëf ju bon te fees ak yàqute boobu.” Waaye fa la taxawul, ndaxte ci ñetteelu xët bi, moo xamale ne États-Unis war na gaawloo baneen nguur ci kaw àddina bépp. Mu ne, “Rab wi am ñaari baqar yu mel ni yu xar mi wax ak baatub njaar mi, te ‘dafa jëfandikoo mbooleem kàttanu rab wu njëkk wa ci kanamam.’ Kàddug yonent bi dafa yégle ne dina wax ñi dëkk ci suuf si ne ñu defar rab wa nataal.”</w:t>
      </w:r>
    </w:p>
    <w:p>
      <w:pPr>
        <w:pStyle w:val="ArticleBody"/>
        <w:jc w:val="left"/>
      </w:pPr>
      <w:r>
        <w:rPr>
          <w:rFonts w:ascii="Times New Roman" w:hAnsi="Times New Roman" w:eastAsia="Times New Roman" w:cs="Times New Roman"/>
        </w:rPr>
        <w:t>Apokalips saar ñaari fukk ak ñett ci ay kañam 12 ak 13, feeñal nañu Room gu bokk ci ña xamuñ Yàlla, Room gu paapal, Etazini, ak nataalu rab wi àddina bi, bi Etazini taxawal. Tekkiinu “nataalu rab wi” mooy booloo Kër Yàlla ak Nguurug Réew, te ngir àddina bépp taxawal nataalu rab wi, ci tekkiinam la muy won ne ci fan yu mujj yi, dinañu gaawal ci kaw suuf sépp ab nguuru àddina-benn. Nguur gi dina am Réew ak Kër Yàlla, te Kër Yàlla gi mooy jiite ci seen diggante. Apokalips saar ñaari fukk ak ñett ci ay kañam 12 ak 13, feeñal nañu ñeenti nguuru yu toppante, te noonu itam lañu leen teewal ci kañam 17, ak itam ci Daanel kañam 2.</w:t>
      </w:r>
    </w:p>
    <w:p>
      <w:pPr>
        <w:pStyle w:val="ArticleBody"/>
        <w:jc w:val="left"/>
      </w:pPr>
      <w:r>
        <w:rPr>
          <w:rFonts w:ascii="Times New Roman" w:hAnsi="Times New Roman" w:eastAsia="Times New Roman" w:cs="Times New Roman"/>
        </w:rPr>
        <w:t>Ci at 1798, Yowaan gis na juróomi nguur yu njëkk yi ci waxi yonent ci Biibël dëppoon nañu ba noppi, te ne ci 1798 benn nguur moo nekkoon booba. Nguur gi ci waxi yonent ci Biibël te tàmbalee ci 1798, mooy rab wu suuf wi ci Peeñu xamle 13, mi tàmbalee ni xar, waaye mujj di wax ni nàg. États-Unis mooy juróomeelu nguur gu am ñaari bët ci waxi yonent ci Biibël, giy topp juróomeelu nguur gu Babiilon gu xel ga, ga woon jële xeet wu rey. Juróomeelu nguur ga mooy Babiilon gu xel ga, gañu woon misaalal ak njëkk nguur gi di Babiilon gu dëgg. Juróomeelu nguur gu am ñaari bët gi, ñaari yoxo yu xaalis lañu ko misaalal woon.</w:t>
      </w:r>
    </w:p>
    <w:p>
      <w:pPr>
        <w:pStyle w:val="ArticleBody"/>
        <w:jc w:val="left"/>
      </w:pPr>
      <w:r>
        <w:rPr>
          <w:rFonts w:ascii="Times New Roman" w:hAnsi="Times New Roman" w:eastAsia="Times New Roman" w:cs="Times New Roman"/>
        </w:rPr>
        <w:t>Ci atum 1798, war na amoon na am ngu tollu ci kanam, ndaxte ci atum 1798, « keneen ki agagul ». Bu nguur gu juróom-ñaareel ga duggée ci jaar-jaariy nettali, du yàgg ludul ne gu « sax ab fan bu gàtt ». Nguur gu juróomeel ga jot na ci ab gaañu bu rey, nguur gu juróom-beneel ga am na ñaari waññ, te nguur gu juróom-ñaareel ga sax na rekk diir bu gàtt. Mbiri wax ji wone na ne nguur gu juróom-ñaareel ga, « fukki buur yaa » ko di tegtal, ndaxte bu « fukki buur yaa » nekkée ab nguur, dañuy nguuru rekk diir bu tollu « benn waxtu », te benn « waxtu » mooy ab « fan » bu gàtt. Bu « fukki buur yaa » di nguuru, dañuy nguuru ànd ak rab wa ci diirub « benn waxtu » boobu.</w:t>
      </w:r>
    </w:p>
    <w:p>
      <w:pPr>
        <w:pStyle w:val="ArticleScripture"/>
        <w:jc w:val="left"/>
      </w:pPr>
      <w:r>
        <w:rPr>
          <w:rFonts w:ascii="Times New Roman" w:hAnsi="Times New Roman" w:eastAsia="Times New Roman" w:cs="Times New Roman"/>
        </w:rPr>
        <w:t>Te ñaar fànn yi nga gis mooy fukki buur, yu jotagul benn nguur ba tey; waaye dinañu jot sañ-sañu nguur ni ay buur benn waxtu ak rab wi. Peeñu 17:12.</w:t>
      </w:r>
    </w:p>
    <w:p>
      <w:pPr>
        <w:pStyle w:val="ArticleBody"/>
        <w:jc w:val="left"/>
      </w:pPr>
      <w:r>
        <w:rPr>
          <w:rFonts w:ascii="Times New Roman" w:hAnsi="Times New Roman" w:eastAsia="Times New Roman" w:cs="Times New Roman"/>
        </w:rPr>
        <w:t>“Benn fukk yi” yi mooy nguur gu juróom-ñaareel, waaye ñuy nguurandoo ak rab wi diirub “benn waxtu”. “Benn waxtu” boobu mooy jamonoy jafe-jafey yoonu dimaas bi tambalee ak yoonu dimaas bu néewul a ñëw ca États-Unis. Ñoom dañuy déggoo ngir nguurandoo ak rab wi, ndaxte buur bu njëkk bi moo leen ci ga, te mooy États-Unis. Sœur White ci xibaar bi nu fekk a ngi wax, moom mooy wone ne kàttan gu mujj gi di fitnaal nit ñi Yàlla mooy rabu suuf si.</w:t>
      </w:r>
    </w:p>
    <w:p>
      <w:pPr>
        <w:pStyle w:val="ArticleScripture"/>
        <w:jc w:val="left"/>
      </w:pPr>
      <w:r>
        <w:rPr>
          <w:rFonts w:ascii="Times New Roman" w:hAnsi="Times New Roman" w:eastAsia="Times New Roman" w:cs="Times New Roman"/>
        </w:rPr>
        <w:t>“Yowaana gis na kàttan gu bees buy yéeg, ngir jëfe baatub njaag mi, te wéy ci jëfandikoo jëf ju mel ni yaramadi te yàq turu Yàlla. Kàttan googu, moom mi mujj ci ñi war a xeex ak kërkristaan gi ak yoonu Yàlla, dañu ko misaalal woon ci rab wu am ñaari bakk yu mel ni yu xar.” Signs of the Times, 1 Noofàmbar 1899.</w:t>
      </w:r>
    </w:p>
    <w:p>
      <w:pPr>
        <w:pStyle w:val="ArticleBody"/>
        <w:jc w:val="left"/>
      </w:pPr>
      <w:r>
        <w:rPr>
          <w:rFonts w:ascii="Times New Roman" w:hAnsi="Times New Roman" w:eastAsia="Times New Roman" w:cs="Times New Roman"/>
        </w:rPr>
        <w:t>Nguuru buur yoon wax ci bindub Yàlla ci mbirum wax ju bindu ci kanam mooy li États-Unis indi ci njubteem, ci biir jëfandikookam ni Bennal Kàddug Fen. Nguur googu tàmbalee woon ni xar mu ndaw ci atum 1798, waaye ci fan yu mujj yi dafay sonnal àddina si nangu nataalu mala mu mbooloom àddina, te loolu ci tekkiinam mooy booloo gi diggante Kërceen ak Réew, ak Kërceen gi yor nguur gi ci seen diggante. Nguur googu itam dañu ko xamale ne mooy benn booloo buy ñetti wàll.</w:t>
      </w:r>
    </w:p>
    <w:p>
      <w:pPr>
        <w:pStyle w:val="ArticleScripture"/>
        <w:jc w:val="left"/>
      </w:pPr>
      <w:r>
        <w:rPr>
          <w:rFonts w:ascii="Times New Roman" w:hAnsi="Times New Roman" w:eastAsia="Times New Roman" w:cs="Times New Roman"/>
        </w:rPr>
        <w:t>«Protestañ yi ci Réewum Mbooloom Amerik dinañu nekk ñi jiitu ci jox seen loxo jàll biir xàjja ba, ngir jàpp loxoy Espiritism; dinañu tàllal seen loxo jàll biir xott ba ngir lëkkal ak kàttanu Room; te ci suufu dooley boole bu ñetti wàll yii, réew mii dina topp tànki Room ci di dëbbal sañ-sañi xel mu sell.» The Great Controversy, 588.</w:t>
      </w:r>
    </w:p>
    <w:p>
      <w:pPr>
        <w:pStyle w:val="ArticleBody"/>
        <w:jc w:val="left"/>
      </w:pPr>
      <w:r>
        <w:rPr>
          <w:rFonts w:ascii="Times New Roman" w:hAnsi="Times New Roman" w:eastAsia="Times New Roman" w:cs="Times New Roman"/>
        </w:rPr>
        <w:t>Benn booloo bu ñetti mooy booloo bu nàcc gi, rab wu ëpp doole wi ak yonent bu dëggul bi, yi nga gis ci Peeñu Yàlla fukki juróom-benn, te ñoom dem ci buur yi nekk ci suuf, ba yóbbu àddina si Armagedon.</w:t>
      </w:r>
    </w:p>
    <w:p>
      <w:pPr>
        <w:pStyle w:val="ArticleScripture"/>
        <w:jc w:val="left"/>
      </w:pPr>
      <w:r>
        <w:rPr>
          <w:rFonts w:ascii="Times New Roman" w:hAnsi="Times New Roman" w:eastAsia="Times New Roman" w:cs="Times New Roman"/>
        </w:rPr>
        <w:t>Te gis naa ma gis ñetti xelum yu sobe te mel ni njaxu, yu génn ci gémmiñu njaago gi, ak ci gémmiñu rab wi, ak ci gémmiñu yonent bu dëggul bi. Ndaxte ñoom ay xelum seytaane lañu, di def kéemaan, te di dem ci buur yi ci suufu àddina ak ci àddina bépp, ngir dajale leen ci xareb bés boobu mag bu Yàlla Boroom Kàttan gi. Peel ga 16:13, 14.</w:t>
      </w:r>
    </w:p>
    <w:p>
      <w:pPr>
        <w:pStyle w:val="ArticleBody"/>
        <w:jc w:val="left"/>
      </w:pPr>
      <w:r>
        <w:rPr>
          <w:rFonts w:ascii="Times New Roman" w:hAnsi="Times New Roman" w:eastAsia="Times New Roman" w:cs="Times New Roman"/>
        </w:rPr>
        <w:t>“Doole Room” bi mooy papasi bi, mala bi ak juróomeelu nguur gi ci waxi yëgleb Bibli bi te jot na gaaw bu rey. “Protestant yi” dañuy tegtal États-Unis, yonnent bu dëggul bi, juróome-benni ak mujj gi ci waxi yëgleb Bibli bi. “Espiritisma” mooy Mbooloom Xeeti Aduna bi, nago wi ak nguur gi nangu ngir nguuru benn waxtu ak mala bi. Booloo bu ñetti bi mat na ci “benn waxtu” boobu mooy “waxtu” wa “yëngu-yëngu suuf wu mag wi” ci Peeñu yi fukk ak benn, te loolu mooy yoonu Dibeer bu waaj a ñëw.</w:t>
      </w:r>
    </w:p>
    <w:p>
      <w:pPr>
        <w:pStyle w:val="ArticleScripture"/>
        <w:jc w:val="left"/>
      </w:pPr>
      <w:r>
        <w:rPr>
          <w:rFonts w:ascii="Times New Roman" w:hAnsi="Times New Roman" w:eastAsia="Times New Roman" w:cs="Times New Roman"/>
        </w:rPr>
        <w:t>“Ci ndigal gu tegale ngir dëgëral doxalinug Bàkkup Paap bi ci toppandoo ak yoonu Yàlla, sunu réew dina dagg boppam bu baax ak njub. Bu Protestantis mu yóbbul loxoom jaarale ko ci kaw xott bi ngir jàpp loxol kàttanug Room, bu mu tàggat ci kaw xuru xat ba ngir lëkkante ak Espiritism, bu, ci njariñu boole boobu ñetti wàll, sunu réew weddee bépp njàngaleg Sàrtaam ngir muy nguur gu Protestan te Réewum askan wi di ko saytu, te mu defar yoonu yaa ngir lawal fen ak naxariy Paap bi, kon nu man a xam ne waxtu jëfandikoo Satan bu yéeme bi agsi na, te muj gi jege na.” Testimonies, voliyom 5, 451.</w:t>
      </w:r>
    </w:p>
    <w:p>
      <w:pPr>
        <w:pStyle w:val="ArticleBody"/>
        <w:jc w:val="left"/>
      </w:pPr>
      <w:r>
        <w:rPr>
          <w:rFonts w:ascii="Times New Roman" w:hAnsi="Times New Roman" w:eastAsia="Times New Roman" w:cs="Times New Roman"/>
        </w:rPr>
        <w:t>Ci saar ñaareelu téereb Daniel, Babilon, buur gi njëkk ci waxi yonent yi ci Biibël te boppu wurus mo koy melal, dafa mel ni Babilon bu xel mi, buur gi juróomeelu ci waxi yonent yi ci Biibël. Buuru ñaar-fànn yi, Med ak Perse, xar-kañam ak loxo yu xaalis yi, mooy ñaareelu buur ci waxi yonent yi ci Daniel 2, te muy melal rab wu ñaari kàccoor ci suuf si, mooy États-Unis, juróomeelu buur ci waxi yonent yi ci Biibël. Xànjaru nataal bi ci Daniel 2, buy melal Gres, ñetteelu buur ci waxi yonent yi ci Biibël, dafa melal Mbooloom Xeeti Aduna yi, juróom-ñaareelu bopp bi di sax “benn waxtu”, te mu ànd ci nangu benn taxawaay ci booloo bu ñett-fànn bi, mooy bu jinax bi, rab wi ak yonent wu dëggul wi.</w:t>
      </w:r>
    </w:p>
    <w:p>
      <w:pPr>
        <w:pStyle w:val="ArticleBody"/>
        <w:jc w:val="left"/>
      </w:pPr>
      <w:r>
        <w:rPr>
          <w:rFonts w:ascii="Times New Roman" w:hAnsi="Times New Roman" w:eastAsia="Times New Roman" w:cs="Times New Roman"/>
        </w:rPr>
        <w:t>Nguuru weñ gu weñu ci saarub ñaareelu Daniel, muy ñaareelu buur gi ci kàddug waxi yonent yi ci Biibël bi, mooy tegukaayu ñetteelu buur gi, muy bi bokk ci juróom-ñaari buur yi. Room bu bokk ci jamonoy pagan, moom ñaareelu buur gi, dafay tegtal Room bu tey ji, te mooy buur gu ñu samp ak booloo Kërceen ak Réew, fekk Kërceen gi mooy kilifte diggante boobu. Buur boobu am na ñetti wàll ci ay dundam, ndaxte buur bi gën a màgg ci “fukki buur yi” mooy juróomeelu buur gi, te mooy rab wu suuf si. Juróomeelu buur gi mooy Ahab, mi takkoon Yésabeel. Juróomeelu buur gi bu ñu ko tegtalee ci booloom ñetti wàll yi, mooy Room bu tey ji, te ko jiitu woon juróom-ñeenteelu buur gi, mooy Room bu pàppa si, te ko itam jiitu woon ñaareelu buur gi, mooy Room bu pagan.</w:t>
      </w:r>
    </w:p>
    <w:p>
      <w:pPr>
        <w:pStyle w:val="ArticleBody"/>
        <w:jc w:val="left"/>
      </w:pPr>
      <w:r>
        <w:rPr>
          <w:rFonts w:ascii="Times New Roman" w:hAnsi="Times New Roman" w:eastAsia="Times New Roman" w:cs="Times New Roman"/>
        </w:rPr>
        <w:t>Millerite yi gis gën a xam ne Room rekk mooy nguur gu ñeenteel te mujj. Wax nañu woon ne am na ñaari melokaan ci dundam, waaye kenn ci ñoom mënu woon a gis beneen nguur gu àddina gu ko topp. Nguur gu ñeenteel gi mooy Room gu pagan, gi jiitu Room gu baal ma, mooy nguur gu juróomeel gi, te bii topp ci Room gu tey, mooy nguur gu juróomeeleteel gi. Nguur gu juróomeeleteel gi mooy ñetteelu woon ci ñetti feeñu-feeñu Room.</w:t>
      </w:r>
    </w:p>
    <w:p>
      <w:pPr>
        <w:pStyle w:val="ArticleBody"/>
        <w:jc w:val="left"/>
      </w:pPr>
      <w:r>
        <w:rPr>
          <w:rFonts w:ascii="Times New Roman" w:hAnsi="Times New Roman" w:eastAsia="Times New Roman" w:cs="Times New Roman"/>
        </w:rPr>
        <w:t>Benn boole bu ñetti bi — jinax bi, rab bi ak yonent bu fen bi — mooy ci benn yoon Room bu bees, te mooy itam Babilon bu Mag bi, moomu gaana gu rey ba dee te werati. États-Unis, Mbooloom Xeet yi ak jigéen ju bon ju Tir dafañu melal juróom-ñetteelu ak mujj gi nguur gi, waaye ñoom ñett ñépp ay àndandoo lañu ci benn boole bu ñetti bi bu juróom-benneeelu nguur gi, mooy doole ju mujj ji «ngir xeex ak kanam kërceen gi ak yoonu Yàlla».</w:t>
      </w:r>
    </w:p>
    <w:p>
      <w:pPr>
        <w:pStyle w:val="ArticleBody"/>
        <w:jc w:val="left"/>
      </w:pPr>
      <w:r>
        <w:rPr>
          <w:rFonts w:ascii="Times New Roman" w:hAnsi="Times New Roman" w:eastAsia="Times New Roman" w:cs="Times New Roman"/>
        </w:rPr>
        <w:t>Etazini mooy benn ci ñetteelu buurug juróom-benn bi. Mbootaayu Xeeti Àddina yi, ni muy benn cër ci benn boole gu ñetti wàll, moom itam mooy benn ci ñetteelu buurug juróom-benn bi, te baamtu gi sax mooy benn ci ñetteelu buurug juróom-benn bi. Ci tolluwaay boobu, limu Etazini mooy JURÓOM-BENN, te limu Mbootaayu Xeeti Àddina yi mooy JURÓOM-BENN, te limu baamtu gi mooy JURÓOM-BENN. Boole bu ñetti wàll bi dafay tegtal limub nit, “nit ku bàkkaar bi,” te limam mooy JURÓOM-BENN-JURÓOM-BENN-JURÓOM-BENN.</w:t>
      </w:r>
    </w:p>
    <w:p>
      <w:pPr>
        <w:pStyle w:val="ArticleScripture"/>
        <w:jc w:val="left"/>
      </w:pPr>
      <w:r>
        <w:rPr>
          <w:rFonts w:ascii="Times New Roman" w:hAnsi="Times New Roman" w:eastAsia="Times New Roman" w:cs="Times New Roman"/>
        </w:rPr>
        <w:t>Ci la xel. Ku am xam-xam, na waññi limu rab wi; ndaxte limub nit la, te limam mooy juróom-benn téeméer ak juróom-fukk ak juróom-benn. Peeñug Yàlla 13:18.</w:t>
      </w:r>
    </w:p>
    <w:p>
      <w:pPr>
        <w:pStyle w:val="ArticleBody"/>
        <w:jc w:val="left"/>
      </w:pPr>
      <w:r>
        <w:rPr>
          <w:rFonts w:ascii="Times New Roman" w:hAnsi="Times New Roman" w:eastAsia="Times New Roman" w:cs="Times New Roman"/>
        </w:rPr>
        <w:t>Nguur gu weesu bu jeex te beru boppam mooy États-Unis, waaye muy nax àddina, ndax mooy Yonent bu Fenn bi.</w:t>
      </w:r>
    </w:p>
    <w:p>
      <w:pPr>
        <w:pStyle w:val="ArticleScripture"/>
        <w:jc w:val="left"/>
      </w:pPr>
      <w:r>
        <w:rPr>
          <w:rFonts w:ascii="Times New Roman" w:hAnsi="Times New Roman" w:eastAsia="Times New Roman" w:cs="Times New Roman"/>
        </w:rPr>
        <w:t>Te itam bépp kàttanu mala yu njëkk wa ci kanamam, te mu tax suuf si ak ñi ci dëkk ñépp màggal mala yu njëkk wa, moom mi gaaw ga dee woon te wéral. Te mu def kéemaan yu mag, ba tax muy wàcce safara jógé asamaan, ñëw ci suuf si ci kanam nit ñi, te muy nax ñi dëkk ci suuf si jaarale ko ci kéemaan ya, yi mu amoon sañ-sañu def ci kanam mala ma; di wax ñi dëkk ci suuf si, ñu defar nataalu mala ma, moom mi ñu gaañoon ak sabar bi te dundaat. Révélation 13:12–14.</w:t>
      </w:r>
    </w:p>
    <w:p>
      <w:pPr>
        <w:pStyle w:val="ArticleBody"/>
        <w:jc w:val="left"/>
      </w:pPr>
      <w:r>
        <w:rPr>
          <w:rFonts w:ascii="Times New Roman" w:hAnsi="Times New Roman" w:eastAsia="Times New Roman" w:cs="Times New Roman"/>
        </w:rPr>
        <w:t>“Dooley juróom baat bii jëkk ba ci kanamam,” dafay tekki kàttan gi ñu joxoon papaas bi jaarale ko ci buur yu Ewrope, tambalee ak Clovis ci atum 496. États-Unis di jëfandikoo kàttanam gu soldaar, ànd ak kàttanam gu koom-koom, ngir nax àddina te dóor ko ci mbirum boppam. États-Unis di gaawal àddina ba mu màggal papaas bi, jaarale ko ci sasug màggalu dibeer. États-Unis di def kéemaan yu mag, ci defar safara, (tékkéefi ndawtal la) mu wàccé jóge asamaan, loolu mooy li war a am jaarale ko ci Information Super-Highway, mi doon taxawal bu mat sëkk gu brainwashing ak propagande, te mooy feeñug tey jii gu hypnosis. Ndax kriz bi di yokku, bi Islam indi ci kaw suuf, ni ñuy matale wàlluwaay seen cëru ci merloo xeeti àddina yi, àddina naxu ngir nangu sistemu àddina sépp bu booloo Kàngam ak Réew, bi taxawaloo ci njaay mi, baat bi, ak yonent bu dëggul bi.</w:t>
      </w:r>
    </w:p>
    <w:p>
      <w:pPr>
        <w:pStyle w:val="ArticleBody"/>
        <w:jc w:val="left"/>
      </w:pPr>
      <w:r>
        <w:rPr>
          <w:rFonts w:ascii="Times New Roman" w:hAnsi="Times New Roman" w:eastAsia="Times New Roman" w:cs="Times New Roman"/>
        </w:rPr>
        <w:t>Bi beneen fukki juróom-ñett ci Pexe yi 13 nee na: waññi leen limu rab wi, limu mooy ñetti doole yi dajale ngir samp buur gu juróom-benn gii di mujj. Bu ngeen teg buur googu 666, dina nekk matug léebu yonent bi ne buur bu juróom-ñetti baat na ci juróom-ñaari. Léebu yonent boobu bokk na ci dëgg gi ubbeeku, bi Gaynde gi bokk ci xeetu Yuda ubbee Pexe yu Yeesu Kirist.</w:t>
      </w:r>
    </w:p>
    <w:p>
      <w:pPr>
        <w:pStyle w:val="ArticleBody"/>
        <w:jc w:val="left"/>
      </w:pPr>
      <w:r>
        <w:rPr>
          <w:rFonts w:ascii="Times New Roman" w:hAnsi="Times New Roman" w:eastAsia="Times New Roman" w:cs="Times New Roman"/>
        </w:rPr>
        <w:t>Loolu bii tax njàngat bu nëbbu ci nguur gu mujj, gi di nguur gu juróom-benn ci ñett, maanaam nguur gu juróom-bennee bu ñett, te itam di Babilon bu xel mi, biñ fàtte woon diirub juróom-ñaari at yu màndarga, te mooy Roomu jamono jii, te itam mooy nataalu rabu àddina si yépp, miñ misaale woon ci njëkk nguur gi di Babilon, ak ñenteel nguur gi di Roomu way-réerey jamono jëkk, seedees na ko ñaari yoon ci xamle ne “ñi xam” ñooy dégg njubte gi; ndaxte kumpab 666, sax na ci ñi am xam-xam, ni noonu itam kumpab buur bu juróom-ñetteel bi nekk ci juróom-ñaari bi.</w:t>
      </w:r>
    </w:p>
    <w:p>
      <w:pPr>
        <w:pStyle w:val="ArticleScripture"/>
        <w:jc w:val="left"/>
      </w:pPr>
      <w:r>
        <w:rPr>
          <w:rFonts w:ascii="Times New Roman" w:hAnsi="Times New Roman" w:eastAsia="Times New Roman" w:cs="Times New Roman"/>
        </w:rPr>
        <w:t>Ci ñi ne xam-xam. Ku am xel na waññi limub rabu doywaar bi: ndaxte limub nit la; te limam mooy juróom-benn téeméer ak juróom-benn fukk ak juróom-benn. Apokalips 13:18.</w:t>
      </w:r>
    </w:p>
    <w:p>
      <w:pPr>
        <w:pStyle w:val="ArticleScripture"/>
        <w:jc w:val="left"/>
      </w:pPr>
      <w:r>
        <w:rPr>
          <w:rFonts w:ascii="Times New Roman" w:hAnsi="Times New Roman" w:eastAsia="Times New Roman" w:cs="Times New Roman"/>
        </w:rPr>
        <w:t>Te fi la xel mu am xam-xam. Juróom-ñaari bopp yi mooy juróom-ñaari tund yi, te jigéen ji toog ci seen kaw. Peeñu 17:9.</w:t>
      </w:r>
    </w:p>
    <w:p>
      <w:pPr>
        <w:pStyle w:val="ArticleBody"/>
        <w:jc w:val="left"/>
      </w:pPr>
      <w:r>
        <w:rPr>
          <w:rFonts w:ascii="Times New Roman" w:hAnsi="Times New Roman" w:eastAsia="Times New Roman" w:cs="Times New Roman"/>
        </w:rPr>
        <w:t>Ubbi biirug Révélationu Yeesu Kirist bi, ñi “am xel” ñoo ko déggoo, waaye ñi bon ñoo ko xamul. Ñaari tudd xel mu nekk ci téereb Révélation bi, ñoom ñépp ci ñi “am njàngat” lañuy wax, te li ñi “am xel” déggoo mooy “yokku xam-xam”. “Yokku xam-xam” boobu, miy Révélationu Yeesu Kirist, mooy ug Révélation ne juróom-ñaareelu nguur gi, gi di nguur gu ñetti wàll guy 666, am na itam ndencit ci Daniel saar ñaar; ndaxte xonq yi nekk ci géntu Miller war nañu leer fukki yoon gën a màndargaal ci bés yu mujj yi.</w:t>
      </w:r>
    </w:p>
    <w:p>
      <w:pPr>
        <w:pStyle w:val="ArticleBody"/>
        <w:jc w:val="left"/>
      </w:pPr>
      <w:r>
        <w:rPr>
          <w:rFonts w:ascii="Times New Roman" w:hAnsi="Times New Roman" w:eastAsia="Times New Roman" w:cs="Times New Roman"/>
        </w:rPr>
        <w:t>Dañuy jàngat bii ci atikaat bi ci topp.</w:t>
      </w:r>
    </w:p>
    <w:p>
      <w:pPr>
        <w:pStyle w:val="ArticleScripture"/>
        <w:jc w:val="left"/>
      </w:pPr>
      <w:r>
        <w:rPr>
          <w:rFonts w:ascii="Times New Roman" w:hAnsi="Times New Roman" w:eastAsia="Times New Roman" w:cs="Times New Roman"/>
        </w:rPr>
        <w:t>«Ci Kàddug Yàlla yu xóot tegu nañu ci Kàddug Yëgle bii. Tur wi ñu jox xëti kayit yu mu xiir, “Kàddug Yëgle,” weddi na wax ji ne tere bii dafa tëj. Yëgle mooy lu ñu wone. Boroom bi ci boppam moo yëgël ay mbóot yu nekk ci tere bii ci ay jaamam, te bëgg na ñu ubbeeku ci njàng mi ñépp di ko jàng. Dëggam yi waxees na leen ñi dund ci fan yu mujj yi ci jaar-jaaru àddina sii, ni itam ñi dundoon ca jamonoy Yowaana. Yenn ci xew-xew yi ñu nataal ci waxi yonent bii am nañu ba noppi, yeneen di xew léegi; yeneen di feeñal jeexital xare bu mag bi nekk diggante kàttan yi ci lëndëm ak Buur asamaan bi; te yeneen di yëgël ndam yi ak mbégtey ñi ñu jot ci mucc ci suuf si ñu yeesaat.»</w:t>
      </w:r>
    </w:p>
    <w:p>
      <w:pPr>
        <w:pStyle w:val="ArticleScripture"/>
        <w:jc w:val="left"/>
      </w:pPr>
      <w:r>
        <w:rPr>
          <w:rFonts w:ascii="Times New Roman" w:hAnsi="Times New Roman" w:eastAsia="Times New Roman" w:cs="Times New Roman"/>
        </w:rPr>
        <w:t>“Bu kenn xalaatul ne, ndax maneesuñu firndeel tekkiinu bépp màndarga ci Kàddug Peeñ mi, ne amul njariñ ci ñoom ñu seet téere bii ngir xam tekkiinu dëgg gi mu ëmb. Ki xamale woon yéem yu nii Yowaana, dina jox kiy seet dëgg ak farlu, mu mos ci lu asamaan. Ñi seen xol ubbeeku ngir nangu dëgg, dees na leen may ñu dégg ay njàngalem, te dees na leen may barke bi ñu dige woon ñi ‘dégg waxi kàddug wax jii, te sàmm yi ci bindu.’”</w:t>
      </w:r>
    </w:p>
    <w:p>
      <w:pPr>
        <w:pStyle w:val="ArticleScripture"/>
        <w:jc w:val="left"/>
      </w:pPr>
      <w:r>
        <w:rPr>
          <w:rFonts w:ascii="Times New Roman" w:hAnsi="Times New Roman" w:eastAsia="Times New Roman" w:cs="Times New Roman"/>
        </w:rPr>
        <w:t>«Ci Kàddu Yàlla gu mujj gi, téerey Biibël yépp da ñoo fa daje te jeex. Fii la matug téereb Daniyel nekk. Benn bi, waxi yonent la; beneen bi, peeñu la. Téere biñ tëj ak màndargaale, du Kàddu Yàlla gu mujj gi, waaye mooy wàll wi ci waxi yonent yi Daniyel waxoon te jëm ci fan yu mujj yi. Malaaka ma santaane na ne: “Waaye yow, Daniyel, tëjël wax yi, te màndargaale téere bi ba ci jamonoy mujj.” Daniyel 12:4.» Acts of the Apostles, 584, 585.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Limu juróom-ñeett"}</dc:title>
  <dc:subject>Xam-xam bi Ubbeeku: Seetlu ci Benn boobu ñetti wàll ak laaj bu xóot bu 666 ci Kàddug wax ci jamono yu ñëw</dc:subject>
  <dc:creator>Jeff Pippenger</dc:creator>
  <cp:keywords/>
  <dc:description>Generated by ArticleDigger from daniel\58_daniel.json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