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Lim fukk ak juróom-ñeent##</w:t>
      </w:r>
    </w:p>
    <w:p>
      <w:pPr>
        <w:pStyle w:val="ArticleSubtitle"/>
        <w:jc w:val="left"/>
      </w:pPr>
      <w:r>
        <w:rPr>
          <w:rFonts w:ascii="Arial" w:hAnsi="Arial" w:eastAsia="Arial" w:cs="Arial"/>
        </w:rPr>
        <w:t>Feeñg biir baat-u waxu yonent yi mujj: ubbeeku gu mujje gi ndax Gaynde gu xeetu Yuda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Tuuti bëgg-bëgg gi di jeex, Sirru waxu Yàlla bu mujj bi dafa ubbi ci Mbegteefub xeetu Yuda, te ñi am xel rekk ñoo xam yokkute xam-xam bi mi ngi génne ci ubbigoo googu. Ñaari seede yi nekk ci Kàddug Yàlla gi di Revelation dañuy leerël wàll ci li ñu ubbi ci waxtu woowu.</w:t>
      </w:r>
    </w:p>
    <w:p>
      <w:pPr>
        <w:pStyle w:val="ArticleScripture"/>
        <w:jc w:val="left"/>
      </w:pPr>
      <w:r>
        <w:rPr>
          <w:rFonts w:ascii="Times New Roman" w:hAnsi="Times New Roman" w:eastAsia="Times New Roman" w:cs="Times New Roman"/>
        </w:rPr>
        <w:t>Fii mooy xam-xam. Ku am xel, na waññi limub rab wa: ndaxte limub nit la; te limam mooy juróom-benni téeméer ak juróom-benni fukk ak juróom-benni. … Te fii mooy xel mi am xam-xam. Juróom-ñaari bopp yi mooy juróom-ñaari tundu yi jigéen ji toog ca kawam. Peeñu Yàlla 13:18, 17:9.</w:t>
      </w:r>
    </w:p>
    <w:p>
      <w:pPr>
        <w:pStyle w:val="ArticleBody"/>
        <w:jc w:val="left"/>
      </w:pPr>
      <w:r>
        <w:rPr>
          <w:rFonts w:ascii="Times New Roman" w:hAnsi="Times New Roman" w:eastAsia="Times New Roman" w:cs="Times New Roman"/>
        </w:rPr>
        <w:t>“Doole ju mujj jiy xare ak kërceen ak yoonu Yàlla, te ñu ko misaale woon ak rabu mala bu am njàpp yu mel ni yu xar,” mooy Ëtazini. Moo di juróomeel buurug yeneen waxi Biibël, te tabaxu nguuram mooy benn tabaxu (nataal) ak bi nekkoon ci juróomeelu buurug yeneen waxi Biibël. Mu nekk nguur gu kërceen di kilifte réew mi, te gannaaw loolu mu dugal suuf sépp ngir nangu waajal woowu. Booleb Kërceen ak Réew mat na ba baax ci Ëtazini ci yoonu Dibéer bi di ñëw ci lu gaaw.</w:t>
      </w:r>
    </w:p>
    <w:p>
      <w:pPr>
        <w:pStyle w:val="ArticleScripture"/>
        <w:jc w:val="left"/>
      </w:pPr>
      <w:r>
        <w:rPr>
          <w:rFonts w:ascii="Times New Roman" w:hAnsi="Times New Roman" w:eastAsia="Times New Roman" w:cs="Times New Roman"/>
        </w:rPr>
        <w:t>“‘Nataalu rab wi’ mooy wone noonu gu Protestaŋ bu bàyyi dëgg bi, gi ñuy tabax bu keree yi diine yi Protestaŋ sàkku ndimbalug kàttanu nguur ngir faral seen i dogma. ‘Màndargay rab wi’ sax des na ngir leeral ko.” The Great Controversy, 445.</w:t>
      </w:r>
    </w:p>
    <w:p>
      <w:pPr>
        <w:pStyle w:val="ArticleBody"/>
        <w:jc w:val="left"/>
      </w:pPr>
      <w:r>
        <w:rPr>
          <w:rFonts w:ascii="Times New Roman" w:hAnsi="Times New Roman" w:eastAsia="Times New Roman" w:cs="Times New Roman"/>
        </w:rPr>
        <w:t>Nataalu rab gi ak màndarga rab gi ñaari xàmmeefi misaal yu wuute lañu; waaye ci yoonu Dibeer la nataalu rab gi matale ay njariñam ba mu agsi ci matug yokkuteem.</w:t>
      </w:r>
    </w:p>
    <w:p>
      <w:pPr>
        <w:pStyle w:val="ArticleScripture"/>
        <w:jc w:val="left"/>
      </w:pPr>
      <w:r>
        <w:rPr>
          <w:rFonts w:ascii="Times New Roman" w:hAnsi="Times New Roman" w:eastAsia="Times New Roman" w:cs="Times New Roman"/>
        </w:rPr>
        <w:t>«Biir yi ci bëgg-bëggal ga ci bésu Dimaas ci wetu kërkati Protestaŋ yi, mooy jëfandikoo màggal gu papasi bi — gu rab wi. Ñi xam dal yi ndigalu ñeenteelu santaane bi di wax, te tànn sàmm bésu noflaay bu dëggul, bàyyi bu dëgg bi, ñoom nag dañuy fey kaaraange ci dooley keroog gi rekk moo tax mu mel ne jox nañu ko ndam. Waaye ci bopp jëf ji ñuy dëggale warug diine ak kàttanu boroom réew, kërk yi dinañu sos seen bopp nataalu rab wi; moo tax biir yi ci bëgg-bëggal ga ci bésu Dimaas ci États-Unis di na doon jëfandikoo màggal gu rab wi ak nataalam.» The Great Controversy, 448, 449.</w:t>
      </w:r>
    </w:p>
    <w:p>
      <w:pPr>
        <w:pStyle w:val="ArticleBody"/>
        <w:jc w:val="left"/>
      </w:pPr>
      <w:r>
        <w:rPr>
          <w:rFonts w:ascii="Times New Roman" w:hAnsi="Times New Roman" w:eastAsia="Times New Roman" w:cs="Times New Roman"/>
        </w:rPr>
        <w:t>Ci waxtu ndigalu Dibéer bi, Sartu Réewum États-Unis dina yàqu bu mat, te réew mi dina taxaw ba noppi ci wéet gu mat ak njub. Noonu nag, ci suufu nguur gu mat gu Seytaane, États-Unis dina gaññ àddina bi, ba nangu benn sistemu Kërceen ak Réew mi mel ni mi ñu samp saa si nekk ci États-Unis. Nguru àddina si mooy Nations Unies, te Kërceen gu Room mooy Kërceen gi di yilifoo diggante boobu.</w:t>
      </w:r>
    </w:p>
    <w:p>
      <w:pPr>
        <w:pStyle w:val="ArticleScripture"/>
        <w:jc w:val="left"/>
      </w:pPr>
      <w:r>
        <w:rPr>
          <w:rFonts w:ascii="Times New Roman" w:hAnsi="Times New Roman" w:eastAsia="Times New Roman" w:cs="Times New Roman"/>
        </w:rPr>
        <w:t>“Àddina fees na ak ngelaw, xare ak juuyoo. Waaye ci suufu benn bopp—dooley paap bi—nit ñi dinañu booloo ngir weddi Yàlla ci kàttanam seedeem yi.” Testimonies, volume 7, 182.</w:t>
      </w:r>
    </w:p>
    <w:p>
      <w:pPr>
        <w:pStyle w:val="ArticleBody"/>
        <w:jc w:val="left"/>
      </w:pPr>
      <w:r>
        <w:rPr>
          <w:rFonts w:ascii="Times New Roman" w:hAnsi="Times New Roman" w:eastAsia="Times New Roman" w:cs="Times New Roman"/>
        </w:rPr>
        <w:t>Sistemu Kërce ak Reew mi ñu wone ci yëgleb bi ni mooy nataalu rab wi, moom itam mooy benn booloo bu ñetti wàll: nagoog bi, rab wi ak yonent bu dëggul bi. Fukk buur yi ci Pexe 17, yi di bopp bu juróom-ñaar ba, dañuy tegtal kàttanu nagoog bi.</w:t>
      </w:r>
    </w:p>
    <w:p>
      <w:pPr>
        <w:pStyle w:val="ArticleScripture"/>
        <w:jc w:val="left"/>
      </w:pPr>
      <w:r>
        <w:rPr>
          <w:rFonts w:ascii="Times New Roman" w:hAnsi="Times New Roman" w:eastAsia="Times New Roman" w:cs="Times New Roman"/>
        </w:rPr>
        <w:t>“Buur yi ak njiit yi ak gouverneur yi teg nañu ci seen bopp màndarga antikiris bi, te ñu ngi leen feeñal ni ajdahaka ji dem ngir xeex ak gaayi Yàlla yi—ak ñi di sàmm ndigali Yàlla yi te am ngëmug Yeesu.” Testimonies to Ministers, 38.</w:t>
      </w:r>
    </w:p>
    <w:p>
      <w:pPr>
        <w:pStyle w:val="ArticleBody"/>
        <w:jc w:val="left"/>
      </w:pPr>
      <w:r>
        <w:rPr>
          <w:rFonts w:ascii="Times New Roman" w:hAnsi="Times New Roman" w:eastAsia="Times New Roman" w:cs="Times New Roman"/>
        </w:rPr>
        <w:t>“Fukki buur yi” dañuy tektale Mbootaay Xeet yi benn-benn, te seen diine mooy spiritisma; te diinu yonent buy fen mooy Protestantisma gu réer; te diinu rab wa mooy Katolisisma, te loolu du dara lu dul spiritisma guñu muur ak woo gi diiney Kiristaan.</w:t>
      </w:r>
    </w:p>
    <w:p>
      <w:pPr>
        <w:pStyle w:val="ArticleScripture"/>
        <w:jc w:val="left"/>
      </w:pPr>
      <w:r>
        <w:rPr>
          <w:rFonts w:ascii="Times New Roman" w:hAnsi="Times New Roman" w:eastAsia="Times New Roman" w:cs="Times New Roman"/>
        </w:rPr>
        <w:t>“Ci ndigal gu wàccey gi di doxal taxawal nguurug Pàppa gi, te muy tooñ yoonu Yàlla, sunu réew dina wacci boppam bu baax ci njub. Bu Protestantismaa yi yiir loxoom ci kaw xott ba ngir jàpp loxol kàttanu Room, bu mu yàgg ci kaw xuru ga ngir lëkkandoo ak Espiritismaa, bu, ci ngëneelu boole boobu ñetti wàll, sunu réew dindi lépp lu muy pexeeku ci Dastuuram ni nguur gu Protestant te réew mi nguurug askan wi, te mu jagleel ay pexe ngir lawal fen yi ak naxari Pàppa, kon dinañu xam ne waxtu jëfandikoo Satan bu yéeme bi agsi na, te muj gi jege na.” Testimonies, volume 5, 451.</w:t>
      </w:r>
    </w:p>
    <w:p>
      <w:pPr>
        <w:pStyle w:val="ArticleBody"/>
        <w:jc w:val="left"/>
      </w:pPr>
      <w:r>
        <w:rPr>
          <w:rFonts w:ascii="Times New Roman" w:hAnsi="Times New Roman" w:eastAsia="Times New Roman" w:cs="Times New Roman"/>
        </w:rPr>
        <w:t>Ca jamono ngir Yàlla, boole bu ñetti bi di jiin bi, rab bi ak yonent bu dëggul bi mat na. Noonu États-Unis di noot àddina si mu nangu nguur gi benn-rekk bu Nations Unies, ndaxte àddina bi dañuy ko sànni ci benn jafe-jafe ju mag ci jamono ngir Yàlla, bi Islaam di indi àtte ci kaw États-Unis ngir mu dëgëral jaamu jant bi. Noonu Seytaane feeñu ngir soloo Kirist, te bi États-Unis di noot àddina si mu nangu boole benn-rekk bu kilifa ak réew, itam di noot àddina si mu nangu Dibéer ni mooy bésub noppal. Nattu boobu benn-mel bi xewoon ca États-Unis, noonu dañuy ko yóbbu ci kaw àddina bépp.</w:t>
      </w:r>
    </w:p>
    <w:p>
      <w:pPr>
        <w:pStyle w:val="ArticleScripture"/>
        <w:jc w:val="left"/>
      </w:pPr>
      <w:r>
        <w:rPr>
          <w:rFonts w:ascii="Times New Roman" w:hAnsi="Times New Roman" w:eastAsia="Times New Roman" w:cs="Times New Roman"/>
        </w:rPr>
        <w:t>“Xeeti réew yi dinañu topp royukaayu États-Unis. Bu dee sax mooy jiite, waaye benn jafe-jafe boobu dina dal ci sunu nit ñi ci bépp xàll wu àdduna si.” Testimonies, volume 6, 395.</w:t>
      </w:r>
    </w:p>
    <w:p>
      <w:pPr>
        <w:pStyle w:val="ArticleBody"/>
        <w:jc w:val="left"/>
      </w:pPr>
      <w:r>
        <w:rPr>
          <w:rFonts w:ascii="Times New Roman" w:hAnsi="Times New Roman" w:eastAsia="Times New Roman" w:cs="Times New Roman"/>
        </w:rPr>
        <w:t>Mbir mi ne, nde dëkk buy bàyyi dëgg ci kaw réewam, seen réew di topp ca alag, dina dikk ci bépp réew bu nangu bésu jant bi muy bésu jaamu. Jafe-jafe bi di gëna tar mooy “ben waxtu” ba fukki buur yi di nguuru ak baab bi, moom “nit ku bàkkaar bi”. Ñoom déggoo woon jox mbooloom ñetteelu nguuru ga ci sañ-sañu baabal gi, ndaxte dañu leen yóbbu ci gëm ne sañ-sañu yoonu yaramu baabal gi soxla na ngir bennoo àddina bi ci kanamu xare bu di gëna tar ak Islaam. Ci atum 1798, Mbootaayu Xeeti Àddina (United Nations) feeñagul woon sax ci nettali mboolem xew-xew yu nit ñi.</w:t>
      </w:r>
    </w:p>
    <w:p>
      <w:pPr>
        <w:pStyle w:val="ArticleScripture"/>
        <w:jc w:val="left"/>
      </w:pPr>
      <w:r>
        <w:rPr>
          <w:rFonts w:ascii="Times New Roman" w:hAnsi="Times New Roman" w:eastAsia="Times New Roman" w:cs="Times New Roman"/>
        </w:rPr>
        <w:t>Te fukki ñaar-fukk yi nga gis, ñoo di fukki buur yu jotagul benn nguur ba tey; waaye dinañu jot boroom-kàttan ni ay buur diir bu gàtt ak rab wa. Ñooñu am benn xel, te dinañu jox rab wa seen kàttan ak seen doole. Dinañu xare ak Mbegte mi, te Mbegte mi dina leen not; ndaxte mooy Boroomi boroom yi, ak Buuru buur yi; te ñi ànd ak moom, ñoo di ñi ñu woo, ñi ñu tànn, ak ñi takku. Peeñu 17:12–14.</w:t>
      </w:r>
    </w:p>
    <w:p>
      <w:pPr>
        <w:pStyle w:val="ArticleBody"/>
        <w:jc w:val="left"/>
      </w:pPr>
      <w:r>
        <w:rPr>
          <w:rFonts w:ascii="Times New Roman" w:hAnsi="Times New Roman" w:eastAsia="Times New Roman" w:cs="Times New Roman"/>
        </w:rPr>
        <w:t>Ni ba noppee ak baaxee ak baadoolu, buur yi dinañu jox papauté bi kàttan ngir mu mën a yëngal fitna ak bundxata ci askanu Yàlla, te fukki buur ya lañuy xeex ak Xar-mi, waaye dañuy def loolu ci ndigalug “nit ku bàkkaar bi.” “Nit ku bàkkaar bi” mooy itam “nit ki” juróom-ñaaru mbooloom yi di dogal ci Isaaya, sarax 4.</w:t>
      </w:r>
    </w:p>
    <w:p>
      <w:pPr>
        <w:pStyle w:val="ArticleScripture"/>
        <w:jc w:val="left"/>
      </w:pPr>
      <w:r>
        <w:rPr>
          <w:rFonts w:ascii="Times New Roman" w:hAnsi="Times New Roman" w:eastAsia="Times New Roman" w:cs="Times New Roman"/>
        </w:rPr>
        <w:t>Te ci bés pénc ñaari jigéen dinañu jàpp benn góor, di wax ne: Nun dinañu lekk sunu mburu, te sol sunu yére bopp; waaye rekk nañu nu woowe sa tur, ngir dindi sunu torox. Te ci bés boobu sax caraxu Boroom bi dina rafet te màgg, te meññentu suuf si dina tedd te taaru ngir ñi rëcc ci Israyil. Esayi 4:1, 2.</w:t>
      </w:r>
    </w:p>
    <w:p>
      <w:pPr>
        <w:pStyle w:val="ArticleBody"/>
        <w:jc w:val="left"/>
      </w:pPr>
      <w:r>
        <w:rPr>
          <w:rFonts w:ascii="Times New Roman" w:hAnsi="Times New Roman" w:eastAsia="Times New Roman" w:cs="Times New Roman"/>
        </w:rPr>
        <w:t>“Juróom-ñaari jigéen ñi” dañuy tegtal ne papo bi (nit ku bàkkaar bi) moom moo yor sañ-sañ ci mboolem kërk yi ci kaw suuf, ni mu yor sañ-sañ ci mboolem xeet yi itam. “Gàcce” ga kërk yi bëgg a moytu, mooy “gàcce” gu jóge ci bañ laaj bi ñuy jébbal ngir jaamu dibeer. Ñi sàmm Bésub Noflaay ba ak ngëm gu takku, dees na leen fitnaal ndax seen takku googu, te Islaam itam dina bañ a sàmm bésu jant bi. Njàngat gi États-Unis di tëral diggante papo bi ak Mbootaayu Xeet yi, mooy ne sañ-sañu yoonu jikko yu nit ku bàkkaar bi mooy li war ngir jiite àddina si ci nangu xare bi ak Islaam ngir samp jàmm ci kaw suuf.</w:t>
      </w:r>
    </w:p>
    <w:p>
      <w:pPr>
        <w:pStyle w:val="ArticleScripture"/>
        <w:jc w:val="left"/>
      </w:pPr>
      <w:r>
        <w:rPr>
          <w:rFonts w:ascii="Times New Roman" w:hAnsi="Times New Roman" w:eastAsia="Times New Roman" w:cs="Times New Roman"/>
        </w:rPr>
        <w:t>Waaye mbokk yi, ci mbirum jamono yi ak waxtu yi, soxlawul ma bind leen ko. Ndaxte yéen ci seen bopp xam ngeen bu mat ne bésu Boroom bi dina ñëw ni sàcc bu ci guddi. Bu ñuy wax ne: “Jàmm ak wér-gu-yaram,” booba yàqute gu gaaw dina dikk ci seen kaw, ni metitu jur ci jigéen ju ëmb; te duñu mucc. Waaye yéen, mbokk yi, nekkuleen ci lëndëm, ba bés boobu jàpp leen ni sàcc. Yéen ñépp doomi leer ngeen, te doomi bëccëg; nun bokkunu ci guddi, te bokkunu ci lëndëm. 1 Thessalonians 5:1–5.</w:t>
      </w:r>
    </w:p>
    <w:p>
      <w:pPr>
        <w:pStyle w:val="ArticleBody"/>
        <w:jc w:val="left"/>
      </w:pPr>
      <w:r>
        <w:rPr>
          <w:rFonts w:ascii="Times New Roman" w:hAnsi="Times New Roman" w:eastAsia="Times New Roman" w:cs="Times New Roman"/>
        </w:rPr>
        <w:t>Bataaxal “jàmm ak kaaraange” bu kàddug Yàlla yëgle ci téereb Yonent yi, te ñu daan ko wone saa su nekk ni bataaxal bu dul dëgg, am na rekk solo ci jamono ju ñàkk jàmm ak kaaraange. Amul benn njariñ ci joxe bataaxal “jàmm ak kaaraange” bu jàmm ak kaaraange nekk. Lislaam di dindi jàmm ak kaaraange yépp. “Alag gu gaaw” gi ñu boole ak bataaxal bu dul dëgg, alag la buy gën a metti ndaxte mel na “jigéen” ju nekk ci “metitub jur.” Njëkkalekaayu metitub jur wa ñetteelu Ay na woon 11 Sàttàmbar 2001.</w:t>
      </w:r>
    </w:p>
    <w:p>
      <w:pPr>
        <w:pStyle w:val="ArticleBody"/>
        <w:jc w:val="left"/>
      </w:pPr>
      <w:r>
        <w:rPr>
          <w:rFonts w:ascii="Times New Roman" w:hAnsi="Times New Roman" w:eastAsia="Times New Roman" w:cs="Times New Roman"/>
        </w:rPr>
        <w:t>Ci yiw yonent ak Yàlla yu Ilaas ak Yaxya mi sóob, nax jumtukaay baamu papa bi ñu waxe ci moom dañu ko mel ni lu ñu wone. Ba Axab delloo Samari ngir xamal Jezabel ne Yàllay Ilaas mooy Yàlla dëgg, ndaxte mu wàcce na safara jógé asamaan, ba loolu amee Axab xam na ne Jezabel na ko nax ci mbirum bañam bi mu amoon ci Ilaas. Benn bañaate ak benn naxte noonu lañu itam wone ba Erood jébbalee genn-wàllu nguuram ci bésub juddoomam ci Salome. Salome doom la woon Erodiyas, ba tax Erood mooy mbind mi, Erodiyas mooy papasi bi, te Salome mooy yonent bu dëggul bi.</w:t>
      </w:r>
    </w:p>
    <w:p>
      <w:pPr>
        <w:pStyle w:val="ArticleBody"/>
        <w:jc w:val="left"/>
      </w:pPr>
      <w:r>
        <w:rPr>
          <w:rFonts w:ascii="Times New Roman" w:hAnsi="Times New Roman" w:eastAsia="Times New Roman" w:cs="Times New Roman"/>
        </w:rPr>
        <w:t>Ci nettali bi, kàttan gu naxar gu feebar gu danse Salome jëfandikoo nañu ko ngir yóbbu Herod (fukki buur yi) ba mu jox genn xaaj guy nekk ci wetam bu nguuram ci loxoy ab kërceen (jigéen). Jigéen ji (Salome) nekkoon na ci yoonu ndigal yu ndeyam (Katolisism), te Herod xam na loolu tooñ-tooñ bu yàggul ne xol ak taxawaayu Herodias ci kanam John moo mel ni xolu Jezebel ci kanam Elijah. Ci ñaari mbir yi yépp, ñi di sàmm bésub Noppalu bi war nañu dee.</w:t>
      </w:r>
    </w:p>
    <w:p>
      <w:pPr>
        <w:pStyle w:val="ArticleBody"/>
        <w:jc w:val="left"/>
      </w:pPr>
      <w:r>
        <w:rPr>
          <w:rFonts w:ascii="Times New Roman" w:hAnsi="Times New Roman" w:eastAsia="Times New Roman" w:cs="Times New Roman"/>
        </w:rPr>
        <w:t>Islaam di dindi ndank-ndank waaye bu gaaw jàmm ak kaarange ci suuf si, te ci loolu mu dajale nit ñi ci kanam, ngir ñu bokk a doon ci Islaam. Xare yi Islaam di gën a yokk ci gaaw gaaw dañuy tegtal lay wi ñuy jëfandikoo ngir sos nataalu malaaka mi ci àddina si yépp ci fan yu mujj yi. Naxu bi ñu wàcc ci kaw àddina si (fukki buur yi), États-Unis (Salome) moo ko indi, te mu tax àddina si gëm ne war nañu booloo ngir jàppandoo ci kanam Islaam, waaye dañuy xam loolu lu weesu, ne tabaxaat boobu dafa nekkoon rekk pexe ngir jëfandikoo ko ci fitna sabbat-keeper yi. Naxu bi bokk na ci sabab yi tax fukki buur yi bañ jigéen ju ndaw ji, doonte sax bi ñu nekkee ci noonu, déggoon nañu jox ko seen juróom-ñaareel nguur.</w:t>
      </w:r>
    </w:p>
    <w:p>
      <w:pPr>
        <w:pStyle w:val="ArticleScripture"/>
        <w:jc w:val="left"/>
      </w:pPr>
      <w:r>
        <w:rPr>
          <w:rFonts w:ascii="Times New Roman" w:hAnsi="Times New Roman" w:eastAsia="Times New Roman" w:cs="Times New Roman"/>
        </w:rPr>
        <w:t>Te fukki ñaar yi nga gisoon ci kaw rab wi, yooyu dinañu bañ jigéen ju dëng, te dinañu ko def muy neen ba yàqu, te mu bareg nekk reyul, te dinañu lekk ay yàppam, te lakk ko ak safara. Ndaxte Yàlla dugal na ci seen xol ngir ñu matal ay coobareem, te bokk benn xel, te jox seen nguur rab wi, ba keroog ba kàddug Yàlla mat. Peeñu 17:16, 17.</w:t>
      </w:r>
    </w:p>
    <w:p>
      <w:pPr>
        <w:pStyle w:val="ArticleBody"/>
        <w:jc w:val="left"/>
      </w:pPr>
      <w:r>
        <w:rPr>
          <w:rFonts w:ascii="Times New Roman" w:hAnsi="Times New Roman" w:eastAsia="Times New Roman" w:cs="Times New Roman"/>
        </w:rPr>
        <w:t>Globaliste Njiitu Mbooloom Yi du ñu rekk “buur yi” ci suuf, waaye itam dañu leen tegtal ni “jaaykat yi”; noonu globaliste yi dañuy boole dooley politig ak dooley koom-koom. Li tax malaaka mi indi woon gis-gis bu Peeñu 17 ak 18 ci Yowaana, moo doon ngir won Yowaana àtte bu jigeen ju mag ji muy mbaaru Tir. Ñaari xeetu globaliste yooyu ñépp di nañu jooy ndax dee papasi bi.</w:t>
      </w:r>
    </w:p>
    <w:p>
      <w:pPr>
        <w:pStyle w:val="ArticleScripture"/>
        <w:jc w:val="left"/>
      </w:pPr>
      <w:r>
        <w:rPr>
          <w:rFonts w:ascii="Times New Roman" w:hAnsi="Times New Roman" w:eastAsia="Times New Roman" w:cs="Times New Roman"/>
        </w:rPr>
        <w:t>Moo tax ay mbugalam yi dina dikk, dee, ak jooy, ak xiif; te dinañ ko lakk ba noppi ak safara, ndax Boroom bi Yàlla miy àtte moom ku doole la. Te buur yi ci kaw suuf, ñi ak moom def njaaloo te dund ci bànneex ak moom, dinañu jooy ndax moom te di ko woyofal, bu ñu gissee saxaaru sa lakk, ñuy taxaw fu sore ngir ragal mbugalam, di wax naan: “Aka ay, aka ay, yow dëkk bu mag baa, Babilon, dëkk bu kàttan baa! ndax ci benn waxtu rekk sa àtte agsi na.” Te jaaykat yi ci kaw suuf dinañu jooy te am naqar ndax moom; ndax kenn du jëndati seen yëngu-yëngu mbaa seen alal jaay. Peeñu 18:8–11.</w:t>
      </w:r>
    </w:p>
    <w:p>
      <w:pPr>
        <w:pStyle w:val="ArticleBody"/>
        <w:jc w:val="left"/>
      </w:pPr>
      <w:r>
        <w:rPr>
          <w:rFonts w:ascii="Times New Roman" w:hAnsi="Times New Roman" w:eastAsia="Times New Roman" w:cs="Times New Roman"/>
        </w:rPr>
        <w:t>Jaaykat yi ak buur ñi ñoom ñépp taxaw fu sore, di yuux ne: « ay, ay ». Kàddu gi ñuy wax « ay » ci làkk gereg gi, tekki nañu ko ne « toroxte » ci bàyyi juróom-ñettelu téereb Peeñug Yàlla.</w:t>
      </w:r>
    </w:p>
    <w:p>
      <w:pPr>
        <w:pStyle w:val="ArticleScripture"/>
        <w:jc w:val="left"/>
      </w:pPr>
      <w:r>
        <w:rPr>
          <w:rFonts w:ascii="Times New Roman" w:hAnsi="Times New Roman" w:eastAsia="Times New Roman" w:cs="Times New Roman"/>
        </w:rPr>
        <w:t>Te maa gis, dégg malaaka muy naaw ci biir asamaan, di wax ak baat bu réy ne: Musiba, musiba, musiba, ci kaw waa dëkk suuf, ndax baat yi des ci trompetu ñetti malaaka yi, yi nar a wolati! Révélation 8:13.</w:t>
      </w:r>
    </w:p>
    <w:p>
      <w:pPr>
        <w:pStyle w:val="ArticleBody"/>
        <w:jc w:val="left"/>
      </w:pPr>
      <w:r>
        <w:rPr>
          <w:rFonts w:ascii="Times New Roman" w:hAnsi="Times New Roman" w:eastAsia="Times New Roman" w:cs="Times New Roman"/>
        </w:rPr>
        <w:t>Ñatti Musiba yi dañoo tegtal li ëpp ci juróomeel, juróom-bennel ak juróom-ñaareel Buum yi, te ñoom dañoo doon mandarga yi Islam. Buur yi, jaaykatu alal yi ak boroom gaal yi ñépp di yuuxu naan: “alku, alku” ñetti yoon ci sareet fukk ak juróom-ñett.</w:t>
      </w:r>
    </w:p>
    <w:p>
      <w:pPr>
        <w:pStyle w:val="ArticleScripture"/>
        <w:jc w:val="left"/>
      </w:pPr>
      <w:r>
        <w:rPr>
          <w:rFonts w:ascii="Times New Roman" w:hAnsi="Times New Roman" w:eastAsia="Times New Roman" w:cs="Times New Roman"/>
        </w:rPr>
        <w:t>Te buur yépp yi ci kaw suuf, yi defoon njaaloo ak moom te dund ak moom ci xéewal ak xurumam, dinañu jooy ndax moom te naqar ndax moom, bu ñu gisée saxaaru sa lakkam. Dinañu taxaw fu sore ndax ragal metitam, di wax ne: “Yóbbiku, yóbbiku, Babilon, dëkk bu mag boobu, dëkk bu kàttan boobu! Ndaxte ci benn waxtu rekk la sa àtte aksi.” … Jaaykat yu mbootaay yooyu, yi ci amee alal ba bare ndax moom, dinañu taxaw fu sore ndax ragal metitam, di jooy te di naqar, di wax ne: “Yóbbiku, yóbbiku, dëkk bu mag boobu, bi soloon linin bu baax, ak sànj, ak xonq set, te ñu rafetale ko ak wurus, ak doj yu wert, ak per! Ndaxte ci benn waxtu rekk alal ju bare jii yépp neen na dara.” Te bépp boroom gaal, ak ñépp ñi ci gaal yi nekk, ak gaalankat yi, ak ñépp ñi liggéey ci géej, taxaw nañu fu sore, te wax ak kàddu bu réy bi ñu gisee saxaaru sa lakkam, naan: “Ban dëkk moo mel ni dëkk bu mag bii!” Te ñu sànni pënd ci seen bopp, te ñu wax ak kàddu bu réy, di jooy te di naqar, naan: “Yóbbiku, yóbbiku, dëkk bu mag boobu, bi alalam yu yaatu taxoon ñépp ñi am gaal ci géej doon ku barele alal! Ndaxte ci benn waxtu rekk mu nekk peyku.” Peeñu 18:9-10, 15–19.</w:t>
      </w:r>
    </w:p>
    <w:p>
      <w:pPr>
        <w:pStyle w:val="ArticleBody"/>
        <w:jc w:val="left"/>
      </w:pPr>
      <w:r>
        <w:rPr>
          <w:rFonts w:ascii="Times New Roman" w:hAnsi="Times New Roman" w:eastAsia="Times New Roman" w:cs="Times New Roman"/>
        </w:rPr>
        <w:t>“Waxtu” bi àttekatu pabuwaas bi matu, mooy “waxtu” wi ci Peeñu fukki benni, maanaam “waxtu yëngëlu suuf gu mag gi,” te muy melal jamono yoonu Dibeer bi tambalee ca yoonu Dibeer bi ci États-Unis te di wéy ba keraaka Miikael taxaw, ngir dogalu xel nit ñi tëj. Globalist yi bañoon jigéen ju ndaw ji, waaye teewul dañoo nangu woon jox ko seen nguur benn waxtu rekk, duñu rekki delloo wax “musiba, musiba” (akaay, akaay) ñetti yoon, waaye itam dañuy laaj laaj bi: “Ban dëkk moo mel ni dëkk bu mag bii?” Laaj boobu itam lañu ko laajoon ci téereb Esekiel.</w:t>
      </w:r>
    </w:p>
    <w:p>
      <w:pPr>
        <w:pStyle w:val="ArticleScripture"/>
        <w:jc w:val="left"/>
      </w:pPr>
      <w:r>
        <w:rPr>
          <w:rFonts w:ascii="Times New Roman" w:hAnsi="Times New Roman" w:eastAsia="Times New Roman" w:cs="Times New Roman"/>
        </w:rPr>
        <w:t>Te dinañu yëkkati seen baat ci sa kaw, di jooy metit lool, di sànni suuf ci seen bopp, te dinañu daanu ci dóomi ndox. Dinañu watti seen kawar ngir yaw ba noppi, te tak saaku, te dinañu jooyal yaw ak naqar bu metti ci xol ak ay yuuxu yu metti. Te ci seen yuuxu dinañu yégle luumaay ngir yaw, di la jooyal ne: Kan dëkk a mel ni Tirus, ni bi ñu ko alagée ca biir géej gi? Bi sa jaaykat yi jógee ci géej yi, da nga feesaloon xeet yu bare; da nga oomaloon buur yu suuf si ak yalwaam sa alal yu bare ak sa njay. Ca waxtu wa nga di dammeeku ci géej yi, ca xóot-xóot i ndox yi, sa njay ak say nit ñépp ñi nekk ci sa biir dinañu daanu. Ñépp aji dëkk ci dunu yi dinañu tiit ci yaw, te seen buur ya dinañu ragal lool, seen kanam ya dinañu jàq. Jaaykat ya ci xeet yi dinañu la wëñ; dinga nekk luu tiitloo, te dootul nekk mukk. Esekiyel 27:30–36.</w:t>
      </w:r>
    </w:p>
    <w:p>
      <w:pPr>
        <w:pStyle w:val="ArticleBody"/>
        <w:jc w:val="left"/>
      </w:pPr>
      <w:r>
        <w:rPr>
          <w:rFonts w:ascii="Times New Roman" w:hAnsi="Times New Roman" w:eastAsia="Times New Roman" w:cs="Times New Roman"/>
        </w:rPr>
        <w:t>Esekiyel tudde dëkk bi ni “Tirus,” miy ka “alxuraan ci biir géej gi?” Isaya, bi muy wax ci jigéen ju ñaaw ju Tir (Tirus), miit moom itam mooy jigéen ju ñaaw ju mag ji ci Peeñu gi, te mooy kërceenug Katoliig, te itam mu tudde ko ni dëkk bi di teg buur.</w:t>
      </w:r>
    </w:p>
    <w:p>
      <w:pPr>
        <w:pStyle w:val="ArticleScripture"/>
        <w:jc w:val="left"/>
      </w:pPr>
      <w:r>
        <w:rPr>
          <w:rFonts w:ascii="Times New Roman" w:hAnsi="Times New Roman" w:eastAsia="Times New Roman" w:cs="Times New Roman"/>
        </w:rPr>
        <w:t>Ndax dëkk bii la woon sa dëkk bu bëgg-bëgg, bi magam jëm ba ca fan yu yàgg ya? Ay tànkam ci boppam dinañu ko yóbbu fu sore ngir mu dëkk fa ni doxandéem. Kan moo jël xel bii di teg ak Tir, dëkk bu takk kaala, bi jaaykatam di buur yi, te ñi di wone jaayam di nit ñu mag ñi ci suuf si? Aji Sax ji boroom mbooloom yi moo ko dogal, ngir toroxal réy-réyu bépp ndam, te indi toroxte ci kaw bépp nit ku tedd ci suuf si. Esaïe 23:7–9.</w:t>
      </w:r>
    </w:p>
    <w:p>
      <w:pPr>
        <w:pStyle w:val="ArticleBody"/>
        <w:jc w:val="left"/>
      </w:pPr>
      <w:r>
        <w:rPr>
          <w:rFonts w:ascii="Times New Roman" w:hAnsi="Times New Roman" w:eastAsia="Times New Roman" w:cs="Times New Roman"/>
        </w:rPr>
        <w:t>Paapauté bi mooy “dëkk bu njëkk bi,” ndaxte moom la ñuy wax ne toog na ni buur bu jigéen ci kaw booloo bu ñetti wàll bi.</w:t>
      </w:r>
    </w:p>
    <w:p>
      <w:pPr>
        <w:pStyle w:val="ArticleScripture"/>
        <w:jc w:val="left"/>
      </w:pPr>
      <w:r>
        <w:rPr>
          <w:rFonts w:ascii="Times New Roman" w:hAnsi="Times New Roman" w:eastAsia="Times New Roman" w:cs="Times New Roman"/>
        </w:rPr>
        <w:t>Ni mu màggalee boppam te dundee ci neexal, nañu ko jox noonu metit ak naqari; ndaxte mu wax ci xolam ne: “Toog naa buur-u jigéen, te duma jigéen ju ñakk jëkkër, te duma gis benn naqari.” Revelation 18:7.</w:t>
      </w:r>
    </w:p>
    <w:p>
      <w:pPr>
        <w:pStyle w:val="ArticleBody"/>
        <w:jc w:val="left"/>
      </w:pPr>
      <w:r>
        <w:rPr>
          <w:rFonts w:ascii="Times New Roman" w:hAnsi="Times New Roman" w:eastAsia="Times New Roman" w:cs="Times New Roman"/>
        </w:rPr>
        <w:t>Esekiyel wax na mbugalu jigéef nañu ci “biir géej gi,” ci ay jooyam ngir Tir.</w:t>
      </w:r>
    </w:p>
    <w:p>
      <w:pPr>
        <w:pStyle w:val="ArticleScripture"/>
        <w:jc w:val="left"/>
      </w:pPr>
      <w:r>
        <w:rPr>
          <w:rFonts w:ascii="Times New Roman" w:hAnsi="Times New Roman" w:eastAsia="Times New Roman" w:cs="Times New Roman"/>
        </w:rPr>
        <w:t>Kàddug Boroom bi dellusi ci man, ne: Léegi, yow doomu nit ki, yékkatiil jooykat ngir Tiris. … Gaal yu Tarsis yi daan nañu la woy ci sa jaaykat; te yaa ngi fees, te ñu def la nga neex lool ci diggu géej yi. Saay gallkat yi yóbbu nañu la ca ndox mu mag ma; ngélaw penku bi dafa la damm ci diggu géej yi. Ezekiel 27:1, 2, 25, 26.</w:t>
      </w:r>
    </w:p>
    <w:p>
      <w:pPr>
        <w:pStyle w:val="ArticleBody"/>
        <w:jc w:val="left"/>
      </w:pPr>
      <w:r>
        <w:rPr>
          <w:rFonts w:ascii="Times New Roman" w:hAnsi="Times New Roman" w:eastAsia="Times New Roman" w:cs="Times New Roman"/>
        </w:rPr>
        <w:t>«Ngelawug penku» moo indi àtte ci kaw jigéenu-Tir, dëkk bi di teg buur; te «ngelawug penku» mooy misaalu Islaam. Xare bi fukki buur yi indi ci kaw Islaam mooy yàq buuréelug paap bi ci fan yu mujj yi. Te itam xam-xamu fukki buur yi ne ño leen nax, moom it moo jur ragal ci seen xol.</w:t>
      </w:r>
    </w:p>
    <w:p>
      <w:pPr>
        <w:pStyle w:val="ArticleScripture"/>
        <w:jc w:val="left"/>
      </w:pPr>
      <w:r>
        <w:rPr>
          <w:rFonts w:ascii="Times New Roman" w:hAnsi="Times New Roman" w:eastAsia="Times New Roman" w:cs="Times New Roman"/>
        </w:rPr>
        <w:t>Tundu ci nekkin, mbégum suuf sépp, mooy tundu Siyon, ca weti bëj-gànnaar, dëkkub Buur bi mag. Yàlla xam na ko ci ay këram yu réy ngir nekk dalu rawatina. Ndaxte, xool-leen, buur ya dajaloo nañu, ñu jaaroon benn yoon. Ñu gis ko, ba muy yéemal leen; jàq nañu, daldi daw gaaw. Tiit jàpp na leen fa, ak metit gu mel ni jigéen ju nekk ci matu njur. Yow, yaa damm gaal yu Tarshish ak ngelawlu penku. Ni nu ko déggée, noonu it la nu ko gisee ci dëkku Aji Boroom Mbooloom yi, ci dëkku sunu Yàlla: Yàlla dina ko taxaw ba fàww. Sela. Sabóor 48:2–8.</w:t>
      </w:r>
    </w:p>
    <w:p>
      <w:pPr>
        <w:pStyle w:val="ArticleBody"/>
        <w:jc w:val="left"/>
      </w:pPr>
      <w:r>
        <w:rPr>
          <w:rFonts w:ascii="Times New Roman" w:hAnsi="Times New Roman" w:eastAsia="Times New Roman" w:cs="Times New Roman"/>
        </w:rPr>
        <w:t>Dooni addina yi xooloon nguurug Yàlla, ni ko dëkkub Yerusalem di firndeel, waaye dañoo tànn “dëkk bu mag ba” Babilon mu nekk seen bopp. Bu Yàlla àttee dëkk bu mag boobu, dañuy jooy tey naanu ndaxte xam nañu ne réer nañu, ndaxte dëkk bu mag ba ñu tànn dafa yàqu ci biir géej gi, jaar ci xare bi Islaam (ngelaw lu penku) indi ci seen kaw. Te xare boobu xare la buy yokku ndànk-ndànk ba gëna metti, ndaxte mel na ni jigéen ju nekk ci mat.</w:t>
      </w:r>
    </w:p>
    <w:p>
      <w:pPr>
        <w:pStyle w:val="ArticleBody"/>
        <w:jc w:val="left"/>
      </w:pPr>
      <w:r>
        <w:rPr>
          <w:rFonts w:ascii="Times New Roman" w:hAnsi="Times New Roman" w:eastAsia="Times New Roman" w:cs="Times New Roman"/>
        </w:rPr>
        <w:t>Nguuru Yàlla bi ñu fitnaal ngir baamu papaas bi, mel na ci liñu feeñal ci Daniel saar ñaareel ba, fa nu xam ne ci “fan yi buuri [globalist] yooyu,” Yàlla dina taxawal nguuram gu dul jeex.</w:t>
      </w:r>
    </w:p>
    <w:p>
      <w:pPr>
        <w:pStyle w:val="ArticleScripture"/>
        <w:jc w:val="left"/>
      </w:pPr>
      <w:r>
        <w:rPr>
          <w:rFonts w:ascii="Times New Roman" w:hAnsi="Times New Roman" w:eastAsia="Times New Roman" w:cs="Times New Roman"/>
        </w:rPr>
        <w:t>Te ci fan yii buuri, Yàlla asamaan dina taxawal nguur gu du yàqu mukk; te nguur googu deesuko bàyyi ñeneen xeet, waaye dina dammbi te jeexal nguur yii yépp, te moom dina sax ba fàww. Daniel 2:44.</w:t>
      </w:r>
    </w:p>
    <w:p>
      <w:pPr>
        <w:pStyle w:val="ArticleBody"/>
        <w:jc w:val="left"/>
      </w:pPr>
      <w:r>
        <w:rPr>
          <w:rFonts w:ascii="Times New Roman" w:hAnsi="Times New Roman" w:eastAsia="Times New Roman" w:cs="Times New Roman"/>
        </w:rPr>
        <w:t>Milérite yi gëm nañu ne dañoo dund ci “fan yi bu buur yooyu,” waaye fukki buur yi nekk ci Peeñu mi ñaar-fukk ak juróom-ñett fekkuñu woon ngir dugg ci taarix ba taxaw, te sax, léegi rekk lañuy feeñ a gis. Milérite yi amoon nañu njub, waaye seeni gis-gis dafa yemoon. Nguuru Yàlla gi sampu ci fan yi bu buur yi nekk ci Peeñu mi ñaar-fukk ak juróom-ñett ak ñaar-fukk ak juróom-ñent, mooy jamono ji ñuy wax taw bi mujj.</w:t>
      </w:r>
    </w:p>
    <w:p>
      <w:pPr>
        <w:pStyle w:val="ArticleScripture"/>
        <w:jc w:val="left"/>
      </w:pPr>
      <w:r>
        <w:rPr>
          <w:rFonts w:ascii="Times New Roman" w:hAnsi="Times New Roman" w:eastAsia="Times New Roman" w:cs="Times New Roman"/>
        </w:rPr>
        <w:t>“Gis naa ne mboolem yépp di xool bu tar te di jëfandikoo seen xel ci jafe-jafe ju mag jiy ñëw ci seen kanam. Bàkkaar yi Israyil daan teg, war nañu a dem ba noppi ci àtte ba. Bàkkaar bu nekk war nañu ko confessal ci kër yoon wu sell wi, te noonu liggéey bi dina dox. Fekk nañu ko def léegi. Ñi des ca jamono jafe-jafe ba dinañu yuuxu ne: Sama Yàlla, sama Yàlla, lu tax nga bàyyi ma?”</w:t>
      </w:r>
    </w:p>
    <w:p>
      <w:pPr>
        <w:pStyle w:val="ArticleScripture"/>
        <w:jc w:val="left"/>
      </w:pPr>
      <w:r>
        <w:rPr>
          <w:rFonts w:ascii="Times New Roman" w:hAnsi="Times New Roman" w:eastAsia="Times New Roman" w:cs="Times New Roman"/>
        </w:rPr>
        <w:t>“Taw no ci mujj mi dina wàcci ci ñi sell—kon ñépp dinañu ko jot ni ko nekkoon bu jëkk.”</w:t>
      </w:r>
    </w:p>
    <w:p>
      <w:pPr>
        <w:pStyle w:val="ArticleScripture"/>
        <w:jc w:val="left"/>
      </w:pPr>
      <w:r>
        <w:rPr>
          <w:rFonts w:ascii="Times New Roman" w:hAnsi="Times New Roman" w:eastAsia="Times New Roman" w:cs="Times New Roman"/>
        </w:rPr>
        <w:t>«Bi ñenti malaaka yi bàyyée, Kirist dina samp nguuram. Kenn du jot taw bi mujj gi lu dul ñi di def lépp lu ñu man. Kirist dina nu dimbali. Ñépp man naa nekk ay ndaanalkat ci yiwu Yàlla, jaarale ko ci deretu Yeesu. Asamaan gépp am na yëg-yëgu bu mag ci liggéey bi. Malaaka yi itam am nañu ci yëg-yëgu.» Spalding and Magan, 3.</w:t>
      </w:r>
    </w:p>
    <w:p>
      <w:pPr>
        <w:pStyle w:val="ArticleBody"/>
        <w:jc w:val="left"/>
      </w:pPr>
      <w:r>
        <w:rPr>
          <w:rFonts w:ascii="Times New Roman" w:hAnsi="Times New Roman" w:eastAsia="Times New Roman" w:cs="Times New Roman"/>
        </w:rPr>
        <w:t>Ci jamonoy taw bu mujj gi, ba malaaka yi bàyyi ñaari ngelaw yi, mooy ci “fan yi bu buur yooyu,” Kirist di taxawal Nguuramam. Taw bu mujj gi dafay yokkiku ndànk-ndànk, te tàmbalee woon na di tuur ndox bu néew ca 11 Suletàmbar 2001, ba baña ñetteel bi duggee ci taarix, waaye merum xeet yi dañu ko gaaw a téye. Mu ngi wéy di yokku ci doole, ba ci yoonu Dibeer bi ca États-Unis, ba mu jur yàqub réew mi. Noonu àtte boobu di yokkiku moo tax yeneen xeet yépp topp misaalu États-Unis, te moo tax ñoom itam di daj ak àtte yi benn mel. Mu ngi yokkiku ba kera yu ñaareelu yoon agsi. Dafay dem kanam ni jigéen ju nekk ci metitub jur.</w:t>
      </w:r>
    </w:p>
    <w:p>
      <w:pPr>
        <w:pStyle w:val="ArticleBody"/>
        <w:jc w:val="left"/>
      </w:pPr>
      <w:r>
        <w:rPr>
          <w:rFonts w:ascii="Times New Roman" w:hAnsi="Times New Roman" w:eastAsia="Times New Roman" w:cs="Times New Roman"/>
        </w:rPr>
        <w:t>Dinanu yokk ci sun xalaat ci juróom-ñaareelu nekk gu bokk ci juróom-ñaar ña, ci bind bi ci topp.</w:t>
      </w:r>
    </w:p>
    <w:p>
      <w:pPr>
        <w:pStyle w:val="ArticleScripture"/>
        <w:jc w:val="left"/>
      </w:pPr>
      <w:r>
        <w:rPr>
          <w:rFonts w:ascii="Times New Roman" w:hAnsi="Times New Roman" w:eastAsia="Times New Roman" w:cs="Times New Roman"/>
        </w:rPr>
        <w:t>“Bu yàgg ba ñi nangoo ne dañuy dëgg bi topp, di liggéeyal Seytaane, ker gu bonam day dogg seeni gis-gis ci Yàlla ak asamaan. Dañuy mel ni ñi sànni seen mbëggeel bu njëkk. Duñu man a xool mbir yu dul jeex. Li Yàlla waajalal nu, nettali na ko ci Sekarya, saar yi 3 ak 4, ak 4:12–14: ‘Noonu ma tontuati, ne ko: Lan ñooñu ñaari caraxu oliif yi, yi di jaar ci diggante ñaari tuub yu wurus yi, di tuur seen bopp diwlin wu wurus wi? Mu tontu ma ne: Xamoo li ñuy doon? Ma ne: Déedéet, sama Boroom. Noonu mu ne ma: Ñooñu ñooy ñaari ñi ñu solal, ñi taxaw ci wetu Boroom bi moom suuf sépp.’”</w:t>
      </w:r>
    </w:p>
    <w:p>
      <w:pPr>
        <w:pStyle w:val="ArticleScripture"/>
        <w:jc w:val="left"/>
      </w:pPr>
      <w:r>
        <w:rPr>
          <w:rFonts w:ascii="Times New Roman" w:hAnsi="Times New Roman" w:eastAsia="Times New Roman" w:cs="Times New Roman"/>
        </w:rPr>
        <w:t>“Boroom bi moo fees ak yëf yu bare. Moom amul benn ñàkk ci jumtukaay yi. Ndax sunu ñàkk ngëm, sunu bëgg àddina, sunu wax yu yomb, sunu gëmadiñ, te loolu feeñ ci sunu waxin, la tax ker gu lëndëm dajale ci sunu wër. Almasi bi feeñul ci wax walla ci jikko ni Ki yépp a rafet, te di Kaweel ci fukk junni. Bu bakan bi santoo di yékkati boppam jëm ci neen, Xelum Boroom bi manul lu bare ci moom. Sunu gis-gis gu gàtt gi dafay gis ker gi rekk, waaye manul a gis ndam li nekk ca gannaaw. Malaaka yi ñoo yor ñeenti ngelaw yi, yi ñu teg ci misaal ni fas mu mer muy wut a rëccu, ngir daw jéggi ci kow suuf si bépp, yóbbu alkande ak dee ci yoonam.”</w:t>
      </w:r>
    </w:p>
    <w:p>
      <w:pPr>
        <w:pStyle w:val="ArticleScripture"/>
        <w:jc w:val="left"/>
      </w:pPr>
      <w:r>
        <w:rPr>
          <w:rFonts w:ascii="Times New Roman" w:hAnsi="Times New Roman" w:eastAsia="Times New Roman" w:cs="Times New Roman"/>
        </w:rPr>
        <w:t>“Ndax dunu nelaw ci biir saa si ngay jaare ci wetu àddina bu sax? Ndax dunu nekk ñu tàngadi, ñu sedd, te mel ni ñu dee? Éy, na nu am ci sunuy mbooloy gëm Xelum Yàlla ak Nefam, ñu yëf ko ci ay nitam, ngir ñu taxaw ci seen tànk te dund. War na nu gis ne yoon wi xat na, te bunt bi sux na. Waaye bu nu jaarée ci bunt bu sux boobu, yaatuwaayam amul kemtalaay.”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Lim fukk ak juróom-ñeent##</dc:title>
  <dc:subject>Feeñg biir baat-u waxu yonent yi mujj: ubbeeku gu mujje gi ndax Gaynde gu xeetu Yuda</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