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Daniyel — Limu Juróom-benn ak Juróom-ñeent</w:t>
      </w:r>
    </w:p>
    <w:p>
      <w:pPr>
        <w:pStyle w:val="ArticleSubtitle"/>
        <w:jc w:val="left"/>
      </w:pPr>
      <w:r>
        <w:rPr>
          <w:rFonts w:ascii="Arial" w:hAnsi="Arial" w:eastAsia="Arial" w:cs="Arial"/>
        </w:rPr>
        <w:t>Ubbeeku Yonent bi: Xam ni ñàkk yaakaaru 18 Sulet 2020 ak bataaxal bu “Yuuxu Guddi-gànnaaw” di law ci fan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Ci 18 sulet 2020, njëkk bu jëkk ci naqar bi ñëw ci yëngu-yëngu yeesal bu mujj ba Yàlla. Moo doon benn bàyyi-xam-xam ci jaar-jaaru njàqare ñetteel bi, mooy jaar-jaaru taw bu mujj bi, te itam jaar-jaaru tëj miir ñaari téeméer ak ñeent-fukki junni ak ñeenti-fukki junni. Jaar-jaar boobu, yëngu-yëngu yeesal bu nekk ci jaar-jaaru bés bu sell moo ko tegtaloon; waaye ci lu gën a xóot, jaar-jaaru yëngu-yëngu Millerite moo ko tegtale woon, te léeboon na ko ci léebu fukki janq, te mooy itam jaar-jaaru kàdduyonte gi bépp yonent woon jàngale.</w:t>
      </w:r>
    </w:p>
    <w:p>
      <w:pPr>
        <w:pStyle w:val="ArticleBody"/>
        <w:jc w:val="left"/>
      </w:pPr>
      <w:r>
        <w:rPr>
          <w:rFonts w:ascii="Times New Roman" w:hAnsi="Times New Roman" w:eastAsia="Times New Roman" w:cs="Times New Roman"/>
        </w:rPr>
        <w:t>18 Sulet 2020 mooy njàqare bu jëkk bu yëngu-yëngu bi, te moo tax mu mel ni mooy màndarga agsi waxtu bi yàgg ci léebu fukki janq ak ci Habakuk. Ci jaar-jaaru Millérite yi, benn seede boobu lañu gis ne moo leen yonnee ci xamle bu baaxul bi, te moom it lañu gisee ne mooy firndeel dëgg waxtu bu wóor bi. Kon nag, waxtu boobu yàgg ci léebu fukki janq yi lañu ko gisee ne mooy dëggug jamono jii, te waxtu boobu yàgg moom la woon waxtu boobu yàgg ci Habakuk ñaar. Léebu fukki janq yi dees na ko delloo ba ci bataaxal bi ci ay arafam, te dëgg-googu mooy firndeel ne ñi rekk ñoo bokkoon ak njàqare boobu lañu man a nekk ay janq yu xam-xam walla ay janq yu ñàkk xam-xam.</w:t>
      </w:r>
    </w:p>
    <w:p>
      <w:pPr>
        <w:pStyle w:val="ArticleBody"/>
        <w:jc w:val="left"/>
      </w:pPr>
      <w:r>
        <w:rPr>
          <w:rFonts w:ascii="Times New Roman" w:hAnsi="Times New Roman" w:eastAsia="Times New Roman" w:cs="Times New Roman"/>
        </w:rPr>
        <w:t>Ñu bare bu mag bu Adventisme Laodicee bi dafa amoon natt bi ci ñëwug ñetteelu musiba bi ci 11 septembre 2001, te bi yëgle gu tooñgu gu 18 juillet 2020 weesoo, Adventisme Laodicee bi bàyyikoo nañu ko gannaaw ngir mu daw rekk, amul jubluwaay, delluwaat jëm ci Room, ni ko Protestaa yi doon ci jaar-jaaru Millerite bi.</w:t>
      </w:r>
    </w:p>
    <w:p>
      <w:pPr>
        <w:pStyle w:val="ArticleBody"/>
        <w:jc w:val="left"/>
      </w:pPr>
      <w:r>
        <w:rPr>
          <w:rFonts w:ascii="Times New Roman" w:hAnsi="Times New Roman" w:eastAsia="Times New Roman" w:cs="Times New Roman"/>
        </w:rPr>
        <w:t>Doon Millerite yi réerewoonul ne “waxtu yi jànk” mooy matug léebu fukki janq ya, waaye dañu gis it ne ci Habakkuk, ndigalu xaar gis-gis ba tey yàgg, moom it la woon benn royukaayu yonent bu mel noonu. Noonu nag Habakkuk dëggal ne gis-gis gi ñu joxe woon ci njàlbéen te ci noonu indi woon jëfandikoo gu njëkk gu ñàkk bànneex, mooy gis-gis gi di “wax” ci muj gi.</w:t>
      </w:r>
    </w:p>
    <w:p>
      <w:pPr>
        <w:pStyle w:val="ArticleScripture"/>
        <w:jc w:val="left"/>
      </w:pPr>
      <w:r>
        <w:rPr>
          <w:rFonts w:ascii="Times New Roman" w:hAnsi="Times New Roman" w:eastAsia="Times New Roman" w:cs="Times New Roman"/>
        </w:rPr>
        <w:t>Ndaxte peeñ mi ngii tey ngir ab waxtu wu ñu dogal, waaye ci mujjam dina wax te du fen; bu yéexoon sax, xaaral ko; ndaxte dina dikk dëgg-dëgg, du yéex. Habakkuk 2:3.</w:t>
      </w:r>
    </w:p>
    <w:p>
      <w:pPr>
        <w:pStyle w:val="ArticleBody"/>
        <w:jc w:val="left"/>
      </w:pPr>
      <w:r>
        <w:rPr>
          <w:rFonts w:ascii="Times New Roman" w:hAnsi="Times New Roman" w:eastAsia="Times New Roman" w:cs="Times New Roman"/>
        </w:rPr>
        <w:t>Bataaxal bi jur woon njàqare bu njëkk ba, moom la woon bataaxal bi waroon a xam ne dina am ci kanam gu jege; waaye dafa doonoon bataaxal bu daldi sampu ci xalaat yu jëkk ya ci kàddug yonent yi, yi ñu jëfandikoo woon ci yégle gu njëkk ga, te mu nekk yégle gu juum.</w:t>
      </w:r>
    </w:p>
    <w:p>
      <w:pPr>
        <w:pStyle w:val="ArticleBody"/>
        <w:jc w:val="left"/>
      </w:pPr>
      <w:r>
        <w:rPr>
          <w:rFonts w:ascii="Times New Roman" w:hAnsi="Times New Roman" w:eastAsia="Times New Roman" w:cs="Times New Roman"/>
        </w:rPr>
        <w:t>Ci jaar-jaaru Millerite, nit ñi nekkoon ci kóllëre gu jëkk gi lañu jëkk a nattu; gannaaw ga, nit ñi nekk ci kóllëre gu bees gi lañu nattu. Nattu gi tàmbalee na ci Protestan yi ba malaaka bu njëkk bi ci Peeñu 10 ak malaaka bu njëkk bi ci Peeñu 14 (ndaxte benn malaaka lañu) wàccee 11 Ut 1840. Seen nattu jeex na ak jéxital bu njëkk bi ak ñëwug ñaareelu malaaka bi ci Peeñu 14.</w:t>
      </w:r>
    </w:p>
    <w:p>
      <w:pPr>
        <w:pStyle w:val="ArticleBody"/>
        <w:jc w:val="left"/>
      </w:pPr>
      <w:r>
        <w:rPr>
          <w:rFonts w:ascii="Times New Roman" w:hAnsi="Times New Roman" w:eastAsia="Times New Roman" w:cs="Times New Roman"/>
        </w:rPr>
        <w:t>Ci mboolem taariixu Millerite yi, nattu bi ñeel Millerite yi tambalee na bi malaaka ñaareel bi agsee ci ñàkk yaakaar bu njëkk ba, te mu jeex ci agsi ga bu Yuuxu Guddi gi, mi Rakk-jàngalekat White wone ne ay mbooloom malaaka la, ñuy boole seen bopp ak malaaka ñaareel bi. Ci dooley Xel Mu Sell mi, Millerite yi ñi xamoon te nangu yégleb Yuuxu Guddi gi, booba tàqalees nañu ak Millerite yi ñi xamul woon yégleb ga doon wàcc fépp wu leen wër. Ca 22 Oktoobar, 1844, malaaka ñetteel bi agsi na, te peeñ ma daan yàgg ba ñëw wax.</w:t>
      </w:r>
    </w:p>
    <w:p>
      <w:pPr>
        <w:pStyle w:val="ArticleBody"/>
        <w:jc w:val="left"/>
      </w:pPr>
      <w:r>
        <w:rPr>
          <w:rFonts w:ascii="Times New Roman" w:hAnsi="Times New Roman" w:eastAsia="Times New Roman" w:cs="Times New Roman"/>
        </w:rPr>
        <w:t>Ci nettali jaaro giir jéggalug téeméer ak ñeent-fukk ak ñeent junni, ñi nekkoon nit ñaari kóllëre yu njëkk yaa jiituñu ci nattu bi, ba noppi ñi nekki nit ñaari kóllëre yu bees yaa topp. Nattu bi tambalee na ci Adventisme bu Laodicee bi baat bu njëkk bu malaakam Kàddu Yàlla gi nekk ci Révélation 18 ak malaaka bu ñetteel bi ci Révélation 14 (ndaxte ñoom ñaar benn malaaka lañu) wàccee ci 11 septembre 2001. Seen nattu dafa jeex ci naqar ga amoon 18 juillet 2020.</w:t>
      </w:r>
    </w:p>
    <w:p>
      <w:pPr>
        <w:pStyle w:val="ArticleBody"/>
        <w:jc w:val="left"/>
      </w:pPr>
      <w:r>
        <w:rPr>
          <w:rFonts w:ascii="Times New Roman" w:hAnsi="Times New Roman" w:eastAsia="Times New Roman" w:cs="Times New Roman"/>
        </w:rPr>
        <w:t>Ci yëngu malaaka bu ñetteel bi, nattu gi ñeel téeméeri junni ak ñeent fukk ak ñeent ñaar bi tambalee ak dikk gu njëkk gi, te dina jeex ak dikk gu yégleb “Jooyu Guddi bi.” Ci dooley Xel mu Sell mi, ñi xam tey nangu yégleb “Jooyu Guddi bi,” ñoom lañuy boole wetu bàyyi ak ña ñuy ñaan ak ña bon, ñi xamul woon yégleb wu bare xeeti anam, wi léegi di wàcc seeni wet yu ne.</w:t>
      </w:r>
    </w:p>
    <w:p>
      <w:pPr>
        <w:pStyle w:val="ArticleBody"/>
        <w:jc w:val="left"/>
      </w:pPr>
      <w:r>
        <w:rPr>
          <w:rFonts w:ascii="Times New Roman" w:hAnsi="Times New Roman" w:eastAsia="Times New Roman" w:cs="Times New Roman"/>
        </w:rPr>
        <w:t>Ci ni jëm ci dogalu Dibéeri bu di ñëw léegi, ñaareelu “baat” bu malaaka bi ci Peeñu 18 wax, te moom itam moo di gis-gis ga “yeexoon” ci wax. Te itam muy tegtal yégleb malaaka bu ñetteel bi mi “rëy” ba nekk yuuxu gu réy gi.</w:t>
      </w:r>
    </w:p>
    <w:p>
      <w:pPr>
        <w:pStyle w:val="ArticleBody"/>
        <w:jc w:val="left"/>
      </w:pPr>
      <w:r>
        <w:rPr>
          <w:rFonts w:ascii="Times New Roman" w:hAnsi="Times New Roman" w:eastAsia="Times New Roman" w:cs="Times New Roman"/>
        </w:rPr>
        <w:t>Ñaxtu Guddi bi mi ngi feeñ ni ay malaaka yu bare te booloo ak malaaka bi jiitu. Baatu Ñaxtu Guddi bi am na ay yam yu bari yu doon yokk ci yépp baatu bi, te malaaka yi ay màndarga lañu ci yeneen baat. Ci jaar-jaaru Millerite, ki jiitu yi jàpp ni moo jiite woon ci indi baatu dëggu Ñaxtu Guddi bi, moo doon Samuel S. Snow. Ci jaar-jaar boobu, bindu na bu baax ne xam-xamu Snow ci baatu Ñaxtu Guddi bi dafa màggat ndànk-ndànk ci ab diir bu jot.</w:t>
      </w:r>
    </w:p>
    <w:p>
      <w:pPr>
        <w:pStyle w:val="ArticleBody"/>
        <w:jc w:val="left"/>
      </w:pPr>
      <w:r>
        <w:rPr>
          <w:rFonts w:ascii="Times New Roman" w:hAnsi="Times New Roman" w:eastAsia="Times New Roman" w:cs="Times New Roman"/>
        </w:rPr>
        <w:t>Taariix boobu dellu na ba ci benn araf, te bataaxalu Midnight Cry bu mujj bi doon na wonees bu bés ci kanam ñépp li dale ci njalbéenu suwe 2023. Du rekk bataaxalu Islam, waaye itam muy boole bataaxalu tëj miir gi ñeel ñaar-fukk ak ñeent-junni. Mu boole yégle ne ñaari wépp yu rabu suuf bi, ñoom ñaar ñépp dañuy jaar ci “dee ak dekki”, ndaxte dañuy méngoo ak nataalu rab bi, mi ci benn taariix boobu matal léebu yonent bi ne “juróom-ñaareel bi bokk na ci juróom-ñaari”. Mu boole itam yégle yi jëm ci “taariix bu nëbbu” bu Juróom-ñaari Dëgg-dëgg yi, te mu matal léebu yonent bi ci “doj” ba ñàkkoon nangu ba mu nekk “boppu koñ bi”, ndaxte “juróom-ñaari yoon” yi ci Leviticus ñaar-fukk ak juróom-benn dañuy feeñ ne ñooy xàll wi di ràññee dëgg-yépp yi ci taariixu Miller ànd ak dëgg yi ñu ubbiwaat ci waxtu mujj mi ci 1989. Woykat bi wax na ko noonu:</w:t>
      </w:r>
    </w:p>
    <w:p>
      <w:pPr>
        <w:pStyle w:val="ArticleScripture"/>
        <w:jc w:val="left"/>
      </w:pPr>
      <w:r>
        <w:rPr>
          <w:rFonts w:ascii="Times New Roman" w:hAnsi="Times New Roman" w:eastAsia="Times New Roman" w:cs="Times New Roman"/>
        </w:rPr>
        <w:t>Doj wi tabaxkat yi, mooy xeer wu njëkk ci wet gi. Loolu jëfub Boroom bi la; lu yéeme la ci sunuy gët. Bés bii mooy bi Boroom bi def; dinañu ci bégg te bég ci. Psalmi 118:22–24.</w:t>
      </w:r>
    </w:p>
    <w:p>
      <w:pPr>
        <w:pStyle w:val="ArticleBody"/>
        <w:jc w:val="left"/>
      </w:pPr>
      <w:r>
        <w:rPr>
          <w:rFonts w:ascii="Times New Roman" w:hAnsi="Times New Roman" w:eastAsia="Times New Roman" w:cs="Times New Roman"/>
        </w:rPr>
        <w:t>“Doj wi”, mi doon “xaalis” bi William Miller gis, te xaalis yi ay doj lañu, mooy “bés bi Boroom bi sàkk.” Feeñal nañu ko ci ay mbind yu jiitu ne tabaxte, ak waxi ndigalu Sabat bi, yam nañu ak tabaxte sàrtu sell bi bu juróom-ñaari at, ni ko Levitik saar fanweeri-juroom-benn tëral. Noppalu ci bés bu juróom-ñaareel bi dafa doon misaal suuf si di noppalu ci at bu juróom-ñaareel bi, te bu ñu xoolee ñaari ndigal yooyu ci anam woowu, dañuy joxe seede ne benn bés mooy tekki benn at ci kàddu-yàlla gu wax ci yeneen lu weesu jamono.</w:t>
      </w:r>
    </w:p>
    <w:p>
      <w:pPr>
        <w:pStyle w:val="ArticleBody"/>
        <w:jc w:val="left"/>
      </w:pPr>
      <w:r>
        <w:rPr>
          <w:rFonts w:ascii="Times New Roman" w:hAnsi="Times New Roman" w:eastAsia="Times New Roman" w:cs="Times New Roman"/>
        </w:rPr>
        <w:t>Ñoom nañu itam ne xam-xam bi Miller yégle woon ci mbëgëlug Yàlla buy “juróom-ñaar ay yoon,” ci Levitik ñaar-fukk ak juróom-benn, dañu ko tegtal ni “benn bés”; ndaxte Boroom bi def na waxtu bu sell bi bu juróom-ñaari at, ni mu wóor a def asamaan ak suuf ci juróom-benn ay bés, te noppalu ca juróom-ñaareel ba.</w:t>
      </w:r>
    </w:p>
    <w:p>
      <w:pPr>
        <w:pStyle w:val="ArticleBody"/>
        <w:jc w:val="left"/>
      </w:pPr>
      <w:r>
        <w:rPr>
          <w:rFonts w:ascii="Times New Roman" w:hAnsi="Times New Roman" w:eastAsia="Times New Roman" w:cs="Times New Roman"/>
        </w:rPr>
        <w:t>Bi Yeesu tëjee léeb bu toolu reseñ bi, mu laaj Farisen ya ab laaj.</w:t>
      </w:r>
    </w:p>
    <w:p>
      <w:pPr>
        <w:pStyle w:val="ArticleScripture"/>
        <w:jc w:val="left"/>
      </w:pPr>
      <w:r>
        <w:rPr>
          <w:rFonts w:ascii="Times New Roman" w:hAnsi="Times New Roman" w:eastAsia="Times New Roman" w:cs="Times New Roman"/>
        </w:rPr>
        <w:t>Buuru tool bi nag bi ñëw, lan lay def mbeykat yu mel noonu? Ñu ne ko: Dina alag ñu bon ñooñu ci toroxlu gu tar, te dina jox toolam ay mbeykat yu bees, ñi koy feyee meññeem ci seen waxtu. Yeesu ne leen: Ndax mosul ngeen jàng ci Mbind mi ne, “Doj wi tabaxkat yi bañoon, moomu moo nekk woon boppu xonq bi: loolu Boroom bi def na ko, te yéemu na ci sunuy bët”? Moo tax maa ngi leen koy wax, nguuru Yàlla dees na ko nangu ci yéen, jox ko xeet wu meññe meññeem. Ku daanu ci doj wii, dina damm; waaye ku mu daaneel, dina ko sang ba mu mel ni pënd bu fine. Bi saraxalekat yu mag ya ak Farisen ya déggee ay léebu yam, ñu xam ne ci ñoom la doon wax. Matye 21:40–45.</w:t>
      </w:r>
    </w:p>
    <w:p>
      <w:pPr>
        <w:pStyle w:val="ArticleBody"/>
        <w:jc w:val="left"/>
      </w:pPr>
      <w:r>
        <w:rPr>
          <w:rFonts w:ascii="Times New Roman" w:hAnsi="Times New Roman" w:eastAsia="Times New Roman" w:cs="Times New Roman"/>
        </w:rPr>
        <w:t>Léebu tool bi mooy léebu nit ñi njëkk a tànn, ñu weesu leen, te nguur gi ñu jox ko benn xeet bu bees bu ñu tànn. “Doj” ja, ji ñu bañoon, ni Yeesu waxe ko, mooy “doj” ji man a musal walla rey, ci ni ñu koy nangu. “Doj” ja war na nekk dëggu Kiristaan ci mbir mi Yeesu jëfandikoo ko, ndaxte am na kàttan gu jur meññent gu jub; te njubtey Almasi du feeñ ci góor ak jigéen ludul bu ñu nangu Ay Kàddug dëggam.</w:t>
      </w:r>
    </w:p>
    <w:p>
      <w:pPr>
        <w:pStyle w:val="ArticleScripture"/>
        <w:jc w:val="left"/>
      </w:pPr>
      <w:r>
        <w:rPr>
          <w:rFonts w:ascii="Times New Roman" w:hAnsi="Times New Roman" w:eastAsia="Times New Roman" w:cs="Times New Roman"/>
        </w:rPr>
        <w:t>Sellal leen ci sa dëgg; sa kàddu mooy dëgg. John 17:17.</w:t>
      </w:r>
    </w:p>
    <w:p>
      <w:pPr>
        <w:pStyle w:val="ArticleBody"/>
        <w:jc w:val="left"/>
      </w:pPr>
      <w:r>
        <w:rPr>
          <w:rFonts w:ascii="Times New Roman" w:hAnsi="Times New Roman" w:eastAsia="Times New Roman" w:cs="Times New Roman"/>
        </w:rPr>
        <w:t>“Xeer bi” mooy njàngale bu ñuy nangu walla ñuy bañ, te Yeesu mooy Kàddu gi, te ci téereb Jëf ya, Piyeer moom ràññee “xeer bi” ni mooy Almasi bi.</w:t>
      </w:r>
    </w:p>
    <w:p>
      <w:pPr>
        <w:pStyle w:val="ArticleScripture"/>
        <w:jc w:val="left"/>
      </w:pPr>
      <w:r>
        <w:rPr>
          <w:rFonts w:ascii="Times New Roman" w:hAnsi="Times New Roman" w:eastAsia="Times New Roman" w:cs="Times New Roman"/>
        </w:rPr>
        <w:t>Na leen xam, yéen ñépp ak mbooloom Israayil mépp, ne ci turu Yeesu Kirist bu Nasaret, ki ngeen daajoon ci bant bi, te Yàlla dekkal ko ci neew ya, ci moom rekk la nit kii taxaw fii ci seen kanam, wér péll. Moom mooy doj wi ngeen xeeboon, yéen tabaxkat ya, te mu nekk xeeru wet wi gën a mag. Te musiba amul ci kenn ku dul moom; ndaxte amul beneen tur wu nekk ci suuf ak asamaan, wu ñu jox nit ñi, ci bi nu wara mûcc. Jëf ya 4:10–12.</w:t>
      </w:r>
    </w:p>
    <w:p>
      <w:pPr>
        <w:pStyle w:val="ArticleBody"/>
        <w:jc w:val="left"/>
      </w:pPr>
      <w:r>
        <w:rPr>
          <w:rFonts w:ascii="Times New Roman" w:hAnsi="Times New Roman" w:eastAsia="Times New Roman" w:cs="Times New Roman"/>
        </w:rPr>
        <w:t>Te ci gannaaw loolu, ci Ndaw Yëfër bu jëkk bi, mu yëgale misaalu “doj” ba gën a xóot, waaye mu daldi ko téye ci benn xaalis boobu benn: moy romb gi ñu romb nit ñi bokkoon ci kóllëre gu jiitu, ak tànnug askan wu bees wu tànneef, ñoom ñi, ni mu waxe, “yéen ñi nekkoonul woon askan ca jamono ju wees ji, waaye léegi yéen ngeen di askanu Yàlla; ñi jotul woon yërmande, waaye léegi jot ngeen yërmande.”</w:t>
      </w:r>
    </w:p>
    <w:p>
      <w:pPr>
        <w:pStyle w:val="ArticleScripture"/>
        <w:jc w:val="left"/>
      </w:pPr>
      <w:r>
        <w:rPr>
          <w:rFonts w:ascii="Times New Roman" w:hAnsi="Times New Roman" w:eastAsia="Times New Roman" w:cs="Times New Roman"/>
        </w:rPr>
        <w:t>Ngeen ñi ngeen ñëw ci moom, mi mel ni doj wu dund, doxandéef nit ñi bañ ko woon, waaye Yàlla tànn na ko te mu am solo lool; yéen itam, ni ay doj yu dund, dañu leen di tabax ngir ngeen nekk kër gu xelal, ak saraxalekat yu sell, ngir jébbal sarax yu xelal yu Yeesu Kirist di yeggloo, te Yàlla nangoo leen. Moo tax Mbind mi wax ne: “Xoolleen, maa ngi tëral ci Siyon doj wu koñ gu mag, wu tànn te am solo; ku ko gëm du rus.” Kon nag ci yéen ñi gëm, moom am na solo; waaye ci ñi déggadi, doj wi tabaxkat yi bañoon, moom moo nekk doj wu koñ wa, ak “doj wuy tax nit tëbbi, ak xeer wuy indi lëndëm”; mooy ci ñoom ñi tëbbi ci kàddu ga ndax seeni déggadi; te loolu itam mooy li ñu leen tëraloon. 1 Piyeer 2:4–8.</w:t>
      </w:r>
    </w:p>
    <w:p>
      <w:pPr>
        <w:pStyle w:val="ArticleBody"/>
        <w:jc w:val="left"/>
      </w:pPr>
      <w:r>
        <w:rPr>
          <w:rFonts w:ascii="Times New Roman" w:hAnsi="Times New Roman" w:eastAsia="Times New Roman" w:cs="Times New Roman"/>
        </w:rPr>
        <w:t>Piyeer wax na ci ñi nekkoon xeet wi tànn woon bu njëkk ne: «ci ñi dégluul, doj wi tabaxkat yi bañoon, moomu la nekk xeeru góor-góorlu kër gi, te di doj bu ñuy tàbb, ak xeer wu ñuy xeeblu; mooy ñi xeeblu ci kàddu gi ndaxte dégluñu; te loolu itam, ci moom lañu leen dogaloon.»</w:t>
      </w:r>
    </w:p>
    <w:p>
      <w:pPr>
        <w:pStyle w:val="ArticleBody"/>
        <w:jc w:val="left"/>
      </w:pPr>
      <w:r>
        <w:rPr>
          <w:rFonts w:ascii="Times New Roman" w:hAnsi="Times New Roman" w:eastAsia="Times New Roman" w:cs="Times New Roman"/>
        </w:rPr>
        <w:t>Yeesu mooy ki ñuy tektal ci bépp misaal bu sell buy wax ci fondamaa bi.</w:t>
      </w:r>
    </w:p>
    <w:p>
      <w:pPr>
        <w:pStyle w:val="ArticleScripture"/>
        <w:jc w:val="left"/>
      </w:pPr>
      <w:r>
        <w:rPr>
          <w:rFonts w:ascii="Times New Roman" w:hAnsi="Times New Roman" w:eastAsia="Times New Roman" w:cs="Times New Roman"/>
        </w:rPr>
        <w:t>Ndax kenn manul samp beneen fondaasiyon bu dul bi ñu samp ba noppi, mooy Yeesu Kirist. 1 Korent 3:11.</w:t>
      </w:r>
    </w:p>
    <w:p>
      <w:pPr>
        <w:pStyle w:val="ArticleBody"/>
        <w:jc w:val="left"/>
      </w:pPr>
      <w:r>
        <w:rPr>
          <w:rFonts w:ascii="Times New Roman" w:hAnsi="Times New Roman" w:eastAsia="Times New Roman" w:cs="Times New Roman"/>
        </w:rPr>
        <w:t>Fondaasiyoŋ bi Millerites yi tabaxoon mooy Doj yu Sax yi (Xeer wi).</w:t>
      </w:r>
    </w:p>
    <w:p>
      <w:pPr>
        <w:pStyle w:val="ArticleScripture"/>
        <w:jc w:val="left"/>
      </w:pPr>
      <w:r>
        <w:rPr>
          <w:rFonts w:ascii="Times New Roman" w:hAnsi="Times New Roman" w:eastAsia="Times New Roman" w:cs="Times New Roman"/>
        </w:rPr>
        <w:t>“Njàng mi agsi na: Dara waruñu maye mu dugg, lu mana yàq fondasiyoŋu ngëm gi nu doon tabax ba ñëwee bataaxal bi ci atum 1842, 1843 ak 1844. Man nekkoon naa ci bataaxal bii, te li dale foofa ba tey maa ngi taxaw kanamu àddina, di dëggu ci leer gi Yàlla jox nu. Dunu bëgg a rocci sunuy tànk ci platafom bi ñu ci teg, bi nu doon seet Boroom bi bés bu nekk ak ñaan gu dëgër, di wut leer. Ndax ngeen defe yaakaar ne man dinaa bàyyi leer gi Yàlla jox ma? War na nekk mel ni Doju Màndarga yi. Moo may gindee li dale ba bi ma ko joxee.” Review and Herald, April 14, 1903.</w:t>
      </w:r>
    </w:p>
    <w:p>
      <w:pPr>
        <w:pStyle w:val="ArticleBody"/>
        <w:jc w:val="left"/>
      </w:pPr>
      <w:r>
        <w:rPr>
          <w:rFonts w:ascii="Times New Roman" w:hAnsi="Times New Roman" w:eastAsia="Times New Roman" w:cs="Times New Roman"/>
        </w:rPr>
        <w:t>Nataal gu njëkk ga Miller gis te nekk ci cosaanu Millerite, mi mel ni Doju Jamono yi, mooy “juróom-ñaari yoon” yi ci Leviticus ñaar-fukk ak juróom-benn, te “juróom-ñaari yoon” yooyu, ñoo doon dëggu cosaan gu njëkk gu ñu bàyyi genn wet ci loxo ñi doon pionnieri Millerite, ñi fékk soggali woon nañu cosaanu Millerite. Mooy tabaxkat yi te waroon a bañ doju cosaan ga. “Doju” jooju, ji misaaloo Almasi bi, mooy itam bés bi Boroom bi sàkk, ndaxte moom sàkk na bés bu juróom-ñaareel bi ngir mu doon bésub noflaay, ak atum juróom-ñaareel bi ngir suuf si noflaay. Ci 1863, doju cosaan ga dañoo ko bañ, waaye dees na ko def “boppu xonq wi” ak “doju tënk” ngir ñi déggadi.</w:t>
      </w:r>
    </w:p>
    <w:p>
      <w:pPr>
        <w:pStyle w:val="ArticleBody"/>
        <w:jc w:val="left"/>
      </w:pPr>
      <w:r>
        <w:rPr>
          <w:rFonts w:ascii="Times New Roman" w:hAnsi="Times New Roman" w:eastAsia="Times New Roman" w:cs="Times New Roman"/>
        </w:rPr>
        <w:t>Bataaxalu Islaam bu ñetteelu ay kawe njàmbaar mooy yoonu mbir mi ngir yëngu-yëngu yeesal bu téeméer ak ñeent fukk ak ñeent junni, te yoonu nattu gi tàmbalee bi malaaka bu Apokalips 18 wàccee, ba kër yu mag yi nekk New York City ñu daane ci 11 Septembre 2001. Adventisme nekkulwoon wax ci màggal gu ci yonent yi jëm ci ne 11 Septembre 2001 mooy ñëwug “bésu ngelawlu penku.” Ci 18 Juyet 2020, ñu bàyyi leen ginnaaw, bi ñaari seede yi ci Apokalips saar 11 reyoo ci mbedd yi yu dëkk bu mag boobu. Nattug Adventisme jeex na woon, te nattug ñi daan wax ne xam nañu bataaxalu Islaam tàmbali na woon.</w:t>
      </w:r>
    </w:p>
    <w:p>
      <w:pPr>
        <w:pStyle w:val="ArticleBody"/>
        <w:jc w:val="left"/>
      </w:pPr>
      <w:r>
        <w:rPr>
          <w:rFonts w:ascii="Times New Roman" w:hAnsi="Times New Roman" w:eastAsia="Times New Roman" w:cs="Times New Roman"/>
        </w:rPr>
        <w:t>Gannaaw yi wowee yi, gannaaw ba ñu nekk dee ci yoon yi ba ci mujjantelu sulet 2023, jëfandikooku ca njëkk bataaxalu Ezekiel moo leen yëngal. Ñaareelu bataaxalu Ezekiel mooy bataaxalu ñeenti ngelawi Islam yu ñetteelu Wo, te muy firndeel ubbeeku bataaxalu Yuuxub Guddi gi di yendu ndank-ndank, te moom mooy peeñ gu yexoon, ak mbirum jamono jépp ju yëngu-yëngu bi. Noonu itam, ay dëgg yu bare ñu ubbeeku, ndaxte bataaxalu Yuuxub Guddi mooy bataax bu am ay wàll yu bare. Njëkk dëgg gi jëm ci gannaaw yi wowee yi mooy dëgg gi Laodise wu Adventism bañoon njëkk, te moo di dëgg gi firndeel wàññikoo gi jógé Laodise ba Philadelphia.</w:t>
      </w:r>
    </w:p>
    <w:p>
      <w:pPr>
        <w:pStyle w:val="ArticleBody"/>
        <w:jc w:val="left"/>
      </w:pPr>
      <w:r>
        <w:rPr>
          <w:rFonts w:ascii="Times New Roman" w:hAnsi="Times New Roman" w:eastAsia="Times New Roman" w:cs="Times New Roman"/>
        </w:rPr>
        <w:t>Dëgg gi mooy bataaxalu téere bii, te moo tax war nañu koo dëgërël ci xel itam ci ruu. Du doy rekk nga xam ne jamono ji ñaari seede ya nekk woon ñu dee ci mbedd mi nataalu tasaarug “juróom-ñaari yoon”; dafa soxla itam nangu gu aju ci xexperience bu dëgg bi.</w:t>
      </w:r>
    </w:p>
    <w:p>
      <w:pPr>
        <w:pStyle w:val="ArticleBody"/>
        <w:jc w:val="left"/>
      </w:pPr>
      <w:r>
        <w:rPr>
          <w:rFonts w:ascii="Times New Roman" w:hAnsi="Times New Roman" w:eastAsia="Times New Roman" w:cs="Times New Roman"/>
        </w:rPr>
        <w:t>Bijuu Miller yi, yu mel ni dëgg yi ñu ubbi ca jamono mujj ga ci atum 1798, nekk nañu nattu bu jëm ci janq yi ci fan yu mujj yi. Kóllëre bi ci dëgg gi “ci ngëm” dees ko tektal ci biju bi jëkk bu Miller, te kóllëre bi ci dëgg gi “ci xel” dees ko tektal ci yégleb Islaam bu ñetteel wo. Woo wi ngir tuub ak confesioon bi “juróom-ñaari yoon” di tektal, moo mel ni liggéey bu ñuy doxal ànd ak Kirist ci Bérab bu Gëna Sell bi, te dees ko tektal ci vision bu “mareh”.</w:t>
      </w:r>
    </w:p>
    <w:p>
      <w:pPr>
        <w:pStyle w:val="ArticleBody"/>
        <w:jc w:val="left"/>
      </w:pPr>
      <w:r>
        <w:rPr>
          <w:rFonts w:ascii="Times New Roman" w:hAnsi="Times New Roman" w:eastAsia="Times New Roman" w:cs="Times New Roman"/>
        </w:rPr>
        <w:t>Xam-xam gu mana féexee ci Islaam bu ñetteelu musiba bi dees na ko teewal ci gis-gis bu “chazon”, te ñoom ñaar ñépp a war ci ñi dees di taal. Ci atum 1863, Advantis bu Laodise dafa tànnatuwaat tabax Yeriko, te bàyyi liggéeyam bu delloo Yerusalem. Yeriko misaal la bu barele ak alal ju bari, ni ko gumbug Laodise itam di teewal.</w:t>
      </w:r>
    </w:p>
    <w:p>
      <w:pPr>
        <w:pStyle w:val="ArticleScripture"/>
        <w:jc w:val="left"/>
      </w:pPr>
      <w:r>
        <w:rPr>
          <w:rFonts w:ascii="Times New Roman" w:hAnsi="Times New Roman" w:eastAsia="Times New Roman" w:cs="Times New Roman"/>
        </w:rPr>
        <w:t>“Benn tata yi gën a tar ci réew mi—dëkk bu mag te bare xaalis, Yeriko—nekkoon na ci seen kanam, waaye dafa soriwoon tuuti seen dalub Gilgal. Ci wetug tundu mbey mu féert te fees ak meññeef yu bare yu wuute te naat ci réew yu tàng yi, kër yu réy ak kër-yàlla yi nekk kërug neexal ak ñaawteef, dëkk boobu réy, ginnaaw ay tataam yu rëy yu dëgër, dafa doon jëfe yëngal Yàllay Israayil. Yeriko bokkoon na ci toogu yi gën a mag yu jaamu xërëm, te ci li gën a fés mooy ne dafa jaglewoon Astarte, yàlla ju jigéen ju weer wi. Fi la mboolem li gën a bon te gën a suufeel ci diiney Kanaaneen ñi dajaloo. Nit ñi ci Israayil, ñi seen xel diis ak yoonu njariñ yu tiitloo yi bàkkaar ba joxe woon ci Bet-Peor, manuñu woon gis dëkkub way-xërëm boobu ludul ak mer ak ragal.” Patriarchs and Prophets, 487.</w:t>
      </w:r>
    </w:p>
    <w:p>
      <w:pPr>
        <w:pStyle w:val="ArticleBody"/>
        <w:jc w:val="left"/>
      </w:pPr>
      <w:r>
        <w:rPr>
          <w:rFonts w:ascii="Times New Roman" w:hAnsi="Times New Roman" w:eastAsia="Times New Roman" w:cs="Times New Roman"/>
        </w:rPr>
        <w:t>“Doj” bi tabax yi bañoon atum 1863, bi ñuy tabbi Yerikoaat, mooy “juróom-ñaari yoon yi” yu doon ci mujjug jamono bi dëgg (jewal), te mu nekk “boppu wet gu njëkk”, ndaxte mooy dëgg gi di lëkkale njàlbéenu Adventisme ci yëngu-yëngu Millerites yi ak mujju Adventisme ci yëngu-yëngu ñaar-fukk ak ñeent-fukk ak ñeent-junni nit ñi. Jewal jooju, mi di “juróom-ñaari yoon yi,” itam mooy “bés bi Boroom bi sàkk”, te mooy Almasi bi ci boppam, ndaxte mooy Kàddu gi, te mooy “Dëgg gi.” Mbiri Islam mooy téeméer bi jur setalug ñaar ñiñ tànn, bu njëkk bi ak bu bees bi, te setal gu ñaari wàll gi tàmbalee na 11 Septàmbre 2001, moom mi doon “bésub ngelawlu penku bi”. Ca bés boobu, sàmmkat yi war nañoo woy wii rekk la Almasi woyoon, ba mu yégle léebu toolu reseñ bi. Ñaar-fukk ak ñeent-fukk ak ñeent-junni nit ñi di woy woyu Muusaa (“juróom-ñaari yoon yi”), ak woyu Ndaw mi.</w:t>
      </w:r>
    </w:p>
    <w:p>
      <w:pPr>
        <w:pStyle w:val="ArticleScripture"/>
        <w:jc w:val="left"/>
      </w:pPr>
      <w:r>
        <w:rPr>
          <w:rFonts w:ascii="Times New Roman" w:hAnsi="Times New Roman" w:eastAsia="Times New Roman" w:cs="Times New Roman"/>
        </w:rPr>
        <w:t>Te gis naa mel ni ab gilaas bu jaxase ak safara; te ñi daan nañu rab wi, ak xaralaam, ak màndargaam, ak limub turam, taxaw ci kaw géeju gilaas ga, yor xalam yu Yàlla. Te ñuy woy woyu Musaa, jaamub Yàlla, ak woyu Xar mi, naan: “Sa jëf yu mag lañu te doy waar, Boroom Bi Yàlla Aji-Man-Kat Ji; sa yoon yu jub lañu te dëgg, yaw Buurub gaayi sell yi.” Peeñu Yowaana 15:2, 3.</w:t>
      </w:r>
    </w:p>
    <w:p>
      <w:pPr>
        <w:pStyle w:val="ArticleBody"/>
        <w:jc w:val="left"/>
      </w:pPr>
      <w:r>
        <w:rPr>
          <w:rFonts w:ascii="Times New Roman" w:hAnsi="Times New Roman" w:eastAsia="Times New Roman" w:cs="Times New Roman"/>
        </w:rPr>
        <w:t>“Xar” bi mooy Almasi bi ñu reyoon, te dees ko reyoon ca diggante ñaar-fukk ak juróom-benn junni ak ñaar téeméer ak ñaar-fukk fan ya, noonu muy boole saraxu dundam ak deretam ci benn (fa mu dëggale kóllëre ga), ak it “xulóo bu kóllëreem” bu Muuse, ci Levitik ñaar-fukk ak juróom-benn. Woy wi Muuse ak Xar bi, mooy woy bu chazon bu jaar-jaariy nettali yonent ak woy bu mareh bu “feeñam”. Mooy woy bu xam-xam ak xel mu sell, ni ko ñaari peeñu yi nekk ci Danyeel saraxle ñettelu juróom-ñaar di tegtal. Mooy woy bu nit ñi nekk ci kóllëre, ñuy àtte te bàyyi leen, fekk nit ñu bees ñu tànn di leen fal. Jëfandikoo bu tànn boobu, te moom it moo tàmbalee woy wi, dafa tàmbalee ci 11 Septàmbar 2001.</w:t>
      </w:r>
    </w:p>
    <w:p>
      <w:pPr>
        <w:pStyle w:val="ArticleScripture"/>
        <w:jc w:val="left"/>
      </w:pPr>
      <w:r>
        <w:rPr>
          <w:rFonts w:ascii="Times New Roman" w:hAnsi="Times New Roman" w:eastAsia="Times New Roman" w:cs="Times New Roman"/>
        </w:rPr>
        <w:t>Ñiy ñi bokk ci Yàqub dinañu sàmpu; Israyil dina meññ te sax, te fees kanam àddina ak meññ. Ndax dafa ko dóor ni mu dóore woon ñi ko dóor? Walla ndax dees na ko rey ni ñi mu rey? Ci natt, bu mu saxee, dinga layóok ak moom; mooy taxawal ngelawam gu tar ci bésu ngelawu penku. Moo tax nag, njubadi Yàqub dees na ko setal; te lii mooy bépp meññu jële bàkkaaram: bu mu defee bépp doj yu sarxal bi ni doj-u weex yuñu dóor ba tas, kër yu garab yi ak nataal yi duñu taxawati. Waaye dëkk bañu tàggat ba dina ne yàqu, te kërga gi dees na ko bàyyi, mu des ni màndiŋ; fa la nag nag mi di lekk, fa la di tëdd, te lekk sax cari garab ya. Bu cari garab ya wowee, dees na leen dagg; jigéen ñi dinañu ñëw, taal leen; ndaxte moom xeet la bu amul xel; moo tax ki leen bind du leen yërëm, te ki leen sàkk du leen won ngërëm. Te dina am bés boobu, Boroom bi dina góob dale ci wetu dex ba ba ca ndoxum Misra, te yéen, yéen doom-i Israyil, dees na leen dajale kenn-ku-nekk. Te dina am bés boobu, dees na liit trompet bu mag bi, te ñi nekkoon ci tëj ba ag noonu ci réewu Asiri, ak ñi ñu dàqoon ci réewu Misra, dinañu ñëw, di sujudal Boroom bi ci tundu sell bi ca Yerusalem. Isaaya 27:6–13.</w:t>
      </w:r>
    </w:p>
    <w:p>
      <w:pPr>
        <w:pStyle w:val="ArticleBody"/>
        <w:jc w:val="left"/>
      </w:pPr>
      <w:r>
        <w:rPr>
          <w:rFonts w:ascii="Times New Roman" w:hAnsi="Times New Roman" w:eastAsia="Times New Roman" w:cs="Times New Roman"/>
        </w:rPr>
        <w:t>Bu baat yu ñu ko déggee bu jub, aaya yii di wone 11 Septambar 2001 ba ca yoonu Dibéer bu agsi lu gaaw. Aaya juróom-benn bi di sàkk meloowaay jaar-jaaru jamono jépp, ndaxte mu màndargaal tàmbaliwaay garab gi di sàppiku, ba noppi sax, gën a yokku ak meññ, te mu mujjee fees àddina si ak meññeef. Meññeef mi di feesal àddina si dafay ame ci biir “waxtu” woowu, te loolu mooy jafe-jafe yoonu Dibéer bi. Bi Kirist di dajale meññeefam ci sañseem, noonu itam mooy yóbbu àtte ci Babilon. Àtte bi di am ci jamono ji àddina si fees ak meññeef, aaya juróom-ñaareel bi mooy ko tegtal, bi ñu laajee ñaari laaj yii: “Ndax dafa ko dóor, ni mu dóore ñi ko dóor? walla ndax dafa dee ni ñi mu rey deeye?”</w:t>
      </w:r>
    </w:p>
    <w:p>
      <w:pPr>
        <w:pStyle w:val="ArticleBody"/>
        <w:jc w:val="left"/>
      </w:pPr>
      <w:r>
        <w:rPr>
          <w:rFonts w:ascii="Times New Roman" w:hAnsi="Times New Roman" w:eastAsia="Times New Roman" w:cs="Times New Roman"/>
        </w:rPr>
        <w:t>Kon ci aayaat juróom-ñett ba, wàññi ndox mujj mi dañu ko màndargaale ak wax ji ne: “ci natt.” Lii moo tax garab yi sax ci kanam mooy taw bi, te bu njàlbéenu ndox mujj mi tàmbalee a màndargaalu, dañu ko màndargaale ni muy tàmbali “ci natt, bi muy sax ci kanam.” Bu ndox mujj mi tàmbalee, dañu koy tuur “ci natt”, ndaxte duñu ko tuur “lu weesu natt” su fekkee ne góob gi dafa melokaan bu am dëgg ak fen.</w:t>
      </w:r>
    </w:p>
    <w:p>
      <w:pPr>
        <w:pStyle w:val="ArticleScripture"/>
        <w:jc w:val="left"/>
      </w:pPr>
      <w:r>
        <w:rPr>
          <w:rFonts w:ascii="Times New Roman" w:hAnsi="Times New Roman" w:eastAsia="Times New Roman" w:cs="Times New Roman"/>
        </w:rPr>
        <w:t>«Bépp xelum ku dëgg ci yoonu soppe, dina bëgg lool ngir yóbbu ñeneen génne leen ci lëndëmug réer ba ca leer gu yéeme gu njubtey Yeesu Kirist. Tuuru gu mag gu Xelum Yàlla, guy leeral suuf si bépp ak ndamam, du ñëw ba noppi gannaaw lu nu amee nit ñu leer xel, ñiy xam ci seeni jaar-jaaram lanu tekki nekk ay liggéeykat yu bokk ak Yàlla. Bu nu amee wépp sellal ak xol bu mat ci liggéeyu Kirist, Yàlla dina nangoo loolu ci tuurug Xelam gu amul natt; waaye loolu du am fekk ba ña gën a bari ci kerk bi nekkul ay liggéeykat yu bokk ak Yàlla. Yàlla mënul tuur Xelam fekk ba bëgg bopp ak topp sa bànneex di feeñ bu baax; fekk ba xel mu mel ni, su ko ñu waxee ci ay kàddu, dina wax tontu Kayin ba, — “Ndax man maa yor sama mbokk?” Bu dëgg gi ñu jàngal jamono jii, bu màndarga yi di gëna bari fépp, di seede ne mujju lépp jegesi na, mënuñoo yégle doole ju nelaw joo xam ne nekk na ci ñi di wax ne xam nañu dëgg gi, kon lëndëm lu méngoo ak leer gi doon leeral dina dal xel yii. Amul benn melokaanu layi ngir seen seetaange yi man a joxe Yàlla ca bés bu mag ba nattu mujj ga. Du am benn sabab bu ñuy man a joxe ci lu tax duñu dund, dox, te liggéey ci leer gu dëgg gu sell gu kàddug Yàlla, ba noonu feeñal àddina ju bàkkaar lëndëmal, jaarale ko ci seen jëf, seen yëgante, ak seen cëru, ne dooley xibaar bu baax bi ak dëggam mënuñu ko weddi.» Review and Herald, July 21, 1896.</w:t>
      </w:r>
    </w:p>
    <w:p>
      <w:pPr>
        <w:pStyle w:val="ArticleBody"/>
        <w:jc w:val="left"/>
      </w:pPr>
      <w:r>
        <w:rPr>
          <w:rFonts w:ascii="Times New Roman" w:hAnsi="Times New Roman" w:eastAsia="Times New Roman" w:cs="Times New Roman"/>
        </w:rPr>
        <w:t>Rakk bu jigéen White mi ngi jàngale wàll wi ne mooy jamono bi malaaka bu Apokalips descende, ndaxte mu wax ne, “tuur gu réy gu Xelum Yàlla, gi leerloo suuf sépp ak ndamamu.” Ci beneen wàll bi nu faral di tudd ci xët yi, mu jàngale ne bu “tabax yu mag yi ci New York” “daanu,” “Apokalips saar 18, aaya 1 ba 3 dina mat.”</w:t>
      </w:r>
    </w:p>
    <w:p>
      <w:pPr>
        <w:pStyle w:val="ArticleBody"/>
        <w:jc w:val="left"/>
      </w:pPr>
      <w:r>
        <w:rPr>
          <w:rFonts w:ascii="Times New Roman" w:hAnsi="Times New Roman" w:eastAsia="Times New Roman" w:cs="Times New Roman"/>
        </w:rPr>
        <w:t>Dina yokkute xalaat yii ci mbind mi di ñëw.</w:t>
      </w:r>
    </w:p>
    <w:p>
      <w:pPr>
        <w:pStyle w:val="ArticleScripture"/>
        <w:jc w:val="left"/>
      </w:pPr>
      <w:r>
        <w:rPr>
          <w:rFonts w:ascii="Times New Roman" w:hAnsi="Times New Roman" w:eastAsia="Times New Roman" w:cs="Times New Roman"/>
        </w:rPr>
        <w:t>Léegi damay woyofal sama soppeku bu bëgg, di woy bu sama soppeku ci mbirum toolam reseñ. Sama soppeku bu bëgg am na ab toolu reseñ ci tund wu yéex te di meññ. Mu wër ko ak pakkaay, te jële xeer ya ci biir ba, te jëmbët ko ak reseñ yi gën a rafet, te tabax njëg ci diggam, te def fa itam pëndu biiñ; te yaakaar na ne dina jur garab yu baax, waaye mu jur garab yu àll. Léegi nag, yéen waa Yerusalem ak góor ñi Yuda, àtteel, maa ngi leen ñaan, ci diggante man ak sama toolu reseñ. Lan lañu manoon a defati sama toolu reseñ, lu ma ko bañ a def ci moom? Lu tax nag, bi ma yaakaaroon ne dina jur garab yu baax, mu jur garab yu àll? Léegi nag, na dem; dinaa leen wax li ma nar a def sama toolu reseñ: dinaa dindi pakkaayam, te dees na ko lekk; jéggi tatam, te dees na ko doxal ba tas. Dinaa ko bayyi mu yàqu: duñu ko daggati, duñu ko beyati; waaye xeer ak dégg dinañu ci sax; dinaa santaane niir yi itam ngir duñu tawal ci moom benn taw. Ndaxte toolu reseñu Aji Boroom mbind mi mooy kërug Israayil, te góor ñi Yuda ñooy garabam gu mu bànneexal; te mu seetoon àtte gu jub, waaye gis tooñ; ak njub, waaye gis yuuxu. Esayi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Daniyel — Limu Juróom-benn ak Juróom-ñeent</dc:title>
  <dc:subject>Ubbeeku Yonent bi: Xam ni ñàkk yaakaaru 18 Sulet 2020 ak bataaxal bu “Yuuxu Guddi-gànnaaw” di law ci fan yu mujj yi</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