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juróom-benni fukk ak juróom-ñaareel</w:t>
      </w:r>
    </w:p>
    <w:p>
      <w:pPr>
        <w:pStyle w:val="ArticleSubtitle"/>
        <w:jc w:val="left"/>
      </w:pPr>
      <w:r>
        <w:rPr>
          <w:rFonts w:ascii="Arial" w:hAnsi="Arial" w:eastAsia="Arial" w:cs="Arial"/>
        </w:rPr>
        <w:t>Xel yu gëm ci kàddug yonent: Lislaam, 11 Sàttumbar 2001, ak Bésub Ngelawlu Penku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Islaam bu ñetteelu musiba bi àgg ci jaar-jaaru waxi yoonent yi ca 11 Suwelet 2001, te saa si mu agsee ñu teey ko. Ca jamono jooju ndox mujjug taw bi tàmbalee a wàcc, waaye “ñu natt ko”.</w:t>
      </w:r>
    </w:p>
    <w:p>
      <w:pPr>
        <w:pStyle w:val="ArticleScripture"/>
        <w:jc w:val="left"/>
      </w:pPr>
      <w:r>
        <w:rPr>
          <w:rFonts w:ascii="Times New Roman" w:hAnsi="Times New Roman" w:eastAsia="Times New Roman" w:cs="Times New Roman"/>
        </w:rPr>
        <w:t>Ci nat la, bu mu génneel, yaw dinga xalaat ak moom; moo téyeel ngelawam gu tar ci bésu ngelaw gu penku. Moo tax, noonu, la ñaawteefu Yàqub di set; te lii mooy mboolem meññeefu dindi bàkkaaram; su defee doj yu sarxal ba yépp mel ni doj xaax yu ñu dóor ba tas, kër yu Asera ak nataal yi duñu taxawati. Waaye dëkk bañu aar dina neexul, te kër gi dinañu bàyyi ko, te mu des ni màndiŋ; foofa la naguru di lekk, te foofa lay tëdd, te lekk ay car yi ci moom. Bu cari garab yi wowee, dees na leen dagg; jigéen ñi dinañu ñëw, taal leen; ndaxte mooy xeet wu amul xel mu leer: moo tax ki leen bind du leen yërëm, te ki leen sosul du leen won ngënéel. Te dina am ci bés booba, Boroom bi dina dóor ba dajale ci diggu dex ba ak ba ca rëtu Misra; te dees na leen dajale kenn ku nekk kenn, yéen ñi di doom Israayil. Te dina am ci bés booba, bucc bu mag bi dina wolu; te ñi nekkoon ci tubaab ba ñuy bëgg a sànku ci réewum Asiri, ak ñañu dàqoon ci réewum Misra, dinañu ñëw, di jaamu Boroom bi ci tundu sell bi ca Yerusalem. Esayi 27:6–13.</w:t>
      </w:r>
    </w:p>
    <w:p>
      <w:pPr>
        <w:pStyle w:val="ArticleBody"/>
        <w:jc w:val="left"/>
      </w:pPr>
      <w:r>
        <w:rPr>
          <w:rFonts w:ascii="Times New Roman" w:hAnsi="Times New Roman" w:eastAsia="Times New Roman" w:cs="Times New Roman"/>
        </w:rPr>
        <w:t>“Bésu ngelawaru bi” dafay wone ñëwug tawub mujj bi, te itam di Lislaam bu ñetteelu alkande bi. Moo itam di tanda tàmbali jaar-jaar ba “tooñu Yàggóob” diñu ko setal. Bésu ngelawaru bi agsi na ci 11 septembre 2001, te ca jamono jooju la attekatu ñi dund tàmbalee. Attekatu ñi dund mooy liggéeyu mujjug malaaka bu ñetteel bi, te foofa la daldi tàmbalee dindi bàkkaar yi ci téeméeri ñeent-fukk ak ñeent-fukk ak ñeent ñaari junni ñi. Loolu la Esayi mujj a tekki bi mu bindee ne: “Ci lii.”</w:t>
      </w:r>
    </w:p>
    <w:p>
      <w:pPr>
        <w:pStyle w:val="ArticleBody"/>
        <w:jc w:val="left"/>
      </w:pPr>
      <w:r>
        <w:rPr>
          <w:rFonts w:ascii="Times New Roman" w:hAnsi="Times New Roman" w:eastAsia="Times New Roman" w:cs="Times New Roman"/>
        </w:rPr>
        <w:t>Kàddu yi jiitu wax ji ne, “Ci lii,” mooy: “Ci natt, bu mu saxee, dinga jëflante ak moom: mu téye ngelawam gu metti gi ci bésu ngelawu penku.” “Ci lii,” miy wone dëgg-yu natt yu jagleel bàkkaar bi ci ñi fiir ni ñooy Yàqub. Dëgg yooyu dañuy boole xew-xew bi (9/11), miy màndarga agsiw taw gu mujj gi. Dañuy itam boole tekkiinu taw gu mujj gi ni mooy “bataaxal,” te “bataaxal” boobu mooy Islaam. Mu itam boole dëgg bi ne “ngelawu penku” mooy Islaamu ñetteelu Wo, te mu boole itam melokaanu waxu yonent bi ci téye bi Islaam jot ci gannaaw (mu téye).</w:t>
      </w:r>
    </w:p>
    <w:p>
      <w:pPr>
        <w:pStyle w:val="ArticleBody"/>
        <w:jc w:val="left"/>
      </w:pPr>
      <w:r>
        <w:rPr>
          <w:rFonts w:ascii="Times New Roman" w:hAnsi="Times New Roman" w:eastAsia="Times New Roman" w:cs="Times New Roman"/>
        </w:rPr>
        <w:t>Nattu seet ci boppam mooy niñ ko ci “werante bi,” bi tàmbalee 11 Sulet 2001. Yeremi, ba mu doon wone nàkk ci yaakaar bu njëkk bi, ñu digël ko mu “dellu” ci Yàlla te bàyyi lu tedd ak lu bon. “Meññ” bu yégleb xelug nattu bi jur ñaari xeet yu jaamu.</w:t>
      </w:r>
    </w:p>
    <w:p>
      <w:pPr>
        <w:pStyle w:val="ArticleBody"/>
        <w:jc w:val="left"/>
      </w:pPr>
      <w:r>
        <w:rPr>
          <w:rFonts w:ascii="Times New Roman" w:hAnsi="Times New Roman" w:eastAsia="Times New Roman" w:cs="Times New Roman"/>
        </w:rPr>
        <w:t>Àtte bu ñàkk xel bi feeñ na ci wax ji ne: “bu mu defee bépp doj u saraxal bi mel ni doj yu tisaal yu ñu damat ci ay xaaj, tooli garab yi ak xamb yi duñu taxaw.” Isaaya mi ngi dellu ci yégle bu ñu dogal ci kaw ñi di dëppal mbir yi ci ay saar 28 ak 29. Ñoom nag, ñooy ñi manul a xam téere biñ tëj. Jëf (meññeef) u ñaaw ñi war na ñu ko jàppe ni banu njuumkat.</w:t>
      </w:r>
    </w:p>
    <w:p>
      <w:pPr>
        <w:pStyle w:val="ArticleScripture"/>
        <w:jc w:val="left"/>
      </w:pPr>
      <w:r>
        <w:rPr>
          <w:rFonts w:ascii="Times New Roman" w:hAnsi="Times New Roman" w:eastAsia="Times New Roman" w:cs="Times New Roman"/>
        </w:rPr>
        <w:t>Kon nag, xoolleen, dinaa wéyal a def ci biir xeet wii liggéey bu yéeme, waaw, liggéey bu yéeme ak kéemaan; ndax xam-xamu ñi seen bopp di boroom xam-xam dina alag, te dégg-déggu ñi leer seen xel dina nëbbu. Ndaw ñeel ñi di seet ba suux ngir nëbb seen pexe ci Boroom bi, te seen jëf yi nekk ci lëndëm, te ñuy wax ne: Kan moo nu gis? te kan moo nu xam? Seen ubbeeku mbir yi ba tëjji wërsëg dees na ko jàpp ni banxu tabaxkat bi; ndax ndax liggéey bi man naa wax ci ki ko sàkk ne: Moom sàkkuma ma? walla ndax mbind mi ñu bind man naa wax ci ki ko bind ne: Amul xam-xam? Esaayi 29:14–16.</w:t>
      </w:r>
    </w:p>
    <w:p>
      <w:pPr>
        <w:pStyle w:val="ArticleBody"/>
        <w:jc w:val="left"/>
      </w:pPr>
      <w:r>
        <w:rPr>
          <w:rFonts w:ascii="Times New Roman" w:hAnsi="Times New Roman" w:eastAsia="Times New Roman" w:cs="Times New Roman"/>
        </w:rPr>
        <w:t>Jëfandikukat ñaaw yi dina mel ni banxas bu potye, te ci saar fukki-ñaar ak juróom-ñaari benn, seeni jëfandikukat ñiñu leen nataal itam ci noonu, ni doj yu weex yu ñuy dóor ba tas. Doj bu weex mbaa banxas bu potye dafay yomb a dóor ba soppeeku pënd, te misaalu jëf ji di def “bépp doj bu saraxal bi ni doj yu weex yu ñuy dóor ba tas,” te boole ci moom jëf ji di yàq “ay garab yu ñuy jaamu ak ay nataal,” ngir “duñu taxawati,” mooy jëf ji ñuy tegtal ci yeesalug buur Yosiya. Ci mujjug yiwlu ak yeesal gi, bi ñuy tegtal ci yeesalug Yosiya, tabaxu mbooloom Adventist bi dina neewal, ndaxte “dëkk ba ñu aar dina neewal, te kër gi dinañu ko bàyyi, di ko bàyyi mel ni màndiŋ.” Seeni jëf yépp, maanaam junniy njëg yi, ekool yi, kolees yi, yunibersite yi, lopitaal yi ak kër yu biro yi nekk ci àddina si, dinañu leen dóor ci kàddug yonent ba soppi leen pënd bu amul njariñ.</w:t>
      </w:r>
    </w:p>
    <w:p>
      <w:pPr>
        <w:pStyle w:val="ArticleBody"/>
        <w:jc w:val="left"/>
      </w:pPr>
      <w:r>
        <w:rPr>
          <w:rFonts w:ascii="Times New Roman" w:hAnsi="Times New Roman" w:eastAsia="Times New Roman" w:cs="Times New Roman"/>
        </w:rPr>
        <w:t>Itam ay bokk ñi it dina nekk lu neen, ndaxte ñi doon “nit ñu amul xam-xam” dinañu mel ni “car yi wow” yu “dinañu daggée” te “samp ci safara,” ndaxte “ki leen bind moo dul leen yërëm, te ki leen sos du leen won yiw.”</w:t>
      </w:r>
    </w:p>
    <w:p>
      <w:pPr>
        <w:pStyle w:val="ArticleBody"/>
        <w:jc w:val="left"/>
      </w:pPr>
      <w:r>
        <w:rPr>
          <w:rFonts w:ascii="Times New Roman" w:hAnsi="Times New Roman" w:eastAsia="Times New Roman" w:cs="Times New Roman"/>
        </w:rPr>
        <w:t>Bu ña xàjja gi ndawul bi bésub nattu gi di matal jeexee, baat bu ñaareel bi nekk ci Pexe 18, di woo gàddaayu Yàlla yeneen génn ci Babilon; ndaxte ca bés booba “dina am ne” “buubu mag bi dees koy wol, te ñuy ñëw, ñi nekkoon ci teg gi ba noppi dee ci réewu Asiri, ak ñi ñu sànni woon ci réewu Misra, te dinañu jaamu Boroom bi ci tundu sell bi ci Yerusalem.”</w:t>
      </w:r>
    </w:p>
    <w:p>
      <w:pPr>
        <w:pStyle w:val="ArticleBody"/>
        <w:jc w:val="left"/>
      </w:pPr>
      <w:r>
        <w:rPr>
          <w:rFonts w:ascii="Times New Roman" w:hAnsi="Times New Roman" w:eastAsia="Times New Roman" w:cs="Times New Roman"/>
        </w:rPr>
        <w:t>Mbind mi (Isaaya ñaar-fukk ak juróom-ñaari, ay saar 8 ba 13) mi nuy xalaat, day won jaar-jaaru waxu yonent bi tambalee ci 11 Suwelet 2001, te day melal nattu ak setlu gi ñeel ñi di ci mujj woo juróomi gàllankam Yàlla genee ci Babilon. Saar yu jëkk yi ci benn saar boobu, ñoom itam day xamale woy wu war a woyu ci biir jaar-jaar boobu sax.</w:t>
      </w:r>
    </w:p>
    <w:p>
      <w:pPr>
        <w:pStyle w:val="ArticleScripture"/>
        <w:jc w:val="left"/>
      </w:pPr>
      <w:r>
        <w:rPr>
          <w:rFonts w:ascii="Times New Roman" w:hAnsi="Times New Roman" w:eastAsia="Times New Roman" w:cs="Times New Roman"/>
        </w:rPr>
        <w:t>Bésub bés bañu woyeel ko ne: Toolu reseŋ bu xonq. Man maa di Aji Boroom bi di ko wottu; dinaa ko nànddal saa yu nekk: ngir kenn bañ koo lor, dinaa ko sàmm guddi ak bëccëg. Mer amul ci man: ku may taxawal garab yu ñaaw ak dég yi ci sama kanam ci xare? Dinaa jaar ci seen biir, dinaa leen lakk benn. Wala na ku nekk jàpp sama kàttan, ngir mu def jàmm ak man; waaw, dinaa def jàmm ak man. Mooy tax ñiy jóge ci Yanqóoba sax ci suuf; Israyil dina flore ak sax, te feesal kanamu àddina ak meññeef. Ndax dafa ko dóor, ni mu dóore woon ñi ko dóor? Wala ndax ñu ko rey, ni ñu rey ñi mu rey? Esayi 27:2–7.</w:t>
      </w:r>
    </w:p>
    <w:p>
      <w:pPr>
        <w:pStyle w:val="ArticleBody"/>
        <w:jc w:val="left"/>
      </w:pPr>
      <w:r>
        <w:rPr>
          <w:rFonts w:ascii="Times New Roman" w:hAnsi="Times New Roman" w:eastAsia="Times New Roman" w:cs="Times New Roman"/>
        </w:rPr>
        <w:t>Woyu tool bi mooy woy wi njëkk a xamale nit Yàlla ñi nekk tool bi Mu bëgg te Mu toppatoo. Gannaaw loolu, mu joxe digeb nangu ngir képp ku bëgg a jàpp njubteg Almasi bi. Te itam, mu xamale digeb tuur gu Sell Spirit bi, bi ñuy tegu ci ñaari jàmm yu taw. Jëkkërinu taw bi di dundal tóor-tóor yi ak bët yi, te ñaareelu taw bi di feesal suuf si ak meññent.</w:t>
      </w:r>
    </w:p>
    <w:p>
      <w:pPr>
        <w:pStyle w:val="ArticleBody"/>
        <w:jc w:val="left"/>
      </w:pPr>
      <w:r>
        <w:rPr>
          <w:rFonts w:ascii="Times New Roman" w:hAnsi="Times New Roman" w:eastAsia="Times New Roman" w:cs="Times New Roman"/>
        </w:rPr>
        <w:t>Woyu toolu bi mooy toolu bu xamle jamono ji Yàlla di weesu ci benn xeet bu Mu jëkk tannoon, di dugg ci kóllëre ak xeet bu bees bi Mu tann. Aaya juróom-ñett ba ca kanam, duñu dara ludul dellu wax ak yaatal li aaya bu njëkk bu xaaj bi ubbi woon. Aaya bu njëkk bu xaaj bi di wonal benn xew-xew bi mel ni bi ñu ko tuddee ne “bësu ngilawlu penku” ci aaya juróom-ñett.</w:t>
      </w:r>
    </w:p>
    <w:p>
      <w:pPr>
        <w:pStyle w:val="ArticleScripture"/>
        <w:jc w:val="left"/>
      </w:pPr>
      <w:r>
        <w:rPr>
          <w:rFonts w:ascii="Times New Roman" w:hAnsi="Times New Roman" w:eastAsia="Times New Roman" w:cs="Times New Roman"/>
        </w:rPr>
        <w:t>Bés boobu, Boroom bi ak saamaram bu metti, buy réy te buy doole, dina mbugal Leviyaataan, jaan ju gaaw ji; waaw, Leviyaataan, jaan ju weng ji; te dina rey neng ga nekk ci géej gi. Esayi 27:1.</w:t>
      </w:r>
    </w:p>
    <w:p>
      <w:pPr>
        <w:pStyle w:val="ArticleBody"/>
        <w:jc w:val="left"/>
      </w:pPr>
      <w:r>
        <w:rPr>
          <w:rFonts w:ascii="Times New Roman" w:hAnsi="Times New Roman" w:eastAsia="Times New Roman" w:cs="Times New Roman"/>
        </w:rPr>
        <w:t>Naga ji mooy Seytaane, waaye ci benn xalaat bu topp, dafa doon Room guy jaamu ay xërëm.</w:t>
      </w:r>
    </w:p>
    <w:p>
      <w:pPr>
        <w:pStyle w:val="ArticleScripture"/>
        <w:jc w:val="left"/>
      </w:pPr>
      <w:r>
        <w:rPr>
          <w:rFonts w:ascii="Times New Roman" w:hAnsi="Times New Roman" w:eastAsia="Times New Roman" w:cs="Times New Roman"/>
        </w:rPr>
        <w:t>“Noonu nag nena, bu njëkk ci lu jiitu, dafay tekki Seytaane, waaye ci beneen wàll bu ñaareel, mooy màndarga Room gu bokkoon ci diiney xereñ.” The Great Controversy, 439.</w:t>
      </w:r>
    </w:p>
    <w:p>
      <w:pPr>
        <w:pStyle w:val="ArticleBody"/>
        <w:jc w:val="left"/>
      </w:pPr>
      <w:r>
        <w:rPr>
          <w:rFonts w:ascii="Times New Roman" w:hAnsi="Times New Roman" w:eastAsia="Times New Roman" w:cs="Times New Roman"/>
        </w:rPr>
        <w:t>Fukki buur yi bokk ci Room gu bokk ci xel-yàlla, ci Saar 7 bu Daniel, ak ci Saar 12 bu Peeñu yi, dañuy tegu ci fukki buur yi ci Peeñu yi 17 — ci fan yu mujjaay yi.</w:t>
      </w:r>
    </w:p>
    <w:p>
      <w:pPr>
        <w:pStyle w:val="ArticleScripture"/>
        <w:jc w:val="left"/>
      </w:pPr>
      <w:r>
        <w:rPr>
          <w:rFonts w:ascii="Times New Roman" w:hAnsi="Times New Roman" w:eastAsia="Times New Roman" w:cs="Times New Roman"/>
        </w:rPr>
        <w:t>“Buur yi ak njiit yi ak gouwernaat yi takk nañu ci seen bopp màndargay antikrist bi, te melokaanal na leen ni dragon bi di dem ngir xare ak gaayi Yàlla yi — ak ñiy sàmm ndigali Yàlla te am ngëmug Yeesu.” Testimonies to Ministers, 38.</w:t>
      </w:r>
    </w:p>
    <w:p>
      <w:pPr>
        <w:pStyle w:val="ArticleBody"/>
        <w:jc w:val="left"/>
      </w:pPr>
      <w:r>
        <w:rPr>
          <w:rFonts w:ascii="Times New Roman" w:hAnsi="Times New Roman" w:eastAsia="Times New Roman" w:cs="Times New Roman"/>
        </w:rPr>
        <w:t>Aayaat bu njëkk ci Esayi 27 dafa misaal ndamalu tàggatug njaay mi, mi tàmbalee ca bésu ngelaw wu penku wa, 11 Suletàmbar 2001. Tàggatu buur yi ci suufu si, ak seeni bokk nañu ak jaaykat yu globalist yi, mat na bi yitteg xaalis bu suufu si yépp dafa yàqu ak “ngelaw wu penku”, ca biir “géej yi”.</w:t>
      </w:r>
    </w:p>
    <w:p>
      <w:pPr>
        <w:pStyle w:val="ArticleScripture"/>
        <w:jc w:val="left"/>
      </w:pPr>
      <w:r>
        <w:rPr>
          <w:rFonts w:ascii="Times New Roman" w:hAnsi="Times New Roman" w:eastAsia="Times New Roman" w:cs="Times New Roman"/>
        </w:rPr>
        <w:t>Ndaxte buur ya dañoo dajale woon, ñoom ñépp àndandoo daldi romb. Bi ñu ko gisee, ñu waaru; xel mu jaxasoo leen, te ñu gaaw a daw. Foofa ragal jàpp leen, ak metit gu mel ni jigéen ju nekk ci matu. Yow, yaa di damm gaal yu Tarshish ak ngelaw gu jóge penku. Sabóor 48:4–7.</w:t>
      </w:r>
    </w:p>
    <w:p>
      <w:pPr>
        <w:pStyle w:val="ArticleBody"/>
        <w:jc w:val="left"/>
      </w:pPr>
      <w:r>
        <w:rPr>
          <w:rFonts w:ascii="Times New Roman" w:hAnsi="Times New Roman" w:eastAsia="Times New Roman" w:cs="Times New Roman"/>
        </w:rPr>
        <w:t>Yàllaay Esayi sarax 27, aaya 1 ba 7, dañu ko delloo te yaatal ko ci aaya 8 ba 13. Mu firndeel ne ci “bésu ngelawub penku bi” buur yi ak jaaykat yi ci suuf si dinañu jànkoonte ak ragal, te seen ragal dina yokku ci jaar-jaaru jaaro ba tey gannaaw booba. Ragal googu mooy wone doxalin yu amul xel te gaaw yu globalist yu yokkute yi ci àddina sii jëfandikoo lu warul dalee yàgg, li dale woon gannaaw 11 Sàttumbar 2001, bi ñuy yóbbu seen ajanda gën a kanam ak gën a tar, ba weesu li xel mën a séentu. Seytaane, ak ñi muy teewal, ngir jaaykat yi ak buur yi ci suuf si (globalist yi), ni ñuy mel ay misaal yu njaay mi, xam nañu ne seen waxtu gàtt na.</w:t>
      </w:r>
    </w:p>
    <w:p>
      <w:pPr>
        <w:pStyle w:val="ArticleScripture"/>
        <w:jc w:val="left"/>
      </w:pPr>
      <w:r>
        <w:rPr>
          <w:rFonts w:ascii="Times New Roman" w:hAnsi="Times New Roman" w:eastAsia="Times New Roman" w:cs="Times New Roman"/>
        </w:rPr>
        <w:t>Kon nag, béggleen, yéen asamaan yi, ak yéen ñi dëkk ci seen biir. Waaye alkande dal na kaw waa suuf ak waa géej! Ndaxte Seytaane wàcc na ci yéen, ànd ak mer mu réy, ndax xam na ne amul ludul ab waxtu wu gàtt. Peeñu 12:12.</w:t>
      </w:r>
    </w:p>
    <w:p>
      <w:pPr>
        <w:pStyle w:val="ArticleBody"/>
        <w:jc w:val="left"/>
      </w:pPr>
      <w:r>
        <w:rPr>
          <w:rFonts w:ascii="Times New Roman" w:hAnsi="Times New Roman" w:eastAsia="Times New Roman" w:cs="Times New Roman"/>
        </w:rPr>
        <w:t>Bésub ngelaw gannaar gi, bi juroon jafe-jafe yu koom-koom yi ci atum 2001, te mu ngi yées ci kaw rekk, lu mu mana doon li saxaas yu “globalist” yi di wax, mooy mbir mi àddina di daje ak moom ci jamono ji nijaay mi xam ne waxtoom dafa gàtt. Noonu mu gën a yokk yëngu-yëngu yi muuy sàkku nguur ci suuf si yépp, te dafay ko def bi “Musiba” (“Musiba” bi ñetteel bi) daldee “ci waa suuf ak géej gi.”</w:t>
      </w:r>
    </w:p>
    <w:p>
      <w:pPr>
        <w:pStyle w:val="ArticleBody"/>
        <w:jc w:val="left"/>
      </w:pPr>
      <w:r>
        <w:rPr>
          <w:rFonts w:ascii="Times New Roman" w:hAnsi="Times New Roman" w:eastAsia="Times New Roman" w:cs="Times New Roman"/>
        </w:rPr>
        <w:t>Njëgg ci diine Islaan bu ñetteelu Musiba bi (ngelaw gu penku), ci 11 Septambar 2001, jur na musiba bu ekonomig bu taxoon globalist yi gaawaat seen jëf ngir ga forcé gouvernement bu benn ci àddina si wépp ci kaw suuf si. Waaye Islaan di na sax ci matal wërgu-yaramam. Xeyna gis-gis bi gëna tar ci ni Islaan di mel ni màndarga ci waxi kàddu-yàlla yu yëgleb yi, am na ci jëfandikoo bu njëkk bi ñu ko tudd Islaan.</w:t>
      </w:r>
    </w:p>
    <w:p>
      <w:pPr>
        <w:pStyle w:val="ArticleScripture"/>
        <w:jc w:val="left"/>
      </w:pPr>
      <w:r>
        <w:rPr>
          <w:rFonts w:ascii="Times New Roman" w:hAnsi="Times New Roman" w:eastAsia="Times New Roman" w:cs="Times New Roman"/>
        </w:rPr>
        <w:t>Te malaakam Boroom bi ne ko: “Xoolal, yëngë nga, te dinga jur doom ju góor, te dinga ko tudde Ismaeel; ndaxte Boroom bi dégg na sa metit. Te moom dina doon nit ku àll; loxoom dina jëm ci nit ku nekk, te loxo nit ku nekk dina jëm ci moom; te dina dëkk ci kanamu mboolem ay mbokkam.” Génesis 16:11, 12.</w:t>
      </w:r>
    </w:p>
    <w:p>
      <w:pPr>
        <w:pStyle w:val="ArticleBody"/>
        <w:jc w:val="left"/>
      </w:pPr>
      <w:r>
        <w:rPr>
          <w:rFonts w:ascii="Times New Roman" w:hAnsi="Times New Roman" w:eastAsia="Times New Roman" w:cs="Times New Roman"/>
        </w:rPr>
        <w:t>Kàddu Yàlla du mas a wéy. Naka la Islaam di ci yokk metit ni jigéen ju nekk ci jaayu wasin, am na ñenn ñi, sax suñu nangoo ne Isilaam mooy li ñu tegtal ci waxi yonent yi ci Biibël bi, waaye ba léegi mënuñu a jël ci seen xel dëgg gu bir ci ñaari aaya yooyu. Am na ñenn ñi xam ne Isilaam mooy li di dajale góor gu nekk ci kaw suuf ngir xeex benn noon bu bokk, te loolu sax dëgg la. Waaye wax ju mujj ji nekk ci aaya bi mooy dëgg gu gën a tar. Àddina bi yénguwoon na ci 11 septembre 2001, te léegi itam yéngu naat ci xareb 7 octobre bu Hamas def ci Israyel at mi. Waaye kenn bëggul a gis ne xel mu xare ak alag gu gaaw mi ngi “ci kanamu ñépp” ci bokki Ismayeel.</w:t>
      </w:r>
    </w:p>
    <w:p>
      <w:pPr>
        <w:pStyle w:val="ArticleBody"/>
        <w:jc w:val="left"/>
      </w:pPr>
      <w:r>
        <w:rPr>
          <w:rFonts w:ascii="Times New Roman" w:hAnsi="Times New Roman" w:eastAsia="Times New Roman" w:cs="Times New Roman"/>
        </w:rPr>
        <w:t>Ban yoonu alag wi ñuy doxal bu amee jàqale gu ñëw ci saa si, bu ay xeeti réew yu Islaam ni Arabi Sawdit, Emiraa Arab yu Benn yi, Katar, Kuweyt, Buruuney ak Baxreyn di ko amal? Xelu Ismayil nekk na ci “mbokkam yépp,” te xare bi ba léegi meññee ci ñetteelu Musiba gi, jóge ci réew yu mel ni Afgaanistaan walla Iraak, dina bokk ak lu wuute bu baax ba bés bu kàddu wax ju Ismayil matalee yépp. Ñaata bombe nukleer la Pakistaan am?</w:t>
      </w:r>
    </w:p>
    <w:p>
      <w:pPr>
        <w:pStyle w:val="ArticleBody"/>
        <w:jc w:val="left"/>
      </w:pPr>
      <w:r>
        <w:rPr>
          <w:rFonts w:ascii="Times New Roman" w:hAnsi="Times New Roman" w:eastAsia="Times New Roman" w:cs="Times New Roman"/>
        </w:rPr>
        <w:t>Melokaanu xamal bu xarala ci xarey Islaam, ni ko Won wa kërale ci Njuumte Islaam bu jëkk ak ñaareel bi, mooy xeex yu ñuy tàmbalee ci mbetteel ak ci yéem-yéem. Ndax am na xaalis yu doy ci réewi Islaam yu bare alal ngir nëbb te jëfandikoo mbaa sos jumtukaay yu xare yu gëna xereñ te gëna rey, ba ëpp ropalaan yu fees ak petorool, bombi oto, pneus yu ñuy lakk, saaga ak paaka? Ndax Kàddu Yàlla war nañu koo gëm?</w:t>
      </w:r>
    </w:p>
    <w:p>
      <w:pPr>
        <w:pStyle w:val="ArticleBody"/>
        <w:jc w:val="left"/>
      </w:pPr>
      <w:r>
        <w:rPr>
          <w:rFonts w:ascii="Times New Roman" w:hAnsi="Times New Roman" w:eastAsia="Times New Roman" w:cs="Times New Roman"/>
        </w:rPr>
        <w:t>Yépp yéene yi ci géentub Miller dañuy nekk dëgg yu nuy natt ci fan yu mujj yi, bu dul dara lu gën a am solo mooy ne dëgg yooyu dañu leen bañ, te waxu yonent bi moom mi ngi wone ne dees na leen delloo. Waaye yenn ci yéene yooyu, mel ni liggéeyu Kirist ci kër yàlla gu kaw gi ak Isalaam bu ñetteel Wooy bi, dañuy tektal waxi njeete yu mataliku rekk ci jamono yu gëna mujj. Benn ci ñoom day tektal liggéeyu Kirist ci Bérab bu Gëna Sell bi, te loolu mooy dëgg gu nuy natt tey; ka ca des moom day tektal xebaaru Yuuxu Diggante Guddi, te loolu itam mooy dëgg gu nuy natt tey.</w:t>
      </w:r>
    </w:p>
    <w:p>
      <w:pPr>
        <w:pStyle w:val="ArticleBody"/>
        <w:jc w:val="left"/>
      </w:pPr>
      <w:r>
        <w:rPr>
          <w:rFonts w:ascii="Times New Roman" w:hAnsi="Times New Roman" w:eastAsia="Times New Roman" w:cs="Times New Roman"/>
        </w:rPr>
        <w:t>Buut bi ñuy rafetandoo yiwug Millerite bi ak waxtu mujj mi ci 1989, te mi indi it sax mbooloom ñaar-fukk ak ñeent-fukk ak ñeent-junni, mooy “juróom-ñaari yoon yi”, te loolu mooy alalu jafe-jafe bu njëkk bu Miller, ak mbir mu njëkk mi ñu bàyyi woon bi Adventism di bàyyi yoon yu mag yi. Téeméeri at ak ñaar-fukk ak juróom-benn gënnaaw ngëmbélu 1863 ba ca waxtu mujj ma ci 1989, dafay tegtal “juróom-ñaari yoon yi.” Ñaari junni ak juróom téeméer ak ñaar-fukk (2520) séddoo nañu ko ñaari jamono yu junni ak téeméer ak juróom-fukk ak juróom-benn (1260), te fukkéelu walla asaka bu junni ak téeméer ak juróom-fukk ak juróom-benn, mooy téeméeri at ak ñaar-fukk ak juróom-benn (126). Doj wi tabaxkat yi bañ, gudd na lool ba mu boole mbooloo yu njëkk ak yu mujj yi ci ñetti malaaka yi. Ci noonu, mu firndeel ne dëggu “juróom-ñaari yoon yi” itam mooy dëgg gu nattu gu jii, te mooy dëgg gi doonatul rekk doj wuy fondemaŋ, waaye mu nekk boppu xonq wi.</w:t>
      </w:r>
    </w:p>
    <w:p>
      <w:pPr>
        <w:pStyle w:val="ArticleBody"/>
        <w:jc w:val="left"/>
      </w:pPr>
      <w:r>
        <w:rPr>
          <w:rFonts w:ascii="Times New Roman" w:hAnsi="Times New Roman" w:eastAsia="Times New Roman" w:cs="Times New Roman"/>
        </w:rPr>
        <w:t>Léegi, nanu yéex seeni xalaat ci yokkug xam-xam bi ci yëngu-yëngu Millerite bi, mi ñu tektale ci peeñu dexu Ulai bi nekk ci téereb Daniel, te nu jublu sunu xel ci peeñu dexu Hiddekel bi, miy tektale yokkug xam-xam bi ci yëngu-yëngu ñaari téeméeri ñeent fukk ak ñeent junni ñi.</w:t>
      </w:r>
    </w:p>
    <w:p>
      <w:pPr>
        <w:pStyle w:val="ArticleBody"/>
        <w:jc w:val="left"/>
      </w:pPr>
      <w:r>
        <w:rPr>
          <w:rFonts w:ascii="Times New Roman" w:hAnsi="Times New Roman" w:eastAsia="Times New Roman" w:cs="Times New Roman"/>
        </w:rPr>
        <w:t>Beneen dina tàmbali ci topp ngir seet mbooloom ñeenti maas yu Adventisme, yi yor téeméeri at ak ñaar-fukk ak juróom-benn at yi diggante 1863 ak 1989.</w:t>
      </w:r>
    </w:p>
    <w:p>
      <w:pPr>
        <w:pStyle w:val="ArticleBody"/>
        <w:jc w:val="left"/>
      </w:pPr>
      <w:r>
        <w:rPr>
          <w:rFonts w:ascii="Times New Roman" w:hAnsi="Times New Roman" w:eastAsia="Times New Roman" w:cs="Times New Roman"/>
        </w:rPr>
        <w:t>Danu tàmbalee njàng moomu ci mbind mi ci topp.</w:t>
      </w:r>
    </w:p>
    <w:p>
      <w:pPr>
        <w:pStyle w:val="ArticleScripture"/>
        <w:jc w:val="left"/>
      </w:pPr>
      <w:r>
        <w:rPr>
          <w:rFonts w:ascii="Times New Roman" w:hAnsi="Times New Roman" w:eastAsia="Times New Roman" w:cs="Times New Roman"/>
        </w:rPr>
        <w:t>Te mu am ci at juróom-benni atum, ci weer wu juróom-benni, ci juróomel fan waxtu weer wi, bi ma toogee sama kër, te magi Yuda ya toog ci sama kanam, loxob Boroom bi Yàlla daldi wàcc ci man fa. Noonu ma xool, gis nag melokaan gu mel ni safara: li nekk ci suufu ndiggam ba ci suuf, safara la; te li nekk ci kaw ndiggam ba ci kaw, mel na leer gu ràññee, mel ni xañbar. Mu joxee melow loxo, jàpp ma ci benn xaru sama bopp; te Xelum bi yékkati ma diggante suuf ak asamaan, indi ma ci ay visionsi Yàlla ca Yerusalem, ba ca bunt bu biir bi jublu ca bëj-gànnaar, fa nekkoon toogu rab wu jealousy, wi tax mu mer. Te gis nag, ndamu Yàlla Israyil nekk na foofa, ni vision bi ma gisoon ca xuru ma. Noonu mu ne ma: “Doomu nit ki, yékkal sa bët léegi jublu ca bëj-gànnaar.” Kon nag ma yékkati sama bët jublu ca bëj-gànnaar, te gis nag, ca bëj-gànnaar, ca buntub sarax ba, rab wu jealousy woowu nekk na ca duggu ba. Mu teg ca ne ma itam: “Doomu nit ki, ndax gis nga li ñuy def? Mooy ñaawtéef yu réy yi kërug Israyil di def fii, ngir ma sore sama kër gu sell gi? Waaye delluwaatati, te dinga gis ñaawtéef yu gën a réy.” Noonu mu indi ma ba ca buntub ëttu ba; te bi ma xoolee, gis nag ab pax ci miir ma.</w:t>
      </w:r>
    </w:p>
    <w:p>
      <w:pPr>
        <w:pStyle w:val="ArticleScripture"/>
        <w:jc w:val="left"/>
      </w:pPr>
      <w:r>
        <w:rPr>
          <w:rFonts w:ascii="Times New Roman" w:hAnsi="Times New Roman" w:eastAsia="Times New Roman" w:cs="Times New Roman"/>
        </w:rPr>
        <w:t>Noonu mu ne ma ne: “Yaw nit ku doon nit, leegi gasal pakka bi.” Ba ma gassee pakka ba, xoolal bunt. Mu ne ma: “Duggël, te nga gis ñaawte yu bon ya ñuy def fii.” Kon ma dugg, te ma gis; te xoolal, bépp melow rab yu yàqu-yàqu, ak jur yu sibbon, ak yépp xérëm yi kërug Israyil, ñu natal leen ci miir mi wër. Juróom-ñaar-fukkay góor ci magi kërug Israyil taxaw nañu ci seen kanam, te ci seen digg Jaasanja doomu Safaan taxaw na; ku nekk ak ab safaraam ci loxoom, te niix bu rëy bu xet wu baxee yéeg. Noonu mu ne ma: “Yaw nit ku doon nit, ndax gis nga li magi kërug Israyil di def ci lëndëm, ku nekk ci néegu nataalam? Ndaxte ñoom naan nañu: ‘Boroom bi gisu nu; Boroom bi bayi na suuf si.’ ” Mu neeti ma: “Delluwaat, te dinga gis ñaawte yu gëna rëy yi ñuy def.” Noonu mu indi ma ca buntub buntu kër Yàlla ga jublu woon noord ba; te xoolal, jigéen ña nga fa gis, toog di jooyal Tammus. Mu ne ma: “Ndax gis nga lii, yaw nit ku doon nit? Delluwaatati, te dinga gis ñaawte yu gëna rëy yile.” Noonu mu duggël ma ca ëttu bi ci biir kër Yàlla ga; te xoolal, ca buntub kër Yàlla ga, diggante kërukaay ga ak sarxalukaay ba, am na lu tollook juróom-ñent-fukki góor, ginnaaw yu jëm ca kër Yàlla ga, kanam yu jëm penku, te ñu di sujjóotal jant bi jublu penku. Noonu mu ne ma: “Ndax gis nga lii, yaw nit ku doon nit? Ndax lu yomb la ci kërug Yuda ñuy def ñaawte yi ñuy def fii? Ndaxte feesal nañu réew mi ak fitna, te delluwaat nañu ngir merloo ma; te xoolal, ñu ngi teg carax ba ci seen gemmiñ. Moo tax man it dinaa jëf ci mer gu tar; sama bët du yërëm, te du ma ñeewante; te su ñu woo ci samay nopp ak baat bu kawe, du ma leen dégg.” Esekiyel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juróom-benni fukk ak juróom-ñaareel</dc:title>
  <dc:subject>Xel yu gëm ci kàddug yonent: Lislaam, 11 Sàttumbar 2001, ak Bésub Ngelawlu Penku gi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