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Juróom-benn ak Juróom-ñett</w:t>
      </w:r>
    </w:p>
    <w:p>
      <w:pPr>
        <w:pStyle w:val="ArticleSubtitle"/>
        <w:jc w:val="left"/>
      </w:pPr>
      <w:r>
        <w:rPr>
          <w:rFonts w:ascii="Arial" w:hAnsi="Arial" w:eastAsia="Arial" w:cs="Arial"/>
        </w:rPr>
        <w:t>Ubbi bataaxalu yonent bu Ezekiel Saar 8: Yoonu Dibeer ak Fan yu Mujj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2024-02-01</w:t>
      </w:r>
    </w:p>
    <w:p>
      <w:pPr>
        <w:pStyle w:val="ArticleBody"/>
        <w:jc w:val="left"/>
      </w:pPr>
      <w:r>
        <w:rPr>
          <w:rFonts w:ascii="Times New Roman" w:hAnsi="Times New Roman" w:eastAsia="Times New Roman" w:cs="Times New Roman"/>
        </w:rPr>
        <w:t>Saaru Ezekiel benn juróom-ñett mooy benn ci ay sàccu yoonent yi gëna yomb ci Mbind mi. Saar bi am na tambali bu wér te xóot.</w:t>
      </w:r>
    </w:p>
    <w:p>
      <w:pPr>
        <w:pStyle w:val="ArticleScripture"/>
        <w:jc w:val="left"/>
      </w:pPr>
      <w:r>
        <w:rPr>
          <w:rFonts w:ascii="Times New Roman" w:hAnsi="Times New Roman" w:eastAsia="Times New Roman" w:cs="Times New Roman"/>
        </w:rPr>
        <w:t>Te mu amoon na ci juróom-benn, ci weer wa juróom-benn, ci bésub juróom-benn bu weer wa, bi ma toogee sama kër, te magi Yuda yaa ngi toog ci sama kanam, loolu la loxob Boroom bi Yàlla daldi wàcc fii ci man. Ezekiel 8:1.</w:t>
      </w:r>
    </w:p>
    <w:p>
      <w:pPr>
        <w:pStyle w:val="ArticleBody"/>
        <w:jc w:val="left"/>
      </w:pPr>
      <w:r>
        <w:rPr>
          <w:rFonts w:ascii="Times New Roman" w:hAnsi="Times New Roman" w:eastAsia="Times New Roman" w:cs="Times New Roman"/>
        </w:rPr>
        <w:t>Pees bi am na mujg gu rõŋ ci saraxum fukk ak benn.</w:t>
      </w:r>
    </w:p>
    <w:p>
      <w:pPr>
        <w:pStyle w:val="ArticleScripture"/>
        <w:jc w:val="left"/>
      </w:pPr>
      <w:r>
        <w:rPr>
          <w:rFonts w:ascii="Times New Roman" w:hAnsi="Times New Roman" w:eastAsia="Times New Roman" w:cs="Times New Roman"/>
        </w:rPr>
        <w:t>Gannaaw Xel ma yékkati, te jël ma ci peeñu gi, ci Xelu Yàlla, ba Kàldeya, ca ñiñu tëjji ga. Noonu peeñu ma gis woon dem na ma. Ba noppi ma wax ñiñu tëjji ga lépp li Boroom bi won ma. Ezekiel 11:24, 25.</w:t>
      </w:r>
    </w:p>
    <w:p>
      <w:pPr>
        <w:pStyle w:val="ArticleBody"/>
        <w:jc w:val="left"/>
      </w:pPr>
      <w:r>
        <w:rPr>
          <w:rFonts w:ascii="Times New Roman" w:hAnsi="Times New Roman" w:eastAsia="Times New Roman" w:cs="Times New Roman"/>
        </w:rPr>
        <w:t>Peeñu saraxu saar wi ci xaaj bu juróom-ñett tàmbali na ca juróomeelu bés ba, ci waxtu bu juróomeelu weer ba ci atum juróomeelu at ba, benn bés rekk la ko weesu ngir bés bi méngoo ak “666,” te ci dëgg, peeñu saraxu wi ci yoonu Dibéer la wax, moom mi di màndarga mala ga, te limam mooy limu “nit ku bàkkaar,” te itam limu nguur gu juróom-ñettaat ba, gi bokk ci juróom-ñaari nguur yi. Ñi jot ndam ci kaw limu “666,” dañuy jot màndargu Yàlla; te ci xaaj bu juróom-ñeent ba, màndargu Yàlla mi ngi ñu koy teg ci kaw askanu Yàlla yu takku te jub ci jamono yu mujj yi.</w:t>
      </w:r>
    </w:p>
    <w:p>
      <w:pPr>
        <w:pStyle w:val="ArticleScripture"/>
        <w:jc w:val="left"/>
      </w:pPr>
      <w:r>
        <w:rPr>
          <w:rFonts w:ascii="Times New Roman" w:hAnsi="Times New Roman" w:eastAsia="Times New Roman" w:cs="Times New Roman"/>
        </w:rPr>
        <w:t>Te gisoonaat beneen firnde ci asamaan, bu màgg te yéeme: juróom-ñaari malaaka, yor juróom-ñaari musiba yu mujj ya; ndaxte ci ñoom la merum Yàlla mat. Te gis naa lu mel ni géeju weer buy lëq ak safara; te ñi daan jaanoo ak rab wa, ak nataalam, ak màndargaam, ak limub turam, taxaw ci géeju weer ga, yor xalam yi Yàlla. Te ñuy woy woyu Musaa, jaamub Yàlla, ak woyu Xarbi ba, naan: Say jëf màgg nañu te yéeme, Boroom bi Yàlla Aji-Màgg Ji; yoon yi nga jaar jub nañu te dëgg, Yaw Buurub gaayi sell yi. Peeñu 15:1–3.</w:t>
      </w:r>
    </w:p>
    <w:p>
      <w:pPr>
        <w:pStyle w:val="ArticleBody"/>
        <w:jc w:val="left"/>
      </w:pPr>
      <w:r>
        <w:rPr>
          <w:rFonts w:ascii="Times New Roman" w:hAnsi="Times New Roman" w:eastAsia="Times New Roman" w:cs="Times New Roman"/>
        </w:rPr>
        <w:t>Tuuti ba noppii waxtu yoon wi di jeexee (ndaxte juróom-ñaari malaaka yi ak juróom-ñaari masiir yu mujj yi dinañu tuur merum Yàlla ci wetu téereb Peeñ gi ci saar bi di ñëw), nit ñi Yàlla yu fan yu mujj yi dañuy seedeeku. Dañoo jot ndam ci ñeenti mbir. Kàddu gi ñu tekki ni ndam dafay tekki not. Ñi takku ci ngëm daan nañu rab wi, nataalu rab wi, màndargay rab wi ak limu turam. Ndam li boole na it ne dañu xam li ñeenti màndarga yu waxkat yi teewlu. Ñu néew lool rekk ci nit ñi xam li ñeenti màndarga yu waxkat yi di teewlu dëgg-dëgg.</w:t>
      </w:r>
    </w:p>
    <w:p>
      <w:pPr>
        <w:pStyle w:val="ArticleBody"/>
        <w:jc w:val="left"/>
      </w:pPr>
      <w:r>
        <w:rPr>
          <w:rFonts w:ascii="Times New Roman" w:hAnsi="Times New Roman" w:eastAsia="Times New Roman" w:cs="Times New Roman"/>
        </w:rPr>
        <w:t>Àddina xamoon na ne baabóor gu papas bi mooy jigéen ju ñaaw ju Babilon ci saar ñatt-fukk ak juróom-ñaareel ba, waaye ni Kàddu Yàlla mi ko raññee, xam-xamu jigéen ju ñaaw ju Tir, miy def njaloo ak buur yi ci suuf si, fàttees na ci biir jaar-jaaru taariixu Etazini. Ngir am ndam ci kaw rab wa, dafa war a baña jàllale Kàddu dëgg gi ci anam yu jub, te moo tax nit war a firndeel ne rab wa ci waxu yonent yi ci Biibël bi mooy baabóor gu papas. Ci saar bi ko topp, njaay mi, rab wa ak yonent wu dënt ba di jiite àddina si jëm Armagedon, te ñi Yàlla takku ci mujjug fan yi war nañu xam kan ñooñu ñetti doole.</w:t>
      </w:r>
    </w:p>
    <w:p>
      <w:pPr>
        <w:pStyle w:val="ArticleScripture"/>
        <w:jc w:val="left"/>
      </w:pPr>
      <w:r>
        <w:rPr>
          <w:rFonts w:ascii="Times New Roman" w:hAnsi="Times New Roman" w:eastAsia="Times New Roman" w:cs="Times New Roman"/>
        </w:rPr>
        <w:t>Noonu juróom benni malaaka ji tuur ay njaaxum ci kaw dex gu mag gi, Ëfrat; ndoxam nag wowu, ngir yoonu buur yi jóge penku fekk waajal. Te gis naa ñetti xel yu laabagul mel ni ñaari ndox génn ci gémmiñu njaaxum lu mag lu, ak ci gémmiñu rab wa, ak ci gémmiñu yonent bu dëggul ba. Ndaxte ñoom ay xel-u seytaane lañu, di def kéemaan, te dañuy dem ca buur yi nekk ci suufu àddina ak ci àddina bépp, ngir dajale leen ci xareb bés bu mag boobu Yàlla Boroom Kàttan gépp. Seetal, maa ngi ñëw ni sacc. Ku barkeel mooy ki di wottu te di sàmm yéreem, ngir mu bañ a dox rafetul, te ñu gis gàcceem. Noonu mu dajale leen ci bérab bu tudd ci làkk wi nekk Ebraayik Armageddon. Peeñu 16:12–16.</w:t>
      </w:r>
    </w:p>
    <w:p>
      <w:pPr>
        <w:pStyle w:val="ArticleBody"/>
        <w:jc w:val="left"/>
      </w:pPr>
      <w:r>
        <w:rPr>
          <w:rFonts w:ascii="Times New Roman" w:hAnsi="Times New Roman" w:eastAsia="Times New Roman" w:cs="Times New Roman"/>
        </w:rPr>
        <w:t>Ndàm ci malaaka mi mooy ndam ci xam bu jub kan mooy malaaka mi. Wàll wiñu wax ba noppi, dafa yégle barkeel ci ñi di xool te sàmm seen yére, waaye ba ci ñetteelu mbugal bi, waxtu jébbale nit ñépp dafa tëj ba noppi. Bu Mikayel jógée, waxtu jébbale nit ñi dafa tëj, te gannaaw loolu ñetti mbugal yu mujj ya di ñu leen tuur. Amul benn yoon ngir soppi yére gannaaw bu waxtu jébbale bi tëjee, waaye am na artu bu ànd ak ñetteelu mbugal bi. Artu boobu jëm na ci am xam-xam bu jub ci malaaka mi balaa waxtu jébbale bi tëj; te su fekkee ne amoo xam-xam boobu, dinga ñàkk yére yu njubtey Kirist balaa waxtu jébbale bi tëj.</w:t>
      </w:r>
    </w:p>
    <w:p>
      <w:pPr>
        <w:pStyle w:val="ArticleScripture"/>
        <w:jc w:val="left"/>
      </w:pPr>
      <w:r>
        <w:rPr>
          <w:rFonts w:ascii="Times New Roman" w:hAnsi="Times New Roman" w:eastAsia="Times New Roman" w:cs="Times New Roman"/>
        </w:rPr>
        <w:t>“Ñi ñoo xelum ci seen xam-xamu kàddu gi, ñi xamul li antikiris di tekki, faw dinañu taxawu ci wetu antikiris. Léegi amul waxtu ngir nun jaxasoo ak àddina si. Danyeel taxaw na ci céram ak ci barabam. War nañu a xam waxi yonent yi yu Danyeel ak Yowaana. Ñoom dañuy firi seen boppante. Dañuy jox àddina si dëgg yu kenn ku nekk war a xam. Yonent yii war nañu nekk seede ci àddina si. Jaarale ko ci seen matalug ci fan yii mujj yi, dinañu leeral seen bopp.” Kress Collection, 105.</w:t>
      </w:r>
    </w:p>
    <w:p>
      <w:pPr>
        <w:pStyle w:val="ArticleBody"/>
        <w:jc w:val="left"/>
      </w:pPr>
      <w:r>
        <w:rPr>
          <w:rFonts w:ascii="Times New Roman" w:hAnsi="Times New Roman" w:eastAsia="Times New Roman" w:cs="Times New Roman"/>
        </w:rPr>
        <w:t>Su nit ku xam ne antikrist bi mooy papasi bi, dina mujje bokk ci wetu papasi bi, walla ni Yowaana bindee ko, dinañu dox nekk naken te wone seen rus. Am ndam ci kaw rabu gi mooy xam ne rabu gi mooy dooleb papasi bi, ak lépp lu ñu feeñal ci dooleb papasi bi. Ñi jot ndam te xam ne papasi bi mooy góorug bàkkaar bi, war nañu xam itam ne nataalub papasi bi dafay tegtal dogalu booloo mbooloom diine ak nguur, te mbooloom diine moo yor ngëneel gi ci diggante boobu.</w:t>
      </w:r>
    </w:p>
    <w:p>
      <w:pPr>
        <w:pStyle w:val="ArticleBody"/>
        <w:jc w:val="left"/>
      </w:pPr>
      <w:r>
        <w:rPr>
          <w:rFonts w:ascii="Times New Roman" w:hAnsi="Times New Roman" w:eastAsia="Times New Roman" w:cs="Times New Roman"/>
        </w:rPr>
        <w:t>Ci téerey Daniyeel, waxtu bindu rab bi, mooy boole kërceen ak nguur, dañu ko melal ni moy transgression of desolation. Transgression mooy bàkkaar, te bàkkaar bi sos rabu paap ba mooy bu buur yi jébbal seen kàttan ci nguurug paap ba. Ci def loolu, dañuy def njaaloo bu xel mu sell, te loolu mooy transgression of desolation bi Daniyeel wax, ak nataalu rab bi Yuwaana wax.</w:t>
      </w:r>
    </w:p>
    <w:p>
      <w:pPr>
        <w:pStyle w:val="ArticleBody"/>
        <w:jc w:val="left"/>
      </w:pPr>
      <w:r>
        <w:rPr>
          <w:rFonts w:ascii="Times New Roman" w:hAnsi="Times New Roman" w:eastAsia="Times New Roman" w:cs="Times New Roman"/>
        </w:rPr>
        <w:t>Ngir am jàmm ci kaw melokaanu pap bi mooy xam jaarale ko ci Kàddu Yàlla ne Etazini njëkk a sos boobu jokkoo, te mu dëggal ko ci yoonu dibeer bu léegi di ñëw, te gannaaw loolu mu daan ñàkk mbir mu nekk ba mu gaawal àddina bépp ngir nangu benn doxalin boobu.</w:t>
      </w:r>
    </w:p>
    <w:p>
      <w:pPr>
        <w:pStyle w:val="ArticleBody"/>
        <w:jc w:val="left"/>
      </w:pPr>
      <w:r>
        <w:rPr>
          <w:rFonts w:ascii="Times New Roman" w:hAnsi="Times New Roman" w:eastAsia="Times New Roman" w:cs="Times New Roman"/>
        </w:rPr>
        <w:t>Jokkoo mbooloom gëm-gëm ak réew mi, ji États-Unis di na sonnal kaw suuf si, mooy governemaŋ bu benn àddina bi (Nations Unies), di dugg ci benn booloo ak papasik bi, te moom di kàttan gu jiite ci jëfandikook yi. Jot ndam ci kaw nataalu rab wa, mooy xam ci Kàddu yonent Yàlla ne nataalu rab wa dafa tegtal mbir yooyu sax.</w:t>
      </w:r>
    </w:p>
    <w:p>
      <w:pPr>
        <w:pStyle w:val="ArticleBody"/>
        <w:jc w:val="left"/>
      </w:pPr>
      <w:r>
        <w:rPr>
          <w:rFonts w:ascii="Times New Roman" w:hAnsi="Times New Roman" w:eastAsia="Times New Roman" w:cs="Times New Roman"/>
        </w:rPr>
        <w:t>Am ci ndam ci kaw rab wi ak nataalu rab wi mooy itam jot xam-xam ci màndarga nguurug rab wi (nguurug paap yaram wi).</w:t>
      </w:r>
    </w:p>
    <w:p>
      <w:pPr>
        <w:pStyle w:val="ArticleBody"/>
        <w:jc w:val="left"/>
      </w:pPr>
      <w:r>
        <w:rPr>
          <w:rFonts w:ascii="Times New Roman" w:hAnsi="Times New Roman" w:eastAsia="Times New Roman" w:cs="Times New Roman"/>
        </w:rPr>
        <w:t>Màndargu rab wi mooy sàmmu dibeer ci doole ni muy Sabat Yàlla. Ngir am ndam ci kaw màndargu mi, war nañu xam ne jaamu dibeer mooy jaamu jant, te du lu gënul jaamu Baal bu xeetu ñaawteef. Ndam li itam dafa ëmb dëgg bi ne kenn du jot màndargu rab wi ba kera neñu ko ci nit ñi ci doole.</w:t>
      </w:r>
    </w:p>
    <w:p>
      <w:pPr>
        <w:pStyle w:val="ArticleScripture"/>
        <w:jc w:val="left"/>
      </w:pPr>
      <w:r>
        <w:rPr>
          <w:rFonts w:ascii="Times New Roman" w:hAnsi="Times New Roman" w:eastAsia="Times New Roman" w:cs="Times New Roman"/>
        </w:rPr>
        <w:t>“Waaye kiristaani jamon yu weesu yi daan nañu sàmm dibeer, di foog ne ci loolu lañuy sàmm Sabaa bu Biibël bi; te léegi itam am na ay kiristaani yu dëgg ci bépp màggal, te ndaxul sax bokku Katolig Room gi, yu gëm ak xol bu set ne dibeer mooy Sabaa bi Yàlla teg. Yàlla nangu na seen njub ak seen jub ci kanamam. Waaye buñu teggee sàmm dibeer ci dooleb yoon, te àddina bi leeral ko ci warug Sabaa bu dëgg bi, kon képp ku moy ndigalu Yàlla ngir topp ndigal bu amul keneen boroom sañ-sañ lu gën a kawe lu dul Room, dina ci teral boppam ne poperi moo ko gën Yàlla. Mu ngi jox Room màggal ak kàttan gi di dooleel dogal bi Room santewoon. Mu ngi jaamu rab wi ak nataalam. Kon nag, bu nit ñi bañee dogal bi Yàlla wax ne mooy màndarga sañ-sañam, te ñu màggal ci wàllu loolu li Room tànn ngir doon tektalu nguuram, dinañu ci nangu màndargay déggaloo Room—‘màndargay rab wi.’ Te du ba la poroblem bi taxaw noonu ci kanamu nit ñi bu leer, te ñu ñëw ba tann diggante ndigali Yàlla ak ndigali nit, la ñiy sax ci moytuwul yoon di jot ‘màndargay rab wi.’” The Great Controversy, 449.</w:t>
      </w:r>
    </w:p>
    <w:p>
      <w:pPr>
        <w:pStyle w:val="ArticleBody"/>
        <w:jc w:val="left"/>
      </w:pPr>
      <w:r>
        <w:rPr>
          <w:rFonts w:ascii="Times New Roman" w:hAnsi="Times New Roman" w:eastAsia="Times New Roman" w:cs="Times New Roman"/>
        </w:rPr>
        <w:t>Ñi am nit ku daan ndeyjoor ci genn ndam ci kaw rab wi, ci nataalam rab wi, ak ci màndargam rab wi, war nañu itam am ndam ci limu turam. Ci jamono jëfandikoo yu jaar yi, ba jigéenu njaay ba bu Tir duñu ko fàtte woon, àdduna Protestã bi xamoon na ne papaas bi mooy antikrist bi. Xamoon nañu ne Pool moo tudde papaas bi ni “ka bon ka,” “nit ku bàkkaar,” “kumpayug lu bon” ak “doomu alkande”; “Moom mi di weddi te yékkati boppam ci kaw lépp lu ñuy wax Yàlla walla lu ñuy jaamu; ba tax muy toog ni Yàlla ci kër Yàlla gi, di won boppam ne mooy Yàlla.” Waaye léegi, jigéenu njaay bu mag ba bu Tir fàttees na ko.</w:t>
      </w:r>
    </w:p>
    <w:p>
      <w:pPr>
        <w:pStyle w:val="ArticleBody"/>
        <w:jc w:val="left"/>
      </w:pPr>
      <w:r>
        <w:rPr>
          <w:rFonts w:ascii="Times New Roman" w:hAnsi="Times New Roman" w:eastAsia="Times New Roman" w:cs="Times New Roman"/>
        </w:rPr>
        <w:t>Ca jamono yu weesu ay nnu jumtukaay yu barey ci isopsephy walla gematria yu wone ne limu “666” dafa mel ni muy tektale Papaat bi. Benn misaal bu mag ci loolu mooy ne ci mitaaru paap bi bindees na baat yii: Vicarius Filii Dei. Vicarius Filii Dei, maanaam “Ki wuutu Doomu Yàlla”, te kon muy wax ci mbirum sañ-sañam bu mu claims ne mu toog ci kër Yàlla, di bëgg a ne moom la Yàlla. Araf yu Laatɛŋ yi nekk ci Vicarius Filii Dei da ñuy tollook limu juróom-benn téeméeri ak juróom-benn fukk ak juróom-benn.</w:t>
      </w:r>
    </w:p>
    <w:p>
      <w:pPr>
        <w:pStyle w:val="ArticleBody"/>
        <w:jc w:val="left"/>
      </w:pPr>
      <w:r>
        <w:rPr>
          <w:rFonts w:ascii="Times New Roman" w:hAnsi="Times New Roman" w:eastAsia="Times New Roman" w:cs="Times New Roman"/>
        </w:rPr>
        <w:t>Rab wi, mooy doole bu paapal bi, dañu ko xamale ci ay limam te limam mooy “666,” waaye nit ku bàkkaar gi jot na ci ab gaañu gu rey ci atum 1798, te ñu fàtte ko. Ci mujjug fan yi, war nañu faj gaañu gu rey gi, te fajug gaañu gu rey gi moo xamle ne États-Unis njëkk a sos na nataalu rab wi ci réewam boppam, te gannaaw loolu mu gaññ àddina si ngir mu def noonu itam.</w:t>
      </w:r>
    </w:p>
    <w:p>
      <w:pPr>
        <w:pStyle w:val="ArticleBody"/>
        <w:jc w:val="left"/>
      </w:pPr>
      <w:r>
        <w:rPr>
          <w:rFonts w:ascii="Times New Roman" w:hAnsi="Times New Roman" w:eastAsia="Times New Roman" w:cs="Times New Roman"/>
        </w:rPr>
        <w:t>Melokaanu àddina bu mala rawaandu laaj bi am na ñaari mel te am na itam ñetti mel. Ci waxu yonent bi mu mel ñaar, ndaxte dafa sosoo ci booloo kërgóo ak nguur; waaye mu mel ñett, ndaxte dafa aju ci Naga ga, rawaan bi ak yonent bu dëggul bi. Bu booloo benn bi ci ñetti dooley yooyu te di yóbbu àddina ba Armegedon sampoo, dinañu doon rawaan ba mooy juróom-ñetteelu nguur gi bokk ci juróom-ñaareel yi; te dina itam doon booloo benn bi ci ñetteelu mel ci juróom-benni nguur gi. Limu turu rawaan bi ci bés yu mujj ya mooyaat “666,” ndaxte mu ngi teg ci ñetti nguuri yu nekk kenn ku nekk ci yi bokk ci juróom-benni nguur gi.</w:t>
      </w:r>
    </w:p>
    <w:p>
      <w:pPr>
        <w:pStyle w:val="ArticleBody"/>
        <w:jc w:val="left"/>
      </w:pPr>
      <w:r>
        <w:rPr>
          <w:rFonts w:ascii="Times New Roman" w:hAnsi="Times New Roman" w:eastAsia="Times New Roman" w:cs="Times New Roman"/>
        </w:rPr>
        <w:t>Ngir jàmm ci kaw rab wi, nataalam, màndargaam ak limu turam, mooy xam réeb bu ne “juróom-ñettelu bi bokk na ci juróom-ñaar yi”, te loolu mooy kumpay Daaniyel ñaar, bi Daaniyel ñaan ngir xam ko. Loolu ab cër la ci Biiriy Yeesu Kirist bi ñu ubbi lu jub ñuulug àtteg jéex, ndax ni Yowaana waxe, “waxtu wi jege na.” Moo tax ñi am jàmm googu ñu leen mel ni ñu ànd ak malaaka yi di sotti mbugal yi, ndaxte ñoom dañuy am jàmm gi, walla xam-xamu waxu Yàlla wu war wi, lu jub ñuulug àtteg jéex.</w:t>
      </w:r>
    </w:p>
    <w:p>
      <w:pPr>
        <w:pStyle w:val="ArticleBody"/>
        <w:jc w:val="left"/>
      </w:pPr>
      <w:r>
        <w:rPr>
          <w:rFonts w:ascii="Times New Roman" w:hAnsi="Times New Roman" w:eastAsia="Times New Roman" w:cs="Times New Roman"/>
        </w:rPr>
        <w:t>Ñi xamle ne Peeñug Yeesu Kirist bi ubbiwul ba léegi, te muy ubbiwaat lu jiitu bu baatug yoon wi jeex, ak ne lim bi “666” ab cér la ci peeñu boobu, duñu réer ci xam ne peeñu Ésekiyel ci saraxal 8 tambalee na ci juróomeelu bés bi (mooy bés bu jiitu juróome benneel bés bi), ci juróome benneelu weer bi, ci juróome benneelu at bi. Ci mujju saraxal 8, ñaar-fukk ak juróom-benn nit ñi ngi sujjóotal jant bi; te saraxal 9 day xamle kan ñoo jot tëral Yàlla bi.</w:t>
      </w:r>
    </w:p>
    <w:p>
      <w:pPr>
        <w:pStyle w:val="ArticleBody"/>
        <w:jc w:val="left"/>
      </w:pPr>
      <w:r>
        <w:rPr>
          <w:rFonts w:ascii="Times New Roman" w:hAnsi="Times New Roman" w:eastAsia="Times New Roman" w:cs="Times New Roman"/>
        </w:rPr>
        <w:t>Wàllu gis gi mooy mandarga rab wi ak màndarga Yàlla, te gis-gis bi ubbeeku na tuuti laata waxtu xamle ba noppi ci yoonu Dibéeri, ni ko lim “666” di misaal. Waaye jeexital xamle bi ñu xàmmee ne dafay am ci yoonu Dibéeri bi ci États-Unis, du jeexital xamle nit ñépp; jeexital xamle rekk la ngir Adventiste yi bu juróom-ñaari fan yu juróom-ñaari.</w:t>
      </w:r>
    </w:p>
    <w:p>
      <w:pPr>
        <w:pStyle w:val="ArticleBody"/>
        <w:jc w:val="left"/>
      </w:pPr>
      <w:r>
        <w:rPr>
          <w:rFonts w:ascii="Times New Roman" w:hAnsi="Times New Roman" w:eastAsia="Times New Roman" w:cs="Times New Roman"/>
        </w:rPr>
        <w:t>Pexe mi ñu ngi ko wone ni muy am ci biir Yerusalem, te loolu mooy misaalu jàngoro Mbind mi ñu wax Église Adventiste du Septième Jour. Bu yoonu Dibéer gi gën a doxal ci États-Unis, Adventiste yu Septième Jour rekk lañuy xàll ci booba te fa, ngir leeru Sabbaat bi.</w:t>
      </w:r>
    </w:p>
    <w:p>
      <w:pPr>
        <w:pStyle w:val="ArticleScripture"/>
        <w:jc w:val="left"/>
      </w:pPr>
      <w:r>
        <w:rPr>
          <w:rFonts w:ascii="Times New Roman" w:hAnsi="Times New Roman" w:eastAsia="Times New Roman" w:cs="Times New Roman"/>
        </w:rPr>
        <w:t>«Bu leenug dëgg bi ñu ko jébbal na la, te mu feeñal la Bésub Noflay gu ndigalu ñeenteel ba, te mu won ne amul benn fondamaŋ ci Kàddug Yàlla ngir sàmm Dibeer, waaye teewul nga sax di taq ci noflay bu fen bi, nga bañ a sellal Bésub Noflay bi Yàlla wooye “sama bés bu sell bi,” kon danga jot màndargay rab wi. Kañ la loolu di am?—Su fekkee nga topp ndigal li la sant nga bàyyi liggéey Dibeer te jaamu Yàlla, fekk nga xam ne amul benn kàddu ci Biibël bi buy won ne Dibeer dara la ludul bés bu ñuy liggéey rekk, danga nangu a jot màndargay rab wi, te danga bañ kërag Yàlla. Su nu jotee màndarga moomu ci sunu jë yi walla ci sunuy loxo, àtte yi ñu wax ci kaw ñi déggadiñu war nañu wàcc ci sunu kaw. Waaye kërag Yàlla miy dund mooy ñu koy teg ci kaw ñi sàmm Bésub Noflay bu Boroom bi ak xel mu dal.» Review and Herald, 27 Awril 1911.</w:t>
      </w:r>
    </w:p>
    <w:p>
      <w:pPr>
        <w:pStyle w:val="ArticleBody"/>
        <w:jc w:val="left"/>
      </w:pPr>
      <w:r>
        <w:rPr>
          <w:rFonts w:ascii="Times New Roman" w:hAnsi="Times New Roman" w:eastAsia="Times New Roman" w:cs="Times New Roman"/>
        </w:rPr>
        <w:t>Peeg bu Yexeskel, ci sarax 8 ba sarax 11, di won jaar-jaari mboolem xew-xew yi jiitu jeexital àtteb yi ñeel Yerusalem. Ñu mel ni mu doon am benn fan rekk laata nimero “666” agsi, te sarax 8 di fësal ab weddi yaram wu gën a jëkku te gën a tar ci biir Yerusalem, ba mu mat ak jëkkëryi jiite yi di sujjóot jant bi, ba noonu ñuy jël màndargay rab wi.</w:t>
      </w:r>
    </w:p>
    <w:p>
      <w:pPr>
        <w:pStyle w:val="ArticleBody"/>
        <w:jc w:val="left"/>
      </w:pPr>
      <w:r>
        <w:rPr>
          <w:rFonts w:ascii="Times New Roman" w:hAnsi="Times New Roman" w:eastAsia="Times New Roman" w:cs="Times New Roman"/>
        </w:rPr>
        <w:t>Saaru juróom-ñent mi ngi tey mel ni malaaka buy jaar ci Yerusalem (te loolu di won ne am na yokkute ci xew-xeew yi), di teg ràññee ci benn kurél ba noppi la malaakay alag yi di ñëw, ba noppi rey ñépp ñi amul ràññee bi. Ñaari saaru yi ñoom ñaar ñépp dañuy tektal jaar-jaaru taarix bu yokku, buy yóbbu ba ca yoonu Dibeer, fa benn kurél di sujjóot jant bi, te beneen bi di jot ràññee Yàlla. Noonu ñi bon ñi dees na leen dindi ci Yerusalem, ndaxte yoonu Dibeer day tasale ñi bon ak ñi xam-xam.</w:t>
      </w:r>
    </w:p>
    <w:p>
      <w:pPr>
        <w:pStyle w:val="ArticleBody"/>
        <w:jc w:val="left"/>
      </w:pPr>
      <w:r>
        <w:rPr>
          <w:rFonts w:ascii="Times New Roman" w:hAnsi="Times New Roman" w:eastAsia="Times New Roman" w:cs="Times New Roman"/>
        </w:rPr>
        <w:t>Teegu bi ñu wone ci Esekiyel saar ñent ak juróom-ñaareel mooy benn teegu bi ñu wone ci Peeñug Yowaana saar juróom-ñaareel.</w:t>
      </w:r>
    </w:p>
    <w:p>
      <w:pPr>
        <w:pStyle w:val="ArticleScripture"/>
        <w:jc w:val="left"/>
      </w:pPr>
      <w:r>
        <w:rPr>
          <w:rFonts w:ascii="Times New Roman" w:hAnsi="Times New Roman" w:eastAsia="Times New Roman" w:cs="Times New Roman"/>
        </w:rPr>
        <w:t>«Bu mel ni meloy yii di ñëw, àtte yu réy lool ci àdduna ju tooñkat, fan la nekk kër gu ngayu ga ngir xeetu Yàlla? Naka lañu leen di aar ba ker gi wéy? Yowaana gis na dooley mbind mi—yëngu-yëngug suuf, ngelawlu, ak jëfandikoo gu politig—mu mel ni ñaari malaaka lañuy téye. Ngelaw yooyu nekk nañu ci suufu njiit ba kera Yàlla waxe ngir bàyyi leen. Foofa la kaaraangeg mbooloom Yàlla nekk. Malaakay Yàlla def nañu ay ndigalam, di téye ngelawi suuf si, ngir ngelaw yi bañ a wol ci suuf si, mbaa ci géej gi, mbaa ci genn garab, ba ker ba ñi di jaamuy Yàlla ñu téj leen sëll ci seen bakan yu kanam. Ñu gis na malaaka mu am kàttan, muy yéegé jant bi fenk (walla bët-setig jant bi). Malaaka miy gëna màgg bii yor na ci loxoom sëllug Yàlla miy dund, walla bu Kooku rekk mana may dund, Kooku mana bind ci bakan yu kanam màndarga walla mbind mi, ci ñoom ñi ñu di jox ag dul jeex, dundug ba fàww. Baatub malaaka bu gëna kawe bii moo amoon sañ-sañu santaane ñaari malaaka yi ngir ñu téye ñaari ngelaw yi ba liggéey bii mat, ak ba kera muy joxe woote bi ngir bàyyi leen.»</w:t>
      </w:r>
    </w:p>
    <w:p>
      <w:pPr>
        <w:pStyle w:val="ArticleScripture"/>
        <w:jc w:val="left"/>
      </w:pPr>
      <w:r>
        <w:rPr>
          <w:rFonts w:ascii="Times New Roman" w:hAnsi="Times New Roman" w:eastAsia="Times New Roman" w:cs="Times New Roman"/>
        </w:rPr>
        <w:t>“Ñi daan a noot àddina, yaram, ak Seytaane, ñoom lañuy doon ñi Yàlla tànn, ñi di jot kaaraange gi Yàlla miy dund. Ñi seen loxo setul, seen xol sellul, duñu am kaaraange gi Yàlla miy dund. Ñi ngiy xalaat bàkkaar te di ko def, dees na leen bàyyi. Ñi rekk, ci seen taxawaay fa kanam Yàlla, di tëdd ci bérab bu ñiy tuub seeni bàkkaar te di ko wax ci bés bu mag ba léegi ci misaal Day of Atonement, ñoom rekk lañuy xamle te màndargaal leen ni ñooy yayoo aarug Yàlla. Turu ñi sax di xool, di xaar, di wottu ngir feeñug seen Musalkat—ak bëgg-bëgg ak farlu gu gën a tar ñi di xaar suba—dees na leen boole ak ñi ñu kaaraange. Waaye ñi, fekk leeru dëgg gépp melni muy tàmbali ci seen bàkkan, te waroon nañu am jëf yu dëppook seen ngëm gu ñu wax, waaye bàkkaar nax leen, ñu samp ay xërëm ci seen xol, di yàq seen bàkkan fa kanam Yàlla, te di sànq ñi ànd ak ñoom ci bàkkaar, seen tur dees na ko far ci téereb dund, te dees na leen bàyyi ci lëndëm guddi digg, fekk amuñu diw ci seen ndab ak seeni làmp. ‘Waaye yéen ñi ragal sama tur, jantub Njub gi dina fenk ci yéen, ak wéral ci ay laafam.’”</w:t>
      </w:r>
    </w:p>
    <w:p>
      <w:pPr>
        <w:pStyle w:val="ArticleScripture"/>
        <w:jc w:val="left"/>
      </w:pPr>
      <w:r>
        <w:rPr>
          <w:rFonts w:ascii="Times New Roman" w:hAnsi="Times New Roman" w:eastAsia="Times New Roman" w:cs="Times New Roman"/>
        </w:rPr>
        <w:t>“Bii màndargal jaamuy Yàlla bii mooy benn mi ñu wonoon Esekiyel ci vision. Yowaana itam nekkoon na seede bu xew-xew bu yemul bii. Mu gis géej gi ak yóomb yi di riir, te xol yi nit ñi di lëw ndax ragal. Mu gis suuf si di yëngu, ak tundu yi di yóbbu ci biir géej gi (te loolu di am dëgg-dëgg), ndoxam di riir te jaxasoo, ak tundu yi di yëngu ndax reyyam. Ñu won ko taalibe yi, mbas mi, xiif, ak dee di mat seen yónnee bu tiis bi.” Testimonies to Ministers, 445.</w:t>
      </w:r>
    </w:p>
    <w:p>
      <w:pPr>
        <w:pStyle w:val="ArticleBody"/>
        <w:jc w:val="left"/>
      </w:pPr>
      <w:r>
        <w:rPr>
          <w:rFonts w:ascii="Times New Roman" w:hAnsi="Times New Roman" w:eastAsia="Times New Roman" w:cs="Times New Roman"/>
        </w:rPr>
        <w:t>Rëccug ñaari junni ñent ak ñeent fukki junni ñaar ci Téeréb Peeñ gi, ci saraxle juróom-ñaareel, am na itam melokaan ci saraxle juróom-ñeenteel bu Esëkiyel; te malaaka mi di tëj, mooy malaaka mi gëna màgg, miy yéegë jógé penku. Ñi réer, ñi seeni tur far baññ ci téereb dund gi, dañu leen di melal ni “amul njaax ci seen i ndab ak seeni làmp.” Ñaari wàll yi nekk ci peeñu Esëkiyel saraxle juróom-ñetteel ba fukki benn, mooy janq ak ña déggul yi ci Macë 25, te moo tax ñoom itam ay Adventist lañu.</w:t>
      </w:r>
    </w:p>
    <w:p>
      <w:pPr>
        <w:pStyle w:val="ArticleScripture"/>
        <w:jc w:val="left"/>
      </w:pPr>
      <w:r>
        <w:rPr>
          <w:rFonts w:ascii="Times New Roman" w:hAnsi="Times New Roman" w:eastAsia="Times New Roman" w:cs="Times New Roman"/>
        </w:rPr>
        <w:t>“Léebu fukki janq yi ci Macë 25 itam day leeral xew-xewu nit ñi di Adàwantis.” The Great Controversy, 393.</w:t>
      </w:r>
    </w:p>
    <w:p>
      <w:pPr>
        <w:pStyle w:val="ArticleBody"/>
        <w:jc w:val="left"/>
      </w:pPr>
      <w:r>
        <w:rPr>
          <w:rFonts w:ascii="Times New Roman" w:hAnsi="Times New Roman" w:eastAsia="Times New Roman" w:cs="Times New Roman"/>
        </w:rPr>
        <w:t>Rakku White daye xamle ne Yerusalem gi Ezekiel gis ci ay visionam mooy Adventism:</w:t>
      </w:r>
    </w:p>
    <w:p>
      <w:pPr>
        <w:pStyle w:val="ArticleScripture"/>
        <w:jc w:val="left"/>
      </w:pPr>
      <w:r>
        <w:rPr>
          <w:rFonts w:ascii="Times New Roman" w:hAnsi="Times New Roman" w:eastAsia="Times New Roman" w:cs="Times New Roman"/>
        </w:rPr>
        <w:t>“Ñi askan Yàlla yu dëgg, ñi am xelug liggéeyu Boroom bi ak musluwaayu bakkan ci seen xol, dinañu gis bàkkaar ba ci dundam dëgg, ni muy bàkkaar dëgg. Saa yu nekk dinañu taxaw ci wetug jëfandikoo kóllëre ak wax ju leer, ju jub, ci ay bàkkaar yiy yomb a wër nit ñi Yàlla. Rawatina ci liggéeyu mujj gi ngir kërgëstu bi, ci jamonoy tàmme bi ngir ñaar-fukki-ñeent junni ak ñeent junni ñi war a taxaw ak benn sikkul fa kanamu gàngun Yàlla, ñoom dinañu yëg bu xóot njubadi ñi di woote seen bopp nit ñi Yàlla. Lii yonnent bi feeñal na ko bu baax ci misaalu liggéeyu mujj gi, ci nataalu góor ñi ku nekk yor jumtukaay bu rey nit ci loxoom. Benn góor ci seen bi dafa soloon lino, te amoon pote-bindukaay ci wetam. “Noonu Boroom bi ne ko: Demal ci biir dëkk bi, ci biir Yerusalem, te nga def màndarga ci kanamu nit ñi di nax ak jooy ndax yéppug ñaawtéef yi ñuy def ci biiram.” Testimonies, volume 3, 266.</w:t>
      </w:r>
    </w:p>
    <w:p>
      <w:pPr>
        <w:pStyle w:val="ArticleBody"/>
        <w:jc w:val="left"/>
      </w:pPr>
      <w:r>
        <w:rPr>
          <w:rFonts w:ascii="Times New Roman" w:hAnsi="Times New Roman" w:eastAsia="Times New Roman" w:cs="Times New Roman"/>
        </w:rPr>
        <w:t>Peeñu Yekeskel yu nekk ci ay sariix 8 ba 11, dafay wax ci yoonu taariixu Adventism ba ca yoonu Sunday law te fekk fa. Mu ngi màndargaal ñaari xeetu jaamu yi nekk ci Yerusalem (Adventism), te ci waxin waxu yonent bi mu ngi jëfandikoo ak Kàddu gi Yeesu Kirist wax ci Révélation, bi ñuy ubbi lu sutura woon tuuti bala baatug àttey ngëm tëj, ndaxte ay jëfandikoom yu njëkk yi dañuy tekki lim bi “666” ci màndarga-yonent. Ci lii, mu ngi xamale benn ci ñeenti mbir yi ñi xam-xam war a am ndam ci jamono yu mujj yi, te ñeenti mbir yooyu bokk nañu ci leerug juróom-ñaareel bi di “ci juróom-ñaari bi”. Révélation 15 itam dafay xamale ne ñi am ndam ci kaw ñeenti wàllu màndarga yi tegtal papas bi, dañuy woy woyu Musaa ak Wuru-ndeñ bi.</w:t>
      </w:r>
    </w:p>
    <w:p>
      <w:pPr>
        <w:pStyle w:val="ArticleBody"/>
        <w:jc w:val="left"/>
      </w:pPr>
      <w:r>
        <w:rPr>
          <w:rFonts w:ascii="Times New Roman" w:hAnsi="Times New Roman" w:eastAsia="Times New Roman" w:cs="Times New Roman"/>
        </w:rPr>
        <w:t>Bes bés boobu, Esayi, ci saar fukk ak juróom-ñaareel, nee njub ñi ci fan yu mujj yi dinañu woy woyu toolu reseñ bi, te mooy woy wi Ndawum-gàtt bi woye woon ba mu doon dox ci biir nit ñi, di won nit ñu tànn ñi ñuy romb, fekk nit ñu tànn yu bees ñuy tann. Woyu boobu, “boroom xam-xam yi” ci fan yu mujj yi ñooy ko woy bi ñuy tàmpe ci sèddale gi ci Esekiyel juróom-ñaareel ak Peeñu Yowaana juróom-ñaareel. Gis-gisug Esekiyel ci saar yu juróom-ñaareel ba fukk ak benn mooy cér bu nekk ci woyu boobu.</w:t>
      </w:r>
    </w:p>
    <w:p>
      <w:pPr>
        <w:pStyle w:val="ArticleBody"/>
        <w:jc w:val="left"/>
      </w:pPr>
      <w:r>
        <w:rPr>
          <w:rFonts w:ascii="Times New Roman" w:hAnsi="Times New Roman" w:eastAsia="Times New Roman" w:cs="Times New Roman"/>
        </w:rPr>
        <w:t>Dañuy wóor gi ci waxtaan bii ci bind bi ci topp.</w:t>
      </w:r>
    </w:p>
    <w:p>
      <w:pPr>
        <w:pStyle w:val="ArticleScripture"/>
        <w:jc w:val="left"/>
      </w:pPr>
      <w:r>
        <w:rPr>
          <w:rFonts w:ascii="Times New Roman" w:hAnsi="Times New Roman" w:eastAsia="Times New Roman" w:cs="Times New Roman"/>
        </w:rPr>
        <w:t>“Ñi bokku Yàlla yu dëgg, ñi yor ci seen xol xel mi jëm ci liggéeyu Boroom bi ak muccug bàkkaar yi, dinañu gis bàkkaar saa su nekk ci mbindam dëgg-dëgg, muy mbind mu bàkkaar. Duñu baña nekk ci wetu wax ju takku ak ju leer ci ay bàkkaar yi di yomb a wër nit ñi Yàlla moom. Rawatina ci liggéey bu mujj bi ñeel kërkane gi, ci jamono jiiñ bi ñeel ñetti fukki junni ak ñeenti junni, ñi war a taxaw te amuñ benn sikket kanamu gàngunaay Yàlla, dinañu yëg bu baax njubadi yi nit ñi di wax ne ñooy askanu Yàlla di def. Lii yonnee na ci kàddug yonent bi, bi mu melalee liggéey bu mujj bi ak nit ña, ku nekk yore ca loxoom jumtukaay buy rey. Kenn ci ñoom soloon na mbubb mu weex, te yore woon ndablu bindkat ci wetam. “Noonu Boroom bi ne ko: jaaral ci biir dëkk ba, jaaral ci biir Yerusalem, te nga def màndarga ci jë yi ci kanamu góor ñi di xaël te di jooy ngir yépp ñaawtéef yi ñuy def ci biiram.”</w:t>
      </w:r>
    </w:p>
    <w:p>
      <w:pPr>
        <w:pStyle w:val="ArticleScripture"/>
        <w:jc w:val="left"/>
      </w:pPr>
      <w:r>
        <w:rPr>
          <w:rFonts w:ascii="Times New Roman" w:hAnsi="Times New Roman" w:eastAsia="Times New Roman" w:cs="Times New Roman"/>
        </w:rPr>
        <w:t>“Ñi ñoo taxaw ci waxtaanu Yàlla ci jamono jii? Ndax ñoom la ñuy jébbal ay bàkkaar ci biir nit ñi tudde ne ay nit Yàlla, te di jàmbat ci seen xol, bu ñu ko waxul sax ci bir, ci nit ñi bëgg a yedd bàkkaar? Ndax ñoom la ñuy jël taxawaayu bëgg a daan nit ñooñu, te di ànd ak ñiy def lu bon? Déedéet, dégg la! Suñu tuubee woonul, te bàyyi liggéeyu Seytaane bi ci sonnal ñi yenu njàqareb liggéey bi ak ci dëgërloo ñiy def bàkkaar ci Siyon, duñu mook jot màndargay nangu gu Yàlla buy tëj. Dinañu daanu ci yàqub yépp gu ñaaw ñi, miiralees ko ci liggéeyu juróom-ñaar ña yor jumtukaayi rey. Fàttalikul dëgg bii ak teey: Ñi jot màndarga gu sellug dëgg, gi ñu def ci ñoom ci kàttanu Xel Mu Sell mi, miiralees ko ci màndarga ma nit ka sol yére wu weex wi def, ñooñu lañu ne ‘ñiy jooy te di yuux ndax ñépp añaawtéef yi ñuy def’ ci biir kër giitu Yàlla. Seen cofeel sellal ak teranga ak ndamu Yàlla dafa mag lool, te seen gis-gisu mbaaxul dàqaarub bàkkaar ba ëpp lool a leer nii, ba tax ñu leen di wone ni ñu ngi ci metit gu tar, di nooy ak di yuux. Jàngal sarax 9 ci Esekiyel.”</w:t>
      </w:r>
    </w:p>
    <w:p>
      <w:pPr>
        <w:pStyle w:val="ArticleScripture"/>
        <w:jc w:val="left"/>
      </w:pPr>
      <w:r>
        <w:rPr>
          <w:rFonts w:ascii="Times New Roman" w:hAnsi="Times New Roman" w:eastAsia="Times New Roman" w:cs="Times New Roman"/>
        </w:rPr>
        <w:t>“Waaye bóom bu yaatu bi ñu di rey ñépp ñi gisul noonu benn jëfandikoo gu yaatu gi nekk ci diggante bàkkaar ak njub, te yëgul ni ñi taxaw ci ndigalu Yàlla te jot mandarga gi di yëg, moom dees ko melal ci santaane bi ñu jox ñaar-fukk ak benn góor ña yor jumtukaay yu bóome: ‘Dembleen ginnaawam jaar ci dëkk bi, te dólleen; buleen bàyyi seen bët mu yërëm, te buleen am yërmande: rey leen ba noppi mag ak ndaw, janq ak xale yu ndaw, ak jigéen ña: waaye buleen jegesi kenn ku am mandarga gi ci kawam; te tàmbaleen ci Sama kërug sell gi.’ Testimonies, volume 3, 266, 267.”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Juróom-benn ak Juróom-ñett</dc:title>
  <dc:subject>Ubbi bataaxalu yonent bu Ezekiel Saar 8: Yoonu Dibeer ak Fan yu Mujj yi</dc:subject>
  <dc:creator>Jeff Pippenger</dc:creator>
  <cp:keywords/>
  <dc:description>Generated by ArticleDigger from daniel\68_daniel.json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