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Juróom-ñent-fukk ak Juróom-ñent`}</w:t>
      </w:r>
    </w:p>
    <w:p>
      <w:pPr>
        <w:pStyle w:val="ArticleSubtitle"/>
        <w:jc w:val="left"/>
      </w:pPr>
      <w:r>
        <w:rPr>
          <w:rFonts w:ascii="Arial" w:hAnsi="Arial" w:eastAsia="Arial" w:cs="Arial"/>
        </w:rPr>
        <w:t>Ubbiinu Wër-gu-yaram ma ci xeetu giir yi: Ñenti xaraam yi ci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Yàlla du soppiwul mukk, te moo tax ñu di àtte Adventism ci ñetteelu maas.</w:t>
      </w:r>
    </w:p>
    <w:p>
      <w:pPr>
        <w:pStyle w:val="ArticleScripture"/>
        <w:jc w:val="left"/>
      </w:pPr>
      <w:r>
        <w:rPr>
          <w:rFonts w:ascii="Times New Roman" w:hAnsi="Times New Roman" w:eastAsia="Times New Roman" w:cs="Times New Roman"/>
        </w:rPr>
        <w:t>«Mu woo wo koofal ngaa sol mbubb mu xonq, mi yor mbindukaay ba ci wetam; te Boroom bi ne ko: Demal jaar ci diggu dëkk bi, ci diggu Yerusalem, te nga def màndarga ci kanamu góor ñi di naqar te di yuux ndax mboolem njubadi yi ñuy def ci biiram. Te ci ñeneen ña mu wax ci sama dégg-dégg ne: Toppleen ko ci biir dëkk bi, te ngeen dóor; bu seen bët bañ a yërëm, bu ngeen am yërmande: rey leen ba noppi mag ak ndaw, janq ak xale yu ndaw, ak jigéen; waaye bu ngeen jegesi kenn ku am màndarga gi ci kanamam; te tambaleen ci Sama kër ju sell ji. Noonu ñu tambalee ci mag ña nekkoon fa kanam kër ga.»</w:t>
      </w:r>
    </w:p>
    <w:p>
      <w:pPr>
        <w:pStyle w:val="ArticleScripture"/>
        <w:jc w:val="left"/>
      </w:pPr>
      <w:r>
        <w:rPr>
          <w:rFonts w:ascii="Times New Roman" w:hAnsi="Times New Roman" w:eastAsia="Times New Roman" w:cs="Times New Roman"/>
        </w:rPr>
        <w:t>“Yesu mi ngi ci wetu bànneex gi nekk ci biir kër-yàlla gu asamaan ngir sol yére yu fay ci mbugal te sotti ay meram ci atine yi ci kaw ñi tontuwul leer gi Yàlla jox leen. ‘Ndaxte duñu yégle gaaw mbugalu jëf ju bon, moo tax xolu doomi nit ñi fees dell ak dogal ngir def lu bon.’ Fàwwul ne muñal gi ak yàgg a sax te Boroom bi jëfandikoo ci seen kaw dina nooy xol yi; waaye ñi ragalul Yàlla te bëggul dëgg gi di gën a dëgërël seen xol ci seen yoon wu bon. Waaye sax am na kemtalu muñalu Yàlla, te ñu bare di weesu boori dayo yooyu. Ñoom daj nañu weesu kemtalu yiiru yiw, moo tax Yàlla war a dugg ci biir mbir mi te won ne day sàmm ay ndam ak ay teral.”</w:t>
      </w:r>
    </w:p>
    <w:p>
      <w:pPr>
        <w:pStyle w:val="ArticleScripture"/>
        <w:jc w:val="left"/>
      </w:pPr>
      <w:r>
        <w:rPr>
          <w:rFonts w:ascii="Times New Roman" w:hAnsi="Times New Roman" w:eastAsia="Times New Roman" w:cs="Times New Roman"/>
        </w:rPr>
        <w:t>“Boroom bi nekk ci Amoréen yi, Boroom bi waxoon na ne: ‘Ci ñenteelu maas gi lañuy dellusi fii, ndaxte tooñu Amoréen yi feesagul ba noppi.’ Doonte xeet woowu feeñoon na lool ci ay xërëm yu dul Yàlla ak ci yaxuteem, waaye buggulwoon na ba noppi kaasu tooñam, te Yàlla du joxe ndigal ngir alag ba noppi. Xam-xam yi waroon nañu gis ba leer doole ju Yàlla di feeñ ci anam wu am solo, ngir bañ a am benn layu. Sàkkat bi fees ak yërmande dafa bëggoon muñal seen tooñ ba ci ñenteelu maas gi. Noonu, su fekkee ne amul woon benn soppi gu jëm ci gën, ay àtteem dañuy wàcc ci seen kaw.”</w:t>
      </w:r>
    </w:p>
    <w:p>
      <w:pPr>
        <w:pStyle w:val="ArticleScripture"/>
        <w:jc w:val="left"/>
      </w:pPr>
      <w:r>
        <w:rPr>
          <w:rFonts w:ascii="Times New Roman" w:hAnsi="Times New Roman" w:eastAsia="Times New Roman" w:cs="Times New Roman"/>
        </w:rPr>
        <w:t>“Ak njubte gu dul wéy, Ki dul jeex mi di saxal ab hesab ak xeeti réew yépp. Fekk yéenaam di ñu leen di jox ak woote yu leen di woo ci tuub, hesab boobu dina ubbeek ba noppi; waaye bu lim ya agsee ci ab tolluwaay bu Yàlla dogal, liggéeyu meram di tàmbali. Hesab bi tëj na. Muñug Yàlla jeex na. Amatulati rammu yërmande ngir ñoom.”</w:t>
      </w:r>
    </w:p>
    <w:p>
      <w:pPr>
        <w:pStyle w:val="ArticleScripture"/>
        <w:jc w:val="left"/>
      </w:pPr>
      <w:r>
        <w:rPr>
          <w:rFonts w:ascii="Times New Roman" w:hAnsi="Times New Roman" w:eastAsia="Times New Roman" w:cs="Times New Roman"/>
        </w:rPr>
        <w:t>“Yonent bi, bi xool ay jamono yu yàgg yi, gisoon na ci ay peeñam jamono jii. Xeeti jamono jii jot nañu yërmande yu amul moroom. Joxees na leen barkey asamaan yi gën a tedd; waaye kàggug réy-réylu, bëgg-bëgg alal, jaamu xët-yàlla, xeeb Yàlla, ak ñàkk santaane gu suufe bindees na leen ko. Ñu ngi gaaw a tëj seen hesab ak Yàlla.”</w:t>
      </w:r>
    </w:p>
    <w:p>
      <w:pPr>
        <w:pStyle w:val="ArticleScripture"/>
        <w:jc w:val="left"/>
      </w:pPr>
      <w:r>
        <w:rPr>
          <w:rFonts w:ascii="Times New Roman" w:hAnsi="Times New Roman" w:eastAsia="Times New Roman" w:cs="Times New Roman"/>
        </w:rPr>
        <w:t>“Waaye li ma may yéngu sama xol mooy ne ñi amoon leer gu gën a réy ak njariñ yu gën a bare, ñoo sosiku ak ñaawtéef gi fi nekk ba fépp. Ndax ñu ngi topp njubadi ñi leen wër, ñu bare, sax ci ñi di wax ne dañuy topp dëgg gi, seetaan nañu ne seen xol sedd na, te dooley ngor gu bon gii yóbbu leen ba suufe. Toroxte gu yëpp ñuy sànni ci kaw ragal Yàlla gu dëgg ak sellal gi, moo tax ñi dul taqoo bu baax ak Yàlla, ñu ñàkk seen worma ci yoonam. Su ñu doon topp leer gi te déggal dëgg gi ak seen xol bépp, kon yoon wu sell wii di na gën a am solo ci seen bët bi, bu ñu ko toroxal noonu te bàyyi ko. Ba disrespect bi ci yoonu Yàlla di gën a feeñ, taxawaayu xàjjalte bi nekk ci diggante ñi ko sàmm ak àddina si di gën a leer. Bëgg-bëgg ci santaane yu Yàlla yiy yokku ci benn wàll, ni toroxte bi ci seen kaw di yokku ci beneen wàll.”</w:t>
      </w:r>
    </w:p>
    <w:p>
      <w:pPr>
        <w:pStyle w:val="ArticleScripture"/>
        <w:jc w:val="left"/>
      </w:pPr>
      <w:r>
        <w:rPr>
          <w:rFonts w:ascii="Times New Roman" w:hAnsi="Times New Roman" w:eastAsia="Times New Roman" w:cs="Times New Roman"/>
        </w:rPr>
        <w:t>“Jafe-jafe yiy ñëw na ci wetu. Lim yi di gëna law te di gëna yaatu di wone ne waxtu ndawsi Yàlla jege na lool. Doonte ne dafa bëggul mbugal, waaye dina mbugal, te bu gaaw. Ñi dox ci leer gi dinañu gis màndarga yi di wone musiba mu jagleel; waaye waruñu toog ci dal gu amul yëgle, di xaar yàqub gi, di feddali seen bopp ak gëm-gëm ne Yàlla dina aar ay nitam bésu ndawsi ba. Déedéet, du noonu. War nañu xam ne seen warugar mooy liggéey ak farlu ngir musal ñeneen, di xool Yàlla ak ngëm gu dëgër ngir am ndimbal. ‘Ñaan gu tar te jubooju nit ku jub am na doole lool.’”</w:t>
      </w:r>
    </w:p>
    <w:p>
      <w:pPr>
        <w:pStyle w:val="ArticleScripture"/>
        <w:jc w:val="left"/>
      </w:pPr>
      <w:r>
        <w:rPr>
          <w:rFonts w:ascii="Times New Roman" w:hAnsi="Times New Roman" w:eastAsia="Times New Roman" w:cs="Times New Roman"/>
        </w:rPr>
        <w:t>“Lewuru ragal Yàlla mënuma a ñàkk yépp ay dooleem. Ci jamono ji metit ak toroxal gu njëkk ci kërceg bi gëna mag, ndaw mbooloo mi taxaw ci leer gi dinañu di jooy te yuux ndax ñaawtéef yi ñuy def ci réew mi. Waaye gëna sax, seeni ñaan dinañu yéeg ngir kërceg bi, ndaxte ay céram di dox ni àddina si di doxe.</w:t>
      </w:r>
    </w:p>
    <w:p>
      <w:pPr>
        <w:pStyle w:val="ArticleScripture"/>
        <w:jc w:val="left"/>
      </w:pPr>
      <w:r>
        <w:rPr>
          <w:rFonts w:ascii="Times New Roman" w:hAnsi="Times New Roman" w:eastAsia="Times New Roman" w:cs="Times New Roman"/>
        </w:rPr>
        <w:t>“Ñaan yu wér te dëgg yu nit ñu takku ci ngëm wii di nañu nekkul ci neen. Bu Boroom bi génnee ni aji feyyukat, dina génn itam ni aji aar bu ñépp ñi sàmm ngëm gi ci sellam te bañ a jaxasook àddina. Ci jamono jii la Yàlla digoon ne dina feyyu ay tànkam ñi Mu tànn, ñiy jooy ci kanamam guddi ak bëccëg, doonte Mu muñal leen lu yàgg.”</w:t>
      </w:r>
    </w:p>
    <w:p>
      <w:pPr>
        <w:pStyle w:val="ArticleScripture"/>
        <w:jc w:val="left"/>
      </w:pPr>
      <w:r>
        <w:rPr>
          <w:rFonts w:ascii="Times New Roman" w:hAnsi="Times New Roman" w:eastAsia="Times New Roman" w:cs="Times New Roman"/>
        </w:rPr>
        <w:t>“Ndigal bi mooy: ‘Jaar ci biir dëkk bi, ci biir Yerusalem, te nga def màndarga ci kanamu góor ñi di luuyu te di jooy ndax bépp ñaawtéef yi ñuy def ci biiram.’ Ñi di luuyu tey jooy, daan nañu yégle ay waxi dund; daan nañu yedd, dénk, te ñaan ak koye. Yenn ci ñi daan toroxal Yàlla tuub nañu te toroxal seen xol ci kanamam. Waaye ndamu Boroom bi jógewoon na ci Israyel; doonte ñu bare daan nañu sax ci jëfandikoo melokaani diine, dooleem ak moom-aŋam nekkuñu fa.” Testimonies, volume 5, 207–210.</w:t>
      </w:r>
    </w:p>
    <w:p>
      <w:pPr>
        <w:pStyle w:val="ArticleBody"/>
        <w:jc w:val="left"/>
      </w:pPr>
      <w:r>
        <w:rPr>
          <w:rFonts w:ascii="Times New Roman" w:hAnsi="Times New Roman" w:eastAsia="Times New Roman" w:cs="Times New Roman"/>
        </w:rPr>
        <w:t>Misaalub àttekat yi Sister White di jëfandikoo ci xàll bii mooy àtteb Yàlla bi ñu yóbbuwoon ci dëkku Yerusalem, te ci fan yu mujj yi mooy kanam mbooloom Seventh-day Adventist. Àtteb boobu mat na ba noppi ci yoonu Dibéeru, ndax foofa la sëllu Yàlla ak màndarga gànnaar gi ñuy tàmbalee ci nit ñi. Ezekiel, saar juróom-ñaareel baat bi, feeñal na ñeenti yëf yu bon yu di yokkantu. Kàddu gu jëkk gi diital na ne visions bi war nañu ko xam ci jamono ji ngay jege jeexital probasiyoŋ, bi muy tekki juróomeelu fan bu juróomeelu weer bu juróomeelu at.</w:t>
      </w:r>
    </w:p>
    <w:p>
      <w:pPr>
        <w:pStyle w:val="ArticleBody"/>
        <w:jc w:val="left"/>
      </w:pPr>
      <w:r>
        <w:rPr>
          <w:rFonts w:ascii="Times New Roman" w:hAnsi="Times New Roman" w:eastAsia="Times New Roman" w:cs="Times New Roman"/>
        </w:rPr>
        <w:t>Esekiyel warul woon nañ mbaa taxawal waxtu jëf jooju ci tarih bi. Mën na woon a bind rekk ne: “Noonu am na ba ma toogee sama kër, te magi Yuda toog fa sama kanam, loolu tax loxo Boroom bi Yàlla daldi wàcc ci man fa.” Li tax mu boolee bind waxtu bés bi jiitu “666,” mooy njëgal gu yonent buy jublu ci ñi di jàng waxi yonent yi. Te njëgal jooju mooy ci ñi am ndam ci turu rab wu metti bi ak nimeroom, di “666”; mooy benn cër bu bokk ci Peeñug Yeesu Kirist, gi ñuy ubbi lu jiitu naggug waxtu yoon. Xam nañu loolu, ndaxte ñoom ñooy askanu Yàlla, te noonu la Piyeer waxe ne, “ca jamono yu weesu yi dangeen nekkoonul askanu Yàlla.”</w:t>
      </w:r>
    </w:p>
    <w:p>
      <w:pPr>
        <w:pStyle w:val="ArticleBody"/>
        <w:jc w:val="left"/>
      </w:pPr>
      <w:r>
        <w:rPr>
          <w:rFonts w:ascii="Times New Roman" w:hAnsi="Times New Roman" w:eastAsia="Times New Roman" w:cs="Times New Roman"/>
        </w:rPr>
        <w:t>Ci 1 Piyeer saar ñaareel bi, nit ñi nekk léegi nit ñi Yàlla, “mos nañu seet ne Boroom bi baax na te bëgg na.” Ñoom lañuy ñi, ci waxi yonent yi, “lekk” kàddug Yàlla, wuuteek ñi bañ a lekk kàddug Yàlla. Yonent yépp dañuy wax ci fan yu mujj yi, te ci Yowaana saar juróomeel bi, Yeesu jox na bataaxal bi ne taalibeem yi war nañu lekk yàppam te naan deretam. Ci saar boobu, taalibe yi bañ a lekk yàppam te naan deretam, ci aaya juróom-benni-fukk ak juróom-benn lañu ko def.</w:t>
      </w:r>
    </w:p>
    <w:p>
      <w:pPr>
        <w:pStyle w:val="ArticleScripture"/>
        <w:jc w:val="left"/>
      </w:pPr>
      <w:r>
        <w:rPr>
          <w:rFonts w:ascii="Times New Roman" w:hAnsi="Times New Roman" w:eastAsia="Times New Roman" w:cs="Times New Roman"/>
        </w:rPr>
        <w:t>Li dale ba ci jamono jooju, ñu bare ci ay taalibeem dellu gannaaw, te dootuñu doxati ak moom. Yowaana 6:66.</w:t>
      </w:r>
    </w:p>
    <w:p>
      <w:pPr>
        <w:pStyle w:val="ArticleBody"/>
        <w:jc w:val="left"/>
      </w:pPr>
      <w:r>
        <w:rPr>
          <w:rFonts w:ascii="Times New Roman" w:hAnsi="Times New Roman" w:eastAsia="Times New Roman" w:cs="Times New Roman"/>
        </w:rPr>
        <w:t>Ñi ñu xam yi, ñiy lekk yàppug Kirist te naan deretam ci fan yu mujj yi, xam nañu ne Kirist, ni mu doon Palmoni, mooy Ki mana doy waar ci lambar yi; te suñu indi ay màndargaam, xam nañu ko. Lambar bi “665,” ci aaya bu jëkk bi ci Esekiel juróom-ñett, nekk na fa ngir képp ku bëgg gis, ngir mu fésal ne day màggal ñaari tomb yu am solo ci waxu yonent. Bu njëkk bi mooy ne bataaxal bi war nañu koo xam ni muy jëfandikoo ab jamono bu jiitu sàrtu Dibeer bi. Bu ñaareel bi mooy ne lambar bi “666” nekk na ci benn ci ñaari aaya rekk yi ci téereb Peeñu gi, yi ñu mayee taxawal ci mel ni “ñu xam yi” dinañu ko dégg ci fan yu mujj yi.</w:t>
      </w:r>
    </w:p>
    <w:p>
      <w:pPr>
        <w:pStyle w:val="ArticleScripture"/>
        <w:jc w:val="left"/>
      </w:pPr>
      <w:r>
        <w:rPr>
          <w:rFonts w:ascii="Times New Roman" w:hAnsi="Times New Roman" w:eastAsia="Times New Roman" w:cs="Times New Roman"/>
        </w:rPr>
        <w:t>Ci njàngat la. Na ku am xel mu ñàkkul, na waññe limub rab wi; ndaxte limub nit la; te limam mooy juróom-benn téeméer ak juróom-benni fukk ak juróom-benn. Peeñu 13:18.</w:t>
      </w:r>
    </w:p>
    <w:p>
      <w:pPr>
        <w:pStyle w:val="ArticleBody"/>
        <w:jc w:val="left"/>
      </w:pPr>
      <w:r>
        <w:rPr>
          <w:rFonts w:ascii="Times New Roman" w:hAnsi="Times New Roman" w:eastAsia="Times New Roman" w:cs="Times New Roman"/>
        </w:rPr>
        <w:t>Ñi ñuy xam ne yokkute xam-xam gi ci fan yu mujj yi, bu Peeñug Yeesu Kirist deñceeku, dinañu xam ne “666” mooy benn amsolo yu mag ci misaalu yonent yi, ndaxte dañu jot ndam ci lim bi. Kon nag, Esekiyel daldi tàmbalee ci saraxal gu yokkute ci saar ba ñett, te loolu dafa mel ci ñeenti xasaw yu gëna yokku. Bu mujj bi mooy wone ne ñi ñàkk xel dañuy sujjóot jant bi, noonu mu ràññee atteg Yerusalem (Adventism) ci fan yu mujj yi. Atte boobu am na ci ñeenteel maas gi. Ñeenti xasaw yooyu mooy misaali ñeenti maas yi ci Adventism bu Laodise.</w:t>
      </w:r>
    </w:p>
    <w:p>
      <w:pPr>
        <w:pStyle w:val="ArticleBody"/>
        <w:jc w:val="left"/>
      </w:pPr>
      <w:r>
        <w:rPr>
          <w:rFonts w:ascii="Times New Roman" w:hAnsi="Times New Roman" w:eastAsia="Times New Roman" w:cs="Times New Roman"/>
        </w:rPr>
        <w:t>Njëkk gi tàmbalee ci atum 1863, ak ñàkk déggal gi ci biir juróom-ñaari yoon yi ci waatug Moyis. Ñaar-fukk ak juróom at gannaaw loolu, ñàkk déggal gi ci 1888 feeñ na. Fanweer ak benn at gannaaw loolu, ñàkk déggal gi ci 1919 am na, te téereb W. W. Prescott bii tudd “The Doctrine of Christ” moo ko tegtal. Ñett-fukk ak juróom-ñaar at gannaaw loolu, ci 1957, ñàkk déggal gi téere bii tudd “Questions on Doctrine” di tegtal am na. Léegi dinanu tàmbali won lu tax ñeenti màndarga yii méngoo ak ñeenti yéefari Ezekiel juróom-ñett.</w:t>
      </w:r>
    </w:p>
    <w:p>
      <w:pPr>
        <w:pStyle w:val="ArticleBody"/>
        <w:jc w:val="left"/>
      </w:pPr>
      <w:r>
        <w:rPr>
          <w:rFonts w:ascii="Times New Roman" w:hAnsi="Times New Roman" w:eastAsia="Times New Roman" w:cs="Times New Roman"/>
        </w:rPr>
        <w:t>Ci atum 1863, Awaantis bu Laodise indi amal ab rëcc ngir wuutu ñaari tabloo yi nekkoon matug ndigalu Abakuk ci ay 2, bi mu waxee ne: “Bindal peeñ ma te leerloo ko ci kaw ay tabloo.” Tablob 1863 bi indi woon “juróom-ñaari yoon yi” nekkulati ci misaalu wax ju yonent bi, ni mu nekkoon ci ñaari tabloo yu sell yi, ànd ak 1260, 1290, ak 1335. Ci Abakuk, ndigal li moo xamle ne tabloo yi (ci yamale) dees na leen siiwal ci anam wu tax ne, “ki koy jàng man a daw.” Tablob 1863 bi réeroon lool ba sori dëgg, ba taxoon ab kayitu leeral waroon a ànd ak moom. Mënul woon a xool tablob 1863 bi te “daw” te amul beneen kayitu yokk ngir leeral.</w:t>
      </w:r>
    </w:p>
    <w:p>
      <w:pPr>
        <w:pStyle w:val="ArticleScripture"/>
        <w:jc w:val="left"/>
      </w:pPr>
      <w:r>
        <w:rPr>
          <w:rFonts w:ascii="Times New Roman" w:hAnsi="Times New Roman" w:eastAsia="Times New Roman" w:cs="Times New Roman"/>
        </w:rPr>
        <w:t>Noonu tontu ma, ne ma: Bindal peeñ mi, te nga leer ko ci xàt yi, ngir ku koy jàng man a daw. Habakkuk 2:2.</w:t>
      </w:r>
    </w:p>
    <w:p>
      <w:pPr>
        <w:pStyle w:val="ArticleBody"/>
        <w:jc w:val="left"/>
      </w:pPr>
      <w:r>
        <w:rPr>
          <w:rFonts w:ascii="Times New Roman" w:hAnsi="Times New Roman" w:eastAsia="Times New Roman" w:cs="Times New Roman"/>
        </w:rPr>
        <w:t>Saraxu 1863 bi dafa ko defu ngir mëb dëgg, ni ko William Miller gisoon ci ay géntam. Ñaari saraxu yu sell yii nekkoon misaal kóllëre gi Kirist def ak nit ñi fekk a jël taxawaayu wérug Protestaaŋ dëgg ci bégal suuf si. Ñaari saraxu yii dafa tekkoon misaalu diggante kóllëre bi nekk ci seen diggante Millerit yi ak Kirist, moom mi ñëwoon ci saa si ci këram bu sell bi ci 1844, te ba mu ñëwee, dafa ñëw ni Yonnenta bi ci Kóllëre gi. Israayil gu yàgg gi dafa misaal Israayil gu bees gi, te ba Kirist génnee Israayil gu yàgg gi ci jaamug Misra, dafa doon misaal waxtu wi mu wara génne Israayil gu bees gi ci jaamug juróom-ñaari téeméeri at ak juróom-benn-fukk ci nguurug paap bi. Jigéen Bu Sell bi White di sax ci yëgle ne ñaari jaar-jaaru nettali yii ay jaar-jaari yam lañu.</w:t>
      </w:r>
    </w:p>
    <w:p>
      <w:pPr>
        <w:pStyle w:val="ArticleScripture"/>
        <w:jc w:val="left"/>
      </w:pPr>
      <w:r>
        <w:rPr>
          <w:rFonts w:ascii="Times New Roman" w:hAnsi="Times New Roman" w:eastAsia="Times New Roman" w:cs="Times New Roman"/>
        </w:rPr>
        <w:t>«Ci sunuy jamono yu wees yi dajale ci nun. Jaar-jaaru ni Israayil fàtte woon nañu ko ngir nu leer. Ci jamono jii Yàlla tàmbali na jëfandikoo loxoam ngir dajale ci moom askan wu jóge ci bépp xeet, mbokk ak làkk. Ci yëngu-yëngu ñëwugam ga, liggéey na ngir ay moomam, ni mu liggéeye woon ngir Israayil, bi mu leen di gindee génne leen Misra. Ci màggat féexe gu réy ga ci atum 1844, ngëmug askanam nattees na, ni ngëmu Hebre ya natteeku woon ca géeju Xonk ba.» Testimonies, volume 8, 115, 116.</w:t>
      </w:r>
    </w:p>
    <w:p>
      <w:pPr>
        <w:pStyle w:val="ArticleBody"/>
        <w:jc w:val="left"/>
      </w:pPr>
      <w:r>
        <w:rPr>
          <w:rFonts w:ascii="Times New Roman" w:hAnsi="Times New Roman" w:eastAsia="Times New Roman" w:cs="Times New Roman"/>
        </w:rPr>
        <w:t>Bi Boroom bi dugg ci kóllëre ak Israayil gu jëkk ga, Mu joxe ñaari xaru ngir tegtal jokkoo gu kóllëre gi. Bi Boroom bi dugg ci kóllëre ak Israayil gu bees gi, Mu joxe ñaari xaru ngir tegtal jokkoo gu kóllëre gi. Ñaari xaru yi ci Fukk i Sant yi dañuy misaal ñaari xaru yi Habakuk wax. Mu leen jox ñaari xaru yi gannaaw tuuti jaar-jaaru Dex gu Xonq gi, te loolu la Sister White méngale ak réer gu mag ga ci 1844. Gannaaw tuuti 1844, ci wàllu jaar-jaaru yonent bi, Boroom bi génne na ñaareel xaru ba. Defees na Israayil gu jëkk ga nekk aarukatik yoonu Yàlla, te defees na Israayil gu bees gi nekk aarukatik du yoonu Yàlla rekk, waaye itam yuuy gu mag yooyu ci dëgg-yoonent yi.</w:t>
      </w:r>
    </w:p>
    <w:p>
      <w:pPr>
        <w:pStyle w:val="ArticleScripture"/>
        <w:jc w:val="left"/>
      </w:pPr>
      <w:r>
        <w:rPr>
          <w:rFonts w:ascii="Times New Roman" w:hAnsi="Times New Roman" w:eastAsia="Times New Roman" w:cs="Times New Roman"/>
        </w:rPr>
        <w:t>“Yàlla woo na mbooloom mbooloo yi ci jamono jii, ni Mu woooon Israa’el gu jëkk gi, ngir taxaw ni leer ci suuf si. Jaarale ko ci seetlu dëgg gu mag gi, moom yégleb malaaka bi njëkk, ñaareel bi, ak ñetteel bi, Mu tas leen ak mboolooy kanam yi ak ak àddina, ngir indi leen ci jege gu sell ci moom ci boppam. Def na leen ay wottukat yoonam, te dénk na leen dëgg yu mag yi ci kàddug waxantu ngir jamono jii. Ni waxi Yàlla yu sell ya ñu dénkoon Israa’el gu jëkk gi, noonu itam yii ab ndénk gu sell lañu, bu ñu wara yégle àddina si.” Testimonies, volume 5, 455.</w:t>
      </w:r>
    </w:p>
    <w:p>
      <w:pPr>
        <w:pStyle w:val="ArticleBody"/>
        <w:jc w:val="left"/>
      </w:pPr>
      <w:r>
        <w:rPr>
          <w:rFonts w:ascii="Times New Roman" w:hAnsi="Times New Roman" w:eastAsia="Times New Roman" w:cs="Times New Roman"/>
        </w:rPr>
        <w:t>Ñaari ndigal yi njëkk ñaar feeñal nañu Yàlla sax ci bokk-liggéey ak xërëm-bàyyi, te ci ñaari ndigal yooyu mu xamle ne àtte ba dina dox ba ci ñetteelu ak ñeenteelu maas yi, ndaxte mu xamle ne Moom ab Yàlla buy kañ.</w:t>
      </w:r>
    </w:p>
    <w:p>
      <w:pPr>
        <w:pStyle w:val="ArticleScripture"/>
        <w:jc w:val="left"/>
      </w:pPr>
      <w:r>
        <w:rPr>
          <w:rFonts w:ascii="Times New Roman" w:hAnsi="Times New Roman" w:eastAsia="Times New Roman" w:cs="Times New Roman"/>
        </w:rPr>
        <w:t>«Yoon wi waxuloon na ci jamono jii ngir njariñu yawute yi rekk. Yàlla teral na leen ndax mu def leen ay sàmmkat ak ay aarukat yoonam, waaye dafa waroon a nekk dénkukaayu sell ngir àddina bépp. Santaane yi nekk ci Fukk i Ndigal yi méngoo nañu ak nit ñépp, te joxe na leen ngir jàngale ak nguurug ñépp. Fukk i santaane, yu gàtt, yu yaatu ci maana, te am sañ-sañ, dañuy ëmb liggéeyu nit ci kanam Yàlla ak ci kanam moroomam; te lépp sukkandiku ci maggu doxalin bu njëkk bi, mooy mbëggeel. “Nanga bëgg sa Boroom Yàlla ak say xol yépp, ak sa bakkan bépp, ak sa doole gépp, ak sa xel mépp; te sa moroom ni yaw.” Luke 10:27. Xoolal itam Deuteronomy 6:4, 5; Leviticus 19:18. Ci Fukk i Ndigal yi, doxalin yooyu dañu leen biral ci lu mat, te def leen ñuy jëfandikoo ci tolluwaay ak xaalis yu nit.»</w:t>
      </w:r>
    </w:p>
    <w:p>
      <w:pPr>
        <w:pStyle w:val="ArticleScripture"/>
        <w:jc w:val="left"/>
      </w:pPr>
      <w:r>
        <w:rPr>
          <w:rFonts w:ascii="Times New Roman" w:hAnsi="Times New Roman" w:eastAsia="Times New Roman" w:cs="Times New Roman"/>
        </w:rPr>
        <w:t>«Bul Yàlla yu dul Man ci sama kanam.»</w:t>
      </w:r>
    </w:p>
    <w:p>
      <w:pPr>
        <w:pStyle w:val="ArticleScripture"/>
        <w:jc w:val="left"/>
      </w:pPr>
      <w:r>
        <w:rPr>
          <w:rFonts w:ascii="Times New Roman" w:hAnsi="Times New Roman" w:eastAsia="Times New Roman" w:cs="Times New Roman"/>
        </w:rPr>
        <w:t>«Yexowa, Ki dul fanaan te am te mooy kiy sax ba fàww, te kenn bindul ko, moom ci boppam mooy Cosaan ak kiy yor lépp, moom rekk a yelloo ragal gu kowe ak jaamu. Aadam dafa tere ngir mu jox beneen mbir mu mana doon benn, biir mbëggeelam walla ci liggéeyam. Lu mu nekk nu soppiku te muy wàññi sunu mbëggeel ci Yàlla walla muy xeex ak jaamu ji war a jëm ci Moom, loolu la nu defaral yàlla.»</w:t>
      </w:r>
    </w:p>
    <w:p>
      <w:pPr>
        <w:pStyle w:val="ArticleScripture"/>
        <w:jc w:val="left"/>
      </w:pPr>
      <w:r>
        <w:rPr>
          <w:rFonts w:ascii="Times New Roman" w:hAnsi="Times New Roman" w:eastAsia="Times New Roman" w:cs="Times New Roman"/>
        </w:rPr>
        <w:t>«Bul nga defaralal sa boppam benn nataal bu ñu yenu, mbaa benn melokaanu dara ju nekk ci asamaan ci kaw, mbaa ci suuf si ci suuf, mbaa ci ndox mi nekk ci suufu suuf: bul leen sujjóot, te bul leen jaamu.»</w:t>
      </w:r>
    </w:p>
    <w:p>
      <w:pPr>
        <w:pStyle w:val="ArticleScripture"/>
        <w:jc w:val="left"/>
      </w:pPr>
      <w:r>
        <w:rPr>
          <w:rFonts w:ascii="Times New Roman" w:hAnsi="Times New Roman" w:eastAsia="Times New Roman" w:cs="Times New Roman"/>
        </w:rPr>
        <w:t>“Saaru ndigal bi tere bii terekat Yàlla dëgg bi ak nataal wala melokaan. Xeet yu bare ci xeeti xeet yi daan wax ne seen nataal yi nekkuñu dara ludul melo yi walla màndargay yi ñuy jaamuwee Yàlla, waaye Yàlla wax na ne jaamu gu mel noonu bàkkaar la. Jéem a wone Ki Fàww by ci yëf yu am solo ci àddina, loolu dina suufeel xalaatu nit ci Yàlla. Xel mi, bu dëddoo ak matug Jeexitalug Yexowa gu dul jeex, dina jàppandi ci mbind mi gën a jëm ci Ki Bind. Te ni ñu suufee xelam ci Yàlla, noonu itam nit dina toroxlu.”</w:t>
      </w:r>
    </w:p>
    <w:p>
      <w:pPr>
        <w:pStyle w:val="ArticleScripture"/>
        <w:jc w:val="left"/>
      </w:pPr>
      <w:r>
        <w:rPr>
          <w:rFonts w:ascii="Times New Roman" w:hAnsi="Times New Roman" w:eastAsia="Times New Roman" w:cs="Times New Roman"/>
        </w:rPr>
        <w:t>“‘Man maa ngi di sa Yàlla ji boroom, Yàlla buy bëgg sa xol bépp.’ Jokkoo bu jege te sell bi nekk ci diggante Yàlla ak ay nitam, dañu ko feeñal ci misaal bu séy. Ginnaaw bokk ak xërëm yeneen yàlla mooy njaaloo gu ruu, merum Yàlla ci kaw loolu, yomb na ñu ko woowe bëgg sa xol bépp.” Patriarchs and Prophets, 305, 306.</w:t>
      </w:r>
    </w:p>
    <w:p>
      <w:pPr>
        <w:pStyle w:val="ArticleBody"/>
        <w:jc w:val="left"/>
      </w:pPr>
      <w:r>
        <w:rPr>
          <w:rFonts w:ascii="Times New Roman" w:hAnsi="Times New Roman" w:eastAsia="Times New Roman" w:cs="Times New Roman"/>
        </w:rPr>
        <w:t>Sañse Yàlla feeñ na bu baax ci wàllu bokkaale, te du mbir mu ñakk njàqare ne ñetteelu njubadi bi njëkk ci Ezekiel saar 8 mooy “nattalu sañse.”</w:t>
      </w:r>
    </w:p>
    <w:p>
      <w:pPr>
        <w:pStyle w:val="ArticleScripture"/>
        <w:jc w:val="left"/>
      </w:pPr>
      <w:r>
        <w:rPr>
          <w:rFonts w:ascii="Times New Roman" w:hAnsi="Times New Roman" w:eastAsia="Times New Roman" w:cs="Times New Roman"/>
        </w:rPr>
        <w:t>Noonu ci juróom-benni atum, ci juróom-weeru atum, ci juróomeelu bés bi, ba ma toogee sama kër, te magi Yuda ya toog fa sama kanam, loxo Boroom bi Yàlla wàcc fa ci man. Noonu ma xool, te gis am na mel ni melow safara: dale ci melow ay ndëgëram ba suuf, safara; te dale ci ay ndëgëram ba kaw, mel ni leer gu xonq, ni melow amber. Mu yóbbal melow loxo, jàpp ma ci benn watu sama bopp; te Xel mi yékkati ma diggante suuf ak asamaan, indi ma ci yéeney Yàlla Yerusalem, ba ci bunt bi biir diiseg bi jublu ca bëj-gànnaar, fa toogu woon kërëm nit kuñu tax na mer; te mooy li di yëngu mer. Te xoolal, ndamu Yàlla Israyil nekkoon na fa, ni vision bi ma gisoon ca xalaat ba. Noonu mu ne ma: Doomu nit ki, yéegël sa bët leegi jublu ca bëj-gànnaar. Kon ma yéegël sama bët jublu ca bëj-gànnaar, te xoolal, ca bëj-gànnaar, ca bunt altar ba, xérëm nit kuñu tax na mer ma nga fa ca dugguwaay ba. Ezekiel 8:1–5.</w:t>
      </w:r>
    </w:p>
    <w:p>
      <w:pPr>
        <w:pStyle w:val="ArticleBody"/>
        <w:jc w:val="left"/>
      </w:pPr>
      <w:r>
        <w:rPr>
          <w:rFonts w:ascii="Times New Roman" w:hAnsi="Times New Roman" w:eastAsia="Times New Roman" w:cs="Times New Roman"/>
        </w:rPr>
        <w:t>Melokaanu ñàkk njub mooy bi njëkk ci ñeenti xeetu jëf yu bon yiy yokku yi Esekiel gis. Melokaanu ñàkk njub moomu dafa tektal tàmbaliinu bu njëkk bi ci ñeenti maas yu xeex ak yàlla yiy gëna rëy ci Adventism. Maas bu njëkk bi tàmbalee na ci 1863.</w:t>
      </w:r>
    </w:p>
    <w:p>
      <w:pPr>
        <w:pStyle w:val="ArticleBody"/>
        <w:jc w:val="left"/>
      </w:pPr>
      <w:r>
        <w:rPr>
          <w:rFonts w:ascii="Times New Roman" w:hAnsi="Times New Roman" w:eastAsia="Times New Roman" w:cs="Times New Roman"/>
        </w:rPr>
        <w:t>Danu yokk ci njàngum bii ci beneen mbind mi ci topp.</w:t>
      </w:r>
    </w:p>
    <w:p>
      <w:pPr>
        <w:pStyle w:val="ArticleScripture"/>
        <w:jc w:val="left"/>
      </w:pPr>
      <w:r>
        <w:rPr>
          <w:rFonts w:ascii="Times New Roman" w:hAnsi="Times New Roman" w:eastAsia="Times New Roman" w:cs="Times New Roman"/>
        </w:rPr>
        <w:t>“Benn yonent yu mag ci yonenti yu yàgg ya waxuñu lu ëpp ngir seen jamono, waaye ngir sunu jamono, ba tax seen waxu yonent gi am na doole ci sunu kaw. ‘Léegi yépp loolu xew na ci ñoom ngir nekk misaal; te bind nañu ko ngir sunu yëgle, nun ñi mujjug àddina ji dikkal.’ 1 Korent 10:11. ‘Doonuloon ci seen bopp lañu doon liggéey, waaye ci sunu ndam lañu doon jaamu mbir yi, yi ñu léegi waxal leen ko ñi leen yégal xebaar bu baax bi ak Xel mu Sell mi ñu yónnee wax jógé asamaan; mbir yooyu la malaaka yi sax bëgg a xool bu baax.’ 1 Piyeer 1:12....”</w:t>
      </w:r>
    </w:p>
    <w:p>
      <w:pPr>
        <w:pStyle w:val="ArticleScripture"/>
        <w:jc w:val="left"/>
      </w:pPr>
      <w:r>
        <w:rPr>
          <w:rFonts w:ascii="Times New Roman" w:hAnsi="Times New Roman" w:eastAsia="Times New Roman" w:cs="Times New Roman"/>
        </w:rPr>
        <w:t>“Biibël bi dajale na teqale ndamam yu jafe-jafeem ngir xeetu jamono mujj gi. Lépp lu mag ci xew-xew yi ak mbootaay yu tedd yi ci taarixu Kóllëre Gu Yàgg gi amoon na, te mu ngi dellu di am ci kanam mbooloom gëmkat yi ci fan yii mujj.” Selected Messages, téere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Juróom-ñent-fukk ak Juróom-ñent`}</dc:title>
  <dc:subject>Ubbiinu Wër-gu-yaram ma ci xeetu giir yi: Ñenti xaraam yi ci Adventism</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