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Daniyeel — Limu juróom-ñaar fukk ak ñaar</w:t>
      </w:r>
    </w:p>
    <w:p>
      <w:pPr>
        <w:pStyle w:val="ArticleSubtitle"/>
        <w:jc w:val="left"/>
      </w:pPr>
      <w:r>
        <w:rPr>
          <w:rFonts w:ascii="Arial" w:hAnsi="Arial" w:eastAsia="Arial" w:cs="Arial"/>
        </w:rPr>
        <w:t>Bokk bi ci Kàddug Yàlla: Dale ci xaajug Israayil gu mag ba ci mujju États-Unis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2024-02-05</w:t>
      </w:r>
    </w:p>
    <w:p>
      <w:pPr>
        <w:pStyle w:val="ArticleBody"/>
        <w:jc w:val="left"/>
      </w:pPr>
      <w:r>
        <w:rPr>
          <w:rFonts w:ascii="Times New Roman" w:hAnsi="Times New Roman" w:eastAsia="Times New Roman" w:cs="Times New Roman"/>
        </w:rPr>
        <w:t>Seede ndóorug Yeroboam ci ñàkk jëfandikoo mooy itam jaar-jaaru Israayil bu yàgg ba mu xàjjaloo ñaari réew. Nguur gu bëj-gànnaar gi, gu ñu dajale ci fukki xeet, dañu ko doon wax Israayil, walla yenn saa Efrayim; te nguur gu bëj-saalum gi, dañu ko doon wax Yuda. Ci jamonoy Ezekiyel, nguur gi dafa nekkoon ba noppi ñaari nguur di ay at yu bare, te ci saar fanweeri-ñett, Ezekiyel jot na ci ab waxu Yonent buy wone ne ñaari nguur yooyu dinañu dellu nekk benn réew. Waxu yonent woowu am na yoonu matal ci njàlbéen jaar-jaaru rab wu suuf wi (Etazini), te dina mat ba mu mujj ci mujjug Etazini, ndaxte Yeesu dafa mas a wone mujjug benn mbir ak njàlbéenu benn mbir.</w:t>
      </w:r>
    </w:p>
    <w:p>
      <w:pPr>
        <w:pStyle w:val="ArticleBody"/>
        <w:jc w:val="left"/>
      </w:pPr>
      <w:r>
        <w:rPr>
          <w:rFonts w:ascii="Times New Roman" w:hAnsi="Times New Roman" w:eastAsia="Times New Roman" w:cs="Times New Roman"/>
        </w:rPr>
        <w:t>Bunt bu Jeroboaam ba Israayel daan ñaari nguur, mooy firndeel bunt bu amoon ci tambaliinu Etazini, te itam ci mujjug Etazini. Bunt bi ci tambali ak ci mujju Etazini boole na booloo ñaari nguur. Peeñu 18, ni ko bind yi Sister White di ko jëfandikoo yoon wu bari ci waxtaan yii, dafay tegtal ñaari woote ci kilifa yi. Ñaari réew yi ñuy boole ci waxtu jafe-jafe yoonu Dibéeri bi, mooy téeméer ak ñeent-fukk ak ñeent-junñi, ak moroom gàttal Yàlla yi des ci Babilon.</w:t>
      </w:r>
    </w:p>
    <w:p>
      <w:pPr>
        <w:pStyle w:val="ArticleBody"/>
        <w:jc w:val="left"/>
      </w:pPr>
      <w:r>
        <w:rPr>
          <w:rFonts w:ascii="Times New Roman" w:hAnsi="Times New Roman" w:eastAsia="Times New Roman" w:cs="Times New Roman"/>
        </w:rPr>
        <w:t>Ñaari xeeti réew yi ñu boole woon ci jaar-jaaru Millerite mooy Yuda ak Efrayim. Ñu boole leen bi mer gu kenn-ku-nekk ci ñaari nguur yi, ku nekk ci boppam, jeexee ci 1798 te gannaaw ga ci 1844. Kàddug “te itam” bi nekk ci Sëfëri Ezekiel, saptaar fanweeri juróom-ñaar, may na nu nu wóor ne jëfandikoo bii mooy bu baax. Kàddug “te itam” mooy tekki ne warees na teg yégle gi topp “te itam” kaw yégle gi jiitu kàddug “te itam.”</w:t>
      </w:r>
    </w:p>
    <w:p>
      <w:pPr>
        <w:pStyle w:val="ArticleScripture"/>
        <w:jc w:val="left"/>
      </w:pPr>
      <w:r>
        <w:rPr>
          <w:rFonts w:ascii="Times New Roman" w:hAnsi="Times New Roman" w:eastAsia="Times New Roman" w:cs="Times New Roman"/>
        </w:rPr>
        <w:t>Kàddug Boroom bi dikkat ci man ne ma: “Yow doom nit ki, jëlal benn bant, nga bind ci ne: ‘Ngir Yuda ak ngir doom Israayil yi ànd ak moom.’ Gannaaw loolu, jëlal beneen bant, nga bind ci ne: ‘Ngir Yuusufa, bant-u Efrayim, ak ngir kër gu yépp gu Israayil yi ànd ak moom.’ Te booleel leen, benn ak beneen, ba mu nekk benn bant; te dinañu nekk benn ci sa loxo.” Esekiyel 37:15–17.</w:t>
      </w:r>
    </w:p>
    <w:p>
      <w:pPr>
        <w:pStyle w:val="ArticleBody"/>
        <w:jc w:val="left"/>
      </w:pPr>
      <w:r>
        <w:rPr>
          <w:rFonts w:ascii="Times New Roman" w:hAnsi="Times New Roman" w:eastAsia="Times New Roman" w:cs="Times New Roman"/>
        </w:rPr>
        <w:t>Esekiyel dafay jëfandikook yégleb “dégg,” bi muy wax nekk yoonu waxu yonent yi di delloo baat te yokk njàngatam. War na Esekiyel jël ñaari bant, benn bu Yuda ak benn bu Efrayim, te jël waxu yonent wi ñu misaale ak ñaari bant yooyu, teg ko ci kaw waxu yonent wi jiitu woon. Misaalu yonent wi jiitu woon tàmbalee na ca aaya bu njëkk ba, ba ñu yóbbu Esekiyel ca benn xuruwaay bu fees ak yax yu wow te dee.</w:t>
      </w:r>
    </w:p>
    <w:p>
      <w:pPr>
        <w:pStyle w:val="ArticleScripture"/>
        <w:jc w:val="left"/>
      </w:pPr>
      <w:r>
        <w:rPr>
          <w:rFonts w:ascii="Times New Roman" w:hAnsi="Times New Roman" w:eastAsia="Times New Roman" w:cs="Times New Roman"/>
        </w:rPr>
        <w:t>Loxo Boroom bi nekk ci man, te mu yóbbu ma génne ci Xelmu Boroom bi, te teg ma ci digg baaxa bu fees ak yax. Mu tax ma doon wër leen ba fépp; te gis naa ne, ñu bare lool ci kow baaxa ba, te xam ne wowu nañu lool. Noonu mu ne ma: “Doomu nit ki, ndax yax yii man nañoo dund?” Ma tontu ne: “Aa Boroom bi Yàlla, yaw yaa ko xam.” Mu dellu wax ma ne: “Waxal ci kaw yax yii, ne leen: Yeen yax yu wow yi, dégluleen kàddug Boroom bi. Nii la Boroom bi Yàlla wax yax yii: Xooluleen, dinaa dugal seen biir ngëru, ngeen dund. Dinaa def ci yéen deret-yaram, yékkati ci yéen yaram, muur leen der, te dugal ci yéen ngëru, ngeen dund; te dingeen xam ne man maa di Boroom bi.” Noonu wax naa, ni ma ko santoon; te bi may wax, am na riir, te xool, yëngatu am na, te yax ya dajaloo, benn yax ci sa moroomam. Bi ma xoolée, gis naa ne deret-yaram ya ak yaram ya sax nañu ci seen kaw, te der gi muur leen; waaye amul woon ngëru ci ñoom. Noonu mu ne ma: “Waxal ngelaw li, waxal, doomu nit ki, te nga ne ngelaw li: Nii la Boroom bi Yàlla wax: Ñëwal, yow ngëru, jógé ci ñeenti ngelaw yi, te wol ci ñi ñu rey yii, ngir ñu dund.” Noonu wax naa, ni mu ma ko sante; te ngëru gi dugg ci ñoom, ñu dund, taxaw ci seen tànk, mbooloo mu réy lool. Noonu mu ne ma: “Doomu nit ki, yax yii mooy kër gi bépp gu Israayil. Xool, ñoom ñoo naan: ‘Sunuy yax wow nañu, sunu yaakaar sank na, te ñu dagg nu bàyyi nu ci sunu bopp.’ Moo tax waxal, te nga ne leen: Nii la Boroom bi Yàlla wax: Xooluleen, yeen sama xeet, dinaa ubbi seen bàmmeel yi, te génne leen ci seen bàmmeel yi, te indi leen ci suufu Israayil. Te dingeen xam ne man maa di Boroom bi, bu ma ubbee seen bàmmeel yi, yeen sama xeet, te génne leen ci seen bàmmeel yi, te dugal ci yéen sama Xel, ngeen dund, te dëkkal leen ci seen suuf. Noonu dingeen xam ne man Boroom bi, wax naa ko te def ko,” kàddug Boroom bi. Esékiyel 37:1–14.</w:t>
      </w:r>
    </w:p>
    <w:p>
      <w:pPr>
        <w:pStyle w:val="ArticleBody"/>
        <w:jc w:val="left"/>
      </w:pPr>
      <w:r>
        <w:rPr>
          <w:rFonts w:ascii="Times New Roman" w:hAnsi="Times New Roman" w:eastAsia="Times New Roman" w:cs="Times New Roman"/>
        </w:rPr>
        <w:t>Li dale ci njàlbéenug makkaanu yi, won nanu ne xuru yax yu dee yi dafa mel ni askanu Yàlla ci mujjug fan yi, te ne xebaaru ñenti ngelaw yi miy tax ñu taxaw ci seen tànk ni benn rëy xarekat, mooy xebaaru Yuuxu Guddi gi miy xamle Lislaam bu ñetteelu Woobale bi. Rakku jigéen White xamale na ne yax ya mooy askanu Yàlla.</w:t>
      </w:r>
    </w:p>
    <w:p>
      <w:pPr>
        <w:pStyle w:val="ArticleScripture"/>
        <w:jc w:val="left"/>
      </w:pPr>
      <w:r>
        <w:rPr>
          <w:rFonts w:ascii="Times New Roman" w:hAnsi="Times New Roman" w:eastAsia="Times New Roman" w:cs="Times New Roman"/>
        </w:rPr>
        <w:t>“Tëj naa sama peñ bi, te yékkati sama ruu ci ñaan, ngir Boroom bi wal ci kaw ay nitam yu dellu ginnaaw, ñoom ñi mel ni yax yu wow, ngir ñu man a dund.” General Conference Bulletin, 4 Fewriye 1893.</w:t>
      </w:r>
    </w:p>
    <w:p>
      <w:pPr>
        <w:pStyle w:val="ArticleBody"/>
        <w:jc w:val="left"/>
      </w:pPr>
      <w:r>
        <w:rPr>
          <w:rFonts w:ascii="Times New Roman" w:hAnsi="Times New Roman" w:eastAsia="Times New Roman" w:cs="Times New Roman"/>
        </w:rPr>
        <w:t>Ci nu wone na ci jukki yu jiitu ne, ne yégle yëgleb wax ju jëfandikoo 18 Sulet 2020 dafa nekkoon ju juum, te ne waxtaan wu dul dëgg woowu moo màndargaal ag jotug ñëkkug njàqare ak waxtu biy xaar ci léebub fukki janq yi. Doonte ne yégle waxtu bi dafa nekkoon lu yoon ci jamonoy Milerit yi, gannaaw 1844, warul woon amati beneen yégleb wax bu taxaw ci waxtu. Bi Future for America yéglee 18 Sulet 2020, dañoo dellu ci ab jaar-jaar ba fekkee ne yégle waxtu dafa ñu ko nangoo, te ci def loolu dañoo bàkkaar, te ñu rey leen ci mbeddum dëkk bu mag bi ci Peeñu Yowaana sarax 11. Nekk ni ñu dee ci mbedd mi, kon waroon na ñu dekkiwaat, ni ñaari seede yi dekkiwaate gannaaw ñetti fan ak genn-wàll.</w:t>
      </w:r>
    </w:p>
    <w:p>
      <w:pPr>
        <w:pStyle w:val="ArticleScripture"/>
        <w:jc w:val="left"/>
      </w:pPr>
      <w:r>
        <w:rPr>
          <w:rFonts w:ascii="Times New Roman" w:hAnsi="Times New Roman" w:eastAsia="Times New Roman" w:cs="Times New Roman"/>
        </w:rPr>
        <w:t>“Yàllaay Sell mi war na wal ci kaw yax yu wow yooyu, ngir ñu man a tàmbalee jëf, mel ni ndekkite gu jóge ci dee.” Bible Training School, December 1, 1903.</w:t>
      </w:r>
    </w:p>
    <w:p>
      <w:pPr>
        <w:pStyle w:val="ArticleBody"/>
        <w:jc w:val="left"/>
      </w:pPr>
      <w:r>
        <w:rPr>
          <w:rFonts w:ascii="Times New Roman" w:hAnsi="Times New Roman" w:eastAsia="Times New Roman" w:cs="Times New Roman"/>
        </w:rPr>
        <w:t>Ci ay mbind yi, wonale ne yégleeñ na ne ndawtal ñaari seef yi di delloo ñaari seede yi ci dund, mooy yégleb Lislaam bu ñetteel Musiba bi, te ne bataaxal boobu mooy bataaxalu Yuuxu Digg-Guddi bi ci fan yu mujj yi. Esekiyel wax na, “te itam,” te ci loolu mu xamale ne ci jamono ji di misaal yégleb Yuuxu Digg-Guddi bi, ñaari bant yuñu di wone kenn ci turu Efrayim ak kenn ci turu Yuda, dañoo war a booloo te nekk benn xeet. Léebu fukki janq yi am na matal ci fan yu mujj yi, “ba ci bataaxal ba gën a leer,” ni mu ame woon ci jamonoy Millérite yi. Ci waxtu wi Yuuxu Digg-Guddi bi matalee woon ci jamonoy Millérite yi, teaat ci matalug fan yu mujj yi, “ñaari bant” ya dañoo booloo woon te dinañu booloo.</w:t>
      </w:r>
    </w:p>
    <w:p>
      <w:pPr>
        <w:pStyle w:val="ArticleBody"/>
        <w:jc w:val="left"/>
      </w:pPr>
      <w:r>
        <w:rPr>
          <w:rFonts w:ascii="Times New Roman" w:hAnsi="Times New Roman" w:eastAsia="Times New Roman" w:cs="Times New Roman"/>
        </w:rPr>
        <w:t>Yaar ñaari bantoo ngi doon a tegtal buur yu bëj-gànnaaru (Efrayim) ak yu bëj-saalumu (Yuda) ci Israayil bu yàgg ba noppi. Nu wone na itam ne William Miller dañoo ko misaalal ak Ilyaas, te ba pare ci biir ñetti at ak genn-wàll ak genn-wàll gu wow, Ilyaas demoon na ca jigéenu-jëremu Sarefat.</w:t>
      </w:r>
    </w:p>
    <w:p>
      <w:pPr>
        <w:pStyle w:val="ArticleScripture"/>
        <w:jc w:val="left"/>
      </w:pPr>
      <w:r>
        <w:rPr>
          <w:rFonts w:ascii="Times New Roman" w:hAnsi="Times New Roman" w:eastAsia="Times New Roman" w:cs="Times New Roman"/>
        </w:rPr>
        <w:t>Noonu Boroom bi wax ci moom ne ko: “Jógal, demal Sarefat, bi bokk ci Sidóon, nga dëkk fa. Xool, santa naa fa jigéen juñu dekk, jëkkërëm dee ba noppi, mu dundal la.” Kon mu jóg, dem Sarefat. Bi mu agsee ca bunt kër-gu mag ga, xool, jigéen jooju, jëkkërëm dee ba noppi, moo fa doon dajale bant. Mu woo ko ne ko: “Maa ngi lay ñaan, indil ma ndox tuuti ci benn ndab ngir ma naan.” Bi muy dem ngir yóbbu ko, mu dellu woo ko ne ko: “Maa ngi lay ñaan, indil ma itam tuuti mburu ci sa loxo.” Mu tontu ne: “Ndegg la, ni Aji Sax ji, Yàlla sa Boroom, dundee, amuma mburu mu mat benn mburu; li ma am mooy tuuti dugub ci benn ndaa, ak tuuti diiw ci benn ndab. Te xool, maa ngi dajale ñaari bant ngir ma dugg toggal ko man ak sama doom, nu lekk ko, ba noppi dee.” Eliya ne ko: “Bul ragal; demal, defal ni nga waxe. Waaye toggal ma ci njëkk mburu mu tuuti, indil ko ma, te gannaaw loolu nga toggal sa bopp ak sa doom. Ndaxte nii la Aji Sax ji, Yàllay Israayil, wax: Ndaa dugub ba du jeex, te ndab diiw ba du wow, ba bés ba Aji Sax ji di tawal suuf si.” Kon mu dem, def ni Eliya waxe; te moom ak Eliya ak kërëm lekk nañu ay bés yu bare. 1 Buur yi 17:8–15.</w:t>
      </w:r>
    </w:p>
    <w:p>
      <w:pPr>
        <w:pStyle w:val="ArticleBody"/>
        <w:jc w:val="left"/>
      </w:pPr>
      <w:r>
        <w:rPr>
          <w:rFonts w:ascii="Times New Roman" w:hAnsi="Times New Roman" w:eastAsia="Times New Roman" w:cs="Times New Roman"/>
        </w:rPr>
        <w:t>“Bés bu bari” bi nekk ñetti at ak genn-wàll bi Acab di seet Eliya, te mu doon misaal bu juróom-ñaar téeméeri at ak juróom-benn fukk yi ak juróom-benn fukk at yu fitna ak bundxatalu baab. Ci lu jëm ci “bés bu bari” yu fitna ak bundxatalu baab, Yeesu wax na:</w:t>
      </w:r>
    </w:p>
    <w:p>
      <w:pPr>
        <w:pStyle w:val="ArticleScripture"/>
        <w:jc w:val="left"/>
      </w:pPr>
      <w:r>
        <w:rPr>
          <w:rFonts w:ascii="Times New Roman" w:hAnsi="Times New Roman" w:eastAsia="Times New Roman" w:cs="Times New Roman"/>
        </w:rPr>
        <w:t>Bu bés yooyu ñu ko wàññi woonul, benn suux du mucc; waaye ndax tanne yi, bés yooyu dees na leen wàññi. Macë 24:22.</w:t>
      </w:r>
    </w:p>
    <w:p>
      <w:pPr>
        <w:pStyle w:val="ArticleBody"/>
        <w:jc w:val="left"/>
      </w:pPr>
      <w:r>
        <w:rPr>
          <w:rFonts w:ascii="Times New Roman" w:hAnsi="Times New Roman" w:eastAsia="Times New Roman" w:cs="Times New Roman"/>
        </w:rPr>
        <w:t>Rakku White wax ci lu leer ne yégleb Yeesu ci nekk “fan yooyu” mooy jamono ji ñu doon fitnaaleek mbootaayu paap.</w:t>
      </w:r>
    </w:p>
    <w:p>
      <w:pPr>
        <w:pStyle w:val="ArticleScripture"/>
        <w:jc w:val="left"/>
      </w:pPr>
      <w:r>
        <w:rPr>
          <w:rFonts w:ascii="Times New Roman" w:hAnsi="Times New Roman" w:eastAsia="Times New Roman" w:cs="Times New Roman"/>
        </w:rPr>
        <w:t>“Fitna bi jëm kanam wéy jaruloon ci biir gépp jamono ji ñu tëral ci 1260 at. Yàlla ci yërmandeem ngir ay nitam dafa gattaloon waxtu nattu bu tàng boobu. Bi Mu jëbbale woon lu jëm ci ‘tiis bu réy’ bi war a dal ci kanam, Musalkat bi wax na ne: ‘Suñu gattaluloon bés yooyu, kenn du mucc; waaye ngir ndax tànneef yi, dees na gattal bés yooyu.’ Matthew 24:22. Jaarale ko ci dooley Yeesal gi, fitna bi dafa jeex lu jiitu atum 1798.” The Great Controversy, 266, 267.</w:t>
      </w:r>
    </w:p>
    <w:p>
      <w:pPr>
        <w:pStyle w:val="ArticleBody"/>
        <w:jc w:val="left"/>
      </w:pPr>
      <w:r>
        <w:rPr>
          <w:rFonts w:ascii="Times New Roman" w:hAnsi="Times New Roman" w:eastAsia="Times New Roman" w:cs="Times New Roman"/>
        </w:rPr>
        <w:t>“Bés yu bare yi” bi jigéenu ndew ji yëglewoon Iliyas, moom itam lañuy wax “bés yu bare yi” yu fitna paapal bi Danyeel jëfandikooone.</w:t>
      </w:r>
    </w:p>
    <w:p>
      <w:pPr>
        <w:pStyle w:val="ArticleScripture"/>
        <w:jc w:val="left"/>
      </w:pPr>
      <w:r>
        <w:rPr>
          <w:rFonts w:ascii="Times New Roman" w:hAnsi="Times New Roman" w:eastAsia="Times New Roman" w:cs="Times New Roman"/>
        </w:rPr>
        <w:t>Ñi am xam-xam ci nit ñi dinañu jàngal ñu bare; waaye dinañu daanu ci saamar, ak ci safara, ak ci jaamug jàppale, ak ci alal ju ñu nangu, di ay fan yu bare. Bu ñu daanee nag, dees na leen dimbali ak ndimbal lu tuuti; waaye ñu bare dinañu takk ci ñoom ak wax yu neex. Te yenn ci ñoom ñi xam-xam dinañu daanu, ngir seet leen, ak ngir setal leen, ak ngir weexal leen, ba ci jamono ji mujj; ndaxte loolu ngir jamono ju ñu dogal la ba tey. Daniel 11:33–35.</w:t>
      </w:r>
    </w:p>
    <w:p>
      <w:pPr>
        <w:pStyle w:val="ArticleBody"/>
        <w:jc w:val="left"/>
      </w:pPr>
      <w:r>
        <w:rPr>
          <w:rFonts w:ascii="Times New Roman" w:hAnsi="Times New Roman" w:eastAsia="Times New Roman" w:cs="Times New Roman"/>
        </w:rPr>
        <w:t>“Jamono mujj mi,” mi di “jamono wi ñu dogal” itam ci kàddu yi, mooyoon atum 1798, te moone woon màndargaal njéexital fitna ba paap yi doon def, ni ko jamonoy Ilyaas ak jigéen jiir ba ca Sarfat wone woon. Ci taariix boobu, jigéen jiir ba, miy tey màndargaal njëkkërëwul woon jàngoro, ñu ko xamale woon ne mooy jàngoro ji nekk ci màndiŋ ma ci saar 12 bu téereb Peeñug Yàlla. Mu dajale woon ñaari bant, du benn bant mbaa fukki bant, waaye ñaari bant. Ñu santoon Esékiel mu jël ñaari bant, benn ngir nguurug bëj-gànnaaru Israyil ak benn ngir nguurug bëj-saalumu Israyil, te boole leen benn ngir ñu nekk benn bant. Ñaari nguuru yooyu dañoo tasaaroo woon ñoom ñépp diirub ñaari junniy at ak juróom-ñaar fukk, waaye digeb Yàlla mooy ne dina leen dajale. Jigéen ji dajale woon ñaari bant yi waroon a booloo benn, te daf ko doon def “ba bés ba Boroom bi yónnee taw ci kaw suuf si.”</w:t>
      </w:r>
    </w:p>
    <w:p>
      <w:pPr>
        <w:pStyle w:val="ArticleBody"/>
        <w:jc w:val="left"/>
      </w:pPr>
      <w:r>
        <w:rPr>
          <w:rFonts w:ascii="Times New Roman" w:hAnsi="Times New Roman" w:eastAsia="Times New Roman" w:cs="Times New Roman"/>
        </w:rPr>
        <w:t>Bés bu Boroom bi yónnee “taw”, dafa doon won Xëy gu Diggante Guddi gi ci jaar-jaaru Millerite, gi agsi woon ci jeexitalam 22 Októobar 1844, ba tax Ndawlu Kóllëre gi dikké woon ci kër Yàlla ga mu taxawaloon dale ci 1798 (jeexitu mer mu jëkk), ba àgg ci 22 Októobar 1844 (jeexitu mer mu mujj). Ci jamono jooju, yégleb Xëy gu Diggante Guddi, gi ñu tegtal ci misaal bi Ezekiel wax ci xuru yax yi, dafa mataliku woon, bi ñaari bant yi ci nguurug bëj-gànnaar ak nguurug bëj-saalum boolee nekk benn xeet, ak benn buur, ndaxte ci 22 Októobar 1844, Almasi bi dikkoon na kanamu Baay bi te jot nguur.</w:t>
      </w:r>
    </w:p>
    <w:p>
      <w:pPr>
        <w:pStyle w:val="ArticleScripture"/>
        <w:jc w:val="left"/>
      </w:pPr>
      <w:r>
        <w:rPr>
          <w:rFonts w:ascii="Times New Roman" w:hAnsi="Times New Roman" w:eastAsia="Times New Roman" w:cs="Times New Roman"/>
        </w:rPr>
        <w:t>«Ñëwug Kirist ci sunu saraxalekat bu mag bi ci berab bu gën a sell, ngir setal kër-yàlla gi, ni ko Daniel 8:14 wone; ñëwug Doomu nit ki ci Kanam Màgg ma, ni ñu ko wone ci Daniel 7:13; ak ñëwug Boroom bi ci këram, ni Malasi waxe woon lu jiitu, mooy melokaani benn mbir rekk; te loolu itam dañu ko teyale ci ñëwug góor-góorlóo bi ci céet ga, ni Kirist waxe ko ci léebu fukki janq yi ci Macë 25.» The Great Controversy, 426.</w:t>
      </w:r>
    </w:p>
    <w:p>
      <w:pPr>
        <w:pStyle w:val="ArticleBody"/>
        <w:jc w:val="left"/>
      </w:pPr>
      <w:r>
        <w:rPr>
          <w:rFonts w:ascii="Times New Roman" w:hAnsi="Times New Roman" w:eastAsia="Times New Roman" w:cs="Times New Roman"/>
        </w:rPr>
        <w:t>Almasi bi am na nguur ci 22 Oktoobar 1844, ni ko Daniyel waxe.</w:t>
      </w:r>
    </w:p>
    <w:p>
      <w:pPr>
        <w:pStyle w:val="ArticleScripture"/>
        <w:jc w:val="left"/>
      </w:pPr>
      <w:r>
        <w:rPr>
          <w:rFonts w:ascii="Times New Roman" w:hAnsi="Times New Roman" w:eastAsia="Times New Roman" w:cs="Times New Roman"/>
        </w:rPr>
        <w:t>Gis-gis bu guddi ci ay gëm-gëm yu guddi, te xoolal, kenn ni Melow nit feeñ ak niir yi asamaan, dikk ba ca Boroom Fan yi Yàgg, te ñu yóbbu ko jegeel ko ci kanamam. Te ñu jox ko nguur, ak ndam, ak buur-gi, ngir xeet yépp, réew yépp, ak làkk yépp, di ko jaamu: nguuram mooy nguur gu sax ba fàww, gu dul wéy, te buuram mooy biñu dul alag mukk. Daniel 7:13, 14.</w:t>
      </w:r>
    </w:p>
    <w:p>
      <w:pPr>
        <w:pStyle w:val="ArticleBody"/>
        <w:jc w:val="left"/>
      </w:pPr>
      <w:r>
        <w:rPr>
          <w:rFonts w:ascii="Times New Roman" w:hAnsi="Times New Roman" w:eastAsia="Times New Roman" w:cs="Times New Roman"/>
        </w:rPr>
        <w:t>Bu ñaar bant yu Ezekiel bi booleesee benn, am nañu genn buur ci seen kaw.</w:t>
      </w:r>
    </w:p>
    <w:p>
      <w:pPr>
        <w:pStyle w:val="ArticleScripture"/>
        <w:jc w:val="left"/>
      </w:pPr>
      <w:r>
        <w:rPr>
          <w:rFonts w:ascii="Times New Roman" w:hAnsi="Times New Roman" w:eastAsia="Times New Roman" w:cs="Times New Roman"/>
        </w:rPr>
        <w:t>Te Daawuda, sama jaam bi, dina buur ci seen kow; ñoom ñépp dinañu am benn sàmm. Dinañu dox it ci sama àtte yi, te sàmm sama dogal yi, te def leen. Dinañu dëkk ci suuf sa ma joxoon Yàggóoba, sama jaam bi, fa seen baay ya dëkkoon; te dinañu fa dëkk, ñoom ak seen doom yi, ak seeni sët yi ba fàww; te Daawuda, sama jaam bi, dina nekk seen kilifa ba fàww. Ezekiel 37:24, 25.</w:t>
      </w:r>
    </w:p>
    <w:p>
      <w:pPr>
        <w:pStyle w:val="ArticleBody"/>
        <w:jc w:val="left"/>
      </w:pPr>
      <w:r>
        <w:rPr>
          <w:rFonts w:ascii="Times New Roman" w:hAnsi="Times New Roman" w:eastAsia="Times New Roman" w:cs="Times New Roman"/>
        </w:rPr>
        <w:t>Yépp yonent yépp déggoo nañu ak seen bopp, te buur Daawuda mooy Almasi bi ñëw ci kanamu Baay bi 22 Oktoobar 1844, ba noppi jot nguur gu ñu dajale woon ci ñaari yat yi, mooy Israayil (nguuru bëj-gànnaar) ak Yuda (nguuru bëj-saalum). Tasaaroo ñaari nguuru yi jeex na ci diggante ñeent-fukk ak juróom-benn at yi, diggante 1798 ak 1844, bi Almasi yékkatalee kër Yàlla ga ñu alagoon te ñuy dox ci kawam. Bi mu yékkatalee kër ga, ba noppi mu daldi ñëw ci saa si ci këram, muy Yonnentub Kóllëre gi, ngir matal li Malaaşi wax ci saar ñetteel bi. Esékiyel itam déggoo na ak dëgg googu, ndaxte yépp yonent yi déggoo nañu ak seen bopp.</w:t>
      </w:r>
    </w:p>
    <w:p>
      <w:pPr>
        <w:pStyle w:val="ArticleScripture"/>
        <w:jc w:val="left"/>
      </w:pPr>
      <w:r>
        <w:rPr>
          <w:rFonts w:ascii="Times New Roman" w:hAnsi="Times New Roman" w:eastAsia="Times New Roman" w:cs="Times New Roman"/>
        </w:rPr>
        <w:t>Te Daawuda, sama jaam, dina buur ci seen kaw; ñoom ñépp dinañu am benn sàmm. Dinañu dox itam ci sama àttey yoon, te sàmm sama ndigali yoon yi, te jëfe leen. Dinañu dëkk ci réew mi ma joxoon Yàqub, sama jaam, fa seen baay yi dëkkoon; dinañu fa dëkk, ñoom ak seen doom yi, ak doom-i seen doom yi ba fàww; te Daawuda, sama jaam, dina nekk seen kilifa ba fàww. Te itam dinaa def ak ñoom kóllëre jàmm; dina doon ak ñoom kóllëre guy sax ba fàww. Dinaa leen sampu, te yokk leen, te samp sama kër gu sell gi ci seen biir ba fàww. Sama mbaar itam dina nekk ak ñoom; waaw, man dinaa doon seen Yàlla, te ñoom dinañu doon sama nit ñi. Esekiyel 37:24–27.</w:t>
      </w:r>
    </w:p>
    <w:p>
      <w:pPr>
        <w:pStyle w:val="ArticleBody"/>
        <w:jc w:val="left"/>
      </w:pPr>
      <w:r>
        <w:rPr>
          <w:rFonts w:ascii="Times New Roman" w:hAnsi="Times New Roman" w:eastAsia="Times New Roman" w:cs="Times New Roman"/>
        </w:rPr>
        <w:t>Kirist mooy ki tabax kër Yàlla ga.</w:t>
      </w:r>
    </w:p>
    <w:p>
      <w:pPr>
        <w:pStyle w:val="ArticleScripture"/>
        <w:jc w:val="left"/>
      </w:pPr>
      <w:r>
        <w:rPr>
          <w:rFonts w:ascii="Times New Roman" w:hAnsi="Times New Roman" w:eastAsia="Times New Roman" w:cs="Times New Roman"/>
        </w:rPr>
        <w:t>Te wax ko, naan: Nii la Boroom mboolem mbooloo yi waxe, naan: Xoolleen nit ki turam di SAX BI; dina sax ci bérabam, te moo di tabax kër Yàlla gi. Moom kay, dina tabax kër Yàlla gi; dina yëkati ndam li, te dina toog, nguuru ci kaw gàngunaam; dina nekk saraxalekat ci kaw gàngunaam; te pexe ju jàmm dina nekk ci seen diggante ñoom ñaar. Te kaala yi dinañu nekkal Helem, ak Tobija, ak Jedaaja, ak Hen doomu Sephania, ngir nekk fàttaliku ci kër Yàlla gi. Te ñi sore dinañu ñëw, tabax ci kër Yàlla gi, te dangeen xam ne Boroom mboolem mbooloo yi moo ma yónni ci yéen. Te loolu dina am, su fekkee ngeen dégg ba baax baatub seen Yàlla Aji Sax ji. Sakarija 6:12–15.</w:t>
      </w:r>
    </w:p>
    <w:p>
      <w:pPr>
        <w:pStyle w:val="ArticleBody"/>
        <w:jc w:val="left"/>
      </w:pPr>
      <w:r>
        <w:rPr>
          <w:rFonts w:ascii="Times New Roman" w:hAnsi="Times New Roman" w:eastAsia="Times New Roman" w:cs="Times New Roman"/>
        </w:rPr>
        <w:t>Almasi bi mooy CARAX bi, te Moom waxoon ne bu ñu yàqee kër-Yàllaam gi, Dina ko dekkaat ci ñetti fan; ba tax Yawut ya tontu ne tabax kër-Yàlla gi jël na ñeent-fukk ak juróom-benn at.</w:t>
      </w:r>
    </w:p>
    <w:p>
      <w:pPr>
        <w:pStyle w:val="ArticleScripture"/>
        <w:jc w:val="left"/>
      </w:pPr>
      <w:r>
        <w:rPr>
          <w:rFonts w:ascii="Times New Roman" w:hAnsi="Times New Roman" w:eastAsia="Times New Roman" w:cs="Times New Roman"/>
        </w:rPr>
        <w:t>Noonu Yawut yi tontu ne ko moom naan: “Ban kéemaan nga nu won, ndaxte yaa ngi def yii yépp?” Yeesu tontu ne leen: “Yàqleen kër Yàlla gii, te ci ñetti fan laay ko dekkal.” Noonu Yawut yi ne ko: “Juróom-ñeent fukki at ak juróom-benn lañu doon tabax kër Yàlla gii, te yaa ngi koy yékkati ci ñetti fan?” Yowaana 2:18–20.</w:t>
      </w:r>
    </w:p>
    <w:p>
      <w:pPr>
        <w:pStyle w:val="ArticleBody"/>
        <w:jc w:val="left"/>
      </w:pPr>
      <w:r>
        <w:rPr>
          <w:rFonts w:ascii="Times New Roman" w:hAnsi="Times New Roman" w:eastAsia="Times New Roman" w:cs="Times New Roman"/>
        </w:rPr>
        <w:t>Kiristaa doon waxoon ci yaramam ci kàddu yooyu, waaye yonent yi yépp dañuy wax gën a bare ci bés yu mujj yi ngir bés yi ñu nekk woon. Dekkiwaayu Kirist ci ñetteelu bés bi, moo mel ni dekkiwaayu yax yu wow yi ci jamono jotali Xel mu Sell mi ci Yuuxu Diggante Guddi. Taw bi nekk mboolem seede Eliya, feeñ na ci jeexital jooju moo daje ak yonent Baal ak Ashtarot. Foofa la won ne Yàlla Eliya mooy dëgg-dëgg Yàlla ji, te itam ne Eliya mooy yonent bu dëgg bi.</w:t>
      </w:r>
    </w:p>
    <w:p>
      <w:pPr>
        <w:pStyle w:val="ArticleBody"/>
        <w:jc w:val="left"/>
      </w:pPr>
      <w:r>
        <w:rPr>
          <w:rFonts w:ascii="Times New Roman" w:hAnsi="Times New Roman" w:eastAsia="Times New Roman" w:cs="Times New Roman"/>
        </w:rPr>
        <w:t>Bi bëgg jàqleen bu njëkk ba agsee, feeñ na ne Protestan yi nekk nañu yonent yu dëggul, ni ko misaalal yonent yi Baal ak Ashtarot. Noonu moom waxtu bi Yàlla yeesal woon tàmbali, te mu jur bataaxal bu Waxu Diggante Guddi, bi indi Kirist ñëw gaaw ci Këram gu Sell gi. Waxu Diggante Guddi gi, misaal nañu ko ak bataaxalu Esekiyel bi yéegale yax yi, ba ñu doon mbooloo mu am kàttan lool. Te itam, ci diir boobu (ñeent-fukk ak juróom-benn at), ñaari yat ya waroon a booloo benn, ngir jur benn xeet, ak benn buur.</w:t>
      </w:r>
    </w:p>
    <w:p>
      <w:pPr>
        <w:pStyle w:val="ArticleScripture"/>
        <w:jc w:val="left"/>
      </w:pPr>
      <w:r>
        <w:rPr>
          <w:rFonts w:ascii="Times New Roman" w:hAnsi="Times New Roman" w:eastAsia="Times New Roman" w:cs="Times New Roman"/>
        </w:rPr>
        <w:t>Kàddu Boroom bi ñëwati ci man, ne ma: “Te itam, yaw doomu nit ki, jëlal benn bant, bind ci ne: ‘Ngir Yuda ak ngir doom-i Israayil, ñi ànd ak moom.’ Gannaaw loolu jëlal baneen bant, bind ci ne: ‘Ngir Yuusup, bant-u Efraayim, ak ngir kër gi yépp gu Israayil, ñi ànd ak moom.’ Te booleel leen, kenn ci kaneem kenn, mu nekk benn bant; te dinañu doon benn ci sa loxo. Bu doom-i sa nit ñi waxee ak yaw ne la: ‘Ndax doo nu won lu yii di tekki?’ waxal leen ne: ‘Nii la Boroom Yàlla waxe: Seetal, dinaa jël bant-u Yuusup, bi nekk ci loxo Efraayim, ak xeeti Israayil, ñi bokk ak moom, te dinaa leen boole ak moom, maanaam ak bant-u Yuda, te def leen benn bant; te dinañu doon benn ci sama loxo.’ Te bant yi nga ci bind, dinañu nekk ci sa loxo ci seen kanam. Te waxal leen ne: ‘Nii la Boroom Yàlla waxe: Seetal, dinaa jël doom-i Israayil ci biir xeet yi, fa ñu demoon, te dinaa leen dajale fu nekk, indi leen seen suuf. Te dinaa leen def benn xeet ci suuf si, ci tundu Israayil; te benn buur rekk moo di nekk seen buur, ñoom ñépp; te dootuñu nekkati ñaari xeet, te dootuñu xarati benn mukk ci ñaari nguur. Dootuñu tilimloo seen boppati ak seen xérëm yi, walla ak seen lu sibbe yi, walla ak benn ci seen moytoo yi; waaye dinaa leen musal ci bépp seen bérab bu ñu dëkkoon, fa ñu bàkkaaroon, te sellal leen; noonu dinañu doon sama nit ñi, te man dinaa doon seen Yàlla.’ Esekiyel 37:15–23.</w:t>
      </w:r>
    </w:p>
    <w:p>
      <w:pPr>
        <w:pStyle w:val="ArticleBody"/>
        <w:jc w:val="left"/>
      </w:pPr>
      <w:r>
        <w:rPr>
          <w:rFonts w:ascii="Times New Roman" w:hAnsi="Times New Roman" w:eastAsia="Times New Roman" w:cs="Times New Roman"/>
        </w:rPr>
        <w:t>Ñaari ñaari garab yi jigéen jiir ji dajale woon ngir waajal tawu Eliya ci Yuuxu Guddi bi, dañoo doon buur yàll yi bëj-gànnaaru ak bëj-saalumu Israyil yi ñu tasaaroo woon te waroon nañu leen dajale muy benn xeet ci 22 Oktoobar 1844, bi Bésu Njotjot gu mel ne mooy dëgg bi tàmbalee, ndaxte digéb bi mooy ne ca waxtu woowu Yàlla “dina leen sellal.” Sellal gi, buy tekki Àtteb Seetkat bi, tàmbalee na ca waxtu woowu. Dajale boobu ñaari garab yi war nañu ko xam bu baax, ndaxte Yàlla mas na feeñal mujjug mbir ak njàlbéenu mbir.</w:t>
      </w:r>
    </w:p>
    <w:p>
      <w:pPr>
        <w:pStyle w:val="ArticleBody"/>
        <w:jc w:val="left"/>
      </w:pPr>
      <w:r>
        <w:rPr>
          <w:rFonts w:ascii="Times New Roman" w:hAnsi="Times New Roman" w:eastAsia="Times New Roman" w:cs="Times New Roman"/>
        </w:rPr>
        <w:t>1844 mooy mujjoon naari buur yu Israayil ñaari woon, ndax ci jamono jooju dañoo nekkoon benn buur-reéw rekk, maanaam Israayil gu espiritueel, te dale fa ba kanam dañu wara doon benn xeet rekk. Ginnaaw loolu, seen jaar-jaari ndeyjoor bi dafa mel ni jaar-jaari njàlbéen bi, bi ñu nekkoon ñaari xeet, te loolu mooy jaar-jaari ngàngooru Jeroboam.</w:t>
      </w:r>
    </w:p>
    <w:p>
      <w:pPr>
        <w:pStyle w:val="ArticleBody"/>
        <w:jc w:val="left"/>
      </w:pPr>
      <w:r>
        <w:rPr>
          <w:rFonts w:ascii="Times New Roman" w:hAnsi="Times New Roman" w:eastAsia="Times New Roman" w:cs="Times New Roman"/>
        </w:rPr>
        <w:t>Jaar-jaarubam ci nguuram gu dul dëgg ci mbirum jaamu Yàlla war naa itam ñu fésal ko ci mujjum nguuram. Bëgg-bàyyi Aaróŋ bi ci njàlbéenu Israyil bu yàgg ak bëgg-bàyyi Jaar-jaarubam bi ci njàlbéenu nguur gu bëj-gànnaar, dañuy tegtal bëgg-bàyyi 1863, te 1863 dees na ko xam bu leer rekk su fekkee ne mujjum nguuram Jaar-jaarubam, ni ko boole gi ñaari bant di tegtal, ñu teg ko ci kaw 1863. Foofa la 1863 di feeñ bu leer ne mooy tegtalu ab xeetu nit ñi tabaxoon benn nataal bu kiñaan.</w:t>
      </w:r>
    </w:p>
    <w:p>
      <w:pPr>
        <w:pStyle w:val="ArticleBody"/>
        <w:jc w:val="left"/>
      </w:pPr>
      <w:r>
        <w:rPr>
          <w:rFonts w:ascii="Times New Roman" w:hAnsi="Times New Roman" w:eastAsia="Times New Roman" w:cs="Times New Roman"/>
        </w:rPr>
        <w:t>Dina yokk kàggu bii, dinañu yeggale gëstu bii ci beneen mbind.</w:t>
      </w:r>
    </w:p>
    <w:p>
      <w:pPr>
        <w:pStyle w:val="ArticleScripture"/>
        <w:jc w:val="left"/>
      </w:pPr>
      <w:r>
        <w:rPr>
          <w:rFonts w:ascii="Times New Roman" w:hAnsi="Times New Roman" w:eastAsia="Times New Roman" w:cs="Times New Roman"/>
        </w:rPr>
        <w:t>“Waaye du misaalu yax yu wow yii jëmeesu ci àddina rekkul, waaye itam ci ñi ñu barkeel ak leer gu mag; ndaxte ñoom itam mel nañu ni yax yi nekk ci xuru gi. Am nañu melow nit, taxawaayu yaram wi; waaye amuñu dund gu ruu. Waaye léeb bi bàyyiwul yax yu wow yi ci ñu bëggante rek ba muy mel ni nit; ndaxte doyul rekk ba am yaram wu mat ak cër yu jub. Noonu, ngelaw dund bi war na dundal yaram yi, ngir ñu taxaw baax te tàmbali liggéey. Yax yii dafa tekki kërug Israayil, mbooloom Yàlla; te yaakaaru mbooloom mi mooy dooley Xel mu Sell mi di dundal. Boroom bi war na wol ci yax yu wow yi, ngir ñu dund.”</w:t>
      </w:r>
    </w:p>
    <w:p>
      <w:pPr>
        <w:pStyle w:val="ArticleScripture"/>
        <w:jc w:val="left"/>
      </w:pPr>
      <w:r>
        <w:rPr>
          <w:rFonts w:ascii="Times New Roman" w:hAnsi="Times New Roman" w:eastAsia="Times New Roman" w:cs="Times New Roman"/>
        </w:rPr>
        <w:t>«Xelum Yàlla bi, ak kàttanam guy dundal, war na nekk ci bépp nit kuy liggéey, ngir bépp dooleb yaram ak bépp xobareb ruu ak yaram di jëfandikoo. Su amul Xelum Mi Sell mi, su amul sañ-sañu Yàlla, am na tàggatug xel mu leerul ci xol, ak réerug dund gu xel mu sell. Ñu bare ñi nekkul ci dund gu xel mu sell, tur yi ñu bind ci téeréy mbooloom mbooloo yi, waaye bindewuñu leen ci téereb dund bu Xar mi. Menees nañu bokk ak mbooloom mbooloo mi, waaye booloowuñu ak Boroom bi. Menees nañu nekk ñuy farlu lool ci matale ay warugar yu ñu leen tëral, te ñu jàpp leen ni nit ñuy dund; waaye ñu bare bokk nañu ci ña am ‘tur ne danga dund, te dee nga.’»</w:t>
      </w:r>
    </w:p>
    <w:p>
      <w:pPr>
        <w:pStyle w:val="ArticleScripture"/>
        <w:jc w:val="left"/>
      </w:pPr>
      <w:r>
        <w:rPr>
          <w:rFonts w:ascii="Times New Roman" w:hAnsi="Times New Roman" w:eastAsia="Times New Roman" w:cs="Times New Roman"/>
        </w:rPr>
        <w:t>“Su fekkeeñul ne am na soppe gu dëgg ci bakkan bi jëm ci Yàlla; su fekkeeñul ne noflaayu dundug Yàlla dundal na bakkan bi ngir dundug xel; su fekkeeñul ne ñi doon wax ne dañuy topp dëgg gi, ngir dëgg, ànd nañu ak pexe mu juddoo asamaan, kon ñoom duñu ñi juddoo ci peppu gu yàquwul, gi dund te sax ba fàww. Su fekkeeñul ne dañuy wéeru ci njubtey Kirist rekk ni seen aar gu kenn dul taxawal; su fekkeeñul ne dañuy roy jikkoom, di liggéey ci ruuam, dañuy nekk dëñ, soluñu mbubbam mu njub. Ñi dee, lu bari, dañu leen di jàpp ni ñiy dund; ndaxte ñi ngay liggéeyal li ñuy tudde seen mucc, ànd ak seeni xalaat yu boppam, Yàlla du leen di doxal ngir ñu bëgg te jëf li neex coobareem.”</w:t>
      </w:r>
    </w:p>
    <w:p>
      <w:pPr>
        <w:pStyle w:val="ArticleScripture"/>
        <w:jc w:val="left"/>
      </w:pPr>
      <w:r>
        <w:rPr>
          <w:rFonts w:ascii="Times New Roman" w:hAnsi="Times New Roman" w:eastAsia="Times New Roman" w:cs="Times New Roman"/>
        </w:rPr>
        <w:t>“Kilifa gi dafa mel na ciir yu wow te Ezekiel gisoon ci ay peeñ.” Review and Herald, 17 Samwiyee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Daniyeel — Limu juróom-ñaar fukk ak ñaar</dc:title>
  <dc:subject>Bokk bi ci Kàddug Yàlla: Dale ci xaajug Israayil gu mag ba ci mujju États-Unis</dc:subject>
  <dc:creator>Jeff Pippenger</dc:creator>
  <cp:keywords/>
  <dc:description>Generated by ArticleDigger from daniel\72_daniel.json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