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juróom-ñent fukk ak juróom-ñeent</w:t>
      </w:r>
    </w:p>
    <w:p>
      <w:pPr>
        <w:pStyle w:val="ArticleSubtitle"/>
        <w:jc w:val="left"/>
      </w:pPr>
      <w:r>
        <w:rPr>
          <w:rFonts w:ascii="Arial" w:hAnsi="Arial" w:eastAsia="Arial" w:cs="Arial"/>
        </w:rPr>
        <w:t>Feeñug Nguurug 1888 gi: Njàngat yu jóge ci Ñaareelu Maaseg Adventism bu Laodicea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Ñaareelu ñaareel bu Adventisme buy bokk ak Laodisée agsi na ci 1888, te xeetu maam wa ci misaal mi dañu ko tegtal ci Ezekiel sarax 8, ni ñaareelug seetaan, bi ñuy wone ci “néegu ay nataalam.”</w:t>
      </w:r>
    </w:p>
    <w:p>
      <w:pPr>
        <w:pStyle w:val="ArticleScripture"/>
        <w:jc w:val="left"/>
      </w:pPr>
      <w:r>
        <w:rPr>
          <w:rFonts w:ascii="Times New Roman" w:hAnsi="Times New Roman" w:eastAsia="Times New Roman" w:cs="Times New Roman"/>
        </w:rPr>
        <w:t>Noonu ma dugg bi, te gis; te xool, xeeti réy-réyu mbind mi di daw ci suuf, ak rab yu bañ-bañ, ak bépp xërëm kërug Israyil, ñu nataal leen ci miir mi wër bépp fan. Te juróom-ñaar-fukk ay góor ci magi kërug Israyil taxawoon nañu ci seen kanam, te ci biir seen digg taxawoon na Yaasaniya doomu Safan; ku nekk ak saafaraam ci loxoom, te niir gu dëgër gu cuuraay yéegoon na. Noonu mu ne ma: Doom-aadama, ndax gis nga li magi kërug Israyil di def ci lëndëm gi, ku nekk ci néegu nataalam? Ndaxte ñuy wax ne: Boroom bi gisuwul nu; Boroom bi bàyyi na suuf si. Ezekiel 8:10–12.</w:t>
      </w:r>
    </w:p>
    <w:p>
      <w:pPr>
        <w:pStyle w:val="ArticleBody"/>
        <w:jc w:val="left"/>
      </w:pPr>
      <w:r>
        <w:rPr>
          <w:rFonts w:ascii="Times New Roman" w:hAnsi="Times New Roman" w:eastAsia="Times New Roman" w:cs="Times New Roman"/>
        </w:rPr>
        <w:t>Néegu naxirkat yi màndarga tegu neen yu bon yi nekk ci xol ñi ñu melni mag ñi yu yàgg; te ñoom indiwnañu sax mboolem bon googu du ci néegu seeni xel rekk, waaye itam ci néegu kër-yàlla Yàlla.</w:t>
      </w:r>
    </w:p>
    <w:p>
      <w:pPr>
        <w:pStyle w:val="ArticleScripture"/>
        <w:jc w:val="left"/>
      </w:pPr>
      <w:r>
        <w:rPr>
          <w:rFonts w:ascii="Times New Roman" w:hAnsi="Times New Roman" w:eastAsia="Times New Roman" w:cs="Times New Roman"/>
        </w:rPr>
        <w:t>Buloo mburu ku nit ku am bët bët, te itamoo lekkam yu neex yi mu laal; ndaxte ni mu xalaate ci biiram, noonu la: “Lekkal te naan,” la lay wax; waaye xolam nekkul ak yow. Léeb yu Xelu 23:6, 7.</w:t>
      </w:r>
    </w:p>
    <w:p>
      <w:pPr>
        <w:pStyle w:val="ArticleBody"/>
        <w:jc w:val="left"/>
      </w:pPr>
      <w:r>
        <w:rPr>
          <w:rFonts w:ascii="Times New Roman" w:hAnsi="Times New Roman" w:eastAsia="Times New Roman" w:cs="Times New Roman"/>
        </w:rPr>
        <w:t>Ñaawteefu néex i xelal kër gu melni ci néeg yu xel, bindees na ci ñaari tërali yi: ci miir yi dëkkal kër Yàlla gi, ak ci miir yi ci xel yu mag ñi. Néeg yu nëbb yu xel yi ci ñaareelu bañ-bu-bonu bi nekk ci Ezekiyel saar juróom-ñett, dañuy tegtal xeetu ñaareel gi ci Adventisme Laodise bi; te ci ñaari bañ-bu-bonu yi, ñaareelu bañ-bu-bonu bi moo gën a jël waxtu ngir dëgëral benn rebelion buy am ci mbooloo mépp, doonte ñaari bañ-bu-bonu yépp dañu leen wone ni ay góor ñoo leen di def, fekk ñoom lañu waroon a doon wottukat yi ñu teg woon ngir aar nit ñi.</w:t>
      </w:r>
    </w:p>
    <w:p>
      <w:pPr>
        <w:pStyle w:val="ArticleScripture"/>
        <w:jc w:val="left"/>
      </w:pPr>
      <w:r>
        <w:rPr>
          <w:rFonts w:ascii="Times New Roman" w:hAnsi="Times New Roman" w:eastAsia="Times New Roman" w:cs="Times New Roman"/>
        </w:rPr>
        <w:t>“Mandargu mucc gi teginu ci ñi ‘di jooy ak di mettit ndax mboolem njubadi yi ñuy def.’ Léegi malaakam dee gi dem na, ni ko gisgisu Ezekiel wone ci nit ña yor jumtukaayi rey, ñoom ñi ñu jox ndigal li ne: ‘Reyleen ba noppi mag ak ndaw, janq ak xale yu ndaw, ak jigéen; waaye buleen jege kenn ku am mandarga gi ci moom; te tàmbaleen ci sama kër gu sell gi.’ Yonent bi ne: ‘Noonu ñu tàmbalee ci mag ña woon ca kanam kër ga.’ Ezekiel 9:1–6. Liggéeyu yàq gi tàmbalee na ci biir ñi wax ne ñooy wottukati askan wi ci mbirum ruu. Wottukati dëggadi yi ñooy ñiy jëkk a daanu. Amul kenn ku leen yërëm mbaa ku leen bàyyi. Góor, jigéen, janq ak xale yu ndaw dañuy dee ñoom ñépp benn.” The Great Controversy, 656.</w:t>
      </w:r>
    </w:p>
    <w:p>
      <w:pPr>
        <w:pStyle w:val="ArticleBody"/>
        <w:jc w:val="left"/>
      </w:pPr>
      <w:r>
        <w:rPr>
          <w:rFonts w:ascii="Times New Roman" w:hAnsi="Times New Roman" w:eastAsia="Times New Roman" w:cs="Times New Roman"/>
        </w:rPr>
        <w:t>Ngëm gi màndargu ñëwug maas gu ñaareel gi di bàyyi xel moom ci njiitu Adventisme bu Laodise, ni ko matalee ci Ndaje Màgg mi atum 1888 ca Minneapolis. Moom dafañu ko tegtal ci wax ji “magi kër Israayil,” te itam ci “juróom-ñaar-fukk nit ñi.” Juróom-ñaar-fukk mag lañu boolewoon ak liggéeyu Muse, te kurél ñaareelu taalibey Yeesu itam dafay nekk juróom-ñaar-fukk nit. “Juróom-ñaar-fukk” dafay mel ni njiite, ni ko “magi” itam di firndeel. Ñaareelu yàqute ga moo gën a jëfandikoo njàngat ci kaw njit ñi, te ci def loolu muy yokk taxawaayu yàqute ga nekk lu jëm ci benn ñàkk dégg-dëgg gu mbooleem njit ñi bokk.</w:t>
      </w:r>
    </w:p>
    <w:p>
      <w:pPr>
        <w:pStyle w:val="ArticleBody"/>
        <w:jc w:val="left"/>
      </w:pPr>
      <w:r>
        <w:rPr>
          <w:rFonts w:ascii="Times New Roman" w:hAnsi="Times New Roman" w:eastAsia="Times New Roman" w:cs="Times New Roman"/>
        </w:rPr>
        <w:t>Ci biir ñaari fukki mag ña ca cosaan ga, Jaasaaniya doomam Safaan moo fa taxawoon. Turu “Jaasaaniya” mooy “ki Yàlla dégg”, te mooy takkaay nguurug kilifay yi ñu fa daan, ñu gëm-bopp ba dëddu ci jamono ji Yàlla doon wax; ndaxte mu dégg Yàlla, waaye bëgguloon déglu ko, ndaxte daan na wax ne Yàlla bàyyi na ay nitam, te Yàlla gisul li doon xew ci néeg yu kumpa yi. Jaasaaniya moo doon “doomam Safaan”, te turu “Safaan” mooy “nëbb”. Tërali maas gu ñaareel gi di firndeel dikkug kilifay yu daan ngëm-bopp, te daan ñu dëddu ci jamono ji Yàlla doon wax, te daan nañu gëm ne Yàlla gisul seen jëf yi mbaa mu sax yebu ci ñoom.</w:t>
      </w:r>
    </w:p>
    <w:p>
      <w:pPr>
        <w:pStyle w:val="ArticleBody"/>
        <w:jc w:val="left"/>
      </w:pPr>
      <w:r>
        <w:rPr>
          <w:rFonts w:ascii="Times New Roman" w:hAnsi="Times New Roman" w:eastAsia="Times New Roman" w:cs="Times New Roman"/>
        </w:rPr>
        <w:t>Rakk bu jigéen White bind neñ ko woon waxtaan yi kilifte yi ci Adventisme bu Laodise woon di def biir General Conference bu 1888. Ca General Conference bu 1888, Yàlla won na Jigéen White ndaje yi kilifte yi daan am seen biir, ba ñu xalaat ne Yàlla déggul leen. Foofa, ci kumpaag bu néeg yi, ñu wax ay kàddu yu bon ci Jigéen White, doomam, ak Màggal yi Jones ak Waggoner. Ñu gëm ne man nañu wax ci yoon wu féete, ndaxte Yàlla mënul a gis leen ci seen néeg yu bopp, waaye Yàlla won na yonent bu jigéen bi waxtaan yooyu sax. Ñu nekkoon ci ab ndaje bu mbooloo, te ni xel mu sell mi waxee, dañuy dégg ndigal bu tawfek bu mujj bi, waaye bëgguñu ko dégg.</w:t>
      </w:r>
    </w:p>
    <w:p>
      <w:pPr>
        <w:pStyle w:val="ArticleBody"/>
        <w:jc w:val="left"/>
      </w:pPr>
      <w:r>
        <w:rPr>
          <w:rFonts w:ascii="Times New Roman" w:hAnsi="Times New Roman" w:eastAsia="Times New Roman" w:cs="Times New Roman"/>
        </w:rPr>
        <w:t>Lan moo juróom yóoyu moo juróom njàngat gu mel ni noonu, gu won nañu ci bunt bu leer rebellioon bi amoon ci atum 1888, ba tax Rakku jigéen White méngale ko ak rebellioon bu Koré, Datan ak Abiram?</w:t>
      </w:r>
    </w:p>
    <w:p>
      <w:pPr>
        <w:pStyle w:val="ArticleScripture"/>
        <w:jc w:val="left"/>
      </w:pPr>
      <w:r>
        <w:rPr>
          <w:rFonts w:ascii="Times New Roman" w:hAnsi="Times New Roman" w:eastAsia="Times New Roman" w:cs="Times New Roman"/>
        </w:rPr>
        <w:t>“Bu ngeen leer ci Xel mu Sell mi, dangeen gis mboolem njubadi googu ca Minneapolis ni mu mel, ni Yàlla di ko xool. Su fekkee ne du ma leen gisati mukk ci àddina sii, na ngeen wóor ne baal naa leen tiis bi ak metit bi ak ëttu xol bi ngeen indi ci man te kenn waralu ko. Waaye ngir sa bakkan, ngir ndax Kooku mi dee ngir yow, bëgg naa nga gis te nangoo seeni njuumte. Dëgg la ne booloo woon ak ñi bàyyiwuñu Xelu Yàlla. Am nga woon lépp lu lay doy ngir xam ne Boroom bi dafa doon liggéey jaarale ko ci Bokk yi Jones ak Waggoner; waaye jàppoo ngaul leer gi; te gannaaw yëg-yëg yi ngeen toppatoo, ak wax yi ñu wax ci dëgg gi, dangaul yëgoo ne yaakaar naa confess nga ne def nga lu bon, ne góor ñii am nañu ndigal gu jóge ca Yàlla, te yaw xeebal nga ndigal gi ak ñi ko yóbb.</w:t>
      </w:r>
    </w:p>
    <w:p>
      <w:pPr>
        <w:pStyle w:val="ArticleScripture"/>
        <w:jc w:val="left"/>
      </w:pPr>
      <w:r>
        <w:rPr>
          <w:rFonts w:ascii="Times New Roman" w:hAnsi="Times New Roman" w:eastAsia="Times New Roman" w:cs="Times New Roman"/>
        </w:rPr>
        <w:t>“Masuma gisuma, kenn maa gisuloon ci sunu nit ñi noonu dal gu dëgër ci seen bopp ak bañu nangu te nangoo leer gi, ni mu feeñee woon ca Minneapolis. Ñu won na ma ne kenn ci kuréel ga ñi dencoon xel mi feeñee ca ndaje ma du dellu a am leer gu sell ngir xàmme njariñu dëgg gi ñu leen yónnee asamaan, ba kera bi ñuy suufeel seen réy-réylu te wax dëgg ne Du Xelmu Yàlla moo leen doon yënguël, waaye seen xel ak seen xol dafa feesoon ak àtte yu jubadi. Boroom bi bëggoon na jege si ñoom, barkeel leen te faj leen ci seen réer gu ñu delloo, waaye nanguwunu déglu. Benn xel boobu moo leen doon yënguël, moom mi yënguël woon Koré, Datan ak Abiram. Goor ñooñu ci Israayil dogal nañu woon a weddi lépp lu leen di firndeel ne dañoo bàkkaar, te ñu dem ba tey ci seen yoon wu ñàkk mbégte ci xaalisug ndigal, ba baari nit ñu góor-góorlu ngir jàppale leen te booloo ak ñoom.”</w:t>
      </w:r>
    </w:p>
    <w:p>
      <w:pPr>
        <w:pStyle w:val="ArticleScripture"/>
        <w:jc w:val="left"/>
      </w:pPr>
      <w:r>
        <w:rPr>
          <w:rFonts w:ascii="Times New Roman" w:hAnsi="Times New Roman" w:eastAsia="Times New Roman" w:cs="Times New Roman"/>
        </w:rPr>
        <w:t>“Ñoom ñi doon kan? Du ñi néew doole, du ñi xamul, du ñi amul leerug xel. Ci boobu fippu, amoon na ñaar téeméeri juróom-fukk yuur nguur yu siiw ci mbooloo mi, nit ñu tedd. Lan mooyoon seeni seede? ‘Mbooloo mépp sell nañu, kenn ku nekk ci ñoom, te Boroom bi nekk na ci seen biir: lu tax nag yéen di yékkati seen bopp ci kaw mbooloom Boroom bi?’ [Numbers 16:3]. Bi Kora ak ay àndandoom sànkee ci dogalu Yàlla, nit ña ñu nax woon gisulñu loxob Boroom bi ci kéemaan boobu. Suba si topp, mbooloo mépp jiiñeeloon Muusa ak Aaroŋ ne, ‘Yéen rey ngeen nit ñi Boroom bi moom’ [Verse 41], te mbas mi daldi wàcc ci kaw mbooloo mi, te lu ëpp fukk ak ñent téeméer ña dee.”</w:t>
      </w:r>
    </w:p>
    <w:p>
      <w:pPr>
        <w:pStyle w:val="ArticleScripture"/>
        <w:jc w:val="left"/>
      </w:pPr>
      <w:r>
        <w:rPr>
          <w:rFonts w:ascii="Times New Roman" w:hAnsi="Times New Roman" w:eastAsia="Times New Roman" w:cs="Times New Roman"/>
        </w:rPr>
        <w:t>“Ba ma fas yéene a bàyyi Minneapolis, malaakam Boroom bi taxawoon sama wet ne ma: ‘Déedéet; Yàlla am na liggéey bu nga war a def fii. Nit ñi mingiy jëf ni ñi delloo ngirug Kora, Datan ak Abiram. Tegg naa la ci sa taxawaay bu baax, te ñi nekkul ci leer gi duñu ko nangu; duñu dégg sa seede; waaye man dinaa ànd ak yaw; sama yiw ak sama kàttan dinañu la dooleel. Du yaw lañuy xeeb, waaye ndaw ñi ak xibaar bi may yónni ci sama nit ñi. Wone nañu xeeb ci kàddug Boroom bi. Seytaane gumbal na seen bët yi te wallax na seen àtte; te bu dul ne baken bu nekk tuub seeni bàkkaar bii, moomu moom-sa-bopp bu sellul mi di toroxal Xel Yàlla, dinañu dox ci lëndëm. Dinaa yóbbu làmp bi bàyyi ko fa mu nekk, suñu tuubee te soppeeku, ngir ma wéral leen. Mucc nañu seeni gis-gis yu xel mu sell. Bëgguñu woon ne Yàlla feeñal ay Xelam ak dooleem; ndaxte am nañu xel mu ree ak sibb ci sama kàddu. Yàqute, ñàkk tegu, ñaawal ak caaxaan ñoo ñuy faral di def bés bu nekk. Sampuñu seen xol ngir seet ma. Dañuy dox ci ay xob yu seen bopp taal, te bu ñu tuubul dinañu tëdd ci naqari xol. Noonu la Boroom bi wax: Taxawal sa bérab bu war; ndaxte maa ngi ànd ak yaw, te duma la bàyyi mbaa duma la dëddu.’ Kàddu yii jóge ci Yàlla, man ñakkuma fit a bañ leen.”</w:t>
      </w:r>
    </w:p>
    <w:p>
      <w:pPr>
        <w:pStyle w:val="ArticleScripture"/>
        <w:jc w:val="left"/>
      </w:pPr>
      <w:r>
        <w:rPr>
          <w:rFonts w:ascii="Times New Roman" w:hAnsi="Times New Roman" w:eastAsia="Times New Roman" w:cs="Times New Roman"/>
        </w:rPr>
        <w:t>«Leer ngi di leer ci Battle Creek ak njaxlaf yu set te leer; waaye kan ci ñi amoon wàll ci ndaje ma ca Minneapolis ñëw na ci leer gi te nangu alal yu barey dëgg gi Boroom bi yónnee leen ko bókki asamaan? Kan ñoo toppandoo woon tànk ak tànk ak Njiit li, Yeesu Kirist? Kan ñoo def nañu waxu nangu gu mat ci seen cëru fitna bu jubul, seen gumba, seen iñar ak seetaan yu bon, seen weddi dëgg? Benn kenn; te ndax seen yàgg a bañ a nangu leer gi, leer googu bàyyi na leen gannaaw lool; dañu saxuloon ci yokkute ci yiw ak ci xam-xamu Kirist Yeesu sunu Boroom. Ñoom dañoo tëj a nangu yiw wi ñu soxla woon, bi ñu manoon a am, te moo leen doon def nit ñu dëgër ci xperience bu diine.»</w:t>
      </w:r>
    </w:p>
    <w:p>
      <w:pPr>
        <w:pStyle w:val="ArticleScripture"/>
        <w:jc w:val="left"/>
      </w:pPr>
      <w:r>
        <w:rPr>
          <w:rFonts w:ascii="Times New Roman" w:hAnsi="Times New Roman" w:eastAsia="Times New Roman" w:cs="Times New Roman"/>
        </w:rPr>
        <w:t>“Taxawaay bi ñu jël woon ca Minneapolis mel ni mooy ab tere bu ñu mënula daj, te moo tax ba ci lu bare mu tëj leen ak ñi di sikki-sàkka, ñi di laaj-laaj, ak ñi bëggul dëgg ak kàttanu Yàlla. Bu beneen jafe-jafe yu mag dikkee, ñi guddee loolu di bañ a nangu firnde yi dajaleeku ci kaw firnde yi, dees na leen dellu nattu ci boppu itam yi ñu feeñee ba leer ne ca lañu dale woon; te dina jafe ci ñoom a nangu li jóge ci Yàlla, ba bañ li jóge ci dooley lëndëm. Moo tax yoonu seen kaaraange kese mooy dox ci toroxte, di def yoon yu jub ngir seen tànk, ngir baña tax ñi lafañ ñàkk yoon. Dafay soppiku bépp lu ci aju ci kan lañuy booloo, ndax mbooloo ak nit ñi dox ak Yàlla te gëm ko di ko wóolu, walla ak nit ñi topp seen xel mu ñu foog ne moo baax, di dox ci ay leer yi seen bopp taal.”</w:t>
      </w:r>
    </w:p>
    <w:p>
      <w:pPr>
        <w:pStyle w:val="ArticleScripture"/>
        <w:jc w:val="left"/>
      </w:pPr>
      <w:r>
        <w:rPr>
          <w:rFonts w:ascii="Times New Roman" w:hAnsi="Times New Roman" w:eastAsia="Times New Roman" w:cs="Times New Roman"/>
        </w:rPr>
        <w:t>“Waxtu wi ak takute ak liggéey bi war a nekk ngir daan ñaari dooley ñiy liggéey ci contra dëgg gi, nekk na yàqub bu metti lool; ndaxte nun mën nanu woon nekk ay at yu bare jiitu ci xam-xamu ngëm; te ñu bare, barey bàkka yu nekk woon nañu yokku ci kanam mbooloom kërceen gi su fekkee ne ñi waroon dox ci leer gi toppoon nañu ngir xam Boroom bi, ba xam ne génn-gooroom waajal nañu ko ni suba si. Waaye bu baaxee ne war nañu jëfandikoo liggéey bu bare ci biir kërceen gi ngir daan dooley ñiy liggéey ña taxawoon ni miirug granit ci kanam dëgg gi Yàlla yónnee ci ay nitam, àddina bi des na ci lëndëm gu tollu.”</w:t>
      </w:r>
    </w:p>
    <w:p>
      <w:pPr>
        <w:pStyle w:val="ArticleScripture"/>
        <w:jc w:val="left"/>
      </w:pPr>
      <w:r>
        <w:rPr>
          <w:rFonts w:ascii="Times New Roman" w:hAnsi="Times New Roman" w:eastAsia="Times New Roman" w:cs="Times New Roman"/>
        </w:rPr>
        <w:t>«Yàlla bëggoon na ne wottukat yi jog, te ak benn baat yu booloo yónnee ndigal gu dëgër, di joxe bucc-bu xam-xam bu wóor, ngir nit ñépp man a gaaw a dem ca seen bérabub warugar te def seen cër ci liggéey gu mag ga. Noonu leer gu am doole, gu set wecc, gu ange boobu beneen bi miy wàcc jóge asamaan, te am katanu réy, dinaa feesaloon suuf si ak ndamam. Nu ngi ay at ca ginnaaw; te ñi taxawoon ci gumba, te tere yokkute bu njël saas boobu sax, bi Yàlla bëggoon ne mu génne ci ndaje Minneapolis mel ni làmp buy lakk, war nañu toroxal seen xol kanam Yàlla, te gis ak xam ni naka la liggéey bi tereekuwoon ndax gumba gu nekk ci seen xel ak dëgërug xol. » Manuscript Releases, volume 14, 107–111.</w:t>
      </w:r>
    </w:p>
    <w:p>
      <w:pPr>
        <w:pStyle w:val="ArticleBody"/>
        <w:jc w:val="left"/>
      </w:pPr>
      <w:r>
        <w:rPr>
          <w:rFonts w:ascii="Times New Roman" w:hAnsi="Times New Roman" w:eastAsia="Times New Roman" w:cs="Times New Roman"/>
        </w:rPr>
        <w:t>Lan mooy li taxoon njit yi won nañu noonu ubbiku ci 1888, ba tax ñu Sister White dajale ko ak réewum Koré, Datan ak Abiram? Tontu bi, ci lu leer, nekk na ci réewum 1863, mi xàjjaloon yoon wi ngir li Esekiel déggaloon ne dina doon yeneeni ñaawte yu gëna réy. Bañ “juróom-ñaari yoon yi” ci Levitique 26, te dugal ay xaalu fen, dina jur soxla ngir saxal fen wu 1863. Noonu nag, Miller dina seetaan ni ay jewelam tasaaroo te ñu muur leen ak mbalit ak ay jewel yu fen ak xaalis yu fen. Kàddug àddina si ne: “taariix dafa ñuy bind ko ci way dàqaat yi.”</w:t>
      </w:r>
    </w:p>
    <w:p>
      <w:pPr>
        <w:pStyle w:val="ArticleBody"/>
        <w:jc w:val="left"/>
      </w:pPr>
      <w:r>
        <w:rPr>
          <w:rFonts w:ascii="Times New Roman" w:hAnsi="Times New Roman" w:eastAsia="Times New Roman" w:cs="Times New Roman"/>
        </w:rPr>
        <w:t>Doonte sax ci dëgg-dëgg ñoo doon noonu, ñi jiite mbooloom Awaañis bu Laodisee bi, ñoo jëfandikoo waxtu ak coono ngir tabax ab nettali jaar-jaar bu yéegale ngëmbaat gu gën a yokku gi ci biir ñenti maas yi, ci jéem a teg ngëmbaat googu ci leer gu sore lool ak jaar-jaar ju dëgg ji malaaykai asamaan yi bind. Soppi jaar-jaar mooy benn mandarga bu mag bu Jesuit yi ci Kërgu Yàlla gu Katolik gi, te soppi jaar-jaar doon na seen liggéey ak seen njariñ ci ñi bind jaar-jaar ci biir Awaañis yi ci Laodisee. Li ñuy bind tey jii ñu wax ne ay “istoriyen” yu Awaañis ci Laodisee ci mbirum ndaje Mbooloo Gu Mag gu Minneapolis mooy misaal bu leer loolu ci soppi jaar-jaar.</w:t>
      </w:r>
    </w:p>
    <w:p>
      <w:pPr>
        <w:pStyle w:val="ArticleBody"/>
        <w:jc w:val="left"/>
      </w:pPr>
      <w:r>
        <w:rPr>
          <w:rFonts w:ascii="Times New Roman" w:hAnsi="Times New Roman" w:eastAsia="Times New Roman" w:cs="Times New Roman"/>
        </w:rPr>
        <w:t>Amaana na am na benn ci ay ñu bokkoon ca ñi fippu jógé ca ndaje ma, ñu mujje tuub; waaye lu nekk lu weesu yoon bi, du dindi yoon bi ci boppam. Digleef nañu Maam White mu des fa te bind ndaje ma, ndaxte fippug Koré, Datan ak Abiram dafa doon dellusi. Ñu bind jaar-jaari Adventist yi, suñu tabaxee seede bi ci wër ndax wax ji ci njubte gu jaar ci ngëm degg nañu ko walla dégguñu ko; bañ nañu ko walla bañu ko; mbaa gannaaw gi nangu nañu ko, loolu mooy daw seede gu wax ci xel mu Sell mi te di fippu gu ñu misaal ci Koré, Datan ak Abiram.</w:t>
      </w:r>
    </w:p>
    <w:p>
      <w:pPr>
        <w:pStyle w:val="ArticleBody"/>
        <w:jc w:val="left"/>
      </w:pPr>
      <w:r>
        <w:rPr>
          <w:rFonts w:ascii="Times New Roman" w:hAnsi="Times New Roman" w:eastAsia="Times New Roman" w:cs="Times New Roman"/>
        </w:rPr>
        <w:t>Kan ci ñetti ñaari nag yu weddi yooyu, kan la bindu Musaa wone ne mu tuub gannaaw loolu te nangu ko dellusi ci njiitu ak Musaa?</w:t>
      </w:r>
    </w:p>
    <w:p>
      <w:pPr>
        <w:pStyle w:val="ArticleScripture"/>
        <w:jc w:val="left"/>
      </w:pPr>
      <w:r>
        <w:rPr>
          <w:rFonts w:ascii="Times New Roman" w:hAnsi="Times New Roman" w:eastAsia="Times New Roman" w:cs="Times New Roman"/>
        </w:rPr>
        <w:t>“Koré, mi doon xel gu jiite ci yëngu-yëngu bii, bokk na woon ci waa Lewi, ci njabootu Kahat, te muy mbokkum Musaa; dafa doon nit ku am kàttan ak yelleef. Doonte dees ko sampoon ngir liggéeyu kër yàlla gu ñuy wax tabernacle, moo tax mu nekkul woon ku kontaan ak bérabam te mu bëgg a jot ci màggalu saraxalekat yi. Jox Aaróon ak këram liggéeyu saraxalekat gi, mi nekkoon lu daan dikk ci doom ji njëkk bu nekk ci kër gu nekk, dafa indi woon kiñaan ak ñàkk mbégte, te ab diir Koré dafa doon, ci sutura, weddi sañ-sañu Musaa ak Aaróon, doonte jëf ju biraluy rébél la woon muñul a jéem. Mu mujjee fas xel mu ñeme lool ngir daan ñaar ñi, mooy sañ-sañu nguur gi ak sañ-sañu diine ji. Mu ñakkul woon it ñi koy yéene. Jigeen ak kër-yàllu Koré ak waa Kahat, ci wetu bëj-saalumu tabernacle bi, foofu la xeetu Ruben sampoo woon; kër-yàllu Datan ak Abiram, ñaari boroom daraja ci xeet woowu, nekkoon na ñu jege kër-yàllu Koré. Boroom daraja yooyu booloo nañu gaaw ci pexeem yu ñuul yu bare bëgg-bopp. Ndaxte ñoom ay sëtub doom ji gëna mag ci Yàqub lañu woon, ñu naan sañ-sañu nguur gi yépp ñoom a ko yelloo, te ñu dogal a séddoo ak Koré teranga yi ak màggali saraxalekat gi.”</w:t>
      </w:r>
    </w:p>
    <w:p>
      <w:pPr>
        <w:pStyle w:val="ArticleScripture"/>
        <w:jc w:val="left"/>
      </w:pPr>
      <w:r>
        <w:rPr>
          <w:rFonts w:ascii="Times New Roman" w:hAnsi="Times New Roman" w:eastAsia="Times New Roman" w:cs="Times New Roman"/>
        </w:rPr>
        <w:t>“Melokaanu xel ci biir nit ñi dafa dëppook woon ak pexey Koré. Ci metitug seen naqar, seeni njàqare yu njëkk, kiñaan ak bañ baa dellusiwaat, te seen ñaawle yoon wi jëmwaat ci seen kilifa bu muñ. Bànni Israyil dañoo doon sax di fàtte ne ñoom dañoo nekkoon ci ndigalu Yàlla. Ñoom fàtte nañu ne Malaaka kóllëre ga mooyoon seen kilifa bu ñu gisul; ne, mu buurloo ci kennug niir gu lëndëm, ngëneelu Almasi moo leen jiituwoon; te ci Moom la Musaa jotee mbooleem santaaneem.”</w:t>
      </w:r>
    </w:p>
    <w:p>
      <w:pPr>
        <w:pStyle w:val="ArticleScripture"/>
        <w:jc w:val="left"/>
      </w:pPr>
      <w:r>
        <w:rPr>
          <w:rFonts w:ascii="Times New Roman" w:hAnsi="Times New Roman" w:eastAsia="Times New Roman" w:cs="Times New Roman"/>
        </w:rPr>
        <w:t>«Ñoom bëgguñu woon a suufeeku ci àtte bu tiis bi ne ñoom ñépp dañuy dee ca màndiŋ ma; te moo tax ñu nekkoon waajal a jàpp ci bépp layu ngëm ne du Yàlla waaye Musaa moo leen di jiite, te moom it moo leen yégle woon seen alxolankor. Jëf ju gën a baax ju ki gën a lewet ci suuf si def, manula woon a dalal moytadiwug xeet wii; te doonte màndargay merug Yàlla ci seen ngàññ gu weesu woon dafa doon feeñ teew ci seen sàpp yu tasaaroo ak limu nit ñi ñu ñàkk, fekk nañu ne jàngoro ji duggul seen xol. Benn yoonaat it, nattu gi dafa leen noot.» Patriarchs and Prophets, 395, 396.</w:t>
      </w:r>
    </w:p>
    <w:p>
      <w:pPr>
        <w:pStyle w:val="ArticleBody"/>
        <w:jc w:val="left"/>
      </w:pPr>
      <w:r>
        <w:rPr>
          <w:rFonts w:ascii="Times New Roman" w:hAnsi="Times New Roman" w:eastAsia="Times New Roman" w:cs="Times New Roman"/>
        </w:rPr>
        <w:t>Adventisme Laodise bi tàmbalee ci atum 1856, te ci 1863 mu doon jàngat bu ñu bind ci yoon ni mbooloom Adventiste Laodise. Naka ko ñu jëfandikoo ba noppi ci jàngoro yu jiitu yi, amul benn seede bu wax ci xel mu ànd ak xam-xamu Yàlla buy won ne Laodise mukk dina mucc. Mënul a mucc ludul su tuubee ci sa tolluwaayam, te nangu xew-xewu bi Filadelfi di firndeel. Laodise mooy xeet wu ñuy àtte, ci nees ko weesu génne ko ci gémmiñu Boroom bi. Ci ni mu doon mbooloom Laodise, wax ju jóge ci xel mu sell jiñ na ne mbooloo mi dogaloon nañu ko mu wër baaxal ci màndiŋ bi, ni Israayil bu yàgg ba noppi.</w:t>
      </w:r>
    </w:p>
    <w:p>
      <w:pPr>
        <w:pStyle w:val="ArticleBody"/>
        <w:jc w:val="left"/>
      </w:pPr>
      <w:r>
        <w:rPr>
          <w:rFonts w:ascii="Times New Roman" w:hAnsi="Times New Roman" w:eastAsia="Times New Roman" w:cs="Times New Roman"/>
        </w:rPr>
        <w:t>Kan ci ñi ñàkk dégg-dégg yu Israyil gu yàgg ba tey, yan ñoo wër ci màndiŋ ma diirub ñeent-fukk at, te gannaaw loolu dugg ci Réew ma ñu Dige woon? Amul benn bakkan; te seeni wër-wëram dafa mel ci misaalu wër-wëru Israyil bu jamono jii.</w:t>
      </w:r>
    </w:p>
    <w:p>
      <w:pPr>
        <w:pStyle w:val="ArticleBody"/>
        <w:jc w:val="left"/>
      </w:pPr>
      <w:r>
        <w:rPr>
          <w:rFonts w:ascii="Times New Roman" w:hAnsi="Times New Roman" w:eastAsia="Times New Roman" w:cs="Times New Roman"/>
        </w:rPr>
        <w:t>Njuumte gu Koré, Datan ak Abiram (mi mel ni njuumtey 1888), dafa sukkandiku ci seen bañ a nangu àtte bi ñu tëral ci askan wi, di leen jox ndigal ñu wër forty at ci màndiŋ ma. Njuumtey 1888 moom it, dafa sukkandiku ci bañu njiit yi bañ a nangu wax ji leen tëral ni ñoomo Laodicea te di leen jox ndigal ñu wër yeneen at yu bare ci màndiŋ ma ndax seen moytu yépp.</w:t>
      </w:r>
    </w:p>
    <w:p>
      <w:pPr>
        <w:pStyle w:val="ArticleScripture"/>
        <w:jc w:val="left"/>
      </w:pPr>
      <w:r>
        <w:rPr>
          <w:rFonts w:ascii="Times New Roman" w:hAnsi="Times New Roman" w:eastAsia="Times New Roman" w:cs="Times New Roman"/>
        </w:rPr>
        <w:t>“Bataaxal bi A. T. Jones ak E. J. Waggoner joxoon nu, mooy bataaxalu Yàlla bu ñëw ci jàngoro Laodise; te alkande ñëwatu ci képp ku wax ne gëm na dëgg teewul yeneen ñi leer yi Yàlla joxe.” The 1888 Materials, 1053.</w:t>
      </w:r>
    </w:p>
    <w:p>
      <w:pPr>
        <w:pStyle w:val="ArticleBody"/>
        <w:jc w:val="left"/>
      </w:pPr>
      <w:r>
        <w:rPr>
          <w:rFonts w:ascii="Times New Roman" w:hAnsi="Times New Roman" w:eastAsia="Times New Roman" w:cs="Times New Roman"/>
        </w:rPr>
        <w:t>Mag yu mag ñëwoon yi, ñi waroon a doon sàmmkat yi ca askan wi ci 1888, dañoo gëm ne ñoom dañoo “barele te yokku ci alal”. Dinañu seet li jur xaalis boobu lu jiitu 1888, ci mbind mi ci topp.</w:t>
      </w:r>
    </w:p>
    <w:p>
      <w:pPr>
        <w:pStyle w:val="ArticleScripture"/>
        <w:jc w:val="left"/>
      </w:pPr>
      <w:r>
        <w:rPr>
          <w:rFonts w:ascii="Times New Roman" w:hAnsi="Times New Roman" w:eastAsia="Times New Roman" w:cs="Times New Roman"/>
        </w:rPr>
        <w:t>“Sama ruu metti na lool ci gis ni ñenn ñi amoon leer ak dëgg nangu nañu bu gaaw naxaluy Seytaane, te ñu sànku ci sellug fen. Bu nit ñi dëddu bàyyi teeru màndarga yi Boroom bi samp ngir nu man a xam sunu taxawaay, ni ko waxe yonent ci kàddug Yàlla, dem naa ñuy dem te xamuñu fu ñuy jëm.</w:t>
      </w:r>
    </w:p>
    <w:p>
      <w:pPr>
        <w:pStyle w:val="ArticleScripture"/>
        <w:jc w:val="left"/>
      </w:pPr>
      <w:r>
        <w:rPr>
          <w:rFonts w:ascii="Times New Roman" w:hAnsi="Times New Roman" w:eastAsia="Times New Roman" w:cs="Times New Roman"/>
        </w:rPr>
        <w:t>“Damay xalaat naa ne ndax ñàkk dégg-dëgg gu wér mas naa man a wér. Jàngal ci Patriarchs and Prophets mbirum ñàkk dégg-dëgg gu Koré, Daatan ak Abiraam. Ñàkk dégg-dëgg googu yaataloon na, te moo ëmb lu ëpp ñaar nit. Ñaari téeméeri ak juróom-fukk ay kilifay mbooloo mi, yu mag te siiw, ñoo ko jiite woon. Tuddeleen ñàkk dégg-dëgg ci turam bu dëgg, te tuddeleen sàdd yoonu ngëm ci turam bu dëgg, ba noppi ngeen seet ne xew-xewi askanu Yàlla yaa ngi cosaan jii, ak mbooleem jëf yu diis, bindees na leen ak kóllëre ngir ñu dugg ci jaar-jaar. Mbind mi wax na ne: ‘Lii lépp … bindees na ngir nu jàng ci ko, yéen ñi mujjug àddina jotee ci seen kaw.’ Te bu góor ak jigéen ñi xam dëgg gi soree noonu ak seen Kilifa bu Mag, ba ñuy jël kilifa bu mag bu sàdd yoonu ngëm, di ko tudde Kirist sunu Njubte, loolu ndaxte duñu suux ci biir xottiy dëgg gi. Duñu man a xàjjal xeer wu wert wi ak jumtukaay ju ñaaw ji.”</w:t>
      </w:r>
    </w:p>
    <w:p>
      <w:pPr>
        <w:pStyle w:val="ArticleScripture"/>
        <w:jc w:val="left"/>
      </w:pPr>
      <w:r>
        <w:rPr>
          <w:rFonts w:ascii="Times New Roman" w:hAnsi="Times New Roman" w:eastAsia="Times New Roman" w:cs="Times New Roman"/>
        </w:rPr>
        <w:t>“Jàngal artu yi bari lool ci Kàddug Yàlla ngir yeneen waxkat yu dëggul yi di ñëw ak seen ay bàkkaar yu jubadi, te bu nekk su fekkee, dinañu nax ba sax ñi tànn. Ak yëgle yii, lu tax mooy ne mbooloom gëmkat yi xamantalul lu dëgg ak lu dul dëgg? Ñi ñu nax nii benn anam walla beneen, war nañu toroxlu ci kanam Yàlla te tuub dëgg-dëgg, ndaxte naxees nañu leen yomb lool. Xamuñu baatub Sàmmkat bu dëgg ba ak bu ku doxandéem. Na ñépp ñooñu dellu xool xëtu seen jaar-jaaru dund bii.”</w:t>
      </w:r>
    </w:p>
    <w:p>
      <w:pPr>
        <w:pStyle w:val="ArticleScripture"/>
        <w:jc w:val="left"/>
      </w:pPr>
      <w:r>
        <w:rPr>
          <w:rFonts w:ascii="Times New Roman" w:hAnsi="Times New Roman" w:eastAsia="Times New Roman" w:cs="Times New Roman"/>
        </w:rPr>
        <w:t>«Luutu gën a bari juróom-ñaar-fukk at, Yàlla moo doon jox ay nitam leer ci kaw seede yi jóge ci Xelam. Ndax gannaaw lépp lii, dafa des ba ñu bàyyi ay góor yu néew ak seeni jabar ñu delloo mboolem kërceenug gëmkat yi ci dëgg, di wax ne Mame White ab naaféq la te ab naggukat? “Ci seen meññeef ngeen leen di xàmme.”»</w:t>
      </w:r>
    </w:p>
    <w:p>
      <w:pPr>
        <w:pStyle w:val="ArticleScripture"/>
        <w:jc w:val="left"/>
      </w:pPr>
      <w:r>
        <w:rPr>
          <w:rFonts w:ascii="Times New Roman" w:hAnsi="Times New Roman" w:eastAsia="Times New Roman" w:cs="Times New Roman"/>
        </w:rPr>
        <w:t>“Ñi mën a man a xeeb ci wàllu lëpp lu nekk ay firnde yi Yàlla jox na leen, te soppi xéewal boobu mu nekk musiba, dañuy yëngatu ngir kaaraangeen seen bakan yu bopp. Seen ndabtal leer dinañu ko jële ci bérabam bu ñu tuubee. Boroom bi dañu ko toroxal. Saaful dëgg gi, di waxin malaaka bi jëkk, ñaareel bi, ak ñetteel bi, bàyyi nañu ko mu réer ci suuf si. Su fekkee ne ñi taxawal ngir wottu ñooy réeral nit ñi ci noonu, Yàlla dina teg ci kaw ay bakkan yeneen yëfandikook seen ñàkk xel mu ñor ngir xàm ban xeetu lekk lañuy jox gàllankooram.”</w:t>
      </w:r>
    </w:p>
    <w:p>
      <w:pPr>
        <w:pStyle w:val="ArticleScripture"/>
        <w:jc w:val="left"/>
      </w:pPr>
      <w:r>
        <w:rPr>
          <w:rFonts w:ascii="Times New Roman" w:hAnsi="Times New Roman" w:eastAsia="Times New Roman" w:cs="Times New Roman"/>
        </w:rPr>
        <w:t>“Njàngat gu wor na am nañu, te Boroom bi may na mbir yu mel nii ñu sax ci jamono yu weesu ngir won ni ay nitam di yomb a réer bu baax suñu sukkandikoo ci kàdduy nit, te bañ a seet Mbind mi ci seen bopp, ni Bere yi tedd ga defoon, ngir gis ndax mbir yooyu deyoon dëgg. Te Boroom bi may na it ñu amal mbir yu mel noonu ngir waare yi mën a joxe ne mbir yu mel yooyu dinañu am.”</w:t>
      </w:r>
    </w:p>
    <w:p>
      <w:pPr>
        <w:pStyle w:val="ArticleScripture"/>
        <w:jc w:val="left"/>
      </w:pPr>
      <w:r>
        <w:rPr>
          <w:rFonts w:ascii="Times New Roman" w:hAnsi="Times New Roman" w:eastAsia="Times New Roman" w:cs="Times New Roman"/>
        </w:rPr>
        <w:t>“Ñàkk dégg ak ñàkk ngëm nekk na ci sax, mel ni biir ngelaw li nu di noflaay. Dañuy jot ci seen jëf, su fekkee ne daanuwul ci Kirist ci ngëm, di taxaw sunuy ruu yu amul doole ci moom. Bu góor ñi di lépp lu yomb ci ñu réeral leen tey, naka lañuy taxaw bu Seytaane soloo boppam ni Kirist, di def kéemaan? Kan mooy baaxul yëngu ci ay wone yu mu di waxtaan booba—mi ngi wax ne moom mooy Kirist, te du dara ludul Seytaane miy yeb personu Kirist, te di mel ni miy def jëfi Kirist? Lan mooy téye askanu Yàlla bañ a jox seen déggal ay kirist yu dul dëgg? ‘Buleen topp leen.’”</w:t>
      </w:r>
    </w:p>
    <w:p>
      <w:pPr>
        <w:pStyle w:val="ArticleScripture"/>
        <w:jc w:val="left"/>
      </w:pPr>
      <w:r>
        <w:rPr>
          <w:rFonts w:ascii="Times New Roman" w:hAnsi="Times New Roman" w:eastAsia="Times New Roman" w:cs="Times New Roman"/>
        </w:rPr>
        <w:t>“Warug njàng yi war na ñu xam leen bu leer. Góor ñi nangu ngir yégle dëgg gi war nañu sax te taxaw bu baax; noonu seen gaal dina man a jàpp ci ngelaw ak mbëkk-mi, ndaxte ankaas bi mooy leen téye bu wér. Naxtéefi yéex yi dinañu gën a yokku, te sunu war mooy tudde rebeliyoŋ ci turam ju jub. War nañu taxaw fekk yépp jumtukaayi xare yi sol nañu ko. Ci xare bii, du nit ñu rekk lanu di dajeel, waaye boroom-kàttan ak boroom-sañ-sañ. Dunu bëre ak yaram ak deret. Nañu jàng Efes 6:10–18 ak teey bu baax te ak doole ci sunuy mbooloy jaamu Yàlla yi.”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juróom-ñent fukk ak juróom-ñeent</dc:title>
  <dc:subject>Feeñug Nguurug 1888 gi: Njàngat yu jóge ci Ñaareelu Maaseg Adventism bu Laodicea</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