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Limub Juróom-Ñett Fukk##</w:t>
      </w:r>
    </w:p>
    <w:p>
      <w:pPr>
        <w:pStyle w:val="ArticleSubtitle"/>
        <w:jc w:val="left"/>
      </w:pPr>
      <w:r>
        <w:rPr>
          <w:rFonts w:ascii="Arial" w:hAnsi="Arial" w:eastAsia="Arial" w:cs="Arial"/>
        </w:rPr>
        <w:t>Mujj ak Njëlbéenug Ay Peeñ yi: Peeñ bu mujj bu ubbeeku bu Ellen White ci atum 1884 ak soloom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Ci atum 1884, Ellen White am na gis peñam gu mujj. Dees na ko ci Portland, Oregon. Peñam gu mujj ga mu amoon, dees na ko ko ci atum 1844, ci Portland, Maine. Yeesu dafa sax wone mujjug benn mbir ak njàlbéenu benn mbir.</w:t>
      </w:r>
    </w:p>
    <w:p>
      <w:pPr>
        <w:pStyle w:val="ArticleScripture"/>
        <w:jc w:val="left"/>
      </w:pPr>
      <w:r>
        <w:rPr>
          <w:rFonts w:ascii="Times New Roman" w:hAnsi="Times New Roman" w:eastAsia="Times New Roman" w:cs="Times New Roman"/>
        </w:rPr>
        <w:t>“Gannaaw jamono ji weesoo yàgg ci atum 1844, ñu may ma sama njëkk vision. Damaa doon seeti Madame Haines ci Portland, ab rakk bu bëgg ci Kirist, ki xolam boole woon ak sama xol; nun juróom-ñaar, ñépp jigéen, dañoo sukkandiku woon te ne tekk ci altar bu njaboot gi. Bi nu doon ñaan, kàttanu Yàlla wàcc na ci man ni ma ko masul woon a yëg lu mel noonu.”</w:t>
      </w:r>
    </w:p>
    <w:p>
      <w:pPr>
        <w:pStyle w:val="ArticleScripture"/>
        <w:jc w:val="left"/>
      </w:pPr>
      <w:r>
        <w:rPr>
          <w:rFonts w:ascii="Times New Roman" w:hAnsi="Times New Roman" w:eastAsia="Times New Roman" w:cs="Times New Roman"/>
        </w:rPr>
        <w:t>“Dama mel ni ma nekk ni déggoon ma leer, te ni may yéegaat gën a kawe ci suuf. Ma wëlbatiku ngir seet nit ñi gëm Njëlbéen ga ci àddina, waaye gisuma leen, ba keroog baat bu ma wax ne: «Xoolaatal, te xoolal tuuti gën a kawe.» Ci loolu, yékkati naa sama bët, te gis yoon wu jub te xat, yu ñu yékkati fu kawe bàyyi ko ci kaw àddina. Ci yoon woowu la nit ñi gëm Njëlbéen ga doon dox jëm ca dëkk ba nekk ca jeexital yoon wa. Am nañu woon leer gu xonq set ci ginnaaw seen, ca njàlbéenu yoon wa, te malaaka waxoon na ma ne mooy «yuuxu guddi-ràpp bi.» [XOOL MACË 25:6.] Leer googu doon leeral yoon wépp, te di leen may leer ci seen tànk, ngir bañ a daanu.”</w:t>
      </w:r>
    </w:p>
    <w:p>
      <w:pPr>
        <w:pStyle w:val="ArticleScripture"/>
        <w:jc w:val="left"/>
      </w:pPr>
      <w:r>
        <w:rPr>
          <w:rFonts w:ascii="Times New Roman" w:hAnsi="Times New Roman" w:eastAsia="Times New Roman" w:cs="Times New Roman"/>
        </w:rPr>
        <w:t>“Bu ñuy téye seen bët ci Yeesu, mi nekkoon ci seen kanam, di leen jiite jëm ca dëkk ba, dañoo nekkoon ci kaaraange. Waaye gannaaw loolu, ñenn sonn, ne dëkk ba sore lool, te yaakaar nañu woon ne dañu war a dugg ca ba noppi. Noonu Yeesu daan leen dëggal fit ak yékkati ayu ndeyjooram bu tedd bi; te ca ayu loolu génn leer gu wéy, di wërsi ca mbooloom adwaana ba, ñu daldi wax ci xaacu ne: ‘Alleluia!’ Ñeneen nag, ak gaaw-gaaw gu ñàkk xel, weddi nañu leer gi nekkoon ca gannaawam, ne du Yàlla moo leen jiite ba fii. Leer gi nekkoon ca gannaawam faj na, ba seeni tànk des ci lëndëm gu mat sëkk, ñu daldirëx, bay gisatul mandarga ga ak Yeesu, te daanu ba génn yoon wi, wàcc ca suuf, ca àddina suul ak bon ba.” Christian Experience and Teachings of Ellen G. White, 57.</w:t>
      </w:r>
    </w:p>
    <w:p>
      <w:pPr>
        <w:pStyle w:val="ArticleBody"/>
        <w:jc w:val="left"/>
      </w:pPr>
      <w:r>
        <w:rPr>
          <w:rFonts w:ascii="Times New Roman" w:hAnsi="Times New Roman" w:eastAsia="Times New Roman" w:cs="Times New Roman"/>
        </w:rPr>
        <w:t>Ci biografi Ellen White bi am juróom-benn yi, bi sëtam Arthur L. White bind, mu ngi fa jot wax ji John Loughborough waxoon ca Ndajem Réew mi ñuy wax General Conference Session bu 1893 ba.</w:t>
      </w:r>
    </w:p>
    <w:p>
      <w:pPr>
        <w:pStyle w:val="ArticleScripture"/>
        <w:jc w:val="left"/>
      </w:pPr>
      <w:r>
        <w:rPr>
          <w:rFonts w:ascii="Times New Roman" w:hAnsi="Times New Roman" w:eastAsia="Times New Roman" w:cs="Times New Roman"/>
        </w:rPr>
        <w:t>“Loughborough, bi mu doon waxtaan ci atum Mbootaayu Ñëwkat yi, juróom-ñeenti at gannaaw loolu, nee na: “Gis naa Sister White ci peeñu yàlla lu mat juróom-fukk yoon. Yoon wu njëkk wi nekkoon na lu mat ñeent-fukk at gannaaw.... Peeñu yàllaam mu mujj mi ñépp gisoon moo ame woon ci atum 1884, ci këru dajale ga nekk Portland, Oregon.” Ellen White Biography, volume 3, 256.</w:t>
      </w:r>
    </w:p>
    <w:p>
      <w:pPr>
        <w:pStyle w:val="ArticleBody"/>
        <w:jc w:val="left"/>
      </w:pPr>
      <w:r>
        <w:rPr>
          <w:rFonts w:ascii="Times New Roman" w:hAnsi="Times New Roman" w:eastAsia="Times New Roman" w:cs="Times New Roman"/>
        </w:rPr>
        <w:t>Moo war a wara am ay rêvi ak visioŋ yi gannañ 1884, waaye visioŋ yu xewoon ci kanamu nit ñi jeex nañu matal ñaar-fukk at ak ñeent teel ba noppi li ñu tambalee, te njàlbéen ak mujj gi ci visioŋ yu ubbeeku am nañu woon ñoom ñaar ci dëkk yu tudd Portland. Bi jëkk ba nekkoon ci penku gànnaar gi ci Etazini, te dëkk bi mujj ba nekkoon ci sowu gànnaar gi. Am na ñu mën a bëgg a wax ne dëgg boobu du dara ludul am-am nit ñi rekk, te ñeneen ñi mën nañu wax ne li waraloon visioŋ yu ubbeeku bi dafa mat, moo tax Boroom bi taxawal leen gannaaw ñaar-fukk at ak ñeent.</w:t>
      </w:r>
    </w:p>
    <w:p>
      <w:pPr>
        <w:pStyle w:val="ArticleBody"/>
        <w:jc w:val="left"/>
      </w:pPr>
      <w:r>
        <w:rPr>
          <w:rFonts w:ascii="Times New Roman" w:hAnsi="Times New Roman" w:eastAsia="Times New Roman" w:cs="Times New Roman"/>
        </w:rPr>
        <w:t>Ndax li dëgg la mooy ndax saxul yoon te dees taxawal xeex ci biir ndigalu kaadug wax ci kanam gi ñu joxoon yëngu-yënguw Millerite.</w:t>
      </w:r>
    </w:p>
    <w:p>
      <w:pPr>
        <w:pStyle w:val="ArticleScripture"/>
        <w:jc w:val="left"/>
      </w:pPr>
      <w:r>
        <w:rPr>
          <w:rFonts w:ascii="Times New Roman" w:hAnsi="Times New Roman" w:eastAsia="Times New Roman" w:cs="Times New Roman"/>
        </w:rPr>
        <w:t>«Bi ma ñëwee Oakland, dama metti lool ak xel mu di yëg ne xaalis yi ci Battle Creek dañoo metti, te man tamit, amuma doole, amuma kàttan ngir dimbali leen. Xam naa ne lawbe bu ñàkk ngëm doon liggéey. Ñi weddi ndigali Kàddu Yàlla yu leer ya, dañoo weddi itam seede yi leen di ñaax ngir ñu topp ci Kàddu googu. Bi ma nekkee Healdsburg gannaaw noonu ci jamono ji weesu, dama bari woon ci ñaan, te dama yeboon ak njàqare ak metit xol. Waaye benn yoon Boroom bi dellusi na lëndëm gi bi ma nekkee ci ñaan, te leer gu màgg feesal néegu bi. Malaka Yàlla nekkoon na ci sama wet, te dafa mel ni maa ngi woon Battle Creek. Dama nekkoon ci seen ndaje; dégg naa wax yu ñu wax, gis naa te dégg naa mbir yu, bu Yàlla neexee, maa bëggoon ñu faral di fecci ba fàww ci sama fàttaliku. Sama bakkan gaaw na dhaaw lool, ba xamuma lu ma war a def walla lu ma war a wax. Am na ay mbir yu ma mënul a wax. Ñu santaane ma ma bu kenn xam dara ci lii, ndaxte amoon na lu bari lu wara feeñaat.»</w:t>
      </w:r>
    </w:p>
    <w:p>
      <w:pPr>
        <w:pStyle w:val="ArticleScripture"/>
        <w:jc w:val="left"/>
      </w:pPr>
      <w:r>
        <w:rPr>
          <w:rFonts w:ascii="Times New Roman" w:hAnsi="Times New Roman" w:eastAsia="Times New Roman" w:cs="Times New Roman"/>
        </w:rPr>
        <w:t>«Ñu ma ne ma dajale leer gi ñu ma joxoon te bàyyi ay leeram fenk ci kanam askanu Yàlla. Maa ngi doon def loolu ci ay mbind ci xëtu xibaar yi. Lu tollu ci weer yu bare, maa ngi yéexee ca ñetti waxtu ci suba bu nekk, ba dajale yeneen mbir yi ñu bindoon gannaaw bi ñu ma joxee ñaari seede yi mujj ci Battle Creek. Bind naa mbir yooyu, gaawloo yokk leen ci yéen; waaye dama xeeboon ci sàmm sama bopp ni mu ware, te mujj ga mooy ne dafa ma daaneel ci séq bi; samay mbind yépp matul woon ngir jot ci yéen ca General Conference ba.</w:t>
      </w:r>
    </w:p>
    <w:p>
      <w:pPr>
        <w:pStyle w:val="ArticleScripture"/>
        <w:jc w:val="left"/>
      </w:pPr>
      <w:r>
        <w:rPr>
          <w:rFonts w:ascii="Times New Roman" w:hAnsi="Times New Roman" w:eastAsia="Times New Roman" w:cs="Times New Roman"/>
        </w:rPr>
        <w:t>“Ba beneen, bi ma nekkee ci ñaan, Boroom bi feeñal na boppam. Dama nekkat Battle Creek. Dama nekkoon ci ay kër yu bare te déggoon seen wax ci seen ndab yi wër. Lépp lu jëm ci ay mbir yooyu, amuma léegi sañ-sañu nettali leen. Maa ngi yaakaar ne du mañu maa woo ba ma wax ci leen. Am naa woon itam ay gént yu yéeme lool.”</w:t>
      </w:r>
    </w:p>
    <w:p>
      <w:pPr>
        <w:pStyle w:val="ArticleScripture"/>
        <w:jc w:val="left"/>
      </w:pPr>
      <w:r>
        <w:rPr>
          <w:rFonts w:ascii="Times New Roman" w:hAnsi="Times New Roman" w:eastAsia="Times New Roman" w:cs="Times New Roman"/>
        </w:rPr>
        <w:t>“Banuy baat ngeen di nangu ne mooy baatu Yàlla? Ban kàttan la Boroom bi denc ngir jubbanti seeni njuumte te won leen yoon wi ngeen nekk ni mu mel? Ban kàttan ngir jëfandikoo ci kanamug mbooloom gëmkat yi? Su ngeen bañ a gëm ba kera ñàkk-xel bu nekk ak bépp man-manug sikki-sakka deññiku, dootuleen gëm mukk. Sikku-sakka buy laaj xam-xam bu mat sëkk du dénkiku ci ngëm. Ngëm dafa sukkandiku ci firnde, waaye du ci wonte gu mat. Boroom bi dafa nuy laaj nu déggal baatu warugar, bi baat yu bari nekk wër nu di nu xiir ngir nu topp yoon wu juuyoo ak moom. Dafay soxla sunu teey ak sunu cofeel ngir xàmmee baat bi jóge ci Yàlla. War nañu a bëgg bopp, ba noppi not ak noot, te déggal baatu xel mu baax te bañ a delloo ci wax ak toppandoo, ngir bañ ba ay yëgleem di noppi, ba bëgg-bopp ak ñaaw njort di jiite. Kàddug Boroom bi di ñëw ci nun ñépp ñi bañul weddi Xelumam ci dogal ne duñu dégg mbaa déggal. Baat boobu dees na ko dégg ci artu yi, ci digle yi, ci yedd yi. Moo di yonnenteg leerug Boroom bi ngir askanam. Su nu xaar woote yu gëna réy walla yoon yu gëna baax, leer gi man nañu ko jël, ba nu des ci lëndëm.” Testimonies, volume 5, 68.</w:t>
      </w:r>
    </w:p>
    <w:p>
      <w:pPr>
        <w:pStyle w:val="ArticleBody"/>
        <w:jc w:val="left"/>
      </w:pPr>
      <w:r>
        <w:rPr>
          <w:rFonts w:ascii="Times New Roman" w:hAnsi="Times New Roman" w:eastAsia="Times New Roman" w:cs="Times New Roman"/>
        </w:rPr>
        <w:t>Sœur White wone ne, su wéer gu yàgg ci ñàkk déggal ay njàngam ni jigéenu yonent bi, kon “leer gi man naa nuyuññiku, te” Adventisme bu Laodise “des nañu ko bàyyi ci lëndëm.” Ci atum 1915, leer gi nuyuññiku na. Yàlla amoon na te am na ba tey kàttan gu mat ngir taxawal yonent walla jigéenu yonent saa su Ko neexee. Mu taxawal Elisée ngir mu topp Élie, waaye gannaaw 1915 amul woon benn yonent buy dund bu ñu taxawal, ndax Boroom bi “nuyuññiku na leer gi.”</w:t>
      </w:r>
    </w:p>
    <w:p>
      <w:pPr>
        <w:pStyle w:val="ArticleBody"/>
        <w:jc w:val="left"/>
      </w:pPr>
      <w:r>
        <w:rPr>
          <w:rFonts w:ascii="Times New Roman" w:hAnsi="Times New Roman" w:eastAsia="Times New Roman" w:cs="Times New Roman"/>
        </w:rPr>
        <w:t>Bu jëm ci ay gént ak ay peeñu ya Sister White, am na ñetti jamono. Jëfandikook bu njëkk bi, di ñeent fukki at, moo doon jamono ji ay peeñu daan am ci kanamu nit ñi, ngir njariñ yi jëm ci saxal maye gi ci xel yi woon fa te gisoon nañu peeñu ya bi ñuy am. Gannaaw loolu, dale ci 1884 ba ci dee gaamam ci 1915, ay peeñu ak ay gént ñoo ko dénk ba tax mu waral yégle nit ñi Yàlla, waaye dañu leen daan joxe ci sutura. Ñetteel jamono ji tambalee na ci 1915, te mu indi firnde yi ne Adventisme bu Laodise moo nekkoon ci lëndëm gu ngëmadi bañe.</w:t>
      </w:r>
    </w:p>
    <w:p>
      <w:pPr>
        <w:pStyle w:val="ArticleBody"/>
        <w:jc w:val="left"/>
      </w:pPr>
      <w:r>
        <w:rPr>
          <w:rFonts w:ascii="Times New Roman" w:hAnsi="Times New Roman" w:eastAsia="Times New Roman" w:cs="Times New Roman"/>
        </w:rPr>
        <w:t>Israayil gu yàgg gi dafay misaalel Israayil bu bees bi, te ci jamonoy ñàkk dégg-dëgg bu mat set te Eli ak ñaari doomam, Hophni ak Phineas, doon ko tektal, amul woon benn “peeñ bu ubbeeku.” Li ko waral mooy seen moytu gu réy ci déggal ak seen fippu ci Yàlla. Yàlla du soppiku.</w:t>
      </w:r>
    </w:p>
    <w:p>
      <w:pPr>
        <w:pStyle w:val="ArticleScripture"/>
        <w:jc w:val="left"/>
      </w:pPr>
      <w:r>
        <w:rPr>
          <w:rFonts w:ascii="Times New Roman" w:hAnsi="Times New Roman" w:eastAsia="Times New Roman" w:cs="Times New Roman"/>
        </w:rPr>
        <w:t>“Yeneen artu moo waroon ñu jox kër Eli. Yàlla mënuloon wax ak saraxalekat bu mag ba ak ay doomam; seeni bàkkaar, ni niiir gu xees, téye woon na présenceb Xelu Sellam. Waaye ci biir lu bon loolu, xale bi Samuel des na jub ci Asamaan, te ndigal gu ñàkk yërmande gi ñeel kër Eli mooy woon sasam ni yonent bi Yàlla Aji Kawe ji.</w:t>
      </w:r>
    </w:p>
    <w:p>
      <w:pPr>
        <w:pStyle w:val="ArticleScripture"/>
        <w:jc w:val="left"/>
      </w:pPr>
      <w:r>
        <w:rPr>
          <w:rFonts w:ascii="Times New Roman" w:hAnsi="Times New Roman" w:eastAsia="Times New Roman" w:cs="Times New Roman"/>
        </w:rPr>
        <w:t>“‘Kàddu Boroom bi amoon na solo lool ca fan yooyu; gis-gis gu birgee woonul. Te amoon na ci booba, bi Eli nekk ci sa bërab, te ay bëtam tàmbalee lëndëm ba mu mënaatul a gis; te bala lampu Yàlla bi fëeñee ci kër Yàlla ga, fa jàkkaarloob Yàlla ga nekkoon, te Samiyel tëdd ngir nelaw; Boroom bi woo Samiyel.’ Gannaaw xale bi defe baat ba ne moo doon baatu Eli, mu gaaw dem ba ca wetug lalub saraxalekat ba, ne ko: ‘Maa ngi nii; ndax yaa ma woo.’ Tontu bi nekkoon mooy: ‘Woo wu ma la, sama doom; dellu tëddaatal.’ Ñetti yoon a woo Samiyel, te ñetti yoon itam mu tontu noonu. Ci kaw loolu Eli dëggal ne woote gu kumpa ga baatu Yàlla la woon. Boroom bi weesu na ci kaw jaamam ji Mu tànn, góor gu njàngatam weex, ngir wax ak xale. Loolu ci boppam dafa doon yedd gu metti waaye yoon ci Eli ak kërëm.” Patriarchs and Prophets, 581.</w:t>
      </w:r>
    </w:p>
    <w:p>
      <w:pPr>
        <w:pStyle w:val="ArticleBody"/>
        <w:jc w:val="left"/>
      </w:pPr>
      <w:r>
        <w:rPr>
          <w:rFonts w:ascii="Times New Roman" w:hAnsi="Times New Roman" w:eastAsia="Times New Roman" w:cs="Times New Roman"/>
        </w:rPr>
        <w:t>Ci dëggaloo kërug Eli, amul woon peeñ gu ubbeeku, ndaxte Kàddu Boroom bi dafa doon “jar”, ci fan yooyu. Baat bu Ebreu bi ñu tekki ni “jar” tekki na “lu néew”. Dalee ci 1844 ba 1884, am na woon “peeñ yu ubbeeku”, yu ñu joxoon Adventisme Laodisee. Li ngi njëkk a tënk ci jaar-jaaru yëngu-yëngu Millerite bu Filadelfi, te ci 1856 mu tàmbalee a wone ne yëngu-yëngu Filadelfi jàll na ba tàbbi ci yëngu-yëngu Laodisee, waaye peeñ yu ubbeeku ya sax nañu woon, ndaxte Yàlla muñkat la te am yërmande.</w:t>
      </w:r>
    </w:p>
    <w:p>
      <w:pPr>
        <w:pStyle w:val="ArticleBody"/>
        <w:jc w:val="left"/>
      </w:pPr>
      <w:r>
        <w:rPr>
          <w:rFonts w:ascii="Times New Roman" w:hAnsi="Times New Roman" w:eastAsia="Times New Roman" w:cs="Times New Roman"/>
        </w:rPr>
        <w:t>Noonu ci atum 1863, ñàkk jëfandikoo ci dëgg-yu njëkk yi tàmbalee na, waaye “gisé yu ubbeeku” yi sax nañu ba 1884. Noonu benn coppite am na. Ci Ezekiel saar 8, ñent ñaawte yi ñu wone ne dañuy yokku ci seen melokaan. 1884 dafay tegtal jeexital gu jigéen gu maas bu njëkk gi ak tàmbali maas bu ñaareel gi. Jaar-jaaru Advent bind na ne ci 1881, te ba noppiat ci 1882, ñaari yokkute yu am solo ci fippu ga am nañu.</w:t>
      </w:r>
    </w:p>
    <w:p>
      <w:pPr>
        <w:pStyle w:val="ArticleBody"/>
        <w:jc w:val="left"/>
      </w:pPr>
      <w:r>
        <w:rPr>
          <w:rFonts w:ascii="Times New Roman" w:hAnsi="Times New Roman" w:eastAsia="Times New Roman" w:cs="Times New Roman"/>
        </w:rPr>
        <w:t>Ci atum 1881, njiitu General Conference bi (George Butler) bind na teg benn toftal yu njëwul ci Review and Herald, te ci ñoom mu jëfandikoo xalaat ne ay xaaj yu ci Biibël bi gëna am yëgle Yàlla ndax yeneen xaaj yi; te ba mu egg ci mujju ay toftalam, dafa sax tudde ay xaaj yu ci Biibël bi yu waxoon ne amuñu yëgle Yàlla. Gannaaw loolu, ci atum 1882, Uriah Smith, mi nekkoon kilifag liggéeyu mbind mi, te ci jamono jooju itam mooyoon kilifag liggéeyu njàng mi, tàmbalee jàngale ne su ñu wonee Sister White waxi njëlbéenu ëllëg walla jaar-jaari cosaan bu sell bu weesu, ay baatam yëgle Yàlla lañu; waaye dafa doon werante ne bu mu tuddee bàkkaar yu nit ki ci boppam ak ay ñàkkamtey waa kër Yàlla, kon loolu xalaatam rekk bu nit la.</w:t>
      </w:r>
    </w:p>
    <w:p>
      <w:pPr>
        <w:pStyle w:val="ArticleBody"/>
        <w:jc w:val="left"/>
      </w:pPr>
      <w:r>
        <w:rPr>
          <w:rFonts w:ascii="Times New Roman" w:hAnsi="Times New Roman" w:eastAsia="Times New Roman" w:cs="Times New Roman"/>
        </w:rPr>
        <w:t>Ci atum 1881, Seytaane amal mbëkk ci sañ-sañu Biibël bu King James, jaarale ko ci jëfandikoo prezidaaŋu kërk gi; te gannaaw loolu, ci at mi ci topp, jiitu liggéeyu njàng ak mbind mi itam amal na noonu benn mbëkk ci sañ-sañu Ruuhi Yoon wi. Li dale 1884, seede bi mooy ne ca fan yooyu amul woon gis-gis gu ubbeeku. Li dale 1863 ba 1881, moytoo gi yokku woon ba boole Biibël bi ak Ruuhi Yoon wi, te nekkoonatul rekk bañ a nangu taxawaayi fondasyoŋ yi.</w:t>
      </w:r>
    </w:p>
    <w:p>
      <w:pPr>
        <w:pStyle w:val="ArticleBody"/>
        <w:jc w:val="left"/>
      </w:pPr>
      <w:r>
        <w:rPr>
          <w:rFonts w:ascii="Times New Roman" w:hAnsi="Times New Roman" w:eastAsia="Times New Roman" w:cs="Times New Roman"/>
        </w:rPr>
        <w:t>Ñeenti bañu ñaaw yi ñuy wone ci Ezekiel saar 8, mag ñi a leen def, te ñoom mooy mel ni njiitu Yerusalem, mi tàmbalee ni benn mbooloo kërce gu yoonal, mooy Adantismu Laodise ci atum 1863. Ci jamono jooju, benn mbind miññees na ko ci Review and Herald, te am na ay historiyen yu ko jox bindkatu James White, doonte firnde yi ci mbind mi gën a jëme ci ne Uriah Smith moo ko bindoon dëgg-dëgg. Waaye na muy deme, musiba bi ñu waxoon ci yagg yi ci tabaxaat Jeriko am na leer ci James White, te Uriah Smith mooy nit ki sosoon tabloo bu 1863 bu seede-wul. Bi atum 1881 agsee, njiitu General Conference bi dafa di def ay mbind ci Review and Herald yu di werante ak sañ-sañ bu matu biir ci Biibël bi, te ci at mi ko topp, Uriah Smith daldi tàmbali xare ci sañ-sañu Ruuhu Yonent bi.</w:t>
      </w:r>
    </w:p>
    <w:p>
      <w:pPr>
        <w:pStyle w:val="ArticleBody"/>
        <w:jc w:val="left"/>
      </w:pPr>
      <w:r>
        <w:rPr>
          <w:rFonts w:ascii="Times New Roman" w:hAnsi="Times New Roman" w:eastAsia="Times New Roman" w:cs="Times New Roman"/>
        </w:rPr>
        <w:t>Mag ñi yàgg ya war a nekk aarukat yi, ñoo doon jiite ci ab xeex bu ubbeeku woon te tàmbalee ak jóg ci dëgg yu cosaan yu mel ni ñi ñu tegtal ci géntu Miller te ñu wone ko ci ñaari xàjjal yi ci Habakkuk. Booba, ñu tàmbalee xëcc ñaari seede yi, mooy Biibël ak Xel mu Yàlla di joxe ci Kàddug waxi. Ci noonu itam ci benn jamono ji (tàmbali at yi ci 1880), ki doon jiite liggéeyu wér-gu-yaram, John H. Kellogg, tàmbalee dugal ci njiiti jàngoro mboolo mi njàngum ruuhéel bu pantheism. Ci 1881, ñu njëbbal James White ci noflaay, te Sister White nekkoon ci diggante ab fippu njiit yi miy gëna yokku ci ndombo cosaanu njàng mi, wér-gu-yaram ak politig gu kër Yàlla gi.</w:t>
      </w:r>
    </w:p>
    <w:p>
      <w:pPr>
        <w:pStyle w:val="ArticleBody"/>
        <w:jc w:val="left"/>
      </w:pPr>
      <w:r>
        <w:rPr>
          <w:rFonts w:ascii="Times New Roman" w:hAnsi="Times New Roman" w:eastAsia="Times New Roman" w:cs="Times New Roman"/>
        </w:rPr>
        <w:t>Bataaxal bi ñëwoonoon ci 1856, te mooy leer gu ëpp ci mbirum “juróom-ñaari yoon yi,” ak itam bataaxal bi ñeel Laodicea, dañu ko bañoon, te Boroom bi dafa bëgg-a delloo wax benn bataaxal boobu ci General Conference bi ca Minneapolis ci 1888, jaarale ko ci bataaxal bi mag ñi Jones ak Waggoner indiwoon. Seen bataaxal du woon ab bataaxal bu bees, te bi ñi doon weddi seen bataaxal déggoo ak Ndëyssaanu White, moom xamale na ne ñaareelkat yi dañoo gëm ne seen weddi bataaxal bi Jones ak Waggoner mooy seen warugaru aar màndarga yi yàgg, yu itam di dëkkandoo ak taxawaay yu njëkk yi. Seen njàqaree wone na ne ci 1888, dégguñu woonat lan mooy taxawaay yi, maanaam ne dëgg yu sax yi dañuy tektal njubtey Almasi bi. Ci wàllu màndarga yi ak yoonu William Miller yi, moo wax ne:</w:t>
      </w:r>
    </w:p>
    <w:p>
      <w:pPr>
        <w:pStyle w:val="ArticleScripture"/>
        <w:jc w:val="left"/>
      </w:pPr>
      <w:r>
        <w:rPr>
          <w:rFonts w:ascii="Times New Roman" w:hAnsi="Times New Roman" w:eastAsia="Times New Roman" w:cs="Times New Roman"/>
        </w:rPr>
        <w:t>“Nanu war na xam seen bopp li di sàkku Kiristaanug yi, lu di dëgg, lan mooy ngëm gi nu jot, lan yi di yoonu Biibël yi—yoon yi nu nu joxee ci ëllëg gu kawe gi gën a màgg. Am na ñu bare ñiy gëm te amuñ benn ndigal bu ñuy samp seen ngëm, te amuñ aji seede yu doy ngir xam dëggu mbir mi. Su ñu jëfeleen benn xel walla xalaat bu dëppook seen gis-gis yu ñu jëkk a am, set nañu ba noppi ngir nangu ko. Duñu xalaat mbaa seet mbir mi nekk ci sabab ak njariñam, seen ngëm amul bennoon dëkkandoo gu dëgg; te bu waxtu nattu ak jafe-jafe agsee, dinañu gis ne tabax nañu seen kër ci suuf su tuuru.”</w:t>
      </w:r>
    </w:p>
    <w:p>
      <w:pPr>
        <w:pStyle w:val="ArticleScripture"/>
        <w:jc w:val="left"/>
      </w:pPr>
      <w:r>
        <w:rPr>
          <w:rFonts w:ascii="Times New Roman" w:hAnsi="Times New Roman" w:eastAsia="Times New Roman" w:cs="Times New Roman"/>
        </w:rPr>
        <w:t>“Ku nekk dal ci sa xam-xamu mbind mi fi mu tollu tey, te mu bari doolewul, di ko jàpp ne loolu doy na ngir muccam, mooy nopp ci nax bu rey te bon. Am na ñu bare ñi ñu jagleelul seen bopp bu baax ci layi Mbind mi, ngir ñu man a xàmmi njuumte te dànk bépp cosaan ak xërëm bu ñu indiwoon ci kanam nit ñi mel ni mooy dëgg. Seytaane dafa dugal ay xalaatam ci jamono jëme ci Yàlla, ngir mu yàq njubte ak leerug xebaar bu baax bu Kirist. Ñu bare ci ñi wax ne gëm nañu dëgg gi fii nekk tey, xamuñu li doon ngëm ga ñu joxoon benn yoon ga way-julitu yi—Kirist ci yéen, yaakaaru ndamlu. Ñoom dañuy foog ne ñoo ngi aar màndargay njëkk yi, waaye seetluñu, te seen xol sedd na. Xamuñu lu mooy rax ci seen dund, te am ci seen bopp njariñu dëggu dëgg bu mbëggeel ak ngëm. Duñu way-jàngkat yu ñu dëgërël ci Biibël bi, waaye dañuy tàngoor te toppatul. Bu ay wuuteb xalaat amee ci kaw ay pàcc ci Mbind mi, ñi gëstuñu ko ci njariñ, te taxawul ci li ñuy gëm, dañuy daanu bàyyi dëgg gi. War nanu dëgëral ci kaw ñépp soxlay gu am solo ngir seet bu baax dëggu Yàlla, ngir ñu xam ne xam nañu li nekk dëgg. Am na ñuy wax ne am nañu xam-xam bu bari, te seen xaalis xol doy leen, fekk dootuñu am yéene gu gëna tar ngir liggéey bi, dootuñu am mbëggeel gu gëna xot ngir Yàlla ak ngir bàkkan yi Kirist dee woon, lu weesu dara ak su fekkee xamuñu woon Yàlla mukk. Duñu jàng Biibël bi [ngir] moomal seen bàkkan yax ak neexal gi ci nekk. Duñu ko yëg ni mooy baatu Yàlla buy wax ak ñoom. Waaye su fekkee bëgg nanu xam yoonu mucc, su fekkee bëgg nanu gis leer yi Solu Njubte gi di tàmbali, fàww nanu jàng Mbind mi ci njariñ, ndaxte diggante yi ak waxi yonent yi nekk ci Biibël bi dañuy tasaare leer yu sell ci kaw pexe mucc mi bu Yàlla, te dëgg yu mag yooyu nit ñi xamuñu leen bu leer.” The 1888 Materials, 403.</w:t>
      </w:r>
    </w:p>
    <w:p>
      <w:pPr>
        <w:pStyle w:val="ArticleBody"/>
        <w:jc w:val="left"/>
      </w:pPr>
      <w:r>
        <w:rPr>
          <w:rFonts w:ascii="Times New Roman" w:hAnsi="Times New Roman" w:eastAsia="Times New Roman" w:cs="Times New Roman"/>
        </w:rPr>
        <w:t>Kàddu bii jëlees na ko ci seedeem bi mu waxoon ci jamono ju 1888, te mu xamle ne ñi di bàkkaar yi dañuy tabax ndombo ci suuf, doonte xamuñu ko. Mu wax ne: “Ñu bare loolu ci ñi di wax ne gëm nañu dëgg gi fi nekk tey, xamuñu li di gëstu ngëm ga ñu joxoon benn yoon ba saints yi—Kirist ci yéen, yaakaaru ndam. Dañuy foog ne dañuy aar màndarga yi yàgg, waaye dañuy tangadi te bañ a farlu.” Mu xamle leen ne ñu ngi sax ci xaalisug Laodise, ndaxte dañuy “tangadi.” Te itam mu xamle “ngëm ga ñu joxoon benn yoon ba saints yi—Kirist ci yéen, yaakaaru ndam.” Kirist mooy Doju Jamono yépp, te niki Doju Jamono yépp, mooy tegtal xarala yi nekk ci géntug Miller.</w:t>
      </w:r>
    </w:p>
    <w:p>
      <w:pPr>
        <w:pStyle w:val="ArticleScripture"/>
        <w:jc w:val="left"/>
      </w:pPr>
      <w:r>
        <w:rPr>
          <w:rFonts w:ascii="Times New Roman" w:hAnsi="Times New Roman" w:eastAsia="Times New Roman" w:cs="Times New Roman"/>
        </w:rPr>
        <w:t>“Ñëw la agsi: Warul a maye dara muy duggu buy yëngël dëkkandoog ngëm gi nu doon tabax ba léegi, daldi tàmbalee ca waxtu bi yégle bi ñëwee ci atum 1842, 1843, ak 1844. Man, nekk naa woon ci yégle boobu, te li dale foofa ba tey, dama taxaw ag àddina, maa ngi sax ci leer gi Yàlla jox nu. Dunu bëgg a jële sunuy tànk ci kaw taxawaay ba ñu leen teg, bi nu doon bés bu nekk di seet Boroom bi ak ñaan gu xér, di wut leer. Ndax ngeen defe ne man man naa bàyyi leer gi Yàlla jox ma? War na nekk ni Xeeru Jamono yi. Moo may gindi ba tey, li dale bi ma ko joxe.” Review and Herald, April 14, 1903.</w:t>
      </w:r>
    </w:p>
    <w:p>
      <w:pPr>
        <w:pStyle w:val="ArticleBody"/>
        <w:jc w:val="left"/>
      </w:pPr>
      <w:r>
        <w:rPr>
          <w:rFonts w:ascii="Times New Roman" w:hAnsi="Times New Roman" w:eastAsia="Times New Roman" w:cs="Times New Roman"/>
        </w:rPr>
        <w:t>Mu ngi xamle dëgg bu am solo ci mbokk yi moy ñi bañ, ñi doon góor yu yàgg ya Ezekiel, ba mu wax ne: “Ñoom duñu xalaat ci mbir mi war a jur leneen.” Ñi bon mënuñu walla bëgguñu xalaat ci mbir mi war a jur leneen. Li juddu woon ci ndaje Mbooloo Gu Mag gi atum 1888 dafa doon lu barey njàqare ak fippu, ba tax Maggi White dogal bàyyi fa, waaye këram gi koy gindee ci asamaan sant ko ne war na des fa ngir bind jaar-jaaru taarix bu mel ni mboolem fippu Koré, Datan ak Abiram. Fippu góor yu yàgg ya moo doon njariñ li feeñ, te sababu bi moo doon bañ bataaxal Laodice gi dikkoon ak leer gu yokku gu “juróom-ñaari yoon” yi ci 1856, te gannaaw loolu mu gën a tar ba nekk fippu ci suqalin yi ci 1863, te loolu nag jébbal ci neexital xeeru jëkk ci Biibël bi, gannaaw gi ci Xel mu Yeesal, ak itam dugal xel mu réyul bu Kellogg.</w:t>
      </w:r>
    </w:p>
    <w:p>
      <w:pPr>
        <w:pStyle w:val="ArticleBody"/>
        <w:jc w:val="left"/>
      </w:pPr>
      <w:r>
        <w:rPr>
          <w:rFonts w:ascii="Times New Roman" w:hAnsi="Times New Roman" w:eastAsia="Times New Roman" w:cs="Times New Roman"/>
        </w:rPr>
        <w:t>Ci dëgg la, jaar-jaar, ay bindkat yu njëkk ci jëkkër yi daan nañu suux dëgg yi jëm ci kookoo boobu ak mbuub, aada, cosaan ak ñam yu léeb, ndaxte ñi bokk ci noonu melowub kookoo daan nañu faral di jéema nëbb firnde yi.</w:t>
      </w:r>
    </w:p>
    <w:p>
      <w:pPr>
        <w:pStyle w:val="ArticleScripture"/>
        <w:jc w:val="left"/>
      </w:pPr>
      <w:r>
        <w:rPr>
          <w:rFonts w:ascii="Times New Roman" w:hAnsi="Times New Roman" w:eastAsia="Times New Roman" w:cs="Times New Roman"/>
        </w:rPr>
        <w:t>Ndax ñeel ñi di sàkku lu xóot ngir nëbb seen pexe ci Boroom bi, te seen jëf yi nekk ci lëndëm, te ñuy wax: Ana ku nu gis? te ana ku nu xam? Esaayi 25:19.</w:t>
      </w:r>
    </w:p>
    <w:p>
      <w:pPr>
        <w:pStyle w:val="ArticleBody"/>
        <w:jc w:val="left"/>
      </w:pPr>
      <w:r>
        <w:rPr>
          <w:rFonts w:ascii="Times New Roman" w:hAnsi="Times New Roman" w:eastAsia="Times New Roman" w:cs="Times New Roman"/>
        </w:rPr>
        <w:t>Góor ñi Esayi di waxal ci benn aaya bii mooy ñi mu woowe “ñi di reeñkat yi yor njiitug askan wi ci Yerusalem,” te ñoom lañu doon ñaari mag yu yàgg ya ñu waroon nekk ñi di wottu askan wi ci Ezekiel saar 8. Ci seede Ezekiel, ca ñaareelu jëf ju bon ja, ji tegtal ñaareelu maasinu Adventism, ñoom lañuy tontu laaj yi ñi di reeñkat yu Esayi laaj, “ndaxte ñuy wax ne, Aji Sax ji gisunu nu; Aji Sax ji bàyyi na suuf si” (Ezekiel 8:12).</w:t>
      </w:r>
    </w:p>
    <w:p>
      <w:pPr>
        <w:pStyle w:val="ArticleBody"/>
        <w:jc w:val="left"/>
      </w:pPr>
      <w:r>
        <w:rPr>
          <w:rFonts w:ascii="Times New Roman" w:hAnsi="Times New Roman" w:eastAsia="Times New Roman" w:cs="Times New Roman"/>
        </w:rPr>
        <w:t>Am na ñi may “toroxte” ci kaw ñi diy soppi nettali jaar-jaar yu taarix ngir làqu dëgg gi ci ngàkk ga waraloon te amoon ci 1888.</w:t>
      </w:r>
    </w:p>
    <w:p>
      <w:pPr>
        <w:pStyle w:val="ArticleBody"/>
        <w:jc w:val="left"/>
      </w:pPr>
      <w:r>
        <w:rPr>
          <w:rFonts w:ascii="Times New Roman" w:hAnsi="Times New Roman" w:eastAsia="Times New Roman" w:cs="Times New Roman"/>
        </w:rPr>
        <w:t>Dina wéyal njàng mi ci bind bi di ñëw.</w:t>
      </w:r>
    </w:p>
    <w:p>
      <w:pPr>
        <w:pStyle w:val="ArticleScripture"/>
        <w:jc w:val="left"/>
      </w:pPr>
      <w:r>
        <w:rPr>
          <w:rFonts w:ascii="Times New Roman" w:hAnsi="Times New Roman" w:eastAsia="Times New Roman" w:cs="Times New Roman"/>
        </w:rPr>
        <w:t>«War naa wax ak yéen ci mbirum ndaje yi ca Minneapolis. Benn yoon dogal naa woon génn ci ndaje mi ndaxte gis naa te yëg naa dooleb xel mu tar mu bokk ak jàppale gu dëgër, mi fii jiite woon. Man mënuma woon sax benn simili nangu xel boobu mi dox ak kàttan gu di noot ci kaw Brother Morrison ak Brother Nicola. Mënuma sax benn simili am xel ñaari ci xeetu xel wi ngeen nekkoon. Lu wóor mooy ne, du woon Xelum Yàlla; te ngir bañ ngeen sax ci nakkug nax boobu, moo tax maa ngi leen di bind léegi.</w:t>
      </w:r>
    </w:p>
    <w:p>
      <w:pPr>
        <w:pStyle w:val="ArticleScripture"/>
        <w:jc w:val="left"/>
      </w:pPr>
      <w:r>
        <w:rPr>
          <w:rFonts w:ascii="Times New Roman" w:hAnsi="Times New Roman" w:eastAsia="Times New Roman" w:cs="Times New Roman"/>
        </w:rPr>
        <w:t>“Guddi gi ma nga dogaloon woon ne du ma desaat ci Minneapolis, ci gént walla ci peeñu guddi — manuma wax bu wóor ban la nekkoon — nit ku gaaw te am jëfandikoo bu réy indi ma benn yëgleel te xamal ma ne coobare Yàlla la ma taxaw ci sama bérab bu war, te Yàlla moom ci boppam dina nekk sama ndimbal di ma dooleel ngir wax baat yi mu may ma. Mu ne: ‘Ngir liggéey bii la Boroom bi yékkati. Ay yoxoam yu dul jeex ñoo ngi ci sa suuf. Ci ndaje mii lañuy def ay dogal yu jëm ci dund walla dee; du ne kenn war na sànku, waaye réy-réylu xel mu sell ak wóor-sa-bopp dina tëj bunt bi ngir Yesu ak dooley Xelu Mu Sellam bañ a nangu leen. Dinañu amaat baneen yoon ngir bañ a nekk ci nax, te tuub, confess seeni bàkkaar, te ñëw ci Kirist ngir soppeeku ba mu wéral leen.’”</w:t>
      </w:r>
    </w:p>
    <w:p>
      <w:pPr>
        <w:pStyle w:val="ArticleScripture"/>
        <w:jc w:val="left"/>
      </w:pPr>
      <w:r>
        <w:rPr>
          <w:rFonts w:ascii="Times New Roman" w:hAnsi="Times New Roman" w:eastAsia="Times New Roman" w:cs="Times New Roman"/>
        </w:rPr>
        <w:t>«Mu ne: “Toppal ma.” Ma topp sama kilifa te mu yóbbu ma ca kër yu wuute yi fu bokk yi daan dëkk, te mu ne ma: “Déglul wax yi ñuy wax fii, ndaxte bind nañu leen ci téereb aji bind yi, te wax yii dinañu am dooley daan baat ci kaw ñépp ñi bokk ci liggéey bii ak wall wu jóge ci xelum xel mu jóge asamaan, waaye ci xel wu wàccewul asamaan, waaye mu jóge suuf.”»</w:t>
      </w:r>
    </w:p>
    <w:p>
      <w:pPr>
        <w:pStyle w:val="ArticleScripture"/>
        <w:jc w:val="left"/>
      </w:pPr>
      <w:r>
        <w:rPr>
          <w:rFonts w:ascii="Times New Roman" w:hAnsi="Times New Roman" w:eastAsia="Times New Roman" w:cs="Times New Roman"/>
        </w:rPr>
        <w:t>“Damaa dégg wax yuñu wax, te war nañu a rusal kenn ku leen wax. Ay wax yu fees ak ñaawal dañoo weesu ci kenn ak kenn, di ree seeni mbokk A. T. Jones, E. J. Waggoner, ak Willie C. White, ak man itam. Sama taxawaay ak sama liggéey dañu leen wax lu bare, ci ñi waroon a nekk ci liggéeyu toroxal seen bopp kanam Yàlla te tabb seeni xol ci yoon wu jub. Daafa mel ni am na woon benn naxari ci di xalaat bu yàgg ci tooñ yu ñu seet ci xel rekk, ak ci ay wax yu seeni mbokk ak seen liggéey génne ci xel rekk, te amuñu woon benn fondema ci dëgg; noonu it di sikkiku, di wax, di bind ay mbir yu metti ngir xeex ak bañu gëm, ci lu juddoo ci sikki-sakka, laaj ak ngëmadi.”</w:t>
      </w:r>
    </w:p>
    <w:p>
      <w:pPr>
        <w:pStyle w:val="ArticleScripture"/>
        <w:jc w:val="left"/>
      </w:pPr>
      <w:r>
        <w:rPr>
          <w:rFonts w:ascii="Times New Roman" w:hAnsi="Times New Roman" w:eastAsia="Times New Roman" w:cs="Times New Roman"/>
        </w:rPr>
        <w:t>Ne ma sama xët yoon wi ne ma: «Lii bind nañu ko ci téere yi muy seede ci kaw Yeesu Kirist. Xel wii manul a déggo ak Xelu Kirist, di Xelu dëgg. Ñoom màggat nañu ci xelu jélloo, te xamuñu dara gannaaw ni xel mooy yor seen wax ak seen jëf, ni màndarga bi itam xamul ban xel moo koy noot. Bàkkaar bii, ci anam gu gën a mel ni mu doy, moy tooñ bu tar ci kanam Yàlla. Xel wii amul dara lu mel ni Xelu dëgg ak njub te yemul ak xel wi doon yëngu Yawut ya ba tax ñu sos mbootaay ngir sikk, ngir seetaan ak di saytu Kirist, Musalkat àddina si. »</w:t>
      </w:r>
    </w:p>
    <w:p>
      <w:pPr>
        <w:pStyle w:val="ArticleScripture"/>
        <w:jc w:val="left"/>
      </w:pPr>
      <w:r>
        <w:rPr>
          <w:rFonts w:ascii="Times New Roman" w:hAnsi="Times New Roman" w:eastAsia="Times New Roman" w:cs="Times New Roman"/>
        </w:rPr>
        <w:t>“Samayoon naa ma ci sama jëwriñ ne amoon na benn seede ci wax ju amul Almasi, waxu mboolem nit ñi, mi won na xel wi taxoon wax yooyu. Ba ñu duggsee ci seen néeg yi, malaaka yu bon yi ànd ak ñoom, ndaxte tëj nañu bunt bi ci Xelum Almasi te bëgguñu woon déglu baatam. Amul woon toroxlu xol fa kanam Yàlla. Baatu ñaan dees ko dégg lu néew, waaye xas, ay wax yu réyloo ak ay xalaat yu ñu di defe, ak njort, ak kiñaan, ak ay gumbaay yu bon, ak ay jiiñ yu dul dëgg, dafa doon dëpp ci seen biir. Su ñu ubbee woon seen bët, dinañu gis li leen di yéemloo, te di leen tiitloo: mbégteb malaaka yu bon yi. Te dinañu gis itam Ab Sàmm bu déggoon baat bu nekk te bind wax yooyu yépp ci téere yu asamaan.”</w:t>
      </w:r>
    </w:p>
    <w:p>
      <w:pPr>
        <w:pStyle w:val="ArticleScripture"/>
        <w:jc w:val="left"/>
      </w:pPr>
      <w:r>
        <w:rPr>
          <w:rFonts w:ascii="Times New Roman" w:hAnsi="Times New Roman" w:eastAsia="Times New Roman" w:cs="Times New Roman"/>
        </w:rPr>
        <w:t>«Noonu ma xamal ne, ci jamono jooju, du am njariñ ñu def benn dogal ci mbir yi jëm ci bopp yu jàngale yi, walla ci li di dëgg, walla ñu yaakaar benn xel mu jub te yëm ci seet bu dëgg; ndaxte amoon na benn booloo buy tëye ba duñu may soppi genn xalaat ci benn mbir walla ci benn taxawaay bu ñu jot, ni Yawut ya woon itam. Sama Njiit waxoon na ma lu bare te amuma sañ-sañu bind ko. Gis naa sama bopp ma toog ci kaw lal bi, ak xel mu fees ak naqar ak metit, te itam ak xel mu dëgër ngir taxaw ci sama bérab bu war ba ndaje mi jeex, ba noppi xaar ndigal yi Xelu Yàlla di ma wax ngir xamal ma ni ma war a doxale ak ban yoon la ma war a topp.»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Limub Juróom-Ñett Fukk##</dc:title>
  <dc:subject>Mujj ak Njëlbéenug Ay Peeñ yi: Peeñ bu mujj bu ubbeeku bu Ellen White ci atum 1884 ak soloom</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