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Daaniyeel — Juróom-ñett-fukk ak benn</w:t>
      </w:r>
    </w:p>
    <w:p>
      <w:pPr>
        <w:pStyle w:val="ArticleSubtitle"/>
        <w:jc w:val="left"/>
      </w:pPr>
      <w:r>
        <w:rPr>
          <w:rFonts w:ascii="Arial" w:hAnsi="Arial" w:eastAsia="Arial" w:cs="Arial"/>
        </w:rPr>
        <w:t>Wërug Feeñu soppi jaar-jaari bindu taarix ci Adventism bu Laodise: Xoolaat njàqare mi ci mbirum “Daily”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Xalaat ci sabab ba ca meññeef amul njariñ su fekkee ne dangay tëral meññeef ga ba ñàkk jub, ni ko ay historiyen yu Adventist yu Laodisee def, ñoom ñuy wax ak doole ci xaalis yi ak nit ñi jëme woon ci Mbooloomiwaay gu Mag ga ci 1888 ca Minneapolis. Wax ju waxeel jële ci yoon wu ci kaw mi xamle na ne mbir moomu ab delluwaay la ci bindub Koré, Datan ak Abiram, te li leen yóbbu woon mooy àtte ba leen séddale woon, ngir ñuy wër giir ba dëkku màndiŋ ma di at yu nekk ñaar-fukk ba ñu dee. Àtte boobu benn lañu waxoon ci Adventisme bu Laodisee.</w:t>
      </w:r>
    </w:p>
    <w:p>
      <w:pPr>
        <w:pStyle w:val="ArticleBody"/>
        <w:jc w:val="left"/>
      </w:pPr>
      <w:r>
        <w:rPr>
          <w:rFonts w:ascii="Times New Roman" w:hAnsi="Times New Roman" w:eastAsia="Times New Roman" w:cs="Times New Roman"/>
        </w:rPr>
        <w:t>Njàng mi moo taxoon am waxtaan yu nëbbu, ba fàttali yi nekk ci gumb gu ëpp xel bu Laodicea, bu taxoon ne mënulñu woon a déggoo ne Yàlla xam na seeni pexe yu ñu tëj bunt yi ak seen njàng. Ni Koré, Datan ak Abiram nëbboon ca seeni kër ya, di def seeni pexe ak di siiwal seen njàng ci Musaa, noonu itam mag ña ca 1888 nëbboon ginnaaw bunt yu tëj yu seeni kër, ngir fexe ci Kanamam Baañu White, doomam ak yonnent yi ñu tànn. Dale na ca jamono jooju, Baañu White, Jones ak Waggoner dañu waroon a nekk ñu ñuy xaste.</w:t>
      </w:r>
    </w:p>
    <w:p>
      <w:pPr>
        <w:pStyle w:val="ArticleBody"/>
        <w:jc w:val="left"/>
      </w:pPr>
      <w:r>
        <w:rPr>
          <w:rFonts w:ascii="Times New Roman" w:hAnsi="Times New Roman" w:eastAsia="Times New Roman" w:cs="Times New Roman"/>
        </w:rPr>
        <w:t>Ñeenti maas yi ci Adventism yokk nañu seen bañ-bañ ci ndànk-ndànk, ni ko Ezeciel saar 8 wone. Néegu xalaat yu mel ni nataal yi ci kër Yàlla gu yaram ak ci kër nit ku yaram dafa lacc ba sax ak seetaan yu bon, te espiritism daldi toog ci mag ña ca jamono jii, ñi ñu tegwoon ngir aar askan wi. Ba muy jëm ca 1888, mag ña dañoo xasiñ sañ-sañu Biibël bi, te gannaaw ga Noonu lañu xasiñ Itam Ruuhu Yonent gi; te ci 1884, peeñu bu ubbeeku yi noppi. Espiritismu pantheism bu Kellogg tambalee dugg ci jaar-jaaru mbootaay bi lu jiitu 1888, te 1888 mooy màndarga ñëwu maas wu ñaareel wi. Historien yi ci Adventism mën nañu bañ a bind seede ju dëgg ju tarih bi ci bañ-bañ bi feeñoon ca ndaje ma; waaye ci ni wax ju ñu soloo ci xel mu kawe mi, Aji Wottu asamaan yi “dégg nañu bépp wax” te “bind nañu ko” ci “kàddu yi nekk ci téerey asamaan.”</w:t>
      </w:r>
    </w:p>
    <w:p>
      <w:pPr>
        <w:pStyle w:val="ArticleBody"/>
        <w:jc w:val="left"/>
      </w:pPr>
      <w:r>
        <w:rPr>
          <w:rFonts w:ascii="Times New Roman" w:hAnsi="Times New Roman" w:eastAsia="Times New Roman" w:cs="Times New Roman"/>
        </w:rPr>
        <w:t>Bunt giñu tektal ci “néeg yu suturaay te full ak nataal” yi Esekiel wax, dafa doon jëfandikoo ngir song yoon yu dëgg yi ci njaboot. Mu doon song ci yeneen yoon yi ci biir, ci janaqkat ju jigéen ji ak ndaw yi tànn; te mooy tegtal dikkug espiritisma. Ci maas googu, song bu mag bi ci topp mooy bi Seytaane di def ci kaw taxawaayu sas yu njëkk yi William Miller sampoon.</w:t>
      </w:r>
    </w:p>
    <w:p>
      <w:pPr>
        <w:pStyle w:val="ArticleBody"/>
        <w:jc w:val="left"/>
      </w:pPr>
      <w:r>
        <w:rPr>
          <w:rFonts w:ascii="Times New Roman" w:hAnsi="Times New Roman" w:eastAsia="Times New Roman" w:cs="Times New Roman"/>
        </w:rPr>
        <w:t>Miller samp na taxawal kërug yokk ay njëfandikoo yu mu jëm ci yégley yi mu di jëfandikoo, ci xam-xam bu ne ñaari dooley yàq yi nekk ci Daniel saraxal 8, saar 13, dañoo doon paganism, te ginnaaw loolu papalism. Ci atum 1901, Lewis Conradi, kilifa bu Laodicean Adventism ci Allemagne, delloo waat gis-gisug Protestan yu dëkkuwoon ne “the daily” bi ci téereb Daniel mooy liggéeyu Kirist ci santuwéeram.</w:t>
      </w:r>
    </w:p>
    <w:p>
      <w:pPr>
        <w:pStyle w:val="ArticleBody"/>
        <w:jc w:val="left"/>
      </w:pPr>
      <w:r>
        <w:rPr>
          <w:rFonts w:ascii="Times New Roman" w:hAnsi="Times New Roman" w:eastAsia="Times New Roman" w:cs="Times New Roman"/>
        </w:rPr>
        <w:t>Ci biir jamono bi toppee ndaje Minneapolis bu at 1888, espiritisam bi woon ci kilifa liggéeyu wér-gu-yaram bi gëna yaatu; te diggante njiit yi tas gi sax na, ndaxte ay ndimbal ak njàqare yu jóge ci bañ na message bu Jones ak Waggoner di baña wéyal seen ay lor. Ci njàlbéenu xarnu bees bi, W. W. Prescott, miy kilifay Adventiste bu Laodicée, te mu jële woon mën-mëni yàlla-yaram ci ekool yu protestant yu dëdduwoon dëgg, yeb na mbubb mu Seytaane ngir yégle xalaatu Conradi ci mbirum “the daily,” te ni mu faral di doon, “ñi daan di bind jaar-jaar ba.”</w:t>
      </w:r>
    </w:p>
    <w:p>
      <w:pPr>
        <w:pStyle w:val="ArticleBody"/>
        <w:jc w:val="left"/>
      </w:pPr>
      <w:r>
        <w:rPr>
          <w:rFonts w:ascii="Times New Roman" w:hAnsi="Times New Roman" w:eastAsia="Times New Roman" w:cs="Times New Roman"/>
        </w:rPr>
        <w:t>Malaaka yu sell yi bind nettali jaar-jaar ju dëgg, waaye Adwantis bu Laodisee sos na taxawaayu jaar-jaar ci xuloo bi jëm ci bañ xam-xamu Miller ci “bés bu nekk bi,” te tax na ku nekk ci ñi “amul njàngum” ci Adwantis bu Laodisee gëm ne tekkitalu “bés bu nekk bi,” bi Sœur White waxe ne jóge na ci “malaaka yiñu dàqoon asamaan,” mooy njàngale ju dëgg. Ci at yu njëkk yu xarnu juróom-ñaar-fukk bi, W. W. Prescott jiite na ci génne bind guñu tudde The Protestant. Lépp lu nekk doon taxawaayu bind boobu mooy jàngale ne xam-xamu Miller ci “bés bu nekk bi” baaxul woon, te Protestantee buy dëddóo ak dëgg, fa mu jotee ay ndigali teoloji, moo jub ci jox Almasi mandargay Seytaane. Ci jaar-jaar boobu A. G. Daniells (Njiitu Mbooloom Konfarãs Gu Mag gi) booloo na ak Prescott ci xarebu Seytaane bi ñu yëngoo dëgg, doonte Sœur White dëggaloon na ci lu leer gis-gisu Miller ci “bés bu nekk bi” ne mooy lu jub.</w:t>
      </w:r>
    </w:p>
    <w:p>
      <w:pPr>
        <w:pStyle w:val="ArticleScripture"/>
        <w:jc w:val="left"/>
      </w:pPr>
      <w:r>
        <w:rPr>
          <w:rFonts w:ascii="Times New Roman" w:hAnsi="Times New Roman" w:eastAsia="Times New Roman" w:cs="Times New Roman"/>
        </w:rPr>
        <w:t>“Boroom bi won na ma ne, taari 1843 bi moom mooyoon lu loxoam jiite, te ne benn cér bu ci nekk warulañ koo soppi; ne lim yi nekkoon nañu ni mu ko bëggoon. Te loxoam dafa nekk woon ci kaw, ba mu nëbb ab njuumte ci yenn lim yi, ngir kenn bañ koo gis, ba keraak ba loxoam demee.”</w:t>
      </w:r>
    </w:p>
    <w:p>
      <w:pPr>
        <w:pStyle w:val="ArticleScripture"/>
        <w:jc w:val="left"/>
      </w:pPr>
      <w:r>
        <w:rPr>
          <w:rFonts w:ascii="Times New Roman" w:hAnsi="Times New Roman" w:eastAsia="Times New Roman" w:cs="Times New Roman"/>
        </w:rPr>
        <w:t>«Noonu ma gis ci mbirum “Bés bu nekk,” ne baat bi “sarax” xelum nit moo ko yokk, te bokkul ci mbind mi; te Boroom bi moo jox gis-gis bu jub ci mbirum loolu ñi yégle woon xaaju waxtu àtte bi. Ba benn boole nekkee, bala 1844, lu ëpp ci ñoom bokkoon nañu ci gis-gis bu jub ci “Bés bu nekk”; waaye gannaaw 1844, ci jaaxle ji, ñu teg ca beneen xalaat, te lëndëm ak jaaxle topp na ci.» Review and Herald, 1 Nowàmbar 1850.</w:t>
      </w:r>
    </w:p>
    <w:p>
      <w:pPr>
        <w:pStyle w:val="ArticleBody"/>
        <w:jc w:val="left"/>
      </w:pPr>
      <w:r>
        <w:rPr>
          <w:rFonts w:ascii="Times New Roman" w:hAnsi="Times New Roman" w:eastAsia="Times New Roman" w:cs="Times New Roman"/>
        </w:rPr>
        <w:t>Ca jamono ba Prescott ak Daniells doon xare ci dëggug “daily,” Prescott ak Daniells dañoo doon teew ci xalaat bu néew ci mbir mi, te ndigalu Sister White bi mu jëme woon ci ñoom ñaar ca diisoo ga mooyoon ne war nañu noppi, doonte wax na ko ak baat yu gën a xam-xam, mel ni “ci noppi la seen xel mu baax nekk.” Bi mu leen yeddalee ndax seeni gis-gis yu jubulwul, mu itam dëggal ne mbirum “daily” warul nekk laaj bu nattu. Ñi di soppi jaar-jaari taarix, te soppi taarix boobu mooy ab yoonu taarix bu ñu santale ne ci ndigalu Jesuit yi ci keregu Katolik la tambalee, jëfandikoo nañu ay waxam ci ne “daily” warul nekk laaj bu nattu ngir tere saytu gu dëgg ci njàngale mi. Dañuy weddi li mu waxoon, ndaxte saa su neexee ba ñuy wax ne mu diglewoon ba ñu bañ a yëngal mbirum “daily,” dafa daan taxawal ay kàddu yu koy weer, mel ni “ci jamono jii,” walla “ci xaalis yi fi nekk léegi.”</w:t>
      </w:r>
    </w:p>
    <w:p>
      <w:pPr>
        <w:pStyle w:val="ArticleBody"/>
        <w:jc w:val="left"/>
      </w:pPr>
      <w:r>
        <w:rPr>
          <w:rFonts w:ascii="Times New Roman" w:hAnsi="Times New Roman" w:eastAsia="Times New Roman" w:cs="Times New Roman"/>
        </w:rPr>
        <w:t>Ni muy jigeen-jub, mooy doon jéema yokk seen bëgg-bëggu xuloo bu di gëna yaatu, te mu ngi doon jege a jur benn rëccu bu réy ci biir kërce gi yépp, ndax ay nit yu néew ñoo yaakaar ne ndax ñoom ay njiit lañu, am nañu sañ-sañu yégle lépp lu ñuy dogal ne mooy dëgg. Te Boroom bi, jaarale ko ci sa doole ak sa jariñ, dafa tax liggéeyu Seytaane bi nekk ci suufu ba mu dee. Gannaaw loolu, ci atum 1931, am na benn beesu doxalin ngir bañ dëggu “the daily,” te mu mujjee sax ci luñu ko jëfandikoo. Tey, xam-xamu dëgg bi ci tekkiinu “the daily” mooy gis-gis gu nekk ci waajur gi ci Adventisme bu Laodise, te ci xaalis yu fi nekk léegi, “the daily,” nekk na bu wóor ne mooy laaj bu nattu.</w:t>
      </w:r>
    </w:p>
    <w:p>
      <w:pPr>
        <w:pStyle w:val="ArticleBody"/>
        <w:jc w:val="left"/>
      </w:pPr>
      <w:r>
        <w:rPr>
          <w:rFonts w:ascii="Times New Roman" w:hAnsi="Times New Roman" w:eastAsia="Times New Roman" w:cs="Times New Roman"/>
        </w:rPr>
        <w:t>Bi ñi gëna bari doon yégle xam-xam gu dëgg gi, loolu nekku woon nattu; waaye bu ñu tëral ne benn dëgg ay juum la, booba moo div nattu. Ba ñu génnee mbooloom kéyit yi ñuy tudd Manuscript Releases ci at yi 1980, walla lu ci jege, booba lañu xame benn mbind mi mel ni mu xóot te jëkk ci bañ bu yéeme ci gis-gis gu Prescott ak Daniells ci “the daily,” ni mu mel ci njàppaleem gis-gisu Miller.</w:t>
      </w:r>
    </w:p>
    <w:p>
      <w:pPr>
        <w:pStyle w:val="ArticleScripture"/>
        <w:jc w:val="left"/>
      </w:pPr>
      <w:r>
        <w:rPr>
          <w:rFonts w:ascii="Times New Roman" w:hAnsi="Times New Roman" w:eastAsia="Times New Roman" w:cs="Times New Roman"/>
        </w:rPr>
        <w:t>“Ci jamonooyu sunu xam-xam war a jàppandi ba rëcc ci leer gu bees gi ñu nu joxoon ngir seet ko ci ndaje wu am solo wu mag wu sunu konferaas. Te foofa Brother Daniells nekkoon, kooku noon seetaan na ci xelam; te sa xel ak xelu Elder Prescott itam, malaak yi ñu dàqoon asamaan ñoo leen doon jëfandikoo. Liggéeyu Seytaane mooyoon a wërël seen xam-xam ngir ñu indi ay tomb ak ay bind yu néew yi Boroom bi waxul ngeen leen indi. Yooyu doonuñu lu am solo. Waaye loolu yéeme na lool ci mbiru dëgg gi. Te xalaati seen xel, su fekkee ne manees na leen a jàppandi ci ay tomb walla ay bind yu néew, loolu liggéey la gu Seytaane tëral. Ngir jubanti ay lu néew ci téere yi ñu bind, ngeen foog ne dangeen di def liggéey gu mag. Waaye dees na ma sant: Noppalu mooy wax ju xam-xam.”</w:t>
      </w:r>
    </w:p>
    <w:p>
      <w:pPr>
        <w:pStyle w:val="ArticleScripture"/>
        <w:jc w:val="left"/>
      </w:pPr>
      <w:r>
        <w:rPr>
          <w:rFonts w:ascii="Times New Roman" w:hAnsi="Times New Roman" w:eastAsia="Times New Roman" w:cs="Times New Roman"/>
        </w:rPr>
        <w:t>« War naa wax, Taxawalleen seetlu ay njàll. Su mébetu Seytaane bii manoon na am, kon dafay feeñ ci yéen ne seen liggéey dinañu ko jàppe ne moo gën a yéeme ci xalaatam. Mooy pexe noon bi, ngir dajale lépp lu ñu jàppe ne ay mbir yu dees a xeeb, fa xeeti xel yépp bokkul woon ci déggoo. »</w:t>
      </w:r>
    </w:p>
    <w:p>
      <w:pPr>
        <w:pStyle w:val="ArticleScripture"/>
        <w:jc w:val="left"/>
      </w:pPr>
      <w:r>
        <w:rPr>
          <w:rFonts w:ascii="Times New Roman" w:hAnsi="Times New Roman" w:eastAsia="Times New Roman" w:cs="Times New Roman"/>
        </w:rPr>
        <w:t>«Kon nag nak? Liggéey ji neex Seytaane mooy am. Dañuy joxe ñi biti ngir tekki bu bokkul ak sunu ngëm, waaye li leen di gëna yombal, te loolu dina jur jikko yu war a indi njàqare lu mag, te dina yàggal waxtu yu wurus yi, yi waroon a jëfandikoo ak farlu ngir yégle nit ñi message bu mag bi. Njàngat yi ci bépp mbir mi nu liggéeyoon ci maneesuñu a méngoo lépp, te njariñam mooy jaxasoo xel yi gëm ak yi gëmul. Loolu mooy li Seytaane tëraloon ne war na am—lu mu mana yaatal ni ab juuyoo.»</w:t>
      </w:r>
    </w:p>
    <w:p>
      <w:pPr>
        <w:pStyle w:val="ArticleScripture"/>
        <w:jc w:val="left"/>
      </w:pPr>
      <w:r>
        <w:rPr>
          <w:rFonts w:ascii="Times New Roman" w:hAnsi="Times New Roman" w:eastAsia="Times New Roman" w:cs="Times New Roman"/>
        </w:rPr>
        <w:t>“Jàngal Esekiyel, saar 28. Léegi, fii am na jëf ju màgg, fu xel yu doywaar mën a wone seen bopp. Waaye Boroom bi am na liggéey bu war a am ngir musal bàkkan yu bëgg a sànku; te bérab yi Seytaane, mi soloo ngir nekk kenn ku dul moom, mën a dugg ba fees ci sunu xeet, di indi jaxasoo, dina ko def ba mat sëkk, te ñiippi rëcc-rëcc yu ndaw yooyu dinañu yaatu, nekk yu fés.”</w:t>
      </w:r>
    </w:p>
    <w:p>
      <w:pPr>
        <w:pStyle w:val="ArticleScripture"/>
        <w:jc w:val="left"/>
      </w:pPr>
      <w:r>
        <w:rPr>
          <w:rFonts w:ascii="Times New Roman" w:hAnsi="Times New Roman" w:eastAsia="Times New Roman" w:cs="Times New Roman"/>
        </w:rPr>
        <w:t>“Te manees na ma nekk nekk bu njëkk ne Boroom bi joxul benn Elder Daniells mbaa Elder Prescott yëngu-yëngu bi walla yebbu liggéey bii. Ndax naxari Seytaane dañuy duggsi, ndax “Daily” bii war na doon lu réy lool ba ñu koy duggël ngir jaxase xel yi te tere yokkute liggéey bi ci jamono jii bu am solo lool? Warul mel noonu, lu mu mana doon sax. Warul ñu duggël mbir mii, ndax xel mi ci war a dugg mooy tere te tëj, te Lusifer mooy xool yëngu-yëngu wu nekk. Dooley Seytaane dinañu tàmbali liggéeyam, te jaxasoo dinañu dugg ci sunu safara. Amuloo woote ngir seet wuute xalaat wi nekkul laaj wu nuy nattale; waaye sa noppi mooy wax ju bare solo. Mbir mi mépp nekk na ma bu leer. Su fekkee ne Seytaane man na jaxas kenn ci sunu nit ñi ci mbir yii, ni mu ko fas yéene a def, doxalin Seytaane dina am ndam. Léegi liggéey bi, te bu yàggul, war nañu ko jàppaat, te warul ñu wax benn [wuute] xalaat.”</w:t>
      </w:r>
    </w:p>
    <w:p>
      <w:pPr>
        <w:pStyle w:val="ArticleScripture"/>
        <w:jc w:val="left"/>
      </w:pPr>
      <w:r>
        <w:rPr>
          <w:rFonts w:ascii="Times New Roman" w:hAnsi="Times New Roman" w:eastAsia="Times New Roman" w:cs="Times New Roman"/>
        </w:rPr>
        <w:t>“Seexaan dina yëngu nit ñooñu ñi nu bàyyi ba ñëw booloo ak malaaka yu bon, te tàggal sunu liggéey ci laaj yu amul solo; ndax ban mbégte la [fa] dina am ci kër gu ñaaw gi. Jéppal-leen, jéppal-leen. Na bépp wuute suul. Sunu liggéey léegi mooy jagleel sunu dooley yaram ak dooley xel ak nerves yu bopp yépp ngir dindi wuute yooyu yoon wi, te ñépp bokk ci benn déggoo. Bu Seexaan, ak xam-xamam bu mag te ñu sellalul, manee jot ndaw doŋŋ ci kàddu gi, [dina bég].”</w:t>
      </w:r>
    </w:p>
    <w:p>
      <w:pPr>
        <w:pStyle w:val="ArticleScripture"/>
        <w:jc w:val="left"/>
      </w:pPr>
      <w:r>
        <w:rPr>
          <w:rFonts w:ascii="Times New Roman" w:hAnsi="Times New Roman" w:eastAsia="Times New Roman" w:cs="Times New Roman"/>
        </w:rPr>
        <w:t>“Léegi, ba ma gisée ni ngeen doon liggéeyee, sama xel jàpp na mbir mi bépp ak ay njariñam bu ngeen yoxee ba jox ñi nu bàyyi gannaaw gi ndaw sax bopp ngir indi jaxasoo ci sunuy taxawaay. Seen ñàkk xel moo di li Seytaane bëggwoon. Seen yégle bu kawe bi nekkul woon ci ngëmël gu Xel mu Sell mi. Dama jàngalees ma ngir wax leen ne, seen di seet ay ñaawtéef ci bind yi nit ñi Yàlla jiite woon bind, bokkul ci li Yàlla yégle. Te su fekkee ne mooyu xel mi Magat Daniells di jox nit ñi, kon bu baaxul benn yoon ñu jox ko wàllu liggéey bu ofisyeel, ndaxte manul àtte li war a jur li ci topp. Seen noppi ci mbir mii mooy seen xel. Léegi, lépp lu mel ni seet ay ñaawtéef ci téerey nit ñi nekkatul ci dund gi, du liggéey bi Yàlla jox kenn ci yéen mu def. Ndaxte bu dee ne góor ñii—Magat Daniells ak Prescott—toppoon nañu ndigël yi ñu leen joxoon ci ni ñuy liggéeyee ci dëkk yi, kon ñu bare, bare lool, dinañu woon gëm dëgg gi te soppeeku, ay nit yu mën a liggéey te [léegi] ñu nekk ci ay bérab yu ñu dootul jot.”</w:t>
      </w:r>
    </w:p>
    <w:p>
      <w:pPr>
        <w:pStyle w:val="ArticleScripture"/>
        <w:jc w:val="left"/>
      </w:pPr>
      <w:r>
        <w:rPr>
          <w:rFonts w:ascii="Times New Roman" w:hAnsi="Times New Roman" w:eastAsia="Times New Roman" w:cs="Times New Roman"/>
        </w:rPr>
        <w:t>“Àddina bépp war na ko war a seet ni mooy benn njaboot gu réy. Te bi ngeen amee noonu benn bëtu xam-xam bu mel nii ngir root ci moom, lu tax ngeen bàyyi àddina bi muy yàqu at yu bare ak seede yi sunu Boroom Yeesu Kirist joxe? Diine ju dëgg jàngal na nu ngir nu seet góor ak jigéen bu nekk ni nit ku nu man a defal lu baax.</w:t>
      </w:r>
    </w:p>
    <w:p>
      <w:pPr>
        <w:pStyle w:val="ArticleScripture"/>
        <w:jc w:val="left"/>
      </w:pPr>
      <w:r>
        <w:rPr>
          <w:rFonts w:ascii="Times New Roman" w:hAnsi="Times New Roman" w:eastAsia="Times New Roman" w:cs="Times New Roman"/>
        </w:rPr>
        <w:t>“Lii mooy mbind mi ñu bindoon ci ay at yu bare: ‘Xel mu Dëppoo,’ seede bu ñu jox Mag Andrews. Xel mii man nañu koo yar ba mu nekk doole ngir xam kañ la war a wax ak yan yeboo la war a yékkati te muñal, ndaxte Kirist mooy sa Jàngalekat. Te dama ragaloon lool ci sa mbir [bi ma la gisoon], ba ngay yékkati sa xam-xam te topp yoon wu mën a duggale wuuteb xalaat. Boroom bi di woote nit ñu xarañ yu man a noppi seen wax bu ko xel mu xarañ kërgëntu ñoom a ko laajee. Su fekkee bëgg nga nekk nit ku mat, danga soxla sellal gu jaar ci Yeesu Kirist. Léegi am na liggéey bu tambali rekk, te nañu gis xel mu xarañ ci bépp pastëer, ci bépp presidentu [ab] konferaans. Waaye amoon na liggéey bu la waroon a jàppale at yu weesu, fa nga soxla woon nga yékkati sa baat ngir boppam liggéey bii. Kirist jox na ñoom ñépp, mbooloom askanam, ndigël yu xët wiiral ci li ñuy def ak li ñu warul def. Te des na nu tuuti waxtu ngir jëfandikoo njubte gi Boroom bi. Man nga déggali yoonu Boroom bi. Gis naa sa mébet ngir yóbbu mbir yi ni nga ko tëralee ci sa bopp gannaaw bi ñu la tegée president. Danga xalaatoon ne dinga def ay mbir yu yémbeel, te loolu dafay doon liggéey bu Yàlla tegul woon ci sa yoxo ngir nga ko def. Léegi, sa liggéey du ngir sonal, waaye ngir yiwle bépp soxla bu man a nekk su fekkee Boroom bi nangu na la ngir nga szolgéem. Waaye ci lu gaaw, wax nga firnde ne xel mu xarañ ak àtte mu sellalóo feeñuñu ci yaw. Danga leralee ay mbir yu ñu dul nangu unless su fekkee Boroom bi joxee leer.”</w:t>
      </w:r>
    </w:p>
    <w:p>
      <w:pPr>
        <w:pStyle w:val="ArticleScripture"/>
        <w:jc w:val="left"/>
      </w:pPr>
      <w:r>
        <w:rPr>
          <w:rFonts w:ascii="Times New Roman" w:hAnsi="Times New Roman" w:eastAsia="Times New Roman" w:cs="Times New Roman"/>
        </w:rPr>
        <w:t>“Ñu jàngale na ma ne yooyu yëngu yu gaaw yooyu waruñu woon a am, mel ni tànn yéen ngir nekk prezidaŋu konferaans bi sax at mi des. Waaye Boroom bi tere na ne amati benn jëf ju gaaw bu mel noonu ba kera ba mbir mi tëjjeesoo ci kanamu Boroom bi ci ñaan; te ndaxte yéen jot ngeen bataaxal bi leen xamal ne liggéeyu Boroom bi buy dal ci kaw prezidaŋ bi mooy yëf yu gëna màgg te xaram, amu ngeen woon benn sañ-sañu yoon ci wàllu jikko ngir tàmbalee ak seen njàqare gu tar ni ngeen ko def ci mbiru ‘Daily’ bi, te yaakaar ne seen dooley sañ-sañ dina dogal laaj bi. Amoon na fa Mag Haskell, mi gàddu woon yeneen yëf yu diis, te am na it Mag Irwin ak ñenn ci góor ñi ma man a tudd, yu yëngu ak yëf yu diis.”</w:t>
      </w:r>
    </w:p>
    <w:p>
      <w:pPr>
        <w:pStyle w:val="ArticleScripture"/>
        <w:jc w:val="left"/>
      </w:pPr>
      <w:r>
        <w:rPr>
          <w:rFonts w:ascii="Times New Roman" w:hAnsi="Times New Roman" w:eastAsia="Times New Roman" w:cs="Times New Roman"/>
        </w:rPr>
        <w:t>“Fan nga woon sa worma yi nga am at? Ban ndigal ngay man a jëfandikoo te duñu jël gépp nit ñi yor yëfi ngir seet ak xalaat mbir mi? Waaye nañu léegi seet mbir mi bu baax. Léegi war nañu dellu xalaat ndax dafa di àtteb Boroom bi, ci kanam liggéey bi ñu bàyyi woon, ci ngeen di won seen cër ngir yóbbu liggéey bi ba mu yokku beneen at itam. Su fekkee ne dangeen yóbbu liggéey bi beneen at ak ndimbal mi di bokk ak yéen, war na am soppi ci yéen ak ci Magkat Prescott. Te woneleen seen bopp torox ci kanam Yàlla. Boroom bi war na gis ci yéen firnde yu bokk ak xeetu dund gu wuute, ndax bu feeñee ne góor ñi soxlaa dellu soppeku ci jamono jii, mooy Magkat Daniells ak Magkat Prescott.”</w:t>
      </w:r>
    </w:p>
    <w:p>
      <w:pPr>
        <w:pStyle w:val="ArticleScripture"/>
        <w:jc w:val="left"/>
      </w:pPr>
      <w:r>
        <w:rPr>
          <w:rFonts w:ascii="Times New Roman" w:hAnsi="Times New Roman" w:eastAsia="Times New Roman" w:cs="Times New Roman"/>
        </w:rPr>
        <w:t>«War nañu tann juróom-ñaar ay góor yu ame xam-xam te ci jëfandikoo yiwug Yàlla maye seede ci dellusi gu bees. Ndaxte ku nekk ci ay góor yu ni mel, yu gumba ba ñu mënul xalaat sukkandiku ci sabab ba jëm ci njariñam, ba ñuy bàyyi xel góor ñi yeboon yëf yi ci liggéey bi ak ñii di njiiti konferaas yi, [te] góor ñi yore liggéey bi lu ëpp ñaari at ñu xeebaral leen, te mu jur toppandoo gu yàquy xel gu ni mel ba góor ñi di réccu ci saxaar liggéey bi ñu dëgmaloon ci seen kanam ay at—liggéeyal dëkk yi—te duñu jox ndigël, walla lu néew lool, mag ña ngir seetlu ak laaj pexe, waaye ñuy yégle nit ña mbir yi ñoom ci seen bopp tànn a joxe, loolu ci boppam lay seedeel ne góor ñoñu wóorul ngir dénk leen liggéey bu réy te yéemukaay bu ni mel.»</w:t>
      </w:r>
    </w:p>
    <w:p>
      <w:pPr>
        <w:pStyle w:val="ArticleScripture"/>
        <w:jc w:val="left"/>
      </w:pPr>
      <w:r>
        <w:rPr>
          <w:rFonts w:ascii="Times New Roman" w:hAnsi="Times New Roman" w:eastAsia="Times New Roman" w:cs="Times New Roman"/>
        </w:rPr>
        <w:t>«Kirist du dee. Mukk du may sonn liggé baatam jaarale ci anam wii yu doy waar. Bàyyileen téere yi noonu. Su fekkee ne soppi bu am solo war na am, Yàlla dina am boole bu dëppooku ci soppi boobu; waaye bu ñu dénkée nit ñi yégleb ak yëfi yuy ànd ak ko, [Yàlla] dafay laaj takku gu dëgg, guy liggéey ci mbëggeel te sellal bakkan bi. Mag ñi Daniells ak Prescott, ñoom ñaar a soxla dellusi waat ci soppi gu dëgg. Liggéey bu doy waar agsi na, te mënul a méngoo ak liggéey bi Kirist ñëwoon suuf ngir def ko; te ñépp ñi soppiwoon dëggu, dinañu def jëf yi Kirist di def.»</w:t>
      </w:r>
    </w:p>
    <w:p>
      <w:pPr>
        <w:pStyle w:val="ArticleScripture"/>
        <w:jc w:val="left"/>
      </w:pPr>
      <w:r>
        <w:rPr>
          <w:rFonts w:ascii="Times New Roman" w:hAnsi="Times New Roman" w:eastAsia="Times New Roman" w:cs="Times New Roman"/>
        </w:rPr>
        <w:t>«Nun ñépp dañoo war a liggéey liggéey bi di màggal Baay bi. Ñu agsi nañu ci jafe-jafe ju mag ji—mbaa ñu topp ci xarakteru Yeesu Kirist ci jamono jàngoro ji ngay waajal te, mbaa ñu bañ koo jéem sax. Mag Daniells, bu [nga] jàppe ne am nga sañ-sañu yékkati sa baat ba ñépp dégg ko ni nga ko defoon ci yeneen xaalis yu ni mel. Te xam ne, njiitu konferaans du buur buy nguuru. Dafay liggéey ak nit ñi am xel te nekk ci bérab bi ni ay njiit yu Yàlla nangu. Amul sañ-sañu dugg ci mbind mi nekk ci téere yi ñu mbooloo, te jóge ci xalam yi Yàlla nangu. Duñu fi desati di not, su dul ne wone nañu néewaat ci kàttanu nguur ak noot gi. Jafe-jafe ju mag ji agsi na, ndaxte Yàlla dinañu koo toroxal.»</w:t>
      </w:r>
    </w:p>
    <w:p>
      <w:pPr>
        <w:pStyle w:val="ArticleScripture"/>
        <w:jc w:val="left"/>
      </w:pPr>
      <w:r>
        <w:rPr>
          <w:rFonts w:ascii="Times New Roman" w:hAnsi="Times New Roman" w:eastAsia="Times New Roman" w:cs="Times New Roman"/>
        </w:rPr>
        <w:t>“Naka la Boroom di xool ci dëkk yi ñu bañ a liggéeyal? Kirist nekk na ca asamaan. Léegi dees na ko nangu ne, ‘Amul nguur gu buur. Te léegi mooy jafe-jafeb àddina sii. Léegi man maa di Kàttan gi man a musal walla a alag. Léegi mooy waxtu wi muy nekk ne moomug bépp ñépp nekk na ci samay loxo. Jox naa sama bakkan ngir musal àddina. Te “Man, bu ma yékkatee,” yiw gu musal gi ma di joxe dina firndeel ne ñépp ñi nangu a ñu bind leen ci melokaanu Yàlla te ñu bokk benn ak Man dinañu liggéey ni ma liggéeye ak sama kàttanu yiw gu jot ci jottali.’ Ku nekk ku soob, na jàppandoo ak ay mbokkam ngir def liggéey bi ñu leen dénk, bi ñuy nekk ci bérab yu am yégle, ci biir ndigali Boroom bi muy joxe, te nañu wut ak seen xol bépp a liggéey ci matug jàppale ak Ki bëggoon na àddina ba joxe ay bakkanam, sarax bu mat, ngir musal àddina. Maa ngi wax sunuy ministër yi ne, bu ñuy tàmbali liggéey bi ci sunuy dëkk, na am seddlu gu dal te sell gu and ak ministèreb Kàddu gi. Nun mënunu a def toppandoo bu baax ci xelu nit ñi su nu...”</w:t>
      </w:r>
    </w:p>
    <w:p>
      <w:pPr>
        <w:pStyle w:val="ArticleScripture"/>
        <w:jc w:val="left"/>
      </w:pPr>
      <w:r>
        <w:rPr>
          <w:rFonts w:ascii="Times New Roman" w:hAnsi="Times New Roman" w:eastAsia="Times New Roman" w:cs="Times New Roman"/>
        </w:rPr>
        <w:t>“Damaa ngi recopier ci sama Téereb Bés. Dëgg gi nekk ci Yeesu — waxleen ko, ñaanleen ci, gëmleen kàddu bu nekk ci yombam. Lu ngeen ci man a jariñ bu ñu yóbbu njuumte yi ci kanam nit ñi jóge woon ci ngëm te déglu xel yu nax, nit ñi féete ak yàggul woon ak nun ci ngëm? Ndax dangeen taxaw ci wetub Seytaane? Joxleen seen perhatian tool yi kenn liggéeyagul. Liggéey bu àddina bépp a ngi sunu kanam. Ñu maa won na ay misaal yu jëm ci John Kellogg.”</w:t>
      </w:r>
    </w:p>
    <w:p>
      <w:pPr>
        <w:pStyle w:val="ArticleScripture"/>
        <w:jc w:val="left"/>
      </w:pPr>
      <w:r>
        <w:rPr>
          <w:rFonts w:ascii="Times New Roman" w:hAnsi="Times New Roman" w:eastAsia="Times New Roman" w:cs="Times New Roman"/>
        </w:rPr>
        <w:t>“Ab nit ku yëngu te diwaan yu rafet woon, moo doon tektal xalaat yi nekk ci ay wax yu bëgg a nax yi muy joxe, ak ay xel yu wuute ak dëgg-dëggu Biibël bu dëgg bi. Te ñi doon xiif te mar lu bees, dañuy jëfandikoo ay xalaat [yu mel ne lu dëgg te di nax] ba tax Maam Prescott nekkoon ci njariñ bu réy. Maam Daniells itam nekkoon ci njariñ bu réy [ngir] muur ci naxu xel ne bu ñu waxee ay xel yooyu ci bépp fànn, kon dina mel ni àddina bu bees la.”</w:t>
      </w:r>
    </w:p>
    <w:p>
      <w:pPr>
        <w:pStyle w:val="ArticleScripture"/>
        <w:jc w:val="left"/>
      </w:pPr>
      <w:r>
        <w:rPr>
          <w:rFonts w:ascii="Times New Roman" w:hAnsi="Times New Roman" w:eastAsia="Times New Roman" w:cs="Times New Roman"/>
        </w:rPr>
        <w:t>«Waaw, loolu dina amoon, waaye bi seen xel yi di noyyiku noonu, won nañu ma ne mbokk Daniells ak mbokk Prescott dañoo doon lemmi ci seen dundug jamono ay xalaat yu mel ni lu ruu, te di woot sunu nit ñi ca ay xalaat yu rafet yu war a nax, bu fekkee sax, ba ñi tànn ci kaw. War naa bind ak sama kayit ne ay mbokk yooyu dinañu gis ay ñaawtéef ci seeni xalaat yu nax, yu di teg dëgg gi ci xaalisug bañ a wóor; te moonte it, dañuy taxaw mel ni ñoo am xam-xam bu réy ci mbirum ruu. Léegi war na ma leen wax ne bi nu ma wonnee mbir mii, bi Elder Daniells di yékkati baatam ni trompet ngir wootal ay xalaatam ci “Daily,” li ci toppoon moom lañu ma won. Sunu nit ñiy jaar ci lëj. Gis naa li ci mujj, te ba noppi ñu jox ma ay artu ne bu fekkee Elder Daniells, te du seet li ci mujj, di noonu di tàbbi ci xelam ba nga xam ne muy gëm ne mu ngi nekk ci ngëmle Yàlla, kon kuññug gëmadi ak sikseñis dinañu jiwu ci sunu xeet bépp fu nekk, te dinañu nu fekk fa nga xam ne Seytaane dina yóbbu ay yégleem. Gëmadi gu wér ak sikseñis dinañu jiwu ci xel yu nit, te ay meññent yu doy waaru bon dinañu wuutu dëgg gi.» Manuscript Releases, volume 20, 17–22.</w:t>
      </w:r>
    </w:p>
    <w:p>
      <w:pPr>
        <w:pStyle w:val="ArticleBody"/>
        <w:jc w:val="left"/>
      </w:pPr>
      <w:r>
        <w:rPr>
          <w:rFonts w:ascii="Times New Roman" w:hAnsi="Times New Roman" w:eastAsia="Times New Roman" w:cs="Times New Roman"/>
        </w:rPr>
        <w:t>Jaar-jaarinu maas ñaareel gi mooy firndeel yokkute gu ñaaw ci weddi gi. Njuumte yu xel mu sellul yi Esekiel di tektal ci néegu nataal yi, dañuy won ne “Mbokk Daniells ak Mbokk Prescott dañoo doon ràbb seen xew-xewu bopp ay xalaat yu mel ni yu espiritism, te di jur sunu nit ña ñëw ci ay xalaat yu rafet yu wara nax, bu ñu ko manee, sax ñi tànn yi ci seen biir.” Espiritism bi bokk ak gis-gis bu dul dëgg bu “daily,” mooy misaal bi ci li, bu ñu ko manee, dina nax sax ñi tànn yi ci seen biir. Moom dafa boole espiritism bu pantheism bi Kellogg doon yégle ak dooleel gu Prescott ak Daniells di jéem a tekki “daily” ne mooy liggéeyu Kirist ci kër-yàlla ju kawe ji.</w:t>
      </w:r>
    </w:p>
    <w:p>
      <w:pPr>
        <w:pStyle w:val="ArticleBody"/>
        <w:jc w:val="left"/>
      </w:pPr>
      <w:r>
        <w:rPr>
          <w:rFonts w:ascii="Times New Roman" w:hAnsi="Times New Roman" w:eastAsia="Times New Roman" w:cs="Times New Roman"/>
        </w:rPr>
        <w:t>Mu ngi leen di xamal ñu bàyyi téere ya ci seen yoon; te ci loolu, dafa doon jublu ci jéggi-jéggi bu Prescott ak Daniells defoon ngir bindaat téereb Uriah Smith bi, Daniel and the Revelation, ngir dindi ci biir moom njàngalem mi mu jàngale woon ci “the daily,” ni ko Miller itam xamme woon. Ñi di soppi jaar-jaari nettali yi ci Laodicea, ñi Isaiah tudd “the learned”, jot nañu ci kërg gox gu réy ci kaw ñi amul njàng mu mat ci Adventism, ndaxte dañu weddi walla jengal seedeem jaar-jaar ba ngir yóbbu ñi nopp yi di sax ci lu bees ak ñi gën a ñàkk xam-xam ci njàng mi, ba ñu defe ne mbirum “the daily,” amul solo, te Miller itam nekkoon na ci njuumte ci wàllu mbir moomu. Jëf ju sellu jii ci soppi jaar-jaar yi, bokk na ci mbalit mi ñu won Miller ne dees ko balay ak góob guy wacc suuf, ci jamono ji feeñug kàttanu Yàlla ci Midnight Cry di dellusi.</w:t>
      </w:r>
    </w:p>
    <w:p>
      <w:pPr>
        <w:pStyle w:val="ArticleBody"/>
        <w:jc w:val="left"/>
      </w:pPr>
      <w:r>
        <w:rPr>
          <w:rFonts w:ascii="Times New Roman" w:hAnsi="Times New Roman" w:eastAsia="Times New Roman" w:cs="Times New Roman"/>
        </w:rPr>
        <w:t>Dina yokk sunu seetlu ci ñaareelu maasinu Adventisme Laodise ci waxtaan wi di ñëw.</w:t>
      </w:r>
    </w:p>
    <w:p>
      <w:pPr>
        <w:pStyle w:val="ArticleScripture"/>
        <w:jc w:val="left"/>
      </w:pPr>
      <w:r>
        <w:rPr>
          <w:rFonts w:ascii="Times New Roman" w:hAnsi="Times New Roman" w:eastAsia="Times New Roman" w:cs="Times New Roman"/>
        </w:rPr>
        <w:t>Bataaxal bi ne “Demleen jëm kanam” dafa war a wéy di déggiku te ñu war koo teral. Naka la xaalis yu wuute yi ngiy am ci sunu àddina di woote liggéey bu mën a jëfandikoo ci ñoom ak ci seen melokaan yu sell yi. Boroom bi soxla na nit ñi am xel mu bañ a lëndëm te set, nit ñi Xel Mu Sell mi liggéey ci seen biir, te ñuy teeru ndab lu bees bu jóge asamaan. Ci xel yu mel noonu, Kàddug Yàlla day leeral leer, di feeñal ci ñoom yoon wu wóor wi lu ëpp lu ñu mas a gis ba noppi. Xel Mu Sell mi day liggéey ci xel ak ci xol. Waxtu wi agsi na ba, jaarale ko ci yonnent Yàlla yi, ñu ngi ubbi mbind mi ci kanam àddina. Jàngalekat yi ci sunuy ekool waruñoo ñu tëj leen ci ne leen dafa war rekk ñu jàngale li ñu masoon a jàngale ba léegi. Nanu dindi tere yooyu. Am na Yàlla buy jox bataaxal bi ay nitam war a wax. Bu kenn sarxalkat bu xam ne mooy yégle xibaar bu baax bi bañ a defe ne mu tëju, mbaa ñu natt ko ak nattuk nit. Xibaar bu baax bi war na mataliku ni ko bataaxal yi Yàlla di yónni ware. Li Yàlla di jox ay jaamamam ñu wax tey, xéy na ne du woon dëggug jamono démb at yu tollu ci ñaar-fukk, waaye mooy bataaxal bi Yàlla jagleel jamono jii.”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Daaniyeel — Juróom-ñett-fukk ak benn</dc:title>
  <dc:subject>Wërug Feeñu soppi jaar-jaari bindu taarix ci Adventism bu Laodise: Xoolaat njàqare mi ci mbirum “Daily”</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