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Juróom-ñaar-fukk ak Ñaar</w:t>
      </w:r>
    </w:p>
    <w:p>
      <w:pPr>
        <w:pStyle w:val="ArticleSubtitle"/>
        <w:jc w:val="left"/>
      </w:pPr>
      <w:r>
        <w:rPr>
          <w:rFonts w:ascii="Arial" w:hAnsi="Arial" w:eastAsia="Arial" w:cs="Arial"/>
        </w:rPr>
        <w:t>Ubbi téereb waxu yonent bi: xam njàngaatu Daniel 11 ak solo “bes bu nekk” bi ci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Gannaaw nu seetee jaar-jaari mboolem mbir yi dale ci 1863 ba ci waxtu mujj mi ci 1989, ci biir dëgg-dëggu ñeenti xasaay yi ci Ezekiel saar 8, yi di tegu ci ñeenti maas yi ci Adventisme, dina nu jublu sunu xel ci yokkute xam-xam bi ñu ubbiloon ci 1989. Yokkute xam-xam boobu dafa jëm ci juróom-bennéelu aaya yi mujj yi ci Daniel saar 11. Ci 1989, sunu ndaje njàngum Subo bu tuuti gisna yoonu yemale yi ci waxi yonent yi ci Biibël, yi Future for America di faral di wax, te yi dëgëral toftalinu xew-xew yi ci bépp yoonu yemale; loolu nag di may jàngatkat bu waxi yonent ngir mu jëfandikoo yoonu tawte gu mujj gi ci “rëdd ci kaw rëdd.”</w:t>
      </w:r>
    </w:p>
    <w:p>
      <w:pPr>
        <w:pStyle w:val="ArticleBody"/>
        <w:jc w:val="left"/>
      </w:pPr>
      <w:r>
        <w:rPr>
          <w:rFonts w:ascii="Times New Roman" w:hAnsi="Times New Roman" w:eastAsia="Times New Roman" w:cs="Times New Roman"/>
        </w:rPr>
        <w:t>Ci biir ay at (1992), maa ngi bindoon ab mbind mi jëfandikoo juróom-benn aaya yu mujj yi ci Daniel fukki benn. Mbind mi, sama bànneex rek moo tax ma bind ko, ndaxte amuma woon kàttan mbaa bëgg-bëgg bu ma koy wërale ci kanam nit ñi. Ba ci 1994, mbind mi agsi woon na ci benn ministère Adventiste buy dox ci boppam, te ci 1995, benn sàppe bu am fukki benn xët yu jëm ci juróom-benn aaya yu mujj yi ci Daniel fukki benn, fees na ci benn dëkkandoo bu weer wu nekk buy génne ci ministère boobu. Ci mbind yi “Spirit of Prophecy” bind, am na lu néew rekk ay ndigal yu xóot yu jëm ci Daniel fukki benn, te bi gën a am solo ci ñoom ñépp nekk na ab layu xalaat bu mag ngir saxal dëggug jëfandikoo bi ma teg woon ci aaya yooyu.</w:t>
      </w:r>
    </w:p>
    <w:p>
      <w:pPr>
        <w:pStyle w:val="ArticleScripture"/>
        <w:jc w:val="left"/>
      </w:pPr>
      <w:r>
        <w:rPr>
          <w:rFonts w:ascii="Times New Roman" w:hAnsi="Times New Roman" w:eastAsia="Times New Roman" w:cs="Times New Roman"/>
        </w:rPr>
        <w:t>“Amunu benn waxtu buy sànk. Ay jamono yu jafe-jafe nekk nañu ci sunu kanam. Àddina bi yéngu na ak ruuhu xare. Léegi lu yàggul, xew-xewu metit yi ñu wax ci kàddug waxi Yàlla yi dinañu am. Kàddug waxi Yàlla bi nekk ci Daniel sarax fukki benn bi, jot na lu jege ci matug yépp. Lu bare ci téereb jaar-jaar bi am ba noppi ngir matal kàddug waxi Yàlla boobu, dinañu ko delloo. Ci xët wu ñett-fukk bi, ñu wax na fa ci ab kàttan bu ‘dina metti xolam, [Daniel 11:30–36 quoted.]”</w:t>
      </w:r>
    </w:p>
    <w:p>
      <w:pPr>
        <w:pStyle w:val="ArticleScripture"/>
        <w:jc w:val="left"/>
      </w:pPr>
      <w:r>
        <w:rPr>
          <w:rFonts w:ascii="Times New Roman" w:hAnsi="Times New Roman" w:eastAsia="Times New Roman" w:cs="Times New Roman"/>
        </w:rPr>
        <w:t>“Xew-xew yu ni melni ci baat yii dina am.” Manuscript Releases, number 13, 394.</w:t>
      </w:r>
    </w:p>
    <w:p>
      <w:pPr>
        <w:pStyle w:val="ArticleBody"/>
        <w:jc w:val="left"/>
      </w:pPr>
      <w:r>
        <w:rPr>
          <w:rFonts w:ascii="Times New Roman" w:hAnsi="Times New Roman" w:eastAsia="Times New Roman" w:cs="Times New Roman"/>
        </w:rPr>
        <w:t>Sër Wiit wax na leer ne 1798 mooy “jamonoy mujj gi.”</w:t>
      </w:r>
    </w:p>
    <w:p>
      <w:pPr>
        <w:pStyle w:val="ArticleScripture"/>
        <w:jc w:val="left"/>
      </w:pPr>
      <w:r>
        <w:rPr>
          <w:rFonts w:ascii="Times New Roman" w:hAnsi="Times New Roman" w:eastAsia="Times New Roman" w:cs="Times New Roman"/>
        </w:rPr>
        <w:t>“Waaye ci jamono ji mujj, yonent bi nee na: ‘Ñu bari dinañu daw fii ak fa, te xam-xam dina yokku.’ Daniel 12:4.... Gannaaw 1798 téereb Daniel ubbi nañu ko, xam-xamu ci yeneen waxi yonent yi yokku na, te ñu bari yégle nañu ndigal lu tar bi ci ne àtte ba jege na.” The Great Controversy, 356.</w:t>
      </w:r>
    </w:p>
    <w:p>
      <w:pPr>
        <w:pStyle w:val="ArticleBody"/>
        <w:jc w:val="left"/>
      </w:pPr>
      <w:r>
        <w:rPr>
          <w:rFonts w:ascii="Times New Roman" w:hAnsi="Times New Roman" w:eastAsia="Times New Roman" w:cs="Times New Roman"/>
        </w:rPr>
        <w:t>Saar ñeent-fukk ci Daniel benn-fukk ak benn tàmbalee na ak ne: “Te ci jamono mujj ga.”</w:t>
      </w:r>
    </w:p>
    <w:p>
      <w:pPr>
        <w:pStyle w:val="ArticleScripture"/>
        <w:jc w:val="left"/>
      </w:pPr>
      <w:r>
        <w:rPr>
          <w:rFonts w:ascii="Times New Roman" w:hAnsi="Times New Roman" w:eastAsia="Times New Roman" w:cs="Times New Roman"/>
        </w:rPr>
        <w:t>Te bu mujjug jeexital bi, buur bu bëj-gànnaar bi dina ko daaneel; te buur bu bëj-saalum bi dina ñëw ci kawam mel ni ngelaw lu tar, ànd ak watiiri, ak kawar yi, ak gaal yu bare; te dina dugg ci réew yi, dina fey ci seen kow te jaar. Daniel 11:40.</w:t>
      </w:r>
    </w:p>
    <w:p>
      <w:pPr>
        <w:pStyle w:val="ArticleBody"/>
        <w:jc w:val="left"/>
      </w:pPr>
      <w:r>
        <w:rPr>
          <w:rFonts w:ascii="Times New Roman" w:hAnsi="Times New Roman" w:eastAsia="Times New Roman" w:cs="Times New Roman"/>
        </w:rPr>
        <w:t>Lu leer na, sax ci amul njàppale gu jub ci Xel mu wax lu jëkk, ne sarax bi ñent-fukk ci aaya yi mooy tàmbali njàngat lu njëkk ci 1798. Yëngu-yëngu yooyu dañuy jëme ba ci tëj diggante nit ak yërmande, ndaxte aaya bu njëkk ci xaaj 12 bu Daniel nee na: “Te ci jamono jooju Mikayel dina taxaw,” te Sœur White wax na ko leer ne bu Mikayel taxawee, diggante nit ak yërmande dina tëj.</w:t>
      </w:r>
    </w:p>
    <w:p>
      <w:pPr>
        <w:pStyle w:val="ArticleScripture"/>
        <w:jc w:val="left"/>
      </w:pPr>
      <w:r>
        <w:rPr>
          <w:rFonts w:ascii="Times New Roman" w:hAnsi="Times New Roman" w:eastAsia="Times New Roman" w:cs="Times New Roman"/>
        </w:rPr>
        <w:t>“‘Ci jamono, Mikayel dina taxaw, Boroom buur bu mag bi miy taxawu ngir doom sa xeet; te dina am jamono ju metti, bu mel ni benn musiba bu xewulwoon dara mbaa xet yi amee ba ci jamono jooju: te ci jamono jooju sa xeet dinañu mucc, képp kuñu fekk mu bindu ci téere bi.’ Daniel 12:1.</w:t>
      </w:r>
    </w:p>
    <w:p>
      <w:pPr>
        <w:pStyle w:val="ArticleScripture"/>
        <w:jc w:val="left"/>
      </w:pPr>
      <w:r>
        <w:rPr>
          <w:rFonts w:ascii="Times New Roman" w:hAnsi="Times New Roman" w:eastAsia="Times New Roman" w:cs="Times New Roman"/>
        </w:rPr>
        <w:t>“Bu bataaxal ñetteel malaaka bi bi jeexee, yërmandeetu Yàlla dootul ragal ndax ñi tooñ te dëkk ci suuf si. Nit ñi Yàlla bokk samp nañu seen liggéey. Jot nañu ci ‘taw bi mujj,’ ‘ndimbalug yeesal gi jóge ci kanamu Boroom bi,’ te waajal nañu ngir waxtu nattu gu metti gi nekk ci seen kanam. Malaaka yi dañuy gaawantu, di dem ak dellu ci asamaan. Benn malaaka buy délsi jóge ci suuf si yégle ne liggéeyam jeex na; nattu bu mujj bi wàcci na ci àddina si, te ñépp ñi firndeel ne sax nañu ci sellaay yu Yàlla yi jot nañu ci ‘rëññu Yàlla miy dund.’ Noonu Yeesu taxawulati ci ndimbalëm bi mu doon def ci kër gu sell ga ca kaw. Mu yékkati ay loxoom, wax ak baat bu kawe ne: ‘Jeex na;’ te mbooloom malaaka ya bépp wàcc seen kaala yi, bi muy yégle wax ju màgg ji ne: ‘Ku jubadi, na jubadiati; ku tàng, na tàngati; ku jub, na jubati; ku sell, na selleeti.’ Peeñu 22:11. Bépp mbir àttees na ci dund walla dee.” The Great Controversy, 613.</w:t>
      </w:r>
    </w:p>
    <w:p>
      <w:pPr>
        <w:pStyle w:val="ArticleBody"/>
        <w:jc w:val="left"/>
      </w:pPr>
      <w:r>
        <w:rPr>
          <w:rFonts w:ascii="Times New Roman" w:hAnsi="Times New Roman" w:eastAsia="Times New Roman" w:cs="Times New Roman"/>
        </w:rPr>
        <w:t>Sarax bu Daniel fukki ak benn, tàmbali na ci atum 1798, te ci sarax bi fukki ak juróom, bi buur bu bëj-gànnaar (papauté bi) agsee ci njàlbéem te kenn du ko dimbali, ndigalug jéego nit ñi day jeex, ndaxte sarax bi ci topp nee na: «Te ci waxtu woowu,» noonu muy xamale “waxtu” wiñ feeñal ci sarax bi jiitu, mooy sarax bi fukki ak juróom ci Daniel fukki ak benn. Buur bu bëj-gànnaar (papauté bi), dafa agsi ci njàlbéem ci njëlbënu waxtuw jéego nit ñi.</w:t>
      </w:r>
    </w:p>
    <w:p>
      <w:pPr>
        <w:pStyle w:val="ArticleBody"/>
        <w:jc w:val="left"/>
      </w:pPr>
      <w:r>
        <w:rPr>
          <w:rFonts w:ascii="Times New Roman" w:hAnsi="Times New Roman" w:eastAsia="Times New Roman" w:cs="Times New Roman"/>
        </w:rPr>
        <w:t>Kon nag, jaar-jaaru juróom yi nekk ci juroom-benn aaya yu mujj yi ci Daniel fukk ak benn, dañuy wone toftalinu xew-xew yu tàmbalee ci atum 1798 te jeex ci tëjbi àtteb nit ñi. Bi Jigéen-ja White nekkee ci dundam, 1798 nekkoon na leer ne ci jaar-jaaram wu weesu. Bi mu waxee ne “wax ju dëgg gu nekk ci sàccu Daniel ci saraxal fukk ak benn mi, mu ngi bëgg a agsi ci matug matam”, du man a diñ ci dara ludul jaar-jaar ju am gannaaw 1798, te bala Michael taxaw. Gannaaw loolu mu wax na bu wér ne “barab yu bare ci jaar-jaar ji amoon ngir matal baat bii ñuyaat nañu ko,” noonu di jàngalekat kàddug yëgale bi xamal ne jaar-jaar wu mujj wi ci Daniel fukk ak benn, wi “mu ngi bëgg a agsi ci matug matam,” am na misaalëm ci yeneen xaaj yu jaar-jaar yi ñu teg ci saraxal Daniel fukk ak benn.</w:t>
      </w:r>
    </w:p>
    <w:p>
      <w:pPr>
        <w:pStyle w:val="ArticleBody"/>
        <w:jc w:val="left"/>
      </w:pPr>
      <w:r>
        <w:rPr>
          <w:rFonts w:ascii="Times New Roman" w:hAnsi="Times New Roman" w:eastAsia="Times New Roman" w:cs="Times New Roman"/>
        </w:rPr>
        <w:t>Bu mujjéleen bu am solo ci waxi yëgle yi, mu dellu cite ay aaya yu tollu ci ñatt-fukk ak juróom ba ñatt-fukk ak juróom-benn, te mu wax ne: “Xew-xew yu mel ni yiñu melal ci wax yii dinañu am.” Kàddu gu joge ci waxug Yàlla jox na ab caabi ñi di jàngi yëgle ngir bëgg a xam matug mujj ga ci Daniel 11. Caabi googu mooy ne, jaar-jaaru waxi Daniel 11 ci juróom-benn aaya yu mujj yi, dafa àndandoo ak jaar-jaaru biñu teg ci aaya yi tollu ci ñatt-fukk ba ñatt-fukk ak juróom-benn. Leer gu bare lool a ngi génne ci révélasiyoŋ boobu, waaye li war a seetlu fii mooy ne, ci Daniel 11:31, “bés bu nekk bi” dañu ko dindi.</w:t>
      </w:r>
    </w:p>
    <w:p>
      <w:pPr>
        <w:pStyle w:val="ArticleBody"/>
        <w:jc w:val="left"/>
      </w:pPr>
      <w:r>
        <w:rPr>
          <w:rFonts w:ascii="Times New Roman" w:hAnsi="Times New Roman" w:eastAsia="Times New Roman" w:cs="Times New Roman"/>
        </w:rPr>
        <w:t>Ngir nu man a déggal bu baax jaar-jaari bindu yonent bi miy won jëf yi toftal ba mu waral jeexital boppam ci xel nit, taalibéebu yonent war na am xam-xam bu jub ci “ndiir bi.” Su fekkee ne ayet fanweeri benn bi di jox njàngat ci ñàkkal saserdotal liggéeyu Kàddu Kirist ci kër-yàllaam, walla muy jox njàngat ci dindi bàkkane, kon dafa war lool ngir nga man a déggal bu jub jaar-jaar boobu méngoo bi Mag Sister White waxoon ba mu bindee ne, “Mbir yu ni mel yi ñu misaal ci wax yi dinañu am.”</w:t>
      </w:r>
    </w:p>
    <w:p>
      <w:pPr>
        <w:pStyle w:val="ArticleBody"/>
        <w:jc w:val="left"/>
      </w:pPr>
      <w:r>
        <w:rPr>
          <w:rFonts w:ascii="Times New Roman" w:hAnsi="Times New Roman" w:eastAsia="Times New Roman" w:cs="Times New Roman"/>
        </w:rPr>
        <w:t>Sëf ne, Adbantis bu Lawodise amul woon askanug njariñu matal gi ne Daniel benn-fuk ak benn, aaya ñeent-fukk, muy wax ne dafa bañ a xam matug yëg-yëgu gi jëm ci tasaru Réew mi ñuy wax Soviet Union ci atum 1989; waaye aaya ja moom dafa xamle ndëgg-ndëgg jëfandikoo yooyu sax. Ñi bëggoon a xam bu baax yokkute xam-xam bu yonent bi, bi ñëwee ak matug aaya ñeent-fukk ba ci atum 1989, ñoom, dégg-dëggu “bés bu nekk” bi, daldi nekk dëggu jamono jii. Ci ndorteelu xarnu bi juróom-ñaar-fukk, xam-xam bu jub boobu amoon solo lool, ndaxte dafa doon benn cér bu am solo ci dëgg-yu samp yi Boroom bi jëfandikoo William Miller ngir samp leen.</w:t>
      </w:r>
    </w:p>
    <w:p>
      <w:pPr>
        <w:pStyle w:val="ArticleBody"/>
        <w:jc w:val="left"/>
      </w:pPr>
      <w:r>
        <w:rPr>
          <w:rFonts w:ascii="Times New Roman" w:hAnsi="Times New Roman" w:eastAsia="Times New Roman" w:cs="Times New Roman"/>
        </w:rPr>
        <w:t>Waaye ci biir fukk ak juróom-benn at yu njëkk yi ci téeméeri atub fanweer gu ñaar-fukki at, gis-gis protestaaŋ bu Seytaane mi di wax ne “bu bes bu nekk bi” dafa tegtal liggéeyu Kirist ci kër-yàllaam, doon na taxawal gu néew; te waru woon a may benn xulóo tambali sax ci dëgg bi ne “bu bes bu nekk bi” mooy benn misaal bu bokk ci ngëmug jaamburkat. Looloo tax dingeen dégg ci ñi di soppiwaat jaar-jaar yu Laodise ne mbirum “bu bes bu nekk bi” “waru ko def mbirum nattu,” walla ne “waru yëngal mbirum ‘bu bes bu nekk bi.’” Li ñiy soppiwaat jaar-jaar yi baaxul a bàyyi, bu ñuy jiite ñi xamuma ci waxtaan wii, mooy dogal bi xel mu sell mi daan saxal ci mbir mi. Kàddu yii di jëm ci Mag Haskell.</w:t>
      </w:r>
    </w:p>
    <w:p>
      <w:pPr>
        <w:pStyle w:val="ArticleBody"/>
        <w:jc w:val="left"/>
      </w:pPr>
      <w:r>
        <w:rPr>
          <w:rFonts w:ascii="Times New Roman" w:hAnsi="Times New Roman" w:eastAsia="Times New Roman" w:cs="Times New Roman"/>
        </w:rPr>
        <w:t>Magat Haskell moo doon yëngalare ngir aar njàng mi jub ci mbirum “the daily,” di ko xeex ci jëfandikookat yu muy Prescott ak Daniells ci ñaareelu ak ñaareelfuk at yi ci xarnub ñaareel-fukk. Moytuleen bu baax, ndaxte Rakku jigéen White masul fésal ne xam-xamu Haskell ci mbirum “the daily” baaxul; li mu ko rekk sant mooy mu bañ a bàyyi xëccoo boobu mu wéy, ndax Boroom bi bëggul woon a joxe ab màndarga gu sax ngir noon yi dëgg (Prescott ak Daniells), ba ñuy wéy di dëgëral seen njàng mu dul dëgg. Ci xët wi, Haskell dafa yeddul ngir “the chart,” te chart bi ñuy wax mooy chart bu 1843 bi. Haskell dafa defaat chart bu 1843 bi ngir nekk seede ci xëccoo boobu. Waaye du ko rekk defaat; dafa yokk ci suufu chart bi wax ji jóge ci Rakku jigéen White, fa mu wax ne “chart bu 1843 bi, loxo Boroom bi moo ko jiitewoon te waru koo soppi.” Bi ngeen di jàng xët wi, waññileen yoon yi mu wax, “ci jamono jii.”</w:t>
      </w:r>
    </w:p>
    <w:p>
      <w:pPr>
        <w:pStyle w:val="ArticleScripture"/>
        <w:jc w:val="left"/>
      </w:pPr>
      <w:r>
        <w:rPr>
          <w:rFonts w:ascii="Times New Roman" w:hAnsi="Times New Roman" w:eastAsia="Times New Roman" w:cs="Times New Roman"/>
        </w:rPr>
        <w:t>«Dama ma jàngale ma ne ma wax leen, Buñu yëngu ci jamono jii benn laaj ci Review buy yengal xel yi.... Amuñu léegi waxtu ngir dugg ci werante yu amul solo, waaye war nañu a xalaat bu baax ci soxlawu wut Boroom bi ngir am soppe gu dëgg ci xol ak ci dund. War nañu def jégo yu dëgër ngir jot sellalug bakkan ak xel.»</w:t>
      </w:r>
    </w:p>
    <w:p>
      <w:pPr>
        <w:pStyle w:val="ArticleScripture"/>
        <w:jc w:val="left"/>
      </w:pPr>
      <w:r>
        <w:rPr>
          <w:rFonts w:ascii="Times New Roman" w:hAnsi="Times New Roman" w:eastAsia="Times New Roman" w:cs="Times New Roman"/>
        </w:rPr>
        <w:t>«Dégg naa ay waxtaan yu ma ñu may ngir artu ma ci soxla su am solo buy doon ñu war a saxal benn jëfandikoo, benn jëmu booloo. Loolu mbir la bu am solo ci nun ci jamono jii. Ni nit ku nekk, war nanu jëfandikoo artu gu gëna mag.»</w:t>
      </w:r>
    </w:p>
    <w:p>
      <w:pPr>
        <w:pStyle w:val="ArticleScripture"/>
        <w:jc w:val="left"/>
      </w:pPr>
      <w:r>
        <w:rPr>
          <w:rFonts w:ascii="Times New Roman" w:hAnsi="Times New Roman" w:eastAsia="Times New Roman" w:cs="Times New Roman"/>
        </w:rPr>
        <w:t>“Bind naa ci Maggat Prescott, wax ko ne war na moytu lool ba du dugal ci Review mbir yu mel ni ñuy tegtal ay nàk ci sunu jaar-jaar ju weesu. Wax naa ko ne mbir mi mu gëm ne am na ci njuumte du laaj bu am solo bu mag, te suñu koy joxe léppam fii tey ba muy fés, sunuy noon dinañu ko jëfandikoo, def ci lu ndaw lu mel ni tund.”</w:t>
      </w:r>
    </w:p>
    <w:p>
      <w:pPr>
        <w:pStyle w:val="ArticleScripture"/>
        <w:jc w:val="left"/>
      </w:pPr>
      <w:r>
        <w:rPr>
          <w:rFonts w:ascii="Times New Roman" w:hAnsi="Times New Roman" w:eastAsia="Times New Roman" w:cs="Times New Roman"/>
        </w:rPr>
        <w:t>“Yéen itam maa ngi leen di wax ne mbir mii [MAN AÑU “BÉS BU NEKK” BI CI DANIEL 8.] warul yëngu ci jamono jii. Déedéet, sama mbokk, dama bëgg a wax ne ci jafe-jafe bii nu nekk, kart bi nga yeesaloon warul wër. Nga def njuumte ci mbir mii. Seytaane dafay liggéey ak dogal ngir jur ay mbir yu di jur jaxasoo. Am na ñu bég lool ñu gis sunuy surga yi dugg ci werante ci laaj bii, te dinañu koo jébbal lool.”</w:t>
      </w:r>
    </w:p>
    <w:p>
      <w:pPr>
        <w:pStyle w:val="ArticleScripture"/>
        <w:jc w:val="left"/>
      </w:pPr>
      <w:r>
        <w:rPr>
          <w:rFonts w:ascii="Times New Roman" w:hAnsi="Times New Roman" w:eastAsia="Times New Roman" w:cs="Times New Roman"/>
        </w:rPr>
        <w:t>“Ñu jàngale nañu ma ne ci li ñuy wax man a am ci benn wet mbaa ci beneen wet bu laaj bii, noppi mooy wax gu am solo ci jamono jii. Seytaane di xool ngir gis fursa ngir sos xaajale ci sunuy jangat yu mag yi. Njuumte la woon a siiwal taabal bi ba keroog nga man a booloo ak ñépp, te ngeen déggoo ci mbir mi. Géna xelul ngeen woon ci yóbbu ci kanam wàllu mbir mu war a sos waxtaan ak génne ay xalaat yu bare, ndaxte lépp lu ci nekk dees na ko teg ci naaj, def ko mu tekki lu dul loraange rekk ci sabab bi. Nun ñépp am nanu lu nu wara def ngir doxal wax ju dul dëgg yu ñi fésal seeni xol ci seen bëgg seede fen bi.” Manuscript Releases, volume 9, 106, 107.</w:t>
      </w:r>
    </w:p>
    <w:p>
      <w:pPr>
        <w:pStyle w:val="ArticleBody"/>
        <w:jc w:val="left"/>
      </w:pPr>
      <w:r>
        <w:rPr>
          <w:rFonts w:ascii="Times New Roman" w:hAnsi="Times New Roman" w:eastAsia="Times New Roman" w:cs="Times New Roman"/>
        </w:rPr>
        <w:t>Ci njëkk mbind mi, nu waxoon ne Ellen White wax na ne ñi joxe waxu waxtu àtte bi am nañu xalaat gu jub ci “bés ba,” te gis-gisug Prescott ak Daniells ne “bés ba” dafa tegtal liggéeyu Kirist ci kër-yàllaam, jóge na ci Seytaane. Mu yedd Haskell ndax mu mayoon werante bi wéy, waaye du ci ndax taxawaayam ci dëgg gi jëm ci li “bés ba” di tegtal. Ca jamono jooju, li ëppoon ci ñi gëm daan nañu sax ci xam-xamu pionnier yi ci “bés ba,” te, lu gën a am solo, sarax si nekk ci Daniel fukki benn, bi waroon a ubbeeku “ci waxtu mujj ga” ci 1989, nekkoon na ba tey ay fukki at yu bare ci kanam. Ca waxtu jooju (1989), solo gi nekk ci xalaat gu jub ci “bés ba” dina doon lu war. Ñi soppi ay bind yi daan nañu bàyyi rekk qualification yi Ellen White defoon te ñu yem ci jamono jooju rekk, génn ci seen ñam wu doyadi. Waññi qualification bu jëm ci waxtu ci wàll wi di topp.</w:t>
      </w:r>
    </w:p>
    <w:p>
      <w:pPr>
        <w:pStyle w:val="ArticleScripture"/>
        <w:jc w:val="left"/>
      </w:pPr>
      <w:r>
        <w:rPr>
          <w:rFonts w:ascii="Times New Roman" w:hAnsi="Times New Roman" w:eastAsia="Times New Roman" w:cs="Times New Roman"/>
        </w:rPr>
        <w:t>“Am naa ay wax jëm ci Brethren Butler, Loughborough, Haskell, Smith, Gilbert, Daniells, Prescott, ak ñépp ñi doon liggéey ci jëfandikoo seen xalaat ci lu “the daily” ci Daniel 8 tekki. Warulñu def lii luy laaj buy seet nit, te yëngu-yëngu bi ci génn ndax li ñu ko jàppe ni noonu, neexul woon dara. Jaxasoo am na, te xel yu bari ci sunuy bokk yi dindi nañu leen ci seet bu xel mu sett te waroon a joxe ci liggéey bi Boroom bi digle woon ne war nañu ko def ci jamono jii ci sunuy dëkk. Loolu neex na noon noonu noppalu bu mag bi nu am ci sunu liggéey.”</w:t>
      </w:r>
    </w:p>
    <w:p>
      <w:pPr>
        <w:pStyle w:val="ArticleScripture"/>
        <w:jc w:val="left"/>
      </w:pPr>
      <w:r>
        <w:rPr>
          <w:rFonts w:ascii="Times New Roman" w:hAnsi="Times New Roman" w:eastAsia="Times New Roman" w:cs="Times New Roman"/>
        </w:rPr>
        <w:t>“Leer gi ñu ma jox mooy ne dara waruñu ko def ngir yokk yëngu-yëngu wi ci laaj bii. Buñu ko indil ci sunu waxtaan yi te daldi ci dëkk ci mel ni mbir bu am solo lool. Am na nu liggéey bu réy bu nekk ci sunu kanam, te amuñu benn waxtu bu nu wara ñàkk ci liggéey bu am solo bi war a ñu def. Na nu taxaw ci sunu doole yu ñépp gis ci njoxeem ci suñu wonee xeetu dëgg yu am solo yi, yi nu am ci leer gu wóor.”</w:t>
      </w:r>
    </w:p>
    <w:p>
      <w:pPr>
        <w:pStyle w:val="ArticleScripture"/>
        <w:jc w:val="left"/>
      </w:pPr>
      <w:r>
        <w:rPr>
          <w:rFonts w:ascii="Times New Roman" w:hAnsi="Times New Roman" w:eastAsia="Times New Roman" w:cs="Times New Roman"/>
        </w:rPr>
        <w:t>“Damay may leen seeni xel ci ñaan gu mujj gu Kirist, ni ñu ko bindee ci Yowaana 17. Am na yenn mbir yu bari yu nu man a wax,—dëgg yu sell, di woon nattu, te rafet ci seen yomb. Ci yooyu ngeen man a sax ak cëru xol bu tar. Waaye buleen indi ‘bès bu nekk bi,’ mbaa beneen mbir mu man a yëngal werante ci diggante bokk yi, ci jamono jii; ndaxte loolu dina yéexal te tere liggéey bi Boroom bi bëgg ñu denc xel yi sunu bokk ci léegi. Bu nu yëngëtu ci laaj yi dina feeñal wuute gu mag ci laaj yi, waaye na nu jële ci Kàddu gi dëgg yu sell yi jëm ci laaj yu doxalin yoonu Yàlla yi wara ñu waral.”</w:t>
      </w:r>
    </w:p>
    <w:p>
      <w:pPr>
        <w:pStyle w:val="ArticleScripture"/>
        <w:jc w:val="left"/>
      </w:pPr>
      <w:r>
        <w:rPr>
          <w:rFonts w:ascii="Times New Roman" w:hAnsi="Times New Roman" w:eastAsia="Times New Roman" w:cs="Times New Roman"/>
        </w:rPr>
        <w:t>“Nanu sunuy liggéeykat yu di topp Yàlla war nañu sàkku ngir wone dëgg gi ci anam gi gën a baax. Kem ci lu maneesa def, na ñépp wax benn yoon. Na xam-xami waare yi yomb te di jëfandikoo ci mbir yu am solo, yu ñuy man a xam bu yomb. Su fekkee ne sunuy liggéeykat yépp gis nañu soxla bi ci moomal seen bopp, kon Boroom bi dina liggéey ak ñoom. Léegi soxla na nu dellu ci soppeku gu bees, ngir malaakay Yàlla man a boole seen liggéey ak sunu liggéey, di def bàyyi ci xel yi nu di liggéeyal tur wu sell.”</w:t>
      </w:r>
    </w:p>
    <w:p>
      <w:pPr>
        <w:pStyle w:val="ArticleScripture"/>
        <w:jc w:val="left"/>
      </w:pPr>
      <w:r>
        <w:rPr>
          <w:rFonts w:ascii="Times New Roman" w:hAnsi="Times New Roman" w:eastAsia="Times New Roman" w:cs="Times New Roman"/>
        </w:rPr>
        <w:t>“Nanu noo waral ci benn ci lëf yu booloo ci bennug xel bu mel ni Krist; noonu sunu liggéey du nekk ci neen. Xëccleen ci benn yoon bu jub, te buñu indi ay werante. Woneleen kàttanu dëgg guy boole, te loolu dina def lu metti ci xel yi nit ñi. Ci bennug xel la doole nekk.</w:t>
      </w:r>
    </w:p>
    <w:p>
      <w:pPr>
        <w:pStyle w:val="ArticleScripture"/>
        <w:jc w:val="left"/>
      </w:pPr>
      <w:r>
        <w:rPr>
          <w:rFonts w:ascii="Times New Roman" w:hAnsi="Times New Roman" w:eastAsia="Times New Roman" w:cs="Times New Roman"/>
        </w:rPr>
        <w:t>“Bii du jamonoy taxul ngir yékkati ci kaw ay farak yu amul solo. Su fekkee ne ñenn ñi amul lëkkal bu dëgër te dund ak Boroom bi, wone nañu àddina bi seen néew doole ci xam-xamu duggu ci Kiristaan, noon ñi bañ dëgg, te ñuy seetaan nu bu baax, dinañu ko jël ba mu ëpp, te sunu liggéey dina ñàkk yokk. Na ñépp mën a yëngu ak lewet, te jàng njàngale yi ci Koom mi lewet te suufe xol.”</w:t>
      </w:r>
    </w:p>
    <w:p>
      <w:pPr>
        <w:pStyle w:val="ArticleScripture"/>
        <w:jc w:val="left"/>
      </w:pPr>
      <w:r>
        <w:rPr>
          <w:rFonts w:ascii="Times New Roman" w:hAnsi="Times New Roman" w:eastAsia="Times New Roman" w:cs="Times New Roman"/>
        </w:rPr>
        <w:t>“Mbirtu ‘bés bu nekk’ warul jur yëngu-yëngu yu ni mel yi ñu def. Ndaxte ci ni nit ñi ci ñaari wet yu laaj bi jàppalee mbirtu mii, werante jóg na te jaxasoo nekk na.”</w:t>
      </w:r>
    </w:p>
    <w:p>
      <w:pPr>
        <w:pStyle w:val="ArticleScripture"/>
        <w:jc w:val="left"/>
      </w:pPr>
      <w:r>
        <w:rPr>
          <w:rFonts w:ascii="Times New Roman" w:hAnsi="Times New Roman" w:eastAsia="Times New Roman" w:cs="Times New Roman"/>
        </w:rPr>
        <w:t>“Jëf gi Mbokk Larry Smith ci ñiir ab trakt buy yëgle àtteb mbugal ci ay bokkam ak ci seen ngëm, Yàlla moo ko waxul walla mu ko santul. Te ci Njiit Prescott maa wax ne, Boroom bi tegul ci sa kaw ab yëngu-yaram wala yebal ci mbir mi.</w:t>
      </w:r>
    </w:p>
    <w:p>
      <w:pPr>
        <w:pStyle w:val="ArticleScripture"/>
        <w:jc w:val="left"/>
      </w:pPr>
      <w:r>
        <w:rPr>
          <w:rFonts w:ascii="Times New Roman" w:hAnsi="Times New Roman" w:eastAsia="Times New Roman" w:cs="Times New Roman"/>
        </w:rPr>
        <w:t>“Damaa metti na lool ci dégg ne Magat Daniells, te xam ne am na benn wuute ci xalaat ci mbir mii ci sunuy bokk yi jiitu, waroon na bañ a jëkkëral mbir mii ni ñu ko defee woon ci yenn bérab.</w:t>
      </w:r>
    </w:p>
    <w:p>
      <w:pPr>
        <w:pStyle w:val="ArticleScripture"/>
        <w:jc w:val="left"/>
      </w:pPr>
      <w:r>
        <w:rPr>
          <w:rFonts w:ascii="Times New Roman" w:hAnsi="Times New Roman" w:eastAsia="Times New Roman" w:cs="Times New Roman"/>
        </w:rPr>
        <w:t>“Yeneen sunuy bokk yu góor yi jaaruñu ci xel mu rafet, te xalaatuñu bu leer dale ci sababu ba ci ay njariñu séen jëf ngir taxaw ci séen gis-gis ci tekkiinu ‘the daily.’ Fekk ne fi ak nii, am na wuuteb xalaat ci mbir mii, buleen ko indi ci kanam. Na bépp werante jeex. Ci jamono jooju, noppi mooy wax ju am solo.</w:t>
      </w:r>
    </w:p>
    <w:p>
      <w:pPr>
        <w:pStyle w:val="ArticleScripture"/>
        <w:jc w:val="left"/>
      </w:pPr>
      <w:r>
        <w:rPr>
          <w:rFonts w:ascii="Times New Roman" w:hAnsi="Times New Roman" w:eastAsia="Times New Roman" w:cs="Times New Roman"/>
        </w:rPr>
        <w:t>“Wareefu surga yu Yàlla yi ci jamono jii mooy yégle Kàddu gi ci dëkk yu mag yi. Kirist dafa ñëw ngir musal bàkkan yi, te nun, ni way-joxe ay xéewëlam, war nanu jottali waa dëkk yu mag yi xam-xamu dëggam buy musal.” Pamphlets, number 20, 11, 12.</w:t>
      </w:r>
    </w:p>
    <w:p>
      <w:pPr>
        <w:pStyle w:val="ArticleBody"/>
        <w:jc w:val="left"/>
      </w:pPr>
      <w:r>
        <w:rPr>
          <w:rFonts w:ascii="Times New Roman" w:hAnsi="Times New Roman" w:eastAsia="Times New Roman" w:cs="Times New Roman"/>
        </w:rPr>
        <w:t>Mbokk Larry Smith, ki moom la woon jublu ci moom, dafa mer lool ci mbir mi, ndaxte téerey baayam la woon, Daniel and the Revelation, bi Prescott ak Daniells bëggoon a bindaat ngir soppi li mu bindoon ci mbirum “the daily.” Mbokk Smith moo doon aar dëgg gi, te itam baayam. Mu di yokk firnde ci werante gi yoon yu bari ak baat yii, “at this time,” te jëm ci mujji mu wax ne, “While the present condition of difference of opinion regarding this subject exists, let it not be made prominent.” Bépp kër yu mag yu njàngum Adventism yi di jàngale “the daily” tey, dañuy jàngale gis-gisu Seytaane bi. Lu leer na ne xaalis yi am tey bokkul ak xaalis yi nekkoon ba tey.</w:t>
      </w:r>
    </w:p>
    <w:p>
      <w:pPr>
        <w:pStyle w:val="ArticleBody"/>
        <w:jc w:val="left"/>
      </w:pPr>
      <w:r>
        <w:rPr>
          <w:rFonts w:ascii="Times New Roman" w:hAnsi="Times New Roman" w:eastAsia="Times New Roman" w:cs="Times New Roman"/>
        </w:rPr>
        <w:t>Ñaareel ñaareelu Adventisme tàmbalee na ca rébélioŋu 1888 ga, te espiritisme sampu na ci biir njiiti yi. Jëfandikoo boobu ubbi na bunt bi ngir yokkute ay réer gu gëna mag ci espiritisme, yu war a jur xaalis bu àddinaale gu dëppookul ak xaajoo, ndaxte góor ñi nekk ci posti yu am yëf, fas nañu yéene yóbbu li ku nekk di jàpp ni mooy dëgg. Góor yu mel ni Daniells, Prescott ak Kellogg nekk nañu ay màndarga ci taarix boobu, fa Esekiel waxee li juróom-ñaar-fukk mag ña, “mag ñi ci kërug Israyil,” di “def ci lëndëm, ku nekk ci néegu ay nataalam? ndaxte ñu naan, Boroom bi gisunu nu.”</w:t>
      </w:r>
    </w:p>
    <w:p>
      <w:pPr>
        <w:pStyle w:val="ArticleBody"/>
        <w:jc w:val="left"/>
      </w:pPr>
      <w:r>
        <w:rPr>
          <w:rFonts w:ascii="Times New Roman" w:hAnsi="Times New Roman" w:eastAsia="Times New Roman" w:cs="Times New Roman"/>
        </w:rPr>
        <w:t>Ci jamono joo, yónni mbirum 1888, ñoom ñépp ñaar a réer seen yoon ci xulóoyi, jaxasoo ak espiritism bi dajale woon juróom-ñaar-fukk magi Ezekiel yi, ñi nga xam ne dañoo nataaloon xérëm yi ci tabaaxi kër Yàlla gi, ak ci tabaaxi seen xel yi. Liggéeyu wér-gu-yaram gi dindi nañu ko ndax espiritismu Kellogg, teewul sax ne revisionist yi ci Adventisme Laodicée di yor ñi amul njàng ngir ñu gëm ne xeetu ndamam nekk na lu jóge ci jaxasoob jamono jooju. Am na woon itam benn taarixu méngoo ci jamonoy Àttekat yi, fa nga xam ne tëj-biirug taarixu Àttekat yi méngoo bu baax ak waxtu wii, ndax aaya mujj ci Kërgaggu Àttekat yi nee na:</w:t>
      </w:r>
    </w:p>
    <w:p>
      <w:pPr>
        <w:pStyle w:val="ArticleScripture"/>
        <w:jc w:val="left"/>
      </w:pPr>
      <w:r>
        <w:rPr>
          <w:rFonts w:ascii="Times New Roman" w:hAnsi="Times New Roman" w:eastAsia="Times New Roman" w:cs="Times New Roman"/>
        </w:rPr>
        <w:t>Ca fan yooyu amuloon buur ci Israyil: ku nekk dafa doon def li mu gis ne jub na ci ay bëtam. Juge 21:25.</w:t>
      </w:r>
    </w:p>
    <w:p>
      <w:pPr>
        <w:pStyle w:val="ArticleBody"/>
        <w:jc w:val="left"/>
      </w:pPr>
      <w:r>
        <w:rPr>
          <w:rFonts w:ascii="Times New Roman" w:hAnsi="Times New Roman" w:eastAsia="Times New Roman" w:cs="Times New Roman"/>
        </w:rPr>
        <w:t>Nuy dinanu lu taxawal lu waral jaar-jaaru Kàttan yi melo ak jaar-jaaru ñaareelu xeetu Adventism bi, bi nuy yokk sunu bésub bind yii; waaye war nañu seetlu ne, bu ñuy xalaat jaar-jaaru Adventism bu Laodicea, jaar-jaar bi gën a jéggi te nit ñépp mën a jot ci moom, ñi di jëfe revisionisme historique ñoo ko joxe. Ndaxte, Sister White bëggul woon sax benn yoon ñu yëngu mbiram “the daily” ci boobu jamono, ndaxte ci dëgg-dëgg ay nit yu néew lool rekk la woon, te moom waxoon na ne “malaaka yi ñu dàqoon asamaan” ñoo leen di gindi, ba ñu jox leen bérab bu ñépp man a gis ngir ñu yégle séen xalaat yu juum. Waaye wax ne Sister White dafa mas a taxaw ci xalaat ne bàkkaarul a bàyyi njàngum juum ngir mu des, loolu mooy lu jëm ci wàll wu dëppookul dara ak li mu gëm woon.</w:t>
      </w:r>
    </w:p>
    <w:p>
      <w:pPr>
        <w:pStyle w:val="ArticleScripture"/>
        <w:jc w:val="left"/>
      </w:pPr>
      <w:r>
        <w:rPr>
          <w:rFonts w:ascii="Times New Roman" w:hAnsi="Times New Roman" w:eastAsia="Times New Roman" w:cs="Times New Roman"/>
        </w:rPr>
        <w:t>“Bokk yi, ni ma nekk ab ndawub Kirist, maa ngi leen di artu ngeen moytu yii mbir yu wet, ndax seen jëme moo di yóbbu xel wi sore dëgg gi. Njuumte masula ne amul lor. Mënuma mas a sellal kenn, waaye dafay indi njaxlaf ak xeexante. Moom dafa dul lu amul nguy. Noon bi am na dooley lool ci xel yi ñu ñëwul a dëgërloo bu baax ci ñaan te sampu ci dëggu Biibël bi.” Testimonies, volume 5, 292.</w:t>
      </w:r>
    </w:p>
    <w:p>
      <w:pPr>
        <w:pStyle w:val="ArticleBody"/>
        <w:jc w:val="left"/>
      </w:pPr>
      <w:r>
        <w:rPr>
          <w:rFonts w:ascii="Times New Roman" w:hAnsi="Times New Roman" w:eastAsia="Times New Roman" w:cs="Times New Roman"/>
        </w:rPr>
        <w:t>Danu yeggale njàng mi ci maqaala bi di ñëw.</w:t>
      </w:r>
    </w:p>
    <w:p>
      <w:pPr>
        <w:pStyle w:val="ArticleScripture"/>
        <w:jc w:val="left"/>
      </w:pPr>
      <w:r>
        <w:rPr>
          <w:rFonts w:ascii="Times New Roman" w:hAnsi="Times New Roman" w:eastAsia="Times New Roman" w:cs="Times New Roman"/>
        </w:rPr>
        <w:t>«Amunuñu benn waxtu bu nu wara yàq. Jamono yu metti ngi ci sunu kanam. Addina bi yëngu na ak xel mu ànd ak xare. Léegi ay seeniu tiis yi waxees na ci yonent yi dinañu am. Yonent wi nekk ci Daniel kapitaal fukk ak benn, ba noppi, jot na yoon wu nekk ci matalugam. Lu bare ci jaar-jaar bi amoon ngir matal yonent wii, dinañu ko delloo. Ci aaya ñett-fukk, waxees na fa ci benn doole bu ‘dina metti, dellu, am mer ci kóllëre gu sell gi: noonu lay def; waaye dina dellu itam, bokk xel ak ñiy bàyyi kóllëre gu sell gi. Ay xarekat dinañu taxaw ci wetam, te dinañu sobal bérab bu sell bi, bu am kàttan, dinañu dindi sarax su bis bu nekk, te dinañu samp yàqute biy indi réer. Ñi di def lu bon ci kóllëre gi, dina leen sànk ak wax yu neex; waaye nit ñi xam seen Yàlla dinañu am kàttan te def jëf yu mag. Ñi am xam-xam ci xeet wi dinañu jàngal ñu bare; waaye dinañu daanu ak saamar, ak safara, ak njaam, ak alalu sàcc, ay fan yu bare. Su ñu daanee nag, dinañu jot ndimbal lu néew; waaye ñu bare dinañu takk ci ñoom ak wax yu neex. Benn ñenn ci ñi am xam-xam dinañu daanu, ngir nattu leen, setal leen, ba ñu weexal, ba àgga ci jamono mujj; ndaxte mu ngi teg ba ci jamono wu ñu dogal. Buur bi dina def ni ko soob; dina yékkati boppam, màggal boppam ci kaw bépp yàlla, te dina wax ay wax yu yéeme ci Yàlla ju kaw yàlla yi; te dina jàmm ci yoonam ba keroog mer ma mat; ndaxte li ñu dogal mooy am.’ Daniel 11:30–36.»</w:t>
      </w:r>
    </w:p>
    <w:p>
      <w:pPr>
        <w:pStyle w:val="ArticleScripture"/>
        <w:jc w:val="left"/>
      </w:pPr>
      <w:r>
        <w:rPr>
          <w:rFonts w:ascii="Times New Roman" w:hAnsi="Times New Roman" w:eastAsia="Times New Roman" w:cs="Times New Roman"/>
        </w:rPr>
        <w:t>“Lu mel ni mel niñ wax ci baat yii dina am. Nu ngi gis firnde yu wone ne Seytaane mi ngi gaaw a nangu ndàmbam ci xel yi nit ñi, ñi amul ragal Yàlla ci seen kanam. Na ñépp jàng te xam waxi Yàlla yu nekk ci téere bii, ndaxte léegi nu ngi dugg ci jamono jafe-jafe ji ñu waxoon ne:”</w:t>
      </w:r>
    </w:p>
    <w:p>
      <w:pPr>
        <w:pStyle w:val="ArticleScripture"/>
        <w:jc w:val="left"/>
      </w:pPr>
      <w:r>
        <w:rPr>
          <w:rFonts w:ascii="Times New Roman" w:hAnsi="Times New Roman" w:eastAsia="Times New Roman" w:cs="Times New Roman"/>
        </w:rPr>
        <w:t>“‘Te ci waxtu boobu Mikayel dina jóg, moom buur bu mag bi taxaw ngir doom sa xeet; te dina am jamono ju metti, ju melni bi mukk amul woon ba xeet amee ba ca waxtu woowu. Te ci waxtu woowu sa xeet dinañu mucc, kenn ku nekk kuñu gis ni bind nañu ko ci téere bi. Te ñu bare ci ñi nelaw ci suuf si dinañu yeewu, ñenn ngir dund gu dul jeex, te ñeneen ngir rus ak xeeb gu dul jeex. Te ñi am xel dinañu leer ni leerug asamaan; te ñi jëfandikoo ñu bare ba ñu jub, ni biddéew yi ba fàww ak ba fàww. Waaye yaw, yow Daniyel, tëj wax yi, te nga rëdd téere bi, ba ci jamonoy muj gi; ñu bare dinañu daw fu nekk, te xam-xam dina yokku.’ Daniyel 12:1–4.” Manuscript Releases, limu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Juróom-ñaar-fukk ak Ñaar</dc:title>
  <dc:subject>Ubbi téereb waxu yonent bi: xam njàngaatu Daniel 11 ak solo “bes bu nekk” bi ci Adventism</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