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Ñett fukki juróom-ñett bi</w:t>
      </w:r>
    </w:p>
    <w:p>
      <w:pPr>
        <w:pStyle w:val="ArticleSubtitle"/>
        <w:jc w:val="left"/>
      </w:pPr>
      <w:r>
        <w:rPr>
          <w:rFonts w:ascii="Arial" w:hAnsi="Arial" w:eastAsia="Arial" w:cs="Arial"/>
        </w:rPr>
        <w:t>Ñenti Maase yi ci Adventisme Laodise buy gëna yokku ci ay ñaawtéef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Saaru Esekiyel, ñeenti ay ñëw ay ñaawte yu di yokkante, yi di tekki ñeenti maas yi ci Adventisme bu Laodise. Bunt gu 1863 gi jur na lu ngireneek ci ñaari tabla yi Habakuk, ni Aaróon itam defee woon benn xarala bu ngireneek buy lépp ci jealousie, ci doomam wurus wa, ca jamono ja very bi Yàlla di jox Muuse ñaari tabla yi fukki ndigël yi. Bi Adventisme bu Laodise tàmbalee liggéeyu dindi dëgg yu njëkk yu taxaw, ni ko feesee ci géntug William Miller, njiitu maas bu njëkk ba tàmbali di bañ sañ-sañu Biibël bi, te gannaaw ga, Ruuhu Kàddug Yonent gi. Bunt gi magoon na ba ca tolluwaay ba spiritualisme Kellogg (pantheism) agsi ci seen jaar-jaar, tuuti laata 1888.</w:t>
      </w:r>
    </w:p>
    <w:p>
      <w:pPr>
        <w:pStyle w:val="ArticleBody"/>
        <w:jc w:val="left"/>
      </w:pPr>
      <w:r>
        <w:rPr>
          <w:rFonts w:ascii="Times New Roman" w:hAnsi="Times New Roman" w:eastAsia="Times New Roman" w:cs="Times New Roman"/>
        </w:rPr>
        <w:t>Ci ñàkk jàmm gu 1888 ga, espiritism bi néewaloon ci néegu nataali yi Esekiel wax ci seen mbind mi, agsi na woon ci taxaw bu mel ni ndaw yi yónnee ci Minneapolis, ak jigéen ju Yàlla defoon yonent, ba pare ak Saxal Miit gi it, dañu leen bañ.</w:t>
      </w:r>
    </w:p>
    <w:p>
      <w:pPr>
        <w:pStyle w:val="ArticleScripture"/>
        <w:jc w:val="left"/>
      </w:pPr>
      <w:r>
        <w:rPr>
          <w:rFonts w:ascii="Times New Roman" w:hAnsi="Times New Roman" w:eastAsia="Times New Roman" w:cs="Times New Roman"/>
        </w:rPr>
        <w:t>«Gis na ci sunu kóllëre ne bu Yàlla bi yónnee leer yu jóge ci bunt bu ubbi bu kër-yàlla ga ngir ay nitam, Seytaane dafa yëngu xel yu bari. Waaye mujj gi jotagul. Dina am ñu di bañ leer gi te di bësal ñi Yàlla def ay yoonu ngir jottali leer. Yëf yu Xel Yàlla, duñu leen xam ci anam wu Xel Yàlla. Ñi di wottukat yi toppuñu woon kërgaggu Yàlla buy ubbeeku, te ndigal gi dëgg te jóge asamaan ak ñi ko yóbbu, suufeel nañu leen.»</w:t>
      </w:r>
    </w:p>
    <w:p>
      <w:pPr>
        <w:pStyle w:val="ArticleScripture"/>
        <w:jc w:val="left"/>
      </w:pPr>
      <w:r>
        <w:rPr>
          <w:rFonts w:ascii="Times New Roman" w:hAnsi="Times New Roman" w:eastAsia="Times New Roman" w:cs="Times New Roman"/>
        </w:rPr>
        <w:t>«Ay nit ci dinañu génn ci ndaje mii, ñuy wax ne xam nañu dëgg, te ñu ngi dajale ci seen bakkan yére yi ñuuloon ci làbbalub asamaan. Xel wi ñu jël fii, dina ànd ak ñoom. Dama tiit ndax ëllëgu sunu mbir. Ñi dul fii wone seen bopp ci firnde yi Yàlla joxe, dinañu xeex seen bokk yi Yàlla di jëfandikoo. Dinañu ko def lu metti lool, bu jamono yi agsee, ba ñu man a yóbbu jëm kanam te jëm ci kaw xeetu xare boobu benn mel ni bi ñu daan def ba tey. Nit ñii dinañu am ay waxtu ngirñu gëm ne daan nañu xeex Xelum Sellum Yàlla. Ñenn ci ñoom dinañu gëm ko; ñeneen ñi di sax ci seen xelum bopp. Duñu dee ci seen bopp ngir Boroom bi Yeesu dugg ci seen xol. Dinañu gën a naxariku, ba gën a gën a naxariku, ba kenn duñu man a ràññee dëgg ak njub. Ci weneen xel lañuy jéemee teg ci liggéey bi ab màndarga wu Yàlla du nangoo; te dinañu jéem a feeñal jikko yi Satan moom, ci noonu ñuy jël saytu xelu nit ñi te gannaaw loolu saytu liggéey bi ak mbirum Yàlla.»</w:t>
      </w:r>
    </w:p>
    <w:p>
      <w:pPr>
        <w:pStyle w:val="ArticleScripture"/>
        <w:jc w:val="left"/>
      </w:pPr>
      <w:r>
        <w:rPr>
          <w:rFonts w:ascii="Times New Roman" w:hAnsi="Times New Roman" w:eastAsia="Times New Roman" w:cs="Times New Roman"/>
        </w:rPr>
        <w:t>«Bu sunu bokk yi ko doon woor ak ñaan, te suufeel seen xol fa kanam Yàlla ci ndaje moomu, te toog ak dal ngir seet Xarnuy Mbind mi benn benn, kon Yàlla dafa naroon a màggaliku. Waaye xelu àtte bu ñu indiwon ca ndaje ma ubbiwul buntu barke bu gëna bare bu Yàlla, te ñi am xel woowu duñu nekk ci taxawaay bu baax ngir gis leer peeg bu ñu tuubee fa kanam Yàlla, te am dara ci xam ni ñu jege woon naka lool ci toroxal Xel mu Sell mi ak am beneen xel.» The 1888 Materials, 832.</w:t>
      </w:r>
    </w:p>
    <w:p>
      <w:pPr>
        <w:pStyle w:val="ArticleBody"/>
        <w:jc w:val="left"/>
      </w:pPr>
      <w:r>
        <w:rPr>
          <w:rFonts w:ascii="Times New Roman" w:hAnsi="Times New Roman" w:eastAsia="Times New Roman" w:cs="Times New Roman"/>
        </w:rPr>
        <w:t>Gannaaw 1888, Sœur White “daldi na lool ngir ëllëg” mbooloom ak liggéeyu Yàlla. Gis na ne ndaje ma dina jur xeexu xel buy yàgg ci biir góor ñi doon njiiti Adventisme bu Laodisée; te werante gi ci “the daily” mooy firnde ne ay yëgleem am nañu matal ci waxtu jamono woowu sax. Ca jamono ja, góor ñooñu ñi bañoon “samp ci seede bi Yàlla joxoon” ngir dëggal “bataaxal bi ak ñi ko yónnee jóge asamaan,” daan nañu yëngu ci xeex; te góor ñooñu xeex nañu “Espiriitu Sellu Yàlla.” Ñaareelu maas gi seetaan na ni kërug mbind mi ak sanitarium bi lakk ba yàqu leer ndax safara yi joge ci àtteb Yàlla.</w:t>
      </w:r>
    </w:p>
    <w:p>
      <w:pPr>
        <w:pStyle w:val="ArticleScripture"/>
        <w:jc w:val="left"/>
      </w:pPr>
      <w:r>
        <w:rPr>
          <w:rFonts w:ascii="Times New Roman" w:hAnsi="Times New Roman" w:eastAsia="Times New Roman" w:cs="Times New Roman"/>
        </w:rPr>
        <w:t>“Tey maa jot letaar gu mag ci Elder Daniells ci mbirum yàqug biro Review bi ci safara. Sama xol metti lool bu ma xalaatee réyug yàquwaay bi ci mbirum liggéey bi. Xam naa ne li war na doon jamono ju metti lool ñi yor yëf yi ci liggéey bi ak ñi di liggéey ci biro boobu. Dama sonnandoo ak ñépp ñi sonna. Waaye jàquma woon ci xibaar bu tiis bi, ndaxte ci ay peeñu guddi gis naa malaaka bu taxaw ak saafara juy mel ni sabar, tàllal ci kaw Battle Creek. Benn yoon, ca bëccëg bi, bi sama kalaama nekkee ci sama loxo, xelam wéy na ma, te meloon na ni sabar bu safara bii dafa di walbatiku, jëkk ci benn wet, ba noppi ci beneen wet. Musiba mel ni muy toppante ak musiba, ndax Yàlla suufaloon nañu ko ci pexe yu nit ñi ngir yékkati ak màggal seen bopp.”</w:t>
      </w:r>
    </w:p>
    <w:p>
      <w:pPr>
        <w:pStyle w:val="ArticleScripture"/>
        <w:jc w:val="left"/>
      </w:pPr>
      <w:r>
        <w:rPr>
          <w:rFonts w:ascii="Times New Roman" w:hAnsi="Times New Roman" w:eastAsia="Times New Roman" w:cs="Times New Roman"/>
        </w:rPr>
        <w:t>“Suba si, deesoon naa ci ñaan gu dëgg ngir Boroom bi jiite ñépp ñi bokk ak biro Review and Herald ba, ngir ñu seet bu baax te cig sàkku gu takku, ba ñu man a gis fu ñu bàyyiwoon a topp yenn bataaxal yu bare yi Yàlla jox.”</w:t>
      </w:r>
    </w:p>
    <w:p>
      <w:pPr>
        <w:pStyle w:val="ArticleScripture"/>
        <w:jc w:val="left"/>
      </w:pPr>
      <w:r>
        <w:rPr>
          <w:rFonts w:ascii="Times New Roman" w:hAnsi="Times New Roman" w:eastAsia="Times New Roman" w:cs="Times New Roman"/>
        </w:rPr>
        <w:t>“Am na lu jiitu, mbokk yi nekk ci biro Review dañu laaj sama xel ci yékkati benn yeneen tabax. Booba ma wax ne su ñi doon far ak yokkati benn yeneen tabax ci biro Review and Herald amoon kanam gi buñu leen tëral ba noppi ci seen kanam, su ñu manoon gis li di nekk ci Battle Creek, duñu am benn laaj ci tabax yeneen tabax foofa. Yàlla nee na: ‘Sama kàdduñu ko xeebal nañu; te dinaa dellu, baal ba taxawalal ko.’”</w:t>
      </w:r>
    </w:p>
    <w:p>
      <w:pPr>
        <w:pStyle w:val="ArticleScripture"/>
        <w:jc w:val="left"/>
      </w:pPr>
      <w:r>
        <w:rPr>
          <w:rFonts w:ascii="Times New Roman" w:hAnsi="Times New Roman" w:eastAsia="Times New Roman" w:cs="Times New Roman"/>
        </w:rPr>
        <w:t>“Ca Biir bu Mbooloom Jëfandikookat yi, bi ñu ko woon ca Battle Creek ci atum 1901, Boroom bi jox na askanam firnde ne Moo leen di woo ngir am yeesal. Xel yi daldi dëggal, te xol yi laal nañu leen; waaye liggéey bu mat sëkk amul woon. Su fekkee ne xol yu dëgër ya daan nañu tiis ci tuub seen bopp kanam Yàlla, kon dinañu gis benn ci ginnaaw yu gën a réy ci wone kàttanu Yàlla yi ñu mas a gis. Waaye Yàlla teraluñu ko. Seedey Xelam yi dégguñu leen. Nit ñi tassaawuuñu ak jëf yi doon taxaw bu baaxul ci kaw njariñi dëgg ak njub, yi war a sax ba fàww ci liggéeyu Boroom bi.”</w:t>
      </w:r>
    </w:p>
    <w:p>
      <w:pPr>
        <w:pStyle w:val="ArticleScripture"/>
        <w:jc w:val="left"/>
      </w:pPr>
      <w:r>
        <w:rPr>
          <w:rFonts w:ascii="Times New Roman" w:hAnsi="Times New Roman" w:eastAsia="Times New Roman" w:cs="Times New Roman"/>
        </w:rPr>
        <w:t>“Bataaxali yi ñu jox mbooloom Efes ak mbooloom Sardis, Kiy may njàngale ngir ay nitam dafa leen ma delloo yoon yu bari. ‘Bindal malaakam mbooloom Efes ne; Lii mooy wax Kiy téye juróom-ñaari biddiw yi ci ndeyjooram ndeyjoor, di dox ci biir juróom-ñaari lampa yu wurus yi; Xam naa sa jëf yi, ak sa liggéey, ak sa muñ, ak ni nga manul a dékku ak ñi bon: te nattu nga ñi wax ne ndaw-yiw lañu, te duñu ko, te gis nga ne fenkat lañu: te yebal nga, te am nga muñ, te ngir sama tur liggéey nga, te xàddiwoo. Waaye am naa lu ma lay jiiñ, ndax bàyyi nga sa mbëggeel mu njëkk. Fàttaliku nag fu nga jóge ba daanu, te tuub, te def jëf yu njëkk yi; loolu lu dul moom, dinaa ñëw ci yaw gaaw, te dinaa yóbbu sa lampa bàyyi ko ci barabam, su fekkee nga tuubul.’ Peeñu 2:1–5.</w:t>
      </w:r>
    </w:p>
    <w:p>
      <w:pPr>
        <w:pStyle w:val="ArticleScripture"/>
        <w:jc w:val="left"/>
      </w:pPr>
      <w:r>
        <w:rPr>
          <w:rFonts w:ascii="Times New Roman" w:hAnsi="Times New Roman" w:eastAsia="Times New Roman" w:cs="Times New Roman"/>
        </w:rPr>
        <w:t>«“Bindal ci malaakam mbooloom gëmkat yi ci Sardes: Lii mooy waxu Kiy moom juróom-ñaari Xelum Yàlla yi ak juróom-ñaari biddéew yi; xam naa sa jëf yi, ne am nga turu ne danga dund, waaye dee nga. Na nga xool te takku, te nga dëgërël li des, li nekk ci wetu dee; ndaxte gisuma sa jëf yi ni ñu matale ci kanam Yàlla. Kon nag fàttaliku noonee nga ko jotee ak noonee nga ko dégee, te nga sax ci ko, te tuub. Su fekkee nag ne doo xool, dinaa ñëw ci yaw ni sàcc, te doo xam ban waxtu laay ñëwee ci yaw.” Peeñu 3:1–3.»</w:t>
      </w:r>
    </w:p>
    <w:p>
      <w:pPr>
        <w:pStyle w:val="ArticleScripture"/>
        <w:jc w:val="left"/>
      </w:pPr>
      <w:r>
        <w:rPr>
          <w:rFonts w:ascii="Times New Roman" w:hAnsi="Times New Roman" w:eastAsia="Times New Roman" w:cs="Times New Roman"/>
        </w:rPr>
        <w:t>“Nunuy gis a matug yëgle yii. Mëneesul a wax ne mbind mi gaawoon a mat ci anam wu gëna wóor ak yiwu leen.”</w:t>
      </w:r>
    </w:p>
    <w:p>
      <w:pPr>
        <w:pStyle w:val="ArticleScripture"/>
        <w:jc w:val="left"/>
      </w:pPr>
      <w:r>
        <w:rPr>
          <w:rFonts w:ascii="Times New Roman" w:hAnsi="Times New Roman" w:eastAsia="Times New Roman" w:cs="Times New Roman"/>
        </w:rPr>
        <w:t>“Nit ñi man a tabax kër yu ñu samp bu baax, te ñu aar ci safara, waaye benn laal rek ci loxo Yàlla, benn xalima rekk bu jóge asamaan, dina xàbbal bépp taxawaayu wéeru.”</w:t>
      </w:r>
    </w:p>
    <w:p>
      <w:pPr>
        <w:pStyle w:val="ArticleScripture"/>
        <w:jc w:val="left"/>
      </w:pPr>
      <w:r>
        <w:rPr>
          <w:rFonts w:ascii="Times New Roman" w:hAnsi="Times New Roman" w:eastAsia="Times New Roman" w:cs="Times New Roman"/>
        </w:rPr>
        <w:t>«Ñu laajoon na ma ndax am naa benn xelal bu ma wara joxe. Xelal bi Yàlla mayoon laa ba noppi joxe, ak yaakaar ne dina aar ngir saabu kook bu tàng ba doon tàkk ci kow Battle Creek bañ a daanu. Léegi li ma ragaloon agsi na—xibaaru lakkug kërgóoŋu Review and Herald. Bi xibaar boobu agsee, yéemu woonu ma, te amoonuma benn baat bu ma wax. Li ma doon wax yenn yoon ci artu yi amul woon genn njariñ ludul dëgërël xol yi ko dégg, te léegi man maa ngi mën a wax rekk: Maa ngi metti lool, ba metti lool, ne dafa waroon ngir mbugël mii ñëw. Leer gu doy joxeef na. Suñu ko jëfandikoo, duñu soxla woon beneen leer.» Testimonies, volume 8, 97–99.</w:t>
      </w:r>
    </w:p>
    <w:p>
      <w:pPr>
        <w:pStyle w:val="ArticleBody"/>
        <w:jc w:val="left"/>
      </w:pPr>
      <w:r>
        <w:rPr>
          <w:rFonts w:ascii="Times New Roman" w:hAnsi="Times New Roman" w:eastAsia="Times New Roman" w:cs="Times New Roman"/>
        </w:rPr>
        <w:t>Ñaareelu ñaareel ci Adventism nekku woon ndam; te ci matug li Ezekiel saar 8 wax, ngëmbaare bi daldi gën a yokku.</w:t>
      </w:r>
    </w:p>
    <w:p>
      <w:pPr>
        <w:pStyle w:val="ArticleScripture"/>
        <w:jc w:val="left"/>
      </w:pPr>
      <w:r>
        <w:rPr>
          <w:rFonts w:ascii="Times New Roman" w:hAnsi="Times New Roman" w:eastAsia="Times New Roman" w:cs="Times New Roman"/>
        </w:rPr>
        <w:t>“Ci bindeef yu bind ak ci safara, Boroom bi xamle na ne bëgg na ñoñam yi génn Battle Creek. Na Yàlla dimbali nu ngir dégg baatam. Ndax loolu amul dara solo ci nun ne sunu ñaari réew yu mag yi nekk Battle Creek dafa saf ba jeex? Mën ngeen wax ne: “Waaye Sanitarium bu bees bi am na ay ñi fay wérloo yu bari.” Waaw; waaye su fa doon am ay junni-junni way-wérloo, loolu du woon benn lay ci ngir sunu nit ñi tabax seen kër yi ci Battle Creek, te dëkk fa.”</w:t>
      </w:r>
    </w:p>
    <w:p>
      <w:pPr>
        <w:pStyle w:val="ArticleScripture"/>
        <w:jc w:val="left"/>
      </w:pPr>
      <w:r>
        <w:rPr>
          <w:rFonts w:ascii="Times New Roman" w:hAnsi="Times New Roman" w:eastAsia="Times New Roman" w:cs="Times New Roman"/>
        </w:rPr>
        <w:t>“Nattu yi di yokku. Nit ñi di bàyyi leer gi Yàlla yónnee ci Seede yi yu Ay Xelum, te ñuy tann seen bopp xalaat ak seen bopp pexe. Ndax nit ñi dinañu sax ci denc seen bopp fu sore Yàlla? Ndax war na mu feeñal ay ñàkk bégam ci anam gu gën a fés mel ni li mu ko ba noppi defoon?” Pamphlets, SpTB06, 45.</w:t>
      </w:r>
    </w:p>
    <w:p>
      <w:pPr>
        <w:pStyle w:val="ArticleBody"/>
        <w:jc w:val="left"/>
      </w:pPr>
      <w:r>
        <w:rPr>
          <w:rFonts w:ascii="Times New Roman" w:hAnsi="Times New Roman" w:eastAsia="Times New Roman" w:cs="Times New Roman"/>
        </w:rPr>
        <w:t>Nit ñi doon “tann seen bopp seeni pexe ak seen xalaat yu seen bopp,” ni ko tektale ñaar-fukk ak juróom-benn mag ña ci néegu nataal yi nekk ci Ezekiyel saar 8, ñoo waxoon naan: “Boroom bi gisewu nu.” Boroom bi taxawal na ab jigéen juy wax kàdduy Yàlla te jox na ko “peeñ yu ubbeeku” ngir dëgg-dëgg ñeent-fukk at, ba ci 1884. Mu teg na ci séenu boppam ci may gi, ndaxte moom moo ko joxe te mu jeexal ko ci dëkk bu tudd Portland, te moom moo ko joxe ngir ñeent-fukk at. Naka la ko jiitu tuuti rekk ngir “peeñ yu ubbeeku” yi daanu, mag ña tàmbalee nañu, ci 1881 ak 1882, di yàq sañ-sañu Biibël bi ak Xelum Kàddug Yàlla. Kon nag “peeñ yu ubbeeku” yi jeex nañu ci 1884, te ci ñeenti at gannaaw gi, ñu delloo ca Ndaje Màgg 1888 ga ndóolug Koraa, Datan ak Abiram.</w:t>
      </w:r>
    </w:p>
    <w:p>
      <w:pPr>
        <w:pStyle w:val="ArticleBody"/>
        <w:jc w:val="left"/>
      </w:pPr>
      <w:r>
        <w:rPr>
          <w:rFonts w:ascii="Times New Roman" w:hAnsi="Times New Roman" w:eastAsia="Times New Roman" w:cs="Times New Roman"/>
        </w:rPr>
        <w:t>Ñàkkug 1888 gi jur na yokkute gu màgg gu ànd ak ñàkk dégg, ba Yàlla dugg ci yoon wu jub ci jaar-jaari tawaarixu Adventism bu Laodise, ba mu lakk liggéeyu mbooloom bind ak liggéeyu wér-gu-yaram. Waaye àtte yu jub yooyu taxul ñàkk dégg gi doon dem ba noppi. Ci 1919 am na Benn Ndaje Mbind mi, fa kenn ci ña gën a jiite ci ñàkk déggu ñaareelu maas gi, William Warren Prescott, di xamkatub njàngum yoonu Yàlla bi ñu yar ci jaangor yi bu Protestantism buy réer, moo doon ki gën a jiite ci jëfandikoo gis-gisu Seytaane ga doon wax ne “the daily” dafa tegtal liggéeyu Krist ci kër-yàllaas bi, te mu joxe ay waxtaan yu bari.</w:t>
      </w:r>
    </w:p>
    <w:p>
      <w:pPr>
        <w:pStyle w:val="ArticleBody"/>
        <w:jc w:val="left"/>
      </w:pPr>
      <w:r>
        <w:rPr>
          <w:rFonts w:ascii="Times New Roman" w:hAnsi="Times New Roman" w:eastAsia="Times New Roman" w:cs="Times New Roman"/>
        </w:rPr>
        <w:t>Jàngoro wax na ci ndaje gu Biblii ga ca atum 1919, Prescott indil na xebaar bu baax bu taxaw ci dindi bépp dogal bu jaar ci yëgleb yonent yi Millerites yi. Mu sax jéemoon na dindi ñaari junni ak ñetti téeméeri fan yi, waaye mënu ko woon a def. Naka noonu, mu indil xebaar bu baax bu fees ak neen ci xam-xamu yonent yu Millerites yi. Xebaaram bu baax boobu dañu ko bañ ca ndaje ma, waaye ba tey, njiit yu gumb yooyu dogu nañu jël ay waxtaanam yu sérii yi, tabax leen mu nekk téere bu tudd, The Doctrine of Christ. Téere boobu nekk na misaal ndëwënug ñëwug ñetteelu maasug Adventism bu Laodicea.</w:t>
      </w:r>
    </w:p>
    <w:p>
      <w:pPr>
        <w:pStyle w:val="ArticleBody"/>
        <w:jc w:val="left"/>
      </w:pPr>
      <w:r>
        <w:rPr>
          <w:rFonts w:ascii="Times New Roman" w:hAnsi="Times New Roman" w:eastAsia="Times New Roman" w:cs="Times New Roman"/>
        </w:rPr>
        <w:t>Téere bi diir na beneen xebaar bu baax wu dul xebaar bu baaxu Millerite bi ci Habakkuk saar ñaar, te Pool wax na nu ne, beneen xebaar bu baax du xebaar bu baax benn sax.</w:t>
      </w:r>
    </w:p>
    <w:p>
      <w:pPr>
        <w:pStyle w:val="ArticleScripture"/>
        <w:jc w:val="left"/>
      </w:pPr>
      <w:r>
        <w:rPr>
          <w:rFonts w:ascii="Times New Roman" w:hAnsi="Times New Roman" w:eastAsia="Times New Roman" w:cs="Times New Roman"/>
        </w:rPr>
        <w:t>Damaa maa ngi yéemu ne yéen, yéen a ngi dëddu bu gaaw ki leen woo ci yiwug Kirist, ngir jëm ca beneen xebaar bu baax ba: te du beneen; waaye am na ñenn ñi leen di sonal, te bëgg a soppi xebaar bu baax bi ci Kirist. Waaye su fekkee ne nun walla malaaka ju jóge asamaan di leen yégal beneen xebaar bu baax wu wuute ak bi nu leen waxoon, na mu nekk ku ñu rëbb. Ni nu ko waxoon bu jëkk, noonu laay waxaat léegi: su amee kenn kuy leen yégal beneen xebaar bu baax wu wuute ak bi ngeen jote, na mu nekk ku ñu rëbb. Galasi 1:6–9.</w:t>
      </w:r>
    </w:p>
    <w:p>
      <w:pPr>
        <w:pStyle w:val="ArticleBody"/>
        <w:jc w:val="left"/>
      </w:pPr>
      <w:r>
        <w:rPr>
          <w:rFonts w:ascii="Times New Roman" w:hAnsi="Times New Roman" w:eastAsia="Times New Roman" w:cs="Times New Roman"/>
        </w:rPr>
        <w:t>Xeetu ñetteelu ci Adventisme gi dafa fees ci ñaareelu ñaawte gu ñetteel gi ci Ezekiel, fa jigéen ñi di jooy ngir Tammuz. Tammuz nekkoon yàlla bu Mesopotamie bi jëfandikoo woon ak meññenté ak yooni màndargay saxal gi. Yenn saa, dañuy misaal Tammuz muy sàmm walla góor gu ndaw, te ñu boole ko ak soppi-kàlla yi ak màggug meññent yi. Deege Tammuz ak dekkiwaayam gannaaw ga, dañu ko takk ci kalandriye bey bi. Ni ko xuraafaay bi waxe, Tammuz dafa dee walla réer ci weeri noor yi, te loolu dañu ko gis ni muy ndencitaal wowug saxal gi ci jamono tàng te wow. Jooyeel Tammuz bi nekkoon xew-xewu naqar bu aju ci metitlu dee walla réerug Tammuz ci weeri noor yi, te gannaaw loolu am mbégte ci dekkiwaayam, mi doon màndargay yeesalug saxal gi ak dundug bey bi.</w:t>
      </w:r>
    </w:p>
    <w:p>
      <w:pPr>
        <w:pStyle w:val="ArticleBody"/>
        <w:jc w:val="left"/>
      </w:pPr>
      <w:r>
        <w:rPr>
          <w:rFonts w:ascii="Times New Roman" w:hAnsi="Times New Roman" w:eastAsia="Times New Roman" w:cs="Times New Roman"/>
        </w:rPr>
        <w:t>Jooy Tammuz dafay wax jëfandikoo buy wone ndigalu taw bi mujj gu dëggul, te loolu mooy li xibaar bu baax bi W. W. Prescott doon tegtal. Yëkkati ndomboot bu yóbbalu ci kàdduy yonent yi, bi tàmbalee ci fippu gaaw gi ci 1863, agsi na ci 1919 ba Adventism bu Laodicee bàyyi xibaar bu baax bu dëggul taxawaliku. Xibaar bu baax boobu dëggul tabaxoon nañu ko yépp ci metodoloji Protestantisme bu wacc ci ngëm. Ki ko bindoon ca njàlbéen ga mooy W. W. Prescott, te ni ci William Miller, xibaaru baaxu ñaar ñi itam sukkandikoo woon na ci seen xam-xamu ndomboot bu “bës bi nekk saa su ne,” ci téereb Daniel. Ñaari xibaar yu baax yooyu dañu leen wone ci kàddu bi nekk ci 2 Thessalonians, fa Miller jëkk a gis ne “bës bi nekk saa su ne” dafa doon tegtal paganisme. Ci kàddu boobu am na benn mbooloo miñu tegtal ci Miller, ñiy nangu dëgg gi Pawulo indil, ak beneen mbooloo mi amul cofeelug dëgg gi.</w:t>
      </w:r>
    </w:p>
    <w:p>
      <w:pPr>
        <w:pStyle w:val="ArticleBody"/>
        <w:jc w:val="left"/>
      </w:pPr>
      <w:r>
        <w:rPr>
          <w:rFonts w:ascii="Times New Roman" w:hAnsi="Times New Roman" w:eastAsia="Times New Roman" w:cs="Times New Roman"/>
        </w:rPr>
        <w:t>Benn boobu ci fan yu mujj yi, bi Miller di tegtal, “xam” te nangu taw bu mujj bi, te beneen benn boobu, bi Prescott di tegtal, nangu nax gu réy gi. Nax gu réy gi ñuy nangu dafa sampu ci xibaar bu baax bu dëggul, mooy xibaar bu baax bu nekkul xibaar bu baax dara, te mooy melokaan ndigël bu dëggul bu taw bu mujj bi. Noonu nag, ñetteelu jëf ju bon ji ci Ezekiel mooy jigéen ñi (jàngoro yi, maanaam kërk yi, yu Adventisme bu Laodicee), di jooy ndax Tammuz. Seen rangooñu noor gi (taw), mooy a jur meññent mi ngir góob gi.</w:t>
      </w:r>
    </w:p>
    <w:p>
      <w:pPr>
        <w:pStyle w:val="ArticleBody"/>
        <w:jc w:val="left"/>
      </w:pPr>
      <w:r>
        <w:rPr>
          <w:rFonts w:ascii="Times New Roman" w:hAnsi="Times New Roman" w:eastAsia="Times New Roman" w:cs="Times New Roman"/>
        </w:rPr>
        <w:t>Wuuteg xeetu ndigal gu mujj gu ñaar bi dafa fees ci Biibël bi ak ci Baatu Yonent yi. Biibël bi di waxaral ay yoon yu bare ne taw bi dañu ko tere nit ñi déggadi.</w:t>
      </w:r>
    </w:p>
    <w:p>
      <w:pPr>
        <w:pStyle w:val="ArticleScripture"/>
        <w:jc w:val="left"/>
      </w:pPr>
      <w:r>
        <w:rPr>
          <w:rFonts w:ascii="Times New Roman" w:hAnsi="Times New Roman" w:eastAsia="Times New Roman" w:cs="Times New Roman"/>
        </w:rPr>
        <w:t>Ñuy wax na: Bu góor sopee jabaram, te jigéen ji jóge ci moom, dem bokk ak beneen góor, ndax dina dellusi ci moomaat? Ndax suuf sañ-sañu woowu du di gën a tilimbeeku? Waaye yaw, dangaa def njaaloo ak ay soppe yu bare; teewul dellusi ci man, wax na Boroom bi. Yëkkal sa bët yi jëm ci tund yu kawe yi, te xool fu ngay neexul woon ak ku. Ci yoon yi nga toogoon di leen xaar, ni Arabi bi ca màndiŋ ma; te nga tilimbeel suuf si ak sa njaalookat ak sa bon. Moo tax taw yi dañu tere woon, te amul woon taw wu mujj wa; te am nga kanam gu jigéenu njaaloo, te bëgguloo rus. Jérémie 3:1–3.</w:t>
      </w:r>
    </w:p>
    <w:p>
      <w:pPr>
        <w:pStyle w:val="ArticleBody"/>
        <w:jc w:val="left"/>
      </w:pPr>
      <w:r>
        <w:rPr>
          <w:rFonts w:ascii="Times New Roman" w:hAnsi="Times New Roman" w:eastAsia="Times New Roman" w:cs="Times New Roman"/>
        </w:rPr>
        <w:t>Aventisme bu Laodisé nekk na jigéen ju moytu Yàlla dale ci 1863, te dale ba léegi taw yi dafa ñàkk. Ñoom bañ nañu rus ci seen njàngat, te ñàkkub suufe boobu jur na kanam gu jigéen ju moytu Yàlla, te jigéen jooju ci kàddu yoon wi ci Biibël mooy papaas bi. Ci ñetteelu maas gi la liggéey bu mujj bi ngir waajal ngir sukkandiku ci màndargay jigéen ju moytu Yàlla ju Room ame mat. Waajal ngir ñenteelu maas gi mat na ci ñetteelu maas gi, jaarale ko ci benn yégle bu fen ci taw wu mujj wi. Ni ci njàngat mu 1863, ak njàngat mu 1888, noonu it njàngat mu 1919 méngoo na ak 11 Septembar 2001, ndax ba këri dëkk New York yi daanoo ba noppi, malaaka mu mag mi ci Peeñu gi ñaar-fukk ak juróom-ñett wàcc na, te taw wu mujj wi dëgg tàmbali.</w:t>
      </w:r>
    </w:p>
    <w:p>
      <w:pPr>
        <w:pStyle w:val="ArticleScripture"/>
        <w:jc w:val="left"/>
      </w:pPr>
      <w:r>
        <w:rPr>
          <w:rFonts w:ascii="Times New Roman" w:hAnsi="Times New Roman" w:eastAsia="Times New Roman" w:cs="Times New Roman"/>
        </w:rPr>
        <w:t>“Taw bu mujj ci ginnaaw bi dina wàcc ci kaw askanu Yàlla. Ab malaaka bu am kàttan dina wàccee asamaan, te suuf sépp dina leer ndax ndamu moom.” Review and Herald, 21 Awril 1891.</w:t>
      </w:r>
    </w:p>
    <w:p>
      <w:pPr>
        <w:pStyle w:val="ArticleBody"/>
        <w:jc w:val="left"/>
      </w:pPr>
      <w:r>
        <w:rPr>
          <w:rFonts w:ascii="Times New Roman" w:hAnsi="Times New Roman" w:eastAsia="Times New Roman" w:cs="Times New Roman"/>
        </w:rPr>
        <w:t>Bi mujaw tàmbalee, mag yu magi Adventism bu Laodise dafañu ko xamuwul ni mooy mujaw, ndaxte dañu leen jàngaloon ci benn yégle bu mujaw gu dëggul, bi Ezekiel melal ci jigéen ñi di jooyal Tammuz, te ci jëfandikoo mu tekki ni benn yégle bu jàmm ak kaaraange.</w:t>
      </w:r>
    </w:p>
    <w:p>
      <w:pPr>
        <w:pStyle w:val="ArticleScripture"/>
        <w:jc w:val="left"/>
      </w:pPr>
      <w:r>
        <w:rPr>
          <w:rFonts w:ascii="Times New Roman" w:hAnsi="Times New Roman" w:eastAsia="Times New Roman" w:cs="Times New Roman"/>
        </w:rPr>
        <w:t>«Ñi bokk rekk ñi dox ci leer gi ñu am dinañu jot leer gu gën a réy. Su nu dul jëfandikoo bis bu nekk ci yokkute gi ci wonale njikko yu Kiristaan yu jëfandikookat, duñu xam xew-xewi Xel mu Sell mi ci taw bi mujj bi. Mën na daanu ci xol yi nekk wër nu, waaye du nu ko xàmmi walla jot ci moom.» Testimonies to Ministers, 507.</w:t>
      </w:r>
    </w:p>
    <w:p>
      <w:pPr>
        <w:pStyle w:val="ArticleBody"/>
        <w:jc w:val="left"/>
      </w:pPr>
      <w:r>
        <w:rPr>
          <w:rFonts w:ascii="Times New Roman" w:hAnsi="Times New Roman" w:eastAsia="Times New Roman" w:cs="Times New Roman"/>
        </w:rPr>
        <w:t>Dafa manoon woon nañ saraxalekat yi ñu man a xam dikkug taw bu mujj bi, ndaxte seen xibaar bu baaxu fen, ci taw bu mujj bu fen boobu, dafa weddi woon ne menn neneenu kàttanu Yàlla mën na feeñ ni mu feeñoon ca jamonoy yu wees ya.</w:t>
      </w:r>
    </w:p>
    <w:p>
      <w:pPr>
        <w:pStyle w:val="ArticleScripture"/>
        <w:jc w:val="left"/>
      </w:pPr>
      <w:r>
        <w:rPr>
          <w:rFonts w:ascii="Times New Roman" w:hAnsi="Times New Roman" w:eastAsia="Times New Roman" w:cs="Times New Roman"/>
        </w:rPr>
        <w:t>“War na am solo yi am njàngat yi, wone bu yéeme te mag gu dooley Yàlla, waaye du dal ci ñi toroxalul seen bopp fa kanam Boroom bi, te ubbi bunt xol bi jaarale ko ci waxub bàkkaar ak tuub. Ci feeñug dooley boobu buy leeral suuf si ak ndamu Yàlla, dañuy gis rekk lu nekk ci seen gumbaay, lu ñuy xalaat ne amul wóor, lu di yéngu seen tiit, te dañuy takku ngir weddi ko. Ndax Boroom bi du liggéey ni seen xalaat ak seen yaakaar di ko bëggée, dañuy xeeb liggéey bi. “Lu tax,” lañuy wax, “nu maneesul a xam Xelum Yàlla, fekk nu nekkoon ci liggéey bi ay at yu bare?”—Ndaxte tontuwuñu woon artuwaay yi, ñaax yi ak ñaawtéef yi nekkoon ci yégley Yàlla yi, waaye sax ci seen wax naan: “Man ku bare laa, am naa alal bu yokku, te soxlaawuma dara.” Xam-xam, ak yàgg a nekk ci liggéey, du def nit ñu doon yoonu leer, su fekkee daanuñu ci leeral yu xóot yu Jantub Njubte, te woo leen, tànn leen, waajal leen ci mayug Xel mu Sell mi. Bu góor ñiy jëfandikoo mbir yu sell yi toroxalee seen bopp ci suufu loxob Yàlla gu am kàttan, Boroom bi dina leen yékkati. Dina leen def nit ñu am xel mu xóot—nit ñu bare ci yiwug Xelam. Seen melokaan yu dëgër yu bëgg seen bopp, seen déggadi, dees na ko gis ci leer gi jóge ci Leeru àddina bi. “Dinaa ñëw ci yaw gaaw, te dindi sa kandaléeri ci bérabam, su fekkee tuuboo.” Su ngeen wutee Boroom bi ak seen xol bépp, dingeen ko gis.” Review and Herald, December 23, 1890.</w:t>
      </w:r>
    </w:p>
    <w:p>
      <w:pPr>
        <w:pStyle w:val="ArticleBody"/>
        <w:jc w:val="left"/>
      </w:pPr>
      <w:r>
        <w:rPr>
          <w:rFonts w:ascii="Times New Roman" w:hAnsi="Times New Roman" w:eastAsia="Times New Roman" w:cs="Times New Roman"/>
        </w:rPr>
        <w:t>Mag ñi ci saraxalekat yi ci Ezekiel saar 8, nangu nañu xebaar bu jàmm ak kaaraange ci atum 1919, te bi fanweeru septembre 11, 2001 agsi, meññeefu ndaje boobu buy gëna yàgg ci moytu Yàlla feeñ na ci seen manadi xam ñëwug taw bu mujj ba. Ci jaar-jaaru nettali gi tàmbalee ca jamonoy mujj ga ci 1989, Yàlla delloo na yëngu-yëngub Miller ba ci benn araf. Miller nekk na misaalub Eliya, te Eliya waxoon na Akab bu wóor ne du am taw, ludul ci waxu Eliya.</w:t>
      </w:r>
    </w:p>
    <w:p>
      <w:pPr>
        <w:pStyle w:val="ArticleBody"/>
        <w:jc w:val="left"/>
      </w:pPr>
      <w:r>
        <w:rPr>
          <w:rFonts w:ascii="Times New Roman" w:hAnsi="Times New Roman" w:eastAsia="Times New Roman" w:cs="Times New Roman"/>
        </w:rPr>
        <w:t>Dinanu yokk sunu xalaat ci ñetteelu maas gi ci Adventism bi ci jëfekaay bii di ñëw.</w:t>
      </w:r>
    </w:p>
    <w:p>
      <w:pPr>
        <w:pStyle w:val="ArticleScripture"/>
        <w:jc w:val="left"/>
      </w:pPr>
      <w:r>
        <w:rPr>
          <w:rFonts w:ascii="Times New Roman" w:hAnsi="Times New Roman" w:eastAsia="Times New Roman" w:cs="Times New Roman"/>
        </w:rPr>
        <w:t>“Ñi ñëpp ñi dul metti seen bopp ci seen yokkute gu ruus ci seen ngëm, te duñu jooy ci bàkkaaru ñeneen, dees na leen bàyyi te duñu jot kaaraangeg Yàlla bi. Boroom bi sant na ay yonnentaam, góor ña yor jumtukaay yu rey ci seen loxo: ‘Demleen topp ko ci dëkk bi, te dóorleen: bu seen bët yërëm, te bu ngeen am yërmande; reyleen ba noppi mag ak ndaw, janq ak xale yu ndaw, ak jigéen: waaye buleen jëgësi kenn ku am màndarga bi ci kawam; te tambaleleen ci Sama kër-gu sell. Noonu ñu tambalee ci mag ña nekkoon ca kanamu kër ga.’”</w:t>
      </w:r>
    </w:p>
    <w:p>
      <w:pPr>
        <w:pStyle w:val="ArticleScripture"/>
        <w:jc w:val="left"/>
      </w:pPr>
      <w:r>
        <w:rPr>
          <w:rFonts w:ascii="Times New Roman" w:hAnsi="Times New Roman" w:eastAsia="Times New Roman" w:cs="Times New Roman"/>
        </w:rPr>
        <w:t>“Fii nu gis ni, mbooloom gëmkat yi — kër Yàlla ju sell ji — mooy njëkk a yëg mbugalu merum Yàlla. Mag ña, ñi Yàlla joxoon leer gu réy te taxawoon ni wottukati mbir yi diiney mbooloo mi, wor nañu seen wóor. Jël nañu taxawaay bi naan warunuñu séentu kéemaan ak feeñ gu rõyu gu kàttanu Yàlla ni ci bés yu njëkk ya. Jamono soppiku na. Wax jooju dëgërël na seen ngëmadi, te ñuy wax: Boroom bi du def lu baax, du itam def lu bon. Yërmande lool na ba du dikk ci àtte ngir seetlu xeetam. Noonu “Jàmm ak kàttan” mooy xaacu nit ñi dootul dara yokk seen baat ni trompet ngir won xeetu Yàlla bàkkaar yi ñuy def ak kërug Yanqóoba ay bàkkaaram. Xaj yu luuñ yii te bëgguñoo woof, ñoom la mer gu yoon wu Yàlla muñul tere daldi dab. Góor ñi, jigéen ñi ndaw, ak xale yi, ñépp dañuy reyandoo.”</w:t>
      </w:r>
    </w:p>
    <w:p>
      <w:pPr>
        <w:pStyle w:val="ArticleScripture"/>
        <w:jc w:val="left"/>
      </w:pPr>
      <w:r>
        <w:rPr>
          <w:rFonts w:ascii="Times New Roman" w:hAnsi="Times New Roman" w:eastAsia="Times New Roman" w:cs="Times New Roman"/>
        </w:rPr>
        <w:t>“Yëf yi ñu takkoon ne ñi takku ci ngëm dañuy jàq ak jooy, mooy yi nekk woon lu bopp yu yemul man a gis; waaye bàkkaar yu gën a bon, yi taxoon jealousy Yàlla ju sell te set, kenn waxu leen. Ki gëna seet xol yi xam na bàkkaar bu nekk buy am ci kumpa, yi ñiy liggéey lu bon di ko def. Nit ñooñu di tàmbali a yëg ne ñu wóor ci seen naxari, te ndax muñ gu bare gi Mu am, ñuy wax ne Boroom bi gisul; gannaaw loolu ñuy jëf mel ni Mu bàyyi na suuf si. Waaye dina settu seen naaféq, te dina ubbi ci kanam ñeneen yi bàkkaar yi ñu doon sàmm baax ba ñu nëbb leen.”</w:t>
      </w:r>
    </w:p>
    <w:p>
      <w:pPr>
        <w:pStyle w:val="ArticleScripture"/>
        <w:jc w:val="left"/>
      </w:pPr>
      <w:r>
        <w:rPr>
          <w:rFonts w:ascii="Times New Roman" w:hAnsi="Times New Roman" w:eastAsia="Times New Roman" w:cs="Times New Roman"/>
        </w:rPr>
        <w:t>“Amul kenn daraja, ngëneel, mbaa xel mu jàppandiku ak àddina, amul benn tax bu dul aar nit ñi ngir bañ a joxe sarax seen njub ak yoonu dëgg, suñu leen bàyyi ci seen xol yu naxe te worul. Ñiñu daan seet ni ñooy ñu yello te jub, ñoom lañuy feeñ ne ñooy jiitekat yi ci bàkkaaru dàgge, te di misaal ci yéefër gu amul jàppale ak ci jëfandikoo yërmandey Yàlla ci anam gu bon. Yoon wu ñaaw woowu, moom du ko muñalati dara; te ci meram moo leen di àtte ak yërmande wu amul.”</w:t>
      </w:r>
    </w:p>
    <w:p>
      <w:pPr>
        <w:pStyle w:val="ArticleScripture"/>
        <w:jc w:val="left"/>
      </w:pPr>
      <w:r>
        <w:rPr>
          <w:rFonts w:ascii="Times New Roman" w:hAnsi="Times New Roman" w:eastAsia="Times New Roman" w:cs="Times New Roman"/>
        </w:rPr>
        <w:t>“Boroom bi dégg dëgg moo di jëfandikoo ak récc ngir dindi sa kanam ci ñi ñu barkeel ak leer gu réy te ñu mas a xam dooleb kàddu gi ci liggéeyu yeneen. Benn fan ñoom nekkoon ay jaamam yu takku ci moom, ñu amoon xëwëlu sa kanam ak njubalugam; waaye dañoo soree ko, te yóbbu yeneen ci réer, moo tax ñu tàbbi ci merum Yàlla.”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Ñett fukki juróom-ñett bi</dc:title>
  <dc:subject>Ñenti Maase yi ci Adventisme Laodise buy gëna yokku ci ay ñaawtéef yi</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