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Juróom-ñett-fukk ak juróom-ñeent</w:t>
      </w:r>
    </w:p>
    <w:p>
      <w:pPr>
        <w:pStyle w:val="ArticleSubtitle"/>
        <w:jc w:val="left"/>
      </w:pPr>
      <w:r>
        <w:rPr>
          <w:rFonts w:ascii="Arial" w:hAnsi="Arial" w:eastAsia="Arial" w:cs="Arial"/>
        </w:rPr>
        <w:t>Ubbi Yoonu Kàddug Yàlla ci Yonent yi: Jokkoo Bu Yàlla Digle ci Diggante Jëmkanam Yu Mag ci Taarix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2024-02-18</w:t>
      </w:r>
    </w:p>
    <w:p>
      <w:pPr>
        <w:pStyle w:val="ArticleBody"/>
        <w:jc w:val="left"/>
      </w:pPr>
      <w:r>
        <w:rPr>
          <w:rFonts w:ascii="Times New Roman" w:hAnsi="Times New Roman" w:eastAsia="Times New Roman" w:cs="Times New Roman"/>
        </w:rPr>
        <w:t>Téeméeri ak juróom-benn fukk ak juróom-benni at gannaaw xarebu 1863, ci atum 1989 lañu ubbi ba mujj juróom-benn ñaari aaya yi nekk ci Daniel fukk ak benn. Xam-xam bi ñu jëkk a ubbi at woowu moo doon xam ni am na ay rëdd yu yeesal ci taarixu lu sell li, ak révélasion bi ne yépp dañuy doxandoo benn ak benn. Gannaaw loolu, ci 1992, leerug juróom-benn ñaari aaya yu mujj yi tambalee feeñ. Jëkkëri jëfandikoo bu askan wi ci dëgg yii amoon na ci 1994, te mbir mi moo doon rëdd yu yeesal yi. Ci 1996, benn jurnaal a feeñ ak turam The Time of the End¸, mi wone juróom-benn ñaari aaya yu mujj yi ci Daniel fukk ak benn.</w:t>
      </w:r>
    </w:p>
    <w:p>
      <w:pPr>
        <w:pStyle w:val="ArticleBody"/>
        <w:jc w:val="left"/>
      </w:pPr>
      <w:r>
        <w:rPr>
          <w:rFonts w:ascii="Times New Roman" w:hAnsi="Times New Roman" w:eastAsia="Times New Roman" w:cs="Times New Roman"/>
        </w:rPr>
        <w:t>Atum 1996 mooy atum bi ñu sàkkale yégle bi ci njàngat gu sàkk, te loolu mooy benn màndarga yu yem ak sàkkug yégleb William Miller ci atum 1831. Yégleb Miller mooy woon yégleb ubbiug àtte bi, te juróom-benn xët yu mujj yi ci Daniel fukk ak benn mooy yégleb tëjug àtte bi. Mbiri yégleb Miller mooyoon jamono ju yonent ji Biibal bi wone. Mbiri juróom-benn xët yu mujj yi ci Daniel fukk ak benn mooy Room gu bees gi (buur bu bëgg a roy buur bu bëj-gànnaar bi). Yoonu liggéey bi ñu feeñal Miller mooy woon ay 14 yoonu tekki yonentam. Waaye yoonu liggéey bi ñu feeñal ci 1989 mooy “rëdd ci rëdd” bu yëngu-yëngoo yi ci yeesal kat yi.</w:t>
      </w:r>
    </w:p>
    <w:p>
      <w:pPr>
        <w:pStyle w:val="ArticleBody"/>
        <w:jc w:val="left"/>
      </w:pPr>
      <w:r>
        <w:rPr>
          <w:rFonts w:ascii="Times New Roman" w:hAnsi="Times New Roman" w:eastAsia="Times New Roman" w:cs="Times New Roman"/>
        </w:rPr>
        <w:t>liggéeyu Miller moo doon samp Kàddu Yàlla ci sañ-sañam, ci woroom jaarale ak cosaan yi ak aada yi baabu bi, yi doon dox ci àddina bi diirub junni ak ñaari téeméeri at ak juróom-benn-fukk. Looloo tax, yégleb Miller jëkk a génne ko ci 1831 (noonu di ko jëfandikoo ngir teg yégleb Miller ci anam wu rasmi), te loolu am na bu mat ak ñaar téeméeri ak fukki at gannaaw sosu Biibël bu King James. Liggéeyu Future for America moo doon xamle wàllu Etazini ci faj gaaw ga rey ga baabu bi ci aboon biir ndigalu Dimaas bu bëgg a ñëw. Looloo tax, jëwriñ The Time of the End jëkk a génne ko ci 1996 (noonu di ko jëfandikoo ngir teg yégleb bi ci anam wu rasmi), te loolu am na bu mat ak ñaar téeméeri ak fukki at gannaaw tambaliwaayu Etazini ci 1776.</w:t>
      </w:r>
    </w:p>
    <w:p>
      <w:pPr>
        <w:pStyle w:val="ArticleBody"/>
        <w:jc w:val="left"/>
      </w:pPr>
      <w:r>
        <w:rPr>
          <w:rFonts w:ascii="Times New Roman" w:hAnsi="Times New Roman" w:eastAsia="Times New Roman" w:cs="Times New Roman"/>
        </w:rPr>
        <w:t>Nangu gi ñaari téeméer ak ñaar-fukk at yi doon boole mbirum bépp yëngu-yëngu yeesal ak benn tombu taariix bu muy tegtal, kenn xamuko ba mu weesu gannaaw 11 Suweññe 2001, ndaxte ba ci bes boobu, bi ñetteelu musiba agsee, la Boroom bi yóbbuwaat ay nitam ci yoon yu yàgg ya ci Yeremi xaaj 6, aaya 16 ak 17. Foofa la leerug “juróom-ñaari yoon” bi gisewaat, te bi leer googu di yokku feeñ na ne ñaar téeméer ak ñaar-fukk mooy lim bi boole Daniyeel 8, aaya 13 ak 14. Ci aaya 13, gis-gisu “chazon” bi ci taariixu waxi Yonent bi lañu jëfandikoo, te ci aaya 14, gis-gisu “mareh” bi ci “melo” mi lañu jëfandikoo. Lëkkaloo gi nekk ci diggante ñaari aaya yooyu mooy li Jibraayil dikkoon jàngal Daniyeel, te Daniyeel dafa tekki nit ñi Yàlla ci mujjug àddina, ñiy ñëw ci xam lëkkaloo gi nekk ci diggante ñaari gis-gis yooyu.</w:t>
      </w:r>
    </w:p>
    <w:p>
      <w:pPr>
        <w:pStyle w:val="ArticleBody"/>
        <w:jc w:val="left"/>
      </w:pPr>
      <w:r>
        <w:rPr>
          <w:rFonts w:ascii="Times New Roman" w:hAnsi="Times New Roman" w:eastAsia="Times New Roman" w:cs="Times New Roman"/>
        </w:rPr>
        <w:t>Peeñu juróom-ñett baatam day tegtal gis-gis bu “juróom-ñaar ñetti yoon” bi (ñaari junni ak juróom-ñaar téeméer ak ñaar-fukk at), te gis-gis bu peeñu juróom-ñent baatam day tegtal ñaari junni ak ñett téeméer fan yi (at yi). “Juróom-ñaar ñetti yoon” yi ci kaw nguur gu bëj-saalum Yuda, gi tegtal Yuda, Yerusalem ak kër-yàlla ga, tambali na ci 677 B.K., te ñaari junni ak ñett téeméer at yi, yiy wone dellusiinu Yerusalem ak kër-yàlla ga, tambali nañu ci 457 B.K.</w:t>
      </w:r>
    </w:p>
    <w:p>
      <w:pPr>
        <w:pStyle w:val="ArticleBody"/>
        <w:jc w:val="left"/>
      </w:pPr>
      <w:r>
        <w:rPr>
          <w:rFonts w:ascii="Times New Roman" w:hAnsi="Times New Roman" w:eastAsia="Times New Roman" w:cs="Times New Roman"/>
        </w:rPr>
        <w:t>Ñaari at ak fukk teemer ak juróom-ñaar lëkkal nañu ñaari peeñ yi, te lim bi di ñaari at ak fukk teemer ak juróom-ñaar xamoon nañu ko ne mooy misaal bu wone jokkoo gi nekk ci diggante xañxañal ñiir mi ak kër-yàlla gi, jaare ko ci kàttan yu yàqkat yu bàyyikat ak yu paapal, maanaam li ñu wone ni mooy tasare ak merum Yàlla. Ñaari at ak fukk teemer ak juróom-ñaar yooyu lëkkal nañu peeñu liggéeyu Seytaane bi di xañxañal kër-yàlla gi ak peeñu liggéeyu ragal Yàlla bi di delloo benn kër-bu-yàlla boobu. Kon nag, ñaari at ak fukk teemer ak juróom-ñaar mooy misaal buy tekki jokkoo ju sell.</w:t>
      </w:r>
    </w:p>
    <w:p>
      <w:pPr>
        <w:pStyle w:val="ArticleBody"/>
        <w:jc w:val="left"/>
      </w:pPr>
      <w:r>
        <w:rPr>
          <w:rFonts w:ascii="Times New Roman" w:hAnsi="Times New Roman" w:eastAsia="Times New Roman" w:cs="Times New Roman"/>
        </w:rPr>
        <w:t>Naka noonu yoonu Millerite jeexee ci njàngaale 1863, te gannaaw loolu téeméeri at ak ñaar-fukk ak juróom-benn (126) at gannaaw, yoonu malaaka bu ñetteel bi agsi, loolu di yokk xamle ne ñaari yoon yooyu dañoo boolewoon ci simbóolu “juróom-ñaari yoon” bi (“seven times”) (téeméeri at ak ñaar-fukk ak juróom-benn), noonu itam ñaari téeméeri at ak ñaar-fukk (220) boole nañu taxawaayu Miller ci sos bataaxalu Biibël bi atum 1831 ak génne Biibël bu King James bi atum 1611; noonu itam benn jamono boobu boole na Future for America ak tàmbaliwaayu America, bi muy xamle mujju America.</w:t>
      </w:r>
    </w:p>
    <w:p>
      <w:pPr>
        <w:pStyle w:val="ArticleBody"/>
        <w:jc w:val="left"/>
      </w:pPr>
      <w:r>
        <w:rPr>
          <w:rFonts w:ascii="Times New Roman" w:hAnsi="Times New Roman" w:eastAsia="Times New Roman" w:cs="Times New Roman"/>
        </w:rPr>
        <w:t>Bésub 22 octobre 1844, Yebukaay Kóllëre bi dikk na, ci lu gaaw, ci kër Yàlla ga mu samp woon ci ñeent-fukk ak juróom-benn at, dale ko ci 1798, mujjug mer gu njëkk gi, ba ci 1844, mujjug mer gu mujj gi. Seetam ci kër Yàlla ga jiitu na ko tuurug Xelum Mu Sell mi ci yëngu-yëngug Yuuxu Guddi, mi ñu wonoon lu mu mel ci duggug Kirist ci ndam ak mbooloo Yerusalem. Ñaari seede yooyu dëgëral nañu ne, bu yëngu-yëngug Yuuxu Guddi mi dellusee ci fan yu mujj yi, Kirist dina samp kër Yàllag téeméeri ñeent-fukk ak ñeent junni ñi. Ñaari yëngu-yëngu yi, fa Yuuxu Guddi gi ci léebu fukki janq yi matale, ñu ngi dëppoo ak seen bopp.</w:t>
      </w:r>
    </w:p>
    <w:p>
      <w:pPr>
        <w:pStyle w:val="ArticleScripture"/>
        <w:jc w:val="left"/>
      </w:pPr>
      <w:r>
        <w:rPr>
          <w:rFonts w:ascii="Times New Roman" w:hAnsi="Times New Roman" w:eastAsia="Times New Roman" w:cs="Times New Roman"/>
        </w:rPr>
        <w:t>“Yees bu bari ci ñuy jëfandikoo ci sama kanam léebu fukki janq yi, juróom ñooñu di ñu xel, te juróom ñi des di ñu ñàkk xel. Léebu boobu amoon na, te dina mat ba ci bataaxal bi gëna set, ndaxte am na njariñu bu jagleel jamono jii, te mel ni yégleb malaaka bu ñetteel bi, mat na ba noppi te dina sax di dëggu jamono jii ba kera mujjug àddina.” Review and Herald, 19 At 1890.</w:t>
      </w:r>
    </w:p>
    <w:p>
      <w:pPr>
        <w:pStyle w:val="ArticleBody"/>
        <w:jc w:val="left"/>
      </w:pPr>
      <w:r>
        <w:rPr>
          <w:rFonts w:ascii="Times New Roman" w:hAnsi="Times New Roman" w:eastAsia="Times New Roman" w:cs="Times New Roman"/>
        </w:rPr>
        <w:t>Jaar-jaari Millerite yi (yëngu yërëm bu njëkk bi), dafay tegtal feeñu gu yokk-yokku ci dooley Yàlla, gu tambalee bi téereb Daniel ubbeeku ci atum 1798. Dooley jii gëna yokku bi malaakam Peeñug Yàlla 10 wàccee ci 11 Ut, 1840. Gannaaw loolu, njaqareb njëkk ba ci 19 Awril, 1844 agsi, te mujj di indi tuuru Xel Mu Sell mi ca ndajem kaŋ Exetër, bu tàmbalee ci 12 Ut, 1844, te mu wéyal a law ni mbëmbëlu géej ci réew mi ba ci 22 Oktoobar, 1844.</w:t>
      </w:r>
    </w:p>
    <w:p>
      <w:pPr>
        <w:pStyle w:val="ArticleBody"/>
        <w:jc w:val="left"/>
      </w:pPr>
      <w:r>
        <w:rPr>
          <w:rFonts w:ascii="Times New Roman" w:hAnsi="Times New Roman" w:eastAsia="Times New Roman" w:cs="Times New Roman"/>
        </w:rPr>
        <w:t>Jaar-jaaru Future for America (yëngu malaaka ñetteelu bi) dafay tegtal feeñu-feeñu doole Yàlla buy gëna yokku, te loolu tàmbalee bi téerebu Daniel ubbee woon ci atum 1989. Doole jii yokku na bi malaakam Peeñu ma ñaar-fukk ak juróom-ñeent wàccee ca 11 Septàmb 2001. Gannaaw loolu dikk na njëkk aak tiis ba ca 18 Sulet 2020, te loolu moo di li ci mujj dina jur tuuru Xel mu Sell mi, mi dina taxaaw ci tasaaroo ci suuf si ni safara suux, ba ker ba Michael taxawee te àtteb xàmmi-xàmmi nit ñi tëj.</w:t>
      </w:r>
    </w:p>
    <w:p>
      <w:pPr>
        <w:pStyle w:val="ArticleBody"/>
        <w:jc w:val="left"/>
      </w:pPr>
      <w:r>
        <w:rPr>
          <w:rFonts w:ascii="Times New Roman" w:hAnsi="Times New Roman" w:eastAsia="Times New Roman" w:cs="Times New Roman"/>
        </w:rPr>
        <w:t>Bés bu 22 uttoobar 1844, ñu matal ay yeneen waxi Yàlla yu bari; noonu loolu di won ne ci yoonu dibeer bi mu ñëw léegi, ay yeneen waxi Yàlla yu bari dinañu dellu a mat. Benn ci yooyu mooy yiixantu peeñ mi, ni ñu ko melale ci Habakuk saar 2. Habakuk saar 2 mi ngi xamle mbooloo xew-xewu yiy doon jëfandikoo ci yëngu-yëngu malaaka bu njëkk bi ak bu ñetteel bi. Ñaari yëngu-yëngu yooyu ñépp, dañuy jànkoo ci lu jëm ci njariñu yoonu Biibël bu jub, te loolu am na diggante ñi doon saytu yëngu-yëngu boobu ak askan wi jëkk a tànn woon, te ñuy weesu leen ci biir doxalinu jànkoo boobu.</w:t>
      </w:r>
    </w:p>
    <w:p>
      <w:pPr>
        <w:pStyle w:val="ArticleBody"/>
        <w:jc w:val="left"/>
      </w:pPr>
      <w:r>
        <w:rPr>
          <w:rFonts w:ascii="Times New Roman" w:hAnsi="Times New Roman" w:eastAsia="Times New Roman" w:cs="Times New Roman"/>
        </w:rPr>
        <w:t>Bataaxal bi waroon a aar ci seenar yi ci jaar-jaaru malaaka bu njëkk bi mooy xamle dëgg yi (jeweri Miller yi), yi mujj diinewoon ci ñaari tafte yu sell yi atum 1843 ak 1850. Ci diggante yëngu-yëngu waxtaan boobu dina am benn naqar bu féeté ay wàññante ak ñaari xeeti nit yu juuyoo, te dina am woote ngir yokk gëstu sellal gu gën a xóot ci ñi takku ci kóllëre.</w:t>
      </w:r>
    </w:p>
    <w:p>
      <w:pPr>
        <w:pStyle w:val="ArticleBody"/>
        <w:jc w:val="left"/>
      </w:pPr>
      <w:r>
        <w:rPr>
          <w:rFonts w:ascii="Times New Roman" w:hAnsi="Times New Roman" w:eastAsia="Times New Roman" w:cs="Times New Roman"/>
        </w:rPr>
        <w:t>Kon Abakuk mooy mel nekk ci diggante ñaari gëstu yi bokkoon ci jéego ngir seetlu dëgg-dëgg yu sax yi. Jéego boobu ngir seetlu, bi boole woon werante bi amoon ci diggante ñaari gëstu yooyu te mu noppi ci 22 Oktoobar 1844, mujje na fa sax ci bérab bi saar wi ñaareelu ci téereb Abakuk mujje woon.</w:t>
      </w:r>
    </w:p>
    <w:p>
      <w:pPr>
        <w:pStyle w:val="ArticleScripture"/>
        <w:jc w:val="left"/>
      </w:pPr>
      <w:r>
        <w:rPr>
          <w:rFonts w:ascii="Times New Roman" w:hAnsi="Times New Roman" w:eastAsia="Times New Roman" w:cs="Times New Roman"/>
        </w:rPr>
        <w:t>Waaye Boroom bi nekk na ci këram ju sell ji: na suuf sépp ne tekk te noppi ci kanamam. Habakkuk 2:20.</w:t>
      </w:r>
    </w:p>
    <w:p>
      <w:pPr>
        <w:pStyle w:val="ArticleBody"/>
        <w:jc w:val="left"/>
      </w:pPr>
      <w:r>
        <w:rPr>
          <w:rFonts w:ascii="Times New Roman" w:hAnsi="Times New Roman" w:eastAsia="Times New Roman" w:cs="Times New Roman"/>
        </w:rPr>
        <w:t>Boroom bi dugg na ci templam bu Millerite ci yeneen yoon, te suuf si bépp dafa war a ne tekk, ndaxte Bésu Jéggale gu wérug ma woon ci misaal bi àgg na, te àtteb ñi dee tàmbali na. Jaar-jaaru yonent bi nekk ci Habakuk saaru ñaareel bi jeex na ci 22 Oktobar 1844, te Yeesu dafay jëfandikoo yàgg-bayyi wu benn mbir ngir màndargaal tàmbaliku benn mbir. Tàmbaliku ñaari peeñ yi, di bu at yu ñaar junni juróom-ñaari téeméer ak ñaar-fukk yi ñu door a tooñ sañ-sañu kër Yàlla ak mbooloo mi, ak peeñu delloo kër Yàlla ak mbooloo mi, tàmbali nañu ànd, waaye kenn ci ñoom dafa weesu ci beneen ak ñaareel téeméer ak ñaar-fukk at; te ba ñu jeexee, xamle nañu ne jeex nañu, ci Habakuk saaru ÑAAREEL bi, sarax bu ÑAAR-FUKK bi.</w:t>
      </w:r>
    </w:p>
    <w:p>
      <w:pPr>
        <w:pStyle w:val="ArticleBody"/>
        <w:jc w:val="left"/>
      </w:pPr>
      <w:r>
        <w:rPr>
          <w:rFonts w:ascii="Times New Roman" w:hAnsi="Times New Roman" w:eastAsia="Times New Roman" w:cs="Times New Roman"/>
        </w:rPr>
        <w:t>Ci yoon bi ñëw gaaw ci bésu Dibeer bi, ay waxu yëgle yu bare dinañu am. Benn ci yooyu waxu yëgle mooy yàggug peeñ mi, ni ñu ko melalee ci Habakuk saar ñaar. Habakuk saar ñaar day xamle xew-xewu ñaari yëngu-yëngu, mooy bu malaaka bi jëkk ak bu malaaka bi ñetteel. Ñaari yëngu-yëngu yooyu ñépp dañu jànkoonte ak werante ci mbirum njariñu yoonu Biibël bu jub, te loolu am na ci diggante ña fa teewal yëngu-yëngu boobu ak nit ñi nekkoon ñi ñu tànn woon bu njëkk, te ñu ngi leen wéy di romb ci biir anam wu werante woowu.</w:t>
      </w:r>
    </w:p>
    <w:p>
      <w:pPr>
        <w:pStyle w:val="ArticleBody"/>
        <w:jc w:val="left"/>
      </w:pPr>
      <w:r>
        <w:rPr>
          <w:rFonts w:ascii="Times New Roman" w:hAnsi="Times New Roman" w:eastAsia="Times New Roman" w:cs="Times New Roman"/>
        </w:rPr>
        <w:t>Yégle bi war aaraŋkat yu malaak buy ñetteel bi ci seeni jaar-jaari nettali mooy xamle dëgg yi (jewelii Miller), yu mujj jëfandikoo woon ngir tegtal leen ci ñaari tabloo yu sell yi atum 1843 ak 1850. Ci yoonu waxtaan wu werante woowu am na woon naqar bu doon màndarga seeddale gi nekk ci diggante ñaari mbooloo yu dëngoo ci noon, ak woote ngir gën a sellal bopp ci ñi takku ci ngëm. Gannaaw loolu, Habakuk dafay xamle wuute gi nekk ci diggante ñaari mbooloo yi bokk ci jéemantu dëgg yu saxoo yi. Jéemantu boobu, bi ñu tegtaloon ci waxtaan wu werante wi nekk ci diggante ñaari mbooloo yooyu, dina jeex bu mat ci yoon wi bëgg a ñëw bu gaawe bi ci dibeer alxames, fa Habakuk saar 2 jeexee.</w:t>
      </w:r>
    </w:p>
    <w:p>
      <w:pPr>
        <w:pStyle w:val="ArticleScripture"/>
        <w:jc w:val="left"/>
      </w:pPr>
      <w:r>
        <w:rPr>
          <w:rFonts w:ascii="Times New Roman" w:hAnsi="Times New Roman" w:eastAsia="Times New Roman" w:cs="Times New Roman"/>
        </w:rPr>
        <w:t>Waaye Boroom bi nekk na ci këram ju sell ji: suuf sépp na noppi ci kanamam. Habakuk 2:20.</w:t>
      </w:r>
    </w:p>
    <w:p>
      <w:pPr>
        <w:pStyle w:val="ArticleBody"/>
        <w:jc w:val="left"/>
      </w:pPr>
      <w:r>
        <w:rPr>
          <w:rFonts w:ascii="Times New Roman" w:hAnsi="Times New Roman" w:eastAsia="Times New Roman" w:cs="Times New Roman"/>
        </w:rPr>
        <w:t>Boroom bi dina dugg ci njël miy kër Yàlla gu ñetti-fukk ak ñeent-fukk ak ñeent junni nit ñi, te su boobaa suuf sépp dina ne tekk, ndaxte Bésu Njot gu antitypik dina jot ca àtteb ñi dund ba. Taarixu waxu yonent bu ci Habakuk saar ñaar jeex na ci yoonu Dibeer buy ñëw léegi, te Yeesu dafa mas a boole jeexitalu benn mbir ak tàmbali benn mbir.</w:t>
      </w:r>
    </w:p>
    <w:p>
      <w:pPr>
        <w:pStyle w:val="ArticleBody"/>
        <w:jc w:val="left"/>
      </w:pPr>
      <w:r>
        <w:rPr>
          <w:rFonts w:ascii="Times New Roman" w:hAnsi="Times New Roman" w:eastAsia="Times New Roman" w:cs="Times New Roman"/>
        </w:rPr>
        <w:t>Attey ñiy dund yi tambalee na ci 11 Sàttumbar 2001, waaye atte boobu ab yoon la. Yooyu yoon dafay tàmbalee ak kër Yàlla, te ba noppi agsi ci bérab bu atte di dikk ci ñi nekk bitim-rek kër Yàlla. Bi magi tabax yu mag ya nekk New York City daanoo, atte boobu mi malaakam màndarga bi tey jaar ci Yerusalem di samp ci jë yi ci kaw ñi di naqar te jooy ngir yéefar yi ñuy def ci mbooloom Yàlla, ak itam yéefar yi ñuy def ci réew mi, dafa tàmbalee. Ci yoonu Dibeer bu jagleel a gëna gaaw dikk, Kirist dina weesu woon liggéeyu taxawal kër Yàlla gi ci ñaar-fukk ak ñeent junni, te malaakay alag yi dinañu indi atte ci Yerusalem.</w:t>
      </w:r>
    </w:p>
    <w:p>
      <w:pPr>
        <w:pStyle w:val="ArticleBody"/>
        <w:jc w:val="left"/>
      </w:pPr>
      <w:r>
        <w:rPr>
          <w:rFonts w:ascii="Times New Roman" w:hAnsi="Times New Roman" w:eastAsia="Times New Roman" w:cs="Times New Roman"/>
        </w:rPr>
        <w:t>Ginnaaw loolu, ñi téeméeri junni ak ñeent fukk ak ñeent junni ñaar-fukk ñépp yékkati nañu leen muy bannière, te àttey ñiy dund tàmbali na ngir yeneen juróom miir, mi Edom ak Moab ak kilifay doom yi Ammon di wone ci Daniel saar fukk ak benn, aaya ñeent-fukk ak benn.</w:t>
      </w:r>
    </w:p>
    <w:p>
      <w:pPr>
        <w:pStyle w:val="ArticleBody"/>
        <w:jc w:val="left"/>
      </w:pPr>
      <w:r>
        <w:rPr>
          <w:rFonts w:ascii="Times New Roman" w:hAnsi="Times New Roman" w:eastAsia="Times New Roman" w:cs="Times New Roman"/>
        </w:rPr>
        <w:t>Bu nu xoolée yoonu Millerite bu malaaka bi njëkk walla yëngu-yëngu mag bu malaaka bi ñetteel, mboolem jaar-jaaru yëngu-yëngu yeesal gi dafa tegtal njàngat gu yàgg te dolliku ci dëgg, te muy mujje ak tuuru Xel mu Sell mi. Tuuru Xel mu Sell mi mooy xalaatu waxi yonent yi ci mujjantelu fan yi. Loolu moo tax jigéen yu soxor yi amuñu diw, waaye yu xel yi am nañu ko. Diw mooy taw bi.</w:t>
      </w:r>
    </w:p>
    <w:p>
      <w:pPr>
        <w:pStyle w:val="ArticleScripture"/>
        <w:jc w:val="left"/>
      </w:pPr>
      <w:r>
        <w:rPr>
          <w:rFonts w:ascii="Times New Roman" w:hAnsi="Times New Roman" w:eastAsia="Times New Roman" w:cs="Times New Roman"/>
        </w:rPr>
        <w:t>Ñu naan ne, bu góor bàyyée jabaram, te mu jóge ci moom, ba nekku jabaru keneen góor, ndax dina dellusi ci moomaat? Ndax suuf sa suuf du gëna tilimal lool? Waaye yaw, dangaa def njaloo ak ay far yu bare; teewul dellusi ma, kàddug Boroom bi. Yékkal say bët ci kaw yu kawe yi, te xool fu nga masul a tëdde ak ku nekk. Ca yoon ya nga daan toog xaar leen, mel ni Aarab ci màndiŋ mi; te nga tilimal suuf si ak say njaloo ak sa ñaawteef. Moo tax taw yi ñu tere ko, te amul taw wu mujje; te am nga kanamu jigéen ju njaloo, ba nga bañ a rus. Ndax doo woow ma léegi ne: Sama Baay, yaay kilifag sama ndawte? Yeremi 3:1–4.</w:t>
      </w:r>
    </w:p>
    <w:p>
      <w:pPr>
        <w:pStyle w:val="ArticleBody"/>
        <w:jc w:val="left"/>
      </w:pPr>
      <w:r>
        <w:rPr>
          <w:rFonts w:ascii="Times New Roman" w:hAnsi="Times New Roman" w:eastAsia="Times New Roman" w:cs="Times New Roman"/>
        </w:rPr>
        <w:t>Ci wax jii (te yonent yépp itam dañuy wax ci bés yu mujj yi), Yàlla wone na ne ay nitam def nañu njaaloo, ba noppi ba am jë bu jigéen ju njaaloo. Jigéen ju njaaloo ji ci bés yu mujj yi mooy kàttanu pap bi, te jë ba mooy dogal gu mat sëkk. Nit ku Yàlla yi ci bés yu mujj yi ay añaaw lañu, waaye Yàlla mi ngi leen di woo woon waxtu wu mujj, doonte àgg nañu ci bérab bu ñu agsi ci benn dogal ak jigéen ju njaaloo ji. Sos nañu jikko ju ñuy tegtal ci maasug ñeenteel gi, fa ñu jekk ngir sujjóotu jant bi, ni ko ñenteelug maas ga di tegtale ci Esekiyel saar 8.</w:t>
      </w:r>
    </w:p>
    <w:p>
      <w:pPr>
        <w:pStyle w:val="ArticleScripture"/>
        <w:jc w:val="left"/>
      </w:pPr>
      <w:r>
        <w:rPr>
          <w:rFonts w:ascii="Times New Roman" w:hAnsi="Times New Roman" w:eastAsia="Times New Roman" w:cs="Times New Roman"/>
        </w:rPr>
        <w:t>“Jamono jiit na ñëw ngir leer gu dëgg gi tàkk ci biir lëndëm gu aju ci yërmandee ak jëf ju baax. Yégleb malaaka bu ñetteel bi yónnee na ko ci àddina si, di waare nit ñi ngir bañ a jël mandarga rab wi walla bu mel ni moom ci seen kanam walla ci seen loxo. Jël mandarga moomu tekki na bokk ci benn dogal ak bi rab wi def, te di taxawal benn xalaat ak yi mu taxawal, ci ñaawteef gu leer ci Kàddu Yàlla. Ci bépp ñi jël mandarga moomu, Yàlla nee na: ‘Moom itam dina naan biiñu merum Yàlla, bi ñu tuur te jaxasuwul dara ci kaasu meram; te dina sonn ak safara ak xasab ci kanam malaaka yu sell yi, ak ci kanam Xar mi.’” Review and Herald, July 13, 1897.</w:t>
      </w:r>
    </w:p>
    <w:p>
      <w:pPr>
        <w:pStyle w:val="ArticleBody"/>
        <w:jc w:val="left"/>
      </w:pPr>
      <w:r>
        <w:rPr>
          <w:rFonts w:ascii="Times New Roman" w:hAnsi="Times New Roman" w:eastAsia="Times New Roman" w:cs="Times New Roman"/>
        </w:rPr>
        <w:t>Yeremi mooy xamle ne nit Yàlla yi ci fan yu mujj yi, ñu ngi ba noppi am ci seen kanam jigen ju ñaaw ji. Ñu ngi ci wet ga ngir jot màndarga rab bi ndaxte ñoom “ñu bon lañu.” Ci xët wi ñu fi aji ci mujj, Sœur White di wéy:</w:t>
      </w:r>
    </w:p>
    <w:p>
      <w:pPr>
        <w:pStyle w:val="ArticleScripture"/>
        <w:jc w:val="left"/>
      </w:pPr>
      <w:r>
        <w:rPr>
          <w:rFonts w:ascii="Times New Roman" w:hAnsi="Times New Roman" w:eastAsia="Times New Roman" w:cs="Times New Roman"/>
        </w:rPr>
        <w:t>“Bu leeru dëgg biñu leen jox, te mu wone leen Bésub Noppalu digle bu ñetteel bi, te mu feeñal ne amul benn fondamaŋ ci Kàddug Yàlla ngir sàmmu Dibéer, waaye tey ngeen sax di taqale ci bésub noppalu bu dul dëgg bi, te ngeen bañ a sellal Bésub Noppalu bi Yàlla wax ne mooy ‘Sama bés bu sell bi,’ dangeen jot màndargay Rab wi. Kañ la loolu di am?—Su ngeen déggal ndigël li leen sant ngeen baña liggéey Dibéer te jaamu Yàlla, fekk ngeen xam ne amul benn wax ci Biibël bi buy won ne Dibéer dara la lu gën a nekk bésu liggéey bu suute, kon dangeen nangoo jot màndargay Rab wi, te bañ a nangu sello Yàlla. Su nu jotee màndarga jooju ci sunuy jë, walla ci sunuy loxo, mbugal yiñu wax ci kaw ñi déggadiwul, war nañu wàcc ci sunu kaw. Waaye sello Yàlla miy Dund mooy a teg ci kaw ñi, ci seen xel mu dëgër, di sàmmu Bésub Noppalu Boroom bi.”</w:t>
      </w:r>
    </w:p>
    <w:p>
      <w:pPr>
        <w:pStyle w:val="ArticleScripture"/>
        <w:jc w:val="left"/>
      </w:pPr>
      <w:r>
        <w:rPr>
          <w:rFonts w:ascii="Times New Roman" w:hAnsi="Times New Roman" w:eastAsia="Times New Roman" w:cs="Times New Roman"/>
        </w:rPr>
        <w:t>“‘Te Yàlla gis ne ñaawtéefu nit ñi bare lool ci suuf si, te xel mu nekk ci seeni xalaati xol dañoo doon lu bon rekk saa su nekk…. Suuf si itam sankoon na ci kanam Yàlla, te feesoon na ak fitna…. Noonu Yàlla wax Naw: Mujjug bépp yaram agsi na ci sama kanam; ndaxte suuf si fees na ak fitna ngir ñoom; te xoolal, dinaa leen alag ak suuf si.’ Dañoo waroon a dagg ndaxte dañoo yaxaloon suuf si Yàlla bind ngir nit ñu jub ñu bég ci moom.</w:t>
      </w:r>
    </w:p>
    <w:p>
      <w:pPr>
        <w:pStyle w:val="ArticleScripture"/>
        <w:jc w:val="left"/>
      </w:pPr>
      <w:r>
        <w:rPr>
          <w:rFonts w:ascii="Times New Roman" w:hAnsi="Times New Roman" w:eastAsia="Times New Roman" w:cs="Times New Roman"/>
        </w:rPr>
        <w:t>“‘Ni mu doon Nabi Nuux nekkee woon la,’ Kirist waxoon, ‘noonu itam lay doon ci fan yi Doomu Nit ki.’ Ndax du noonu? Képp ku xool xibaar yu bés-bés yi, man na gis lim bu bare bu ñaawtéef yi—naan alkol ba yàqu, sàcc, jàppale ak, sàccéelu xaalis, rey nit. Yenn saa, njaboot yépp dañuy leen rey ngir ne mbëggeel googu góor gi ci moom xaalis walla alal yu dul ayam man a mat. Addina si dëgg-dëgg mingiy mel ni mu nekkee woon ci fan yi Nabi Nuux, ndaxte nit ñi dañuy xeeb ndigali Yàlla ci kaw.” Review and Herald, 13 Sulet 1897.</w:t>
      </w:r>
    </w:p>
    <w:p>
      <w:pPr>
        <w:pStyle w:val="ArticleBody"/>
        <w:jc w:val="left"/>
      </w:pPr>
      <w:r>
        <w:rPr>
          <w:rFonts w:ascii="Times New Roman" w:hAnsi="Times New Roman" w:eastAsia="Times New Roman" w:cs="Times New Roman"/>
        </w:rPr>
        <w:t>Yeremi mingi doon wax ju mujj yi, ñi bëgg a sujjóot ci kanam jant bi; te bi mu koy wonee, mu ne: “Taw yi dees nañu leen tere, te amul taw bu mujj bi; nga amoon jë baaxul ni jigéen ju moykat, te nga bañ a rus.” “Ñi bon” ci biir askanu Yàlla ci wax ju mujj yi jotuñu ci taw bu mujj bi, te dañuy bañ a rus, ndax seen xalaat daldi doon lu bon saa su nekk; lii nag tarih Noowe moo koy firndeel, noonu itam néegu nataal yi ci ñaareelu ñaawtéef ga ci Esékiyel saar 8.</w:t>
      </w:r>
    </w:p>
    <w:p>
      <w:pPr>
        <w:pStyle w:val="ArticleBody"/>
        <w:jc w:val="left"/>
      </w:pPr>
      <w:r>
        <w:rPr>
          <w:rFonts w:ascii="Times New Roman" w:hAnsi="Times New Roman" w:eastAsia="Times New Roman" w:cs="Times New Roman"/>
        </w:rPr>
        <w:t>Yeremi dafay ñi ñu bon yi ci askanu Yàlla ci bés yu mujj yi, ñu “jooy” “ca” booba “ci ki nekk woon seen njàngalekat” ci seen “ndaw.” Njàngalekat bi nekkoon ci ndawug Adventism mooyoon ñaari xóot yi yu Habakkuk ak jewels yi ñu teguwoon ca kawam. Benn yaakaar rekk ngir génne ci bon goo xam ne mu ngi bëgg a indi dee gu dul jeex ci kaw ñu bon yi ci askanu Yàlla ci bés yu mujj yi mooy, ñu jooy ci Yàlla mi nekkoon njàngalekat ba ca ndoorte ga, te moo agsiwoon ca “jamono ji mujj” bi ci atum 1798.</w:t>
      </w:r>
    </w:p>
    <w:p>
      <w:pPr>
        <w:pStyle w:val="ArticleBody"/>
        <w:jc w:val="left"/>
      </w:pPr>
      <w:r>
        <w:rPr>
          <w:rFonts w:ascii="Times New Roman" w:hAnsi="Times New Roman" w:eastAsia="Times New Roman" w:cs="Times New Roman"/>
        </w:rPr>
        <w:t>Lu jëm ci jaar-jaari malaaka bu njëkk walla bu ñetteel mooy ndax dangay jot mbaa doo jot ci taw gu mujj ga. Taw gu mujj ga tambalee na bi xeeti àddina yi meroo ca 11 Sàttumbar 2001.</w:t>
      </w:r>
    </w:p>
    <w:p>
      <w:pPr>
        <w:pStyle w:val="ArticleScripture"/>
        <w:jc w:val="left"/>
      </w:pPr>
      <w:r>
        <w:rPr>
          <w:rFonts w:ascii="Times New Roman" w:hAnsi="Times New Roman" w:eastAsia="Times New Roman" w:cs="Times New Roman"/>
        </w:rPr>
        <w:t>“Ci waxtu jooju, bi liggéeyu mucc di jeex, metit dina ñëw ci kaw suuf, te xeeti àddina dinañu mer, waaye dinañu leen téye ba ñu bañ a tere liggéeyu ñetteelu malaaka bi. Ci waxtu jooju, ‘taw bi mujj,’ walla segg bu jóge ci kanamu Boroom bi, dina ñëw ngir jox doole baatu kàddu gu réy gu ñetteelu malaaka bi, te waajal gaayi Yàlla yi ngir ñu man a taxaw ci jamono ji juróom-ñaari musiba yu mujj yi di tuuru.” Early Writings, 85.</w:t>
      </w:r>
    </w:p>
    <w:p>
      <w:pPr>
        <w:pStyle w:val="ArticleBody"/>
        <w:jc w:val="left"/>
      </w:pPr>
      <w:r>
        <w:rPr>
          <w:rFonts w:ascii="Times New Roman" w:hAnsi="Times New Roman" w:eastAsia="Times New Roman" w:cs="Times New Roman"/>
        </w:rPr>
        <w:t>“taw bës gu mujj,” bi ñu itam waxe ne mooy “ndimbal gu fés,” tambalee na ba xeeti àddina mer, te ci waxtu woowu “liggéeyu mucc” tàmbalee na tëj. Ñeenti malaaka yi ci Peeñug Yowaana juróom-ñaareel mi, ay xaleel yi di jàpp ñeenti ngelaw yi ba paree, ba ñu sottil ñaar-fukki junni ak ñent-fukki ñaar-ñetti junni nit ñi; te ci Esekiyel saar bi juróom-ñeent, liggéey woowu dañu koy feeñal ni malaaka yi di teg màndarga ci kanam yu ñiy boole ak jooy ndax ñaawtéef yi ñuy def ci Yerusalem. Ci 11 Septambar 2001 malaaka yi tàmbalee nañu liggéeyu tëj gi, di teg màndarga ci jë yi ci kanam yu ñaar-fukki junni ak ñent-fukki ñaar-ñetti junni nit ñi.</w:t>
      </w:r>
    </w:p>
    <w:p>
      <w:pPr>
        <w:pStyle w:val="ArticleBody"/>
        <w:jc w:val="left"/>
      </w:pPr>
      <w:r>
        <w:rPr>
          <w:rFonts w:ascii="Times New Roman" w:hAnsi="Times New Roman" w:eastAsia="Times New Roman" w:cs="Times New Roman"/>
        </w:rPr>
        <w:t>Liggéey bi mujjug malaaka bu ñetteel bi dafa am ci jamono ji ñuy tuural tawub mujjaat bi, miit “rafetal gi”, te loolu itam yégle la.</w:t>
      </w:r>
    </w:p>
    <w:p>
      <w:pPr>
        <w:pStyle w:val="ArticleScripture"/>
        <w:jc w:val="left"/>
      </w:pPr>
      <w:r>
        <w:rPr>
          <w:rFonts w:ascii="Times New Roman" w:hAnsi="Times New Roman" w:eastAsia="Times New Roman" w:cs="Times New Roman"/>
        </w:rPr>
        <w:t>Ñoom mi mu ne: Lii mooy noflaay bi ngeen di may ñi sonn noppalu ci; te lii mooy yeesal gi; waaye dégguñu. Esaayi 28:12.</w:t>
      </w:r>
    </w:p>
    <w:p>
      <w:pPr>
        <w:pStyle w:val="ArticleBody"/>
        <w:jc w:val="left"/>
      </w:pPr>
      <w:r>
        <w:rPr>
          <w:rFonts w:ascii="Times New Roman" w:hAnsi="Times New Roman" w:eastAsia="Times New Roman" w:cs="Times New Roman"/>
        </w:rPr>
        <w:t>Baat bi ñu bañ a dégg ci Esayi mooy baat bi ñuy yégle ak làkk yu di sàcc-sàcc, te mooy bataaxal bu nattu bi di wone yoonu “rëdd ci kaw rëdd.”</w:t>
      </w:r>
    </w:p>
    <w:p>
      <w:pPr>
        <w:pStyle w:val="ArticleScripture"/>
        <w:jc w:val="left"/>
      </w:pPr>
      <w:r>
        <w:rPr>
          <w:rFonts w:ascii="Times New Roman" w:hAnsi="Times New Roman" w:eastAsia="Times New Roman" w:cs="Times New Roman"/>
        </w:rPr>
        <w:t>Waaye kàddu Boroom bi nekkoon ci seen yoon mel ni sàrt ci kaw sàrt, sàrt ci kaw sàrt; rëdd ci kaw rëdd, rëdd ci kaw rëdd; tuuti fii, tuuti fa; ngir ñu dem, daldi daanu gannaaw, bañu damm, te ñu jàpp leen ci piège, ba ñu nekk ay jaam. Moo tax dégluleen kàddu Boroom bi, yéen nit ñi di ree, yi yor mbooloo mii nekk Yerusalem. Ndaxte wax ngeen ne: Nun def nanu kóllëre ak dee, te ak séex antu nanu; bu mbugal muy walbati jaarée, du ñëw ci nun; ndaxte fen def nanu ko sunu làqukaay, te dàq ci dëggadiy ngir nëbbu ci suufam. Esayi 28:13–15.</w:t>
      </w:r>
    </w:p>
    <w:p>
      <w:pPr>
        <w:pStyle w:val="ArticleBody"/>
        <w:jc w:val="left"/>
      </w:pPr>
      <w:r>
        <w:rPr>
          <w:rFonts w:ascii="Times New Roman" w:hAnsi="Times New Roman" w:eastAsia="Times New Roman" w:cs="Times New Roman"/>
        </w:rPr>
        <w:t>Kàddu Boroom bi, mi di wax ju jëm ci noflaay ak yeesalug doole (taw wu mujj wi), te mooy tax ñuy “dem, bañu daanu gannaaw, ba noppi dammiku, bañu fekku ci piège, te jàpp leen,” ñu ngi ko jox “nit ñi di ree, ñiy nguur mbooloo mii nekk Yerusalem.” Yerusalem mooy fa malaaka yi di màndargaal ñi di jooy te yuuxu ndax yëf yi ñaaw, te mag ña yàgg, ñi woroon wéer wi ñu dénk leen, ñooy ñi njëkk a daanu.</w:t>
      </w:r>
    </w:p>
    <w:p>
      <w:pPr>
        <w:pStyle w:val="ArticleScripture"/>
        <w:jc w:val="left"/>
      </w:pPr>
      <w:r>
        <w:rPr>
          <w:rFonts w:ascii="Times New Roman" w:hAnsi="Times New Roman" w:eastAsia="Times New Roman" w:cs="Times New Roman"/>
        </w:rPr>
        <w:t>“Mandarga njàmbaar gi moom nit ñi ñu tekal mandarga mucc, te ñoom ñoo di ñi ‘di ñaawlu te di jooy ndax bépp ñaawteef yi ñuy def.’ Léegi malaakam dee gi dem na, te Ezekiel dafa ko wone ci ay gis-gisam ci nit ñi yor jumtukaay yu rey, ñi ñu sant ne: ‘Reyleen ba noppi mag ak ndaw, jigéen yu ndaw, xale yu tuuti, ak jigéen; waaye buleen jege kenn ku am mandarga gi ci kawam; te tàmbleen ci sama kër gu sell gi.’ Yonent bi nee na: ‘Ñu tàmbalee ci mag ña woon ci kanam kër ga.’ Ezekiel 9:1–6. Liggéeyu alag gi dafay tàmbalee ci biir ñi waxe ne ñoom ay sàmm yu xel yu nit ña lañu. Sàmm yu dul dëgg yi ñooy njëkk a daanu. Amul kenn ku ñu yërëm mbaa ñu bañ a rey. Góor, jigéen, janq, ak xale yu tuuti dee nañu benn.” The Great Controversy, 656.</w:t>
      </w:r>
    </w:p>
    <w:p>
      <w:pPr>
        <w:pStyle w:val="ArticleBody"/>
        <w:jc w:val="left"/>
      </w:pPr>
      <w:r>
        <w:rPr>
          <w:rFonts w:ascii="Times New Roman" w:hAnsi="Times New Roman" w:eastAsia="Times New Roman" w:cs="Times New Roman"/>
        </w:rPr>
        <w:t>Dinanu wéyalaat ci artik bi di ñëw ci yokkute xam-xam bi agsiwoon ci 1989.</w:t>
      </w:r>
    </w:p>
    <w:p>
      <w:pPr>
        <w:pStyle w:val="ArticleScripture"/>
        <w:jc w:val="left"/>
      </w:pPr>
      <w:r>
        <w:rPr>
          <w:rFonts w:ascii="Times New Roman" w:hAnsi="Times New Roman" w:eastAsia="Times New Roman" w:cs="Times New Roman"/>
        </w:rPr>
        <w:t>“Ki gis lu xool lu nekk ci suufu kanam gi, te di jàng xol yi ñépp, wax na ci ñi amoon leer gu réy ne: ‘Ñoom dañu xalaatuñu, te jaaxlewuñu ndax seen tolluwaay gu yaram ak gu ruu. Waaw, dafa nekk ni ñoom tànn nañu seen yoon yu bopp, te seen bakkan bëgg seen lu bon yi. Man itam dinaa tànn seen réer, te indil leen li ñuy ragal; ndax bi ma wootee, kenn tontuwul; bi ma waxee, dégguñu; waaye dañu def lu bon ci sama kanam, te tànn li ma bànneexul.’ ‘Yàlla dina yónnee ci ñoom réer gu doole, ngir ñu gëm fen,’ ndaxte ‘danu nanguwul bëgg dëgg ngir ñu mucc,’ ‘waaye dafa nekk ni dañu bànneexoon ci njubadiwul.’ Isaiah 66:3, 4; 2 Thessalonians 2:11, 10, 12.”</w:t>
      </w:r>
    </w:p>
    <w:p>
      <w:pPr>
        <w:pStyle w:val="ArticleScripture"/>
        <w:jc w:val="left"/>
      </w:pPr>
      <w:r>
        <w:rPr>
          <w:rFonts w:ascii="Times New Roman" w:hAnsi="Times New Roman" w:eastAsia="Times New Roman" w:cs="Times New Roman"/>
        </w:rPr>
        <w:t>“Jàngalekat bi ci kaw laaj na: ‘Ban nax bu gën a doxal xel moo gën a wor sa bopp, ndax ngir ngay def mel ni yaa ngi tabax ci fondamaŋ bu jub te Yàlla nangul say jëf, fekk ci dëgg-dëgg yaa ngi jëfandikoo yeneen mbir yu bari ci anam yu àddina, te yaa ngi bàkkaar ci Yexowa? Éy, nax gu mag la, nax gu doy waar, buy jàpp xel yi, bu góor ñi xamoon dëgg wi benn yoon, jàpp melow ragal Yàlla muy ruum ak dooleem; bu ñu defe ne ñoom ñoo bare alal te yokk nañu leen ay biens te soxlaatuñu dara, fekk ci dëgg-dëgg soxla nañu lépp.’”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Juróom-ñett-fukk ak juróom-ñeent</dc:title>
  <dc:subject>Ubbi Yoonu Kàddug Yàlla ci Yonent yi: Jokkoo Bu Yàlla Digle ci Diggante Jëmkanam Yu Mag ci Taarix bi</dc:subject>
  <dc:creator>Jeff Pippenger</dc:creator>
  <cp:keywords/>
  <dc:description>Generated by ArticleDigger from daniel\85_daniel.json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