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Juróom-ñeent-fukk ak ñett</w:t>
      </w:r>
    </w:p>
    <w:p>
      <w:pPr>
        <w:pStyle w:val="ArticleSubtitle"/>
        <w:jc w:val="left"/>
      </w:pPr>
      <w:r>
        <w:rPr>
          <w:rFonts w:ascii="Arial" w:hAnsi="Arial" w:eastAsia="Arial" w:cs="Arial"/>
        </w:rPr>
        <w:t>Wëcci Kàddu Yàlla yi jëm ci Room: Dale ci Yàqute gu Yàllaul ba ci Nguurug Naxte gu Jamono jii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Téereb Daniel mi leeral ne Room mo taxawal gis-gis bi, te xam-xam boobu mo Protestã yi ci jamono Millerite a xeexoon ba William Miller waxe ko nekk dëgg. Ci bés yu mujj yi itam, Room rekk mo taxawal gis-gis bi, te tey Adventismu Laodise gi diitu na léegi gis-gisu Protestã yu daanu, ne sàcc yi ci sa xeet mooy Antiocus Epifaanes. Xeetu kóllëre ga ñuy bàyyi woon gannaaw ci jamono Millerite, dañoo weddi woon dëgg boobu benn, mooy li tey xeetu kóllëre gi ci bés yu mujj yi, ñi ñuy bàyyi gannaaw léegi, di weddi. Sulaymaan wax na ko bu baax:</w:t>
      </w:r>
    </w:p>
    <w:p>
      <w:pPr>
        <w:pStyle w:val="ArticleScripture"/>
        <w:jc w:val="left"/>
      </w:pPr>
      <w:r>
        <w:rPr>
          <w:rFonts w:ascii="Times New Roman" w:hAnsi="Times New Roman" w:eastAsia="Times New Roman" w:cs="Times New Roman"/>
        </w:rPr>
        <w:t>Li amoon na woon, mooy li di ñëw; te li ñu def, mooy li ñuyaat a def: te amul dara lu bees ci suufu jant bi. Ndax am na dara luñu man a wax ne: Xoolal, lii lu bees la? Demoon na ba noppi ca jamono yu yàgg ya, yi nekkoon lu jiitu sunu jamono. Ecclesiastes 1:9, 10.</w:t>
      </w:r>
    </w:p>
    <w:p>
      <w:pPr>
        <w:pStyle w:val="ArticleBody"/>
        <w:jc w:val="left"/>
      </w:pPr>
      <w:r>
        <w:rPr>
          <w:rFonts w:ascii="Times New Roman" w:hAnsi="Times New Roman" w:eastAsia="Times New Roman" w:cs="Times New Roman"/>
        </w:rPr>
        <w:t>Ci wax aji waxu am, juróomi melokaani yi Room amna, te ñaar ñi jiitu dañuy won melokaanu ñetteel bi, ndaxte dëgg dakk na ci seedeelu ñaar.</w:t>
      </w:r>
    </w:p>
    <w:p>
      <w:pPr>
        <w:pStyle w:val="ArticleScripture"/>
        <w:jc w:val="left"/>
      </w:pPr>
      <w:r>
        <w:rPr>
          <w:rFonts w:ascii="Times New Roman" w:hAnsi="Times New Roman" w:eastAsia="Times New Roman" w:cs="Times New Roman"/>
        </w:rPr>
        <w:t>Waaye bu la dégluul, yóbbaal ak yaw benn walla ñaar ci gën, ngir ci gémmiñu ñaar walla ñetti seede, bépp kàddu dëgëralu. Matye 18:16.</w:t>
      </w:r>
    </w:p>
    <w:p>
      <w:pPr>
        <w:pStyle w:val="ArticleBody"/>
        <w:jc w:val="left"/>
      </w:pPr>
      <w:r>
        <w:rPr>
          <w:rFonts w:ascii="Times New Roman" w:hAnsi="Times New Roman" w:eastAsia="Times New Roman" w:cs="Times New Roman"/>
        </w:rPr>
        <w:t>Diine Room gu dul ay fonk Yàlla ju dëgg la woon diine bu bokk ci ay xërëm, te diine bu bokk ci ay xërëm mooy nattal bu fenku bu diine ju dëgg. Du yëggu lool ni nattal bu fenku gi ñuy xam ci xaalis bu ñu sàkk ngir mel ni bu dëgg, ndaxte diine bu bokk ci ay xërëm melul dara ak diine ju dëgg. Waaye ci waxu yonent yi, am na jikko yu nattal bu fenku. Dëkku Room mooy nattal bu fenku bu Yerusalem, te am na kër Yàlla (Pantheon) bu doon nattal bu fenku bu kër Yàlla ga nekkoon Yerusalem. Jëfandikoo yu diine bu bokk ci ay xërëm yi duñu sell, te ñu bon, waaye ñuy tegtal jëfandikoo yu diine yu Seytaane yu nattal bu fenku. Ki nekkoon boppu diiney Room gu dul ay fonk Yàlla dafa amoon turu Pontifex Maximus. “Pontifex Maximus” ca njàlbéen ga, dafay wax ci saraxalekat bu mag bi ci diiney réewum Room ma ca Room gu yàgg ya, te kosaanam dellu na ba ca ndamli Réewum Room ma ci njàlbéenam. Ndeysaan, bu jamono yi di weesu, mu tàmbalee booleek sañ-sañu politig ak sañ-sañu diine, ba ci mujj mu soppeeku ba nekk tur wi ñuy jëfandikoo tey ci Papa bi ci Kërgiy Katig Room.</w:t>
      </w:r>
    </w:p>
    <w:p>
      <w:pPr>
        <w:pStyle w:val="ArticleBody"/>
        <w:jc w:val="left"/>
      </w:pPr>
      <w:r>
        <w:rPr>
          <w:rFonts w:ascii="Times New Roman" w:hAnsi="Times New Roman" w:eastAsia="Times New Roman" w:cs="Times New Roman"/>
        </w:rPr>
        <w:t>Turandoo saraxalekat bu Room buy bokkam mooyoon Pontifex Maximus, te moom itam mooyoon turandoo saraxalekat bu mag bu Room papal, te lakk Laateen la buy tekki “Ki gën a màgg ci Saraxalekat Bu Mag Kiy Jëkk.” Moom mooyoon saraxalekat bu mag bu diiney réewum Room, rawatina ci jaamu Yàlla Jupiter. Pontifex Maximus amoon woon sañ-sañu diine yu réy ak warugar yu am solo, boole ca saytu ay xew-xewu jaamu yu bare ak wóor ne kalandriye diine bu Room dafa dox ni mu ware. Pontifex Maximus mooyoon boppu Collegium Pontificum (Kurélug Pontif yo), maanaam mbootaayu saraxalekat yi yoroon ndigalu firi ak sàmm xew-xewi diine bu Room.</w:t>
      </w:r>
    </w:p>
    <w:p>
      <w:pPr>
        <w:pStyle w:val="ArticleBody"/>
        <w:jc w:val="left"/>
      </w:pPr>
      <w:r>
        <w:rPr>
          <w:rFonts w:ascii="Times New Roman" w:hAnsi="Times New Roman" w:eastAsia="Times New Roman" w:cs="Times New Roman"/>
        </w:rPr>
        <w:t>Saraxalekat bu mag ñaari Room, bu bokkoon ci Room gu bokk ci ñaawte ak Room gu bokk ci paap bi, mooy Pontifex Maximus; moo tax turu kilifag Room gu bees tey dina doon ci kaw yoon wi itam Pontifex Maximus. Diine Room gu bokk ci ñaawte mooy diiney ñaawte, te diine Room gu paap bi nekkoon na, te ba tey dafa nekk, diiney ñaawte, waaye muñ nañ ko ak waxu ne kiristaan la; te diine Room gu beesug fan yu mujj yi dina doon diiney ñaawte, bu ñu muur ak waxu ne kiristaan la.</w:t>
      </w:r>
    </w:p>
    <w:p>
      <w:pPr>
        <w:pStyle w:val="ArticleBody"/>
        <w:jc w:val="left"/>
      </w:pPr>
      <w:r>
        <w:rPr>
          <w:rFonts w:ascii="Times New Roman" w:hAnsi="Times New Roman" w:eastAsia="Times New Roman" w:cs="Times New Roman"/>
        </w:rPr>
        <w:t>Room gu ñaari xeeti Room—Roomu ñaawteef ak Roomu baap—amoon nañu ab diir bu xamle wu leen ñu ngir ñu nguur ci kaw yépp. Roomu ñaawteef waroon na nguur ci kaw yépp diirub ñetti téeméer ak juróom-benn-fukk at, ngir matal yeneen waxi jamono yi nekk ci Daniel saar 11, benn-fukk ak ñent.</w:t>
      </w:r>
    </w:p>
    <w:p>
      <w:pPr>
        <w:pStyle w:val="ArticleScripture"/>
        <w:jc w:val="left"/>
      </w:pPr>
      <w:r>
        <w:rPr>
          <w:rFonts w:ascii="Times New Roman" w:hAnsi="Times New Roman" w:eastAsia="Times New Roman" w:cs="Times New Roman"/>
        </w:rPr>
        <w:t>Dina dugg ci jàmm sax ci bérab yi gën a naat ci diiwaan ba; te dina def li ay baayam deful woon, walla ay maam-baayam yi: dina seede ci seen biir alal ju ñu nangu ci xare, ak yëngu-yëngu, ak am-am yu bare; waaw, dina fexe ay pexe ci kaw kër yu dëgër yi, waaye ngir ab diir rekk. Daniel 11:24.</w:t>
      </w:r>
    </w:p>
    <w:p>
      <w:pPr>
        <w:pStyle w:val="ArticleBody"/>
        <w:jc w:val="left"/>
      </w:pPr>
      <w:r>
        <w:rPr>
          <w:rFonts w:ascii="Times New Roman" w:hAnsi="Times New Roman" w:eastAsia="Times New Roman" w:cs="Times New Roman"/>
        </w:rPr>
        <w:t>Mbiri a aayañeent ñaar-fukk ak ñeent mooy Room bu jaamoo Yàllaul, ndaxte ñoom lañu nekk doxalin waxtaan wi ci aaya fukk ak juróom-benn, te ñoo di des doxalin ba ci aaya ñett-fukk ak benn. Dinañu wax ci aaya yii bu leer ci mbind yi di ñëw, waaye fii dañuy xamle rekk ne waxu yëgle bi wone na ne Room bu jaamoo Yàllaul dina yilif ak kàttan gu ëpp diirub ñetti téeméeri at ak juróom-benn-fukk, ni ko mel ci ne Room dañuy “jéem xel yu ñaw ci kaw këri kàttan yi, sax ci ab waxtu.” Baat bi ñuy tekki ne “ci kaw” mooy dëgg-dëgg “jóge ci,” te aaya bi dafay wax ne Room dina jiite àddina “jóge ci” “këri kàttan yi,” te loolu mooy dëkkub Room, te dina ko def diirub “ab waxtu,” maanaam ñetti téeméeri at ak juróom-benn-fukk.</w:t>
      </w:r>
    </w:p>
    <w:p>
      <w:pPr>
        <w:pStyle w:val="ArticleBody"/>
        <w:jc w:val="left"/>
      </w:pPr>
      <w:r>
        <w:rPr>
          <w:rFonts w:ascii="Times New Roman" w:hAnsi="Times New Roman" w:eastAsia="Times New Roman" w:cs="Times New Roman"/>
        </w:rPr>
        <w:t>Room gu jaam a sos Roman yi tàmbalee nguur gu mag ci xareb Actium bi, ca atum 31 ba Jesu judduul, te mu wéy di nguuru ak kàttan gu kawe ba ci atum 330 gannaaw juddug Kirist, ba Konstantin jëlee péeyub nguur gi jóge ca dëkkub Room ga dëgër, yóbbu ko ca dëkkub Konstantinobil. Noonu nag, nguur ga tàmbalee wàññiku gu ñu siiwal. Dëkku Room mooy woon “këru dëgër” gu yonent bi waxoon ci mbirum Room gu jaam a sos; te bi mu daan nguuru jóge ca dëkk boobu, kenn mënu ko woon a not. Ci xare yi topp ginnaaw bi Konstantin yóbbee kàttan gi, dëkku Room daldi nekk bérab bi Genseric ak xeet yu ñëw di song bàrbar yi di jëme seen mbëre, te ñoom lañu tegtal ci ñetti trompet yu jëkk yi ci Peeñu Yowaan saar 8.</w:t>
      </w:r>
    </w:p>
    <w:p>
      <w:pPr>
        <w:pStyle w:val="ArticleBody"/>
        <w:jc w:val="left"/>
      </w:pPr>
      <w:r>
        <w:rPr>
          <w:rFonts w:ascii="Times New Roman" w:hAnsi="Times New Roman" w:eastAsia="Times New Roman" w:cs="Times New Roman"/>
        </w:rPr>
        <w:t>Loolu moo tax ci Daniel saar fukk ak benn, ayet ñett-fukk ak benn, “loxo yu am doole” yi (Room bu bokk ci jamono ja mu nekkwee pagaan) yu taxawoon ngir papaase bi, dajale nañu jëkk “santuaire bu kàttan bi.” Dëkkub Room mooy “santuaire bu kàttan” bi ci waxu yonent yi ngir Room bu pagaan ak itam ngir Room bu papaal, ndaxte ci atum 330, biñee yóbbu nguurug pagaan ba Konstantinobal, dëkkub Room des na ngir Room bu papaal, bi doon yokkute. Loolu moo tax Apokalips saar fukk ak ñett, ayet ñaar, wax ne dragon bi (Room bu pagaan) jox na Room bu papaal “toogukaayam.” “Toogukaay” mooy fu kàttan di nguureel, te dale ci atum 538 ba egg 1798, Room bu papaal nguuru na ci kaw yépp, ni ko Room bu pagaan woon nguuru ci kaw yépp “ab jamono”.</w:t>
      </w:r>
    </w:p>
    <w:p>
      <w:pPr>
        <w:pStyle w:val="ArticleBody"/>
        <w:jc w:val="left"/>
      </w:pPr>
      <w:r>
        <w:rPr>
          <w:rFonts w:ascii="Times New Roman" w:hAnsi="Times New Roman" w:eastAsia="Times New Roman" w:cs="Times New Roman"/>
        </w:rPr>
        <w:t>Yonent bi jàngale jamono ju njëkk bu ànd ak màndarga, bi Room bu bokk ak xarnu pagan ak Room bu papal di nguuru ci kaw yépp; te bi ñu ko defe, ci seen toogu ndigël lañu koy jëfandikoo, te mooy dëkkub Room. Doole ju dul daanuju Room bu pagan jeex na bi ñu génnee dëkkub Room, te loolu màndargaal na mujju ñetti téeméeri at ak juróom benn-fukk at, yi tegtal ci ay baat yu naan “waxtu” ci aaya ñaar-fukk ak ñeent; te bi junni ak ñaar téeméeri ak juróom-benn-fukk at yi Room bu papal nguuree jeexee ci 1798, Napoleon santaane nañu jël Papa bi génne ko dëkkub Room, te mu dee ci gàddaay.</w:t>
      </w:r>
    </w:p>
    <w:p>
      <w:pPr>
        <w:pStyle w:val="ArticleBody"/>
        <w:jc w:val="left"/>
      </w:pPr>
      <w:r>
        <w:rPr>
          <w:rFonts w:ascii="Times New Roman" w:hAnsi="Times New Roman" w:eastAsia="Times New Roman" w:cs="Times New Roman"/>
        </w:rPr>
        <w:t>Room gu bokk ak Room gu Pàppa di dëggal ne Room bu tey bi dina nguuru ci kaw lool ci ab jamono ju mat ci waxu yonent yi ci bés yu mujj yi. “Waxtu amulati”, waaye jamonoy fitna ak toroxte gu Pàppa gi ci bés yu mujj yi mooy ab jamono ju mat, buy tambalee ca yoonu Dimaas bu bëgg a ñëw ci États-Unis te di wéy ba keraaka jéexee, bi Mikael taxawee tey wax ne: “Ki jubadiul, na des ci jubaditam; te ki sobax, na des ci sobaxam; te ki jub, na des ci jubam; te ki sell, na des ci sellam.”</w:t>
      </w:r>
    </w:p>
    <w:p>
      <w:pPr>
        <w:pStyle w:val="ArticleBody"/>
        <w:jc w:val="left"/>
      </w:pPr>
      <w:r>
        <w:rPr>
          <w:rFonts w:ascii="Times New Roman" w:hAnsi="Times New Roman" w:eastAsia="Times New Roman" w:cs="Times New Roman"/>
        </w:rPr>
        <w:t>Room gu bokk yi dafa sonaloon Kiristaan yi ci Colosseum bi nekk ci dëkku Room ci biir at yu dëgër te deret ci seen jaar-jaaram; te historiyen yu Kiristaan ñi dafañu xalaat ne, ca jamonoy Lëndëm yi, suufu nguuru paap bi, téeméer milyon ay seede yi ñu reyoon la paapauté bi, waaye paapauté bi dafa weddi wax jooju te tëral njàng mi ci lu tollook juróom-fukk milyon. Room gu bokk yi ak Room gu paap bi ñoom ñépp dafañu sonaloon ñi dëggu Yàlla; te Room gu tey ji itam dina sonal ñi dëggu Yàlla ci fan yu mujj yi.</w:t>
      </w:r>
    </w:p>
    <w:p>
      <w:pPr>
        <w:pStyle w:val="ArticleScripture"/>
        <w:jc w:val="left"/>
      </w:pPr>
      <w:r>
        <w:rPr>
          <w:rFonts w:ascii="Times New Roman" w:hAnsi="Times New Roman" w:eastAsia="Times New Roman" w:cs="Times New Roman"/>
        </w:rPr>
        <w:t>“Ñu bari dees na lépp ci kaso, ñu bari dees na daw ngir musal seen bakkan bàyyi dëkk yu mag ak yu ndaw, te ñu bari dees na doon seede yu Kirist ngir taxawal ngir aar dëgg gi.” Selected Messages, téere 3, 397.</w:t>
      </w:r>
    </w:p>
    <w:p>
      <w:pPr>
        <w:pStyle w:val="ArticleBody"/>
        <w:jc w:val="left"/>
      </w:pPr>
      <w:r>
        <w:rPr>
          <w:rFonts w:ascii="Times New Roman" w:hAnsi="Times New Roman" w:eastAsia="Times New Roman" w:cs="Times New Roman"/>
        </w:rPr>
        <w:t>Room gu bokk ci xol yàlla daan na ñetti tere yu jëfandikoo ci geograafi ba muy nangu àddina si ci loxoam. Room gu Pàpp bi itam daan na ñetti tere yu jëfandikoo ci geograafi ba muy nangu àddina si ci loxoam. Room gu jamono jii daan na Buur bu Bëj-gànnaar (Sowiyet Yooniyoŋ bu weddi Yàlla) ci 1989, te bu ñëw ci kaw, dina daan suuf su tedd gi (Etazini) ci yoonu Dibeer bi mujj di ñëw. Gannaaw loolu, dina daan Misra (àddina bépp).</w:t>
      </w:r>
    </w:p>
    <w:p>
      <w:pPr>
        <w:pStyle w:val="ArticleScripture"/>
        <w:jc w:val="left"/>
      </w:pPr>
      <w:r>
        <w:rPr>
          <w:rFonts w:ascii="Times New Roman" w:hAnsi="Times New Roman" w:eastAsia="Times New Roman" w:cs="Times New Roman"/>
        </w:rPr>
        <w:t>«Mbooloo mbooloo yépp mi ngi dugg ci ñaari gëstu yu mag: ñi déggal ak ñi moy. Ci ban gëstu lañuy gise ne nu nekk?»</w:t>
      </w:r>
    </w:p>
    <w:p>
      <w:pPr>
        <w:pStyle w:val="ArticleScripture"/>
        <w:jc w:val="left"/>
      </w:pPr>
      <w:r>
        <w:rPr>
          <w:rFonts w:ascii="Times New Roman" w:hAnsi="Times New Roman" w:eastAsia="Times New Roman" w:cs="Times New Roman"/>
        </w:rPr>
        <w:t>“Ñi di wottu ndigalu Yàlla, ñi dundul ci mburu rekk, waaye ci bépp kàddu gu génn ci gémmiñu Yàlla, ñoo taxawal mbooloom kanam Yàlla miy Dund. Ñi tann a topp Anteekiris, ñoom ay way-sujóotu ndawam réy mi wacc dëgg. Ñu taxaw ci suufu raaya Saytaane, dañuy jàggal yoonu Yàlla, te di jiite ñeneen ngir ñu jàggal ko itam. Ñuy góor-góorlu, noonu, ngir sàkk ay yoonu réew yi ba nit ñi won seen takku ci nguurug suuf yi ci di daanu ci kaw yooni nguuru Yàlla.”</w:t>
      </w:r>
    </w:p>
    <w:p>
      <w:pPr>
        <w:pStyle w:val="ArticleScripture"/>
        <w:jc w:val="left"/>
      </w:pPr>
      <w:r>
        <w:rPr>
          <w:rFonts w:ascii="Times New Roman" w:hAnsi="Times New Roman" w:eastAsia="Times New Roman" w:cs="Times New Roman"/>
        </w:rPr>
        <w:t>“Seexaan di jengal xel yi ci laaj yu amul solo, ngir ñu bañ a gis ak seet gu leer te xóot mbir yu am solo lool. Noon bi mi ngi fexe ngir fiir àddina si.”</w:t>
      </w:r>
    </w:p>
    <w:p>
      <w:pPr>
        <w:pStyle w:val="ArticleScripture"/>
        <w:jc w:val="left"/>
      </w:pPr>
      <w:r>
        <w:rPr>
          <w:rFonts w:ascii="Times New Roman" w:hAnsi="Times New Roman" w:eastAsia="Times New Roman" w:cs="Times New Roman"/>
        </w:rPr>
        <w:t>“Addina giñ wax ne mooy àddina Kiristaan, mooy nekk kërug yëngu-yëngu yu mag te am njàqare gu màgg. Nit ñi nekk ci boroom sañ-sañ dinañu sàkk yoon yu di jëfandikoo ngir tëj xel ak yéene nit, ci royukaayu Papas. Babilon dina tax xeet yépp naan biiñu meram ndax njaaloom. Xeet bu nekk dina ci bokk.” Manuscript Releases, volume 1, 296.</w:t>
      </w:r>
    </w:p>
    <w:p>
      <w:pPr>
        <w:pStyle w:val="ArticleBody"/>
        <w:jc w:val="left"/>
      </w:pPr>
      <w:r>
        <w:rPr>
          <w:rFonts w:ascii="Times New Roman" w:hAnsi="Times New Roman" w:eastAsia="Times New Roman" w:cs="Times New Roman"/>
        </w:rPr>
        <w:t>Ngir aar dëgg gi wone ne “réew mi tedd ci ndam” bi ci Daniel 11:41 mooy misaal bu États-Unis, Gaynde gi nekk ci xeetu Yuda ubbi na ci taalibey waxu Yàlla yi ci mujjug fan yi pexe bu jëfandikoo yonent ci ñetti jëfandikoo. Leer gi jóge ci juróom-benn wax yu mujj yi, ñu sàmp ko ci jëfandikoo jaar-jaaru taarix bi “sarax su sax” di tekki ci téereb Daniel, ni ko wonee ci Daniel 11:31, ba ci juróom-benn wax yu mujj yi ci bind mi. Dëgg gu sax, gu doon “sarax su sax”, gi nekkoon ca njàlbéenug tëggin yonent yu Miller, moom it moo jur tëggin yonent yu mujjug fan yi. Tëggin Miller dafa sukkandiku woon ci ñaari dooley yàqkat yi, mooy bàyyikat ak papaalkat, yu fitnaal woon nit ñi Yàlla, te tëggin mujjug fan yi dafa sukkandiku ci ñetti dooley yàqkat yi di fitnaal nit ñi Yàlla ci mujjug fan yi.</w:t>
      </w:r>
    </w:p>
    <w:p>
      <w:pPr>
        <w:pStyle w:val="ArticleBody"/>
        <w:jc w:val="left"/>
      </w:pPr>
      <w:r>
        <w:rPr>
          <w:rFonts w:ascii="Times New Roman" w:hAnsi="Times New Roman" w:eastAsia="Times New Roman" w:cs="Times New Roman"/>
        </w:rPr>
        <w:t>Yokku xam-xam wi ñu teewal ci juróom-benn benn ci ay aaya yu mujj yi ci Daniel fukk ak benn, yi di teewal yokkute xam-xam bi ñëwóon ci 1989, te ñu di ko melal ci dexu Hiddekel, noon yi bañ dëgg a ko weddiwoon. Mboolem weddi boobu indi woon njàngatug doxalin bu jëfandikoo yoonu jëfandikoo yonent bi ñetti yoon, bi njëkk a xamne dafa doon jëfandikoo Room ñetti yoon, te mooy mbir mi taxawale gis-gisu jaar-jaaru yonent bi.</w:t>
      </w:r>
    </w:p>
    <w:p>
      <w:pPr>
        <w:pStyle w:val="ArticleScripture"/>
        <w:jc w:val="left"/>
      </w:pPr>
      <w:r>
        <w:rPr>
          <w:rFonts w:ascii="Times New Roman" w:hAnsi="Times New Roman" w:eastAsia="Times New Roman" w:cs="Times New Roman"/>
        </w:rPr>
        <w:t>Fu amul pexe, nit ñi dafa sànku; waaye ki sàmm yoon wi, barkeel la. Kàddu yu Xelu Solóomon 29:18.</w:t>
      </w:r>
    </w:p>
    <w:p>
      <w:pPr>
        <w:pStyle w:val="ArticleBody"/>
        <w:jc w:val="left"/>
      </w:pPr>
      <w:r>
        <w:rPr>
          <w:rFonts w:ascii="Times New Roman" w:hAnsi="Times New Roman" w:eastAsia="Times New Roman" w:cs="Times New Roman"/>
        </w:rPr>
        <w:t>Jëfandikoo yu ñetti feeñug Room bi di dëggal ne diine Room gu pagan ak gu pap bi mooy paganism, te seen diine ñu ngi koy yore ndigalu nit ku tudd Pontifex Maximus. Ñaari feeñug Room yooyu di dëggal it ne ñetti doole yu mel ni suufu ñu leen di dindi ba noppi lu jiitu seen nguur gu mag gi ñu war a yor ci ab jamono bu ñu tëral, te dinañu nguur ci dëkk bu am juróom-ñaari tund, maanaam Room, bi nekk seen kërug doole gu sax. Ñoom ñaar ñépp seedeel nañu ne dañu fitnaal nit ñu sax ci Yàlla. Kon nag, ci kaw ñaari seede yooyu, xam nanu ne diine Room gu jamono jii dina nekk paganism, te jigéen jooju dina topp ndigalu paab bu Room, mi tudd Pontifex Maximus.</w:t>
      </w:r>
    </w:p>
    <w:p>
      <w:pPr>
        <w:pStyle w:val="ArticleBody"/>
        <w:jc w:val="left"/>
      </w:pPr>
      <w:r>
        <w:rPr>
          <w:rFonts w:ascii="Times New Roman" w:hAnsi="Times New Roman" w:eastAsia="Times New Roman" w:cs="Times New Roman"/>
        </w:rPr>
        <w:t>Bala jigéen ju rey ji man a jël kilifteef te nguur ak kàttan gu mag ci kaw yépp, Room bu bees bi war na daan ñetti tere, te tere bu njëkk bi mooy jaar-jaariy mbind mi weesu ak taxawug Sowiyet Yuuniyon bi ci atum 1989, noonam Room buy weddi Yàlla, mi doon bañ dooley Room ci Europas. Tere bu topp bi dees na ko daan ci yoonu Dibeer buy ñëw lu gaaw ci Etazini, te gannaaw loolu Mbootaayu Xeet yi dina jox sañ-sañam Room bu bees bi ab diir bu gàtt. Bu ñu ko toogalee ba mu mat sëkk ci nguur, nootug fan yu mujj yi dina xew.</w:t>
      </w:r>
    </w:p>
    <w:p>
      <w:pPr>
        <w:pStyle w:val="ArticleBody"/>
        <w:jc w:val="left"/>
      </w:pPr>
      <w:r>
        <w:rPr>
          <w:rFonts w:ascii="Times New Roman" w:hAnsi="Times New Roman" w:eastAsia="Times New Roman" w:cs="Times New Roman"/>
        </w:rPr>
        <w:t>Téereb Danyeel, te lu ëpp ci Yëfandikukat yi, saraxal ñaareelu benn fukk ak juróom ñett, joxe na melokaan yu wax ci dëggu buurub Room, te yooyu di yokk ci xam-xam bu jub ci Room bu jamono jii. Benn ci yooyu melokaan moo doon taxawalug Nguuru Room bi ci Penku ak Kaw, ni ko Konstanten defe woon ci atum 330. Room gu bokk ci jaamu xërëm ak Room gu papal, bu ñu leen seetandoo benn, itam da ñuy wax ci ñaari melokaan yi Room am. Xaajaleg Konstanten bi jur Room gu sowwu ak gu penku, mooy ñaareelu seede ci Room gu jaamu xërëm ak Room gu papal. Konstanten sas na sañ-sañu réew mi ci penku, ba desloo sañ-sañu kërceen gi ci sowwu. Room gu jaamu xërëm moo doon melokaanu nguurug réew, te Room gu papal moo doon melokaanu nguurug kërceen. Penku mooy nguurug réew, sowwu mooy nguurug kërceen, ni ko firndeel bi nekk ci weñ ak banxas bu Danyeel 2, walla bëñ gu góor ak bëñ gu jigéen gu Danyeel 8, walla rab yu lekk nit yu Danyeel 7, ak rab yu kër yàlla yu Danyeel 8.</w:t>
      </w:r>
    </w:p>
    <w:p>
      <w:pPr>
        <w:pStyle w:val="ArticleBody"/>
        <w:jc w:val="left"/>
      </w:pPr>
      <w:r>
        <w:rPr>
          <w:rFonts w:ascii="Times New Roman" w:hAnsi="Times New Roman" w:eastAsia="Times New Roman" w:cs="Times New Roman"/>
        </w:rPr>
        <w:t>Room gu bees ci jamono jii itam dina am ñaari mel ci dundam, ndaxte dafay sosoo ci booloo gu màgg gu kërce ak nguur, bu fer ak banqasi, ak itam ci kerk-kat ak nguur-kat; waaye Room gu bees gi itam dafay am ñetti mel ci dundam. Ci Peeñu gi, sarxal 8, Room gu sowwu ak Room gu penku dañu leen séddale woon dëgg-dëgg ak ci misaal ci ñetti wàll. Constantine, mi nguurale woon ci Room gu penku, seddoon na dëgg-dëgg nguuram ci ñetti doomam; te Room gu sowwu gi dees na ko tegtaloon ci misaal ak jant bi, weer wi ak biddéew yi, yu doon wone melin gu ñetti wàll gu nguur ga Mbooloom Room doon jëfandikoo. Noonu nag, Room gu bees gi, doonte muy ñaari mel ci kerk-kat ak nguur-kat, dina itam doon tegtal bu ñetti booloo, bu nàtt yi doon wone ci njaay mi, rab wu màgg wi, ak yonent wu dul dëgg wi.</w:t>
      </w:r>
    </w:p>
    <w:p>
      <w:pPr>
        <w:pStyle w:val="ArticleBody"/>
        <w:jc w:val="left"/>
      </w:pPr>
      <w:r>
        <w:rPr>
          <w:rFonts w:ascii="Times New Roman" w:hAnsi="Times New Roman" w:eastAsia="Times New Roman" w:cs="Times New Roman"/>
        </w:rPr>
        <w:t>Nataali Room bu jëfandikookatam yu bokk ci jaamukaay ak Room bu paapal, ñoo firndeel melokaan gu lëmbë te yëngu ci yëgleb waxu yonent yi bu Room bu bees bi mujj. Moo di booloo gu ñetti wàll gi di am ci yoonu dibeer bu bëgg a ñëw te gën a jëmé adina jépp ca Armagedon. Moo di “Nataalu Rab wi” bu àdduna si yépp, te mooy misaal bu booleekoo Kër Yàlla ak Réew. Boppam mooy Pontifex Maximus, mi nguuram di jóge ca Dëkkub Room, fekk fa mooy toogu katanu nguuram. Boroom bàkkaar bi dina jot sañ-sañu réewam ci Naciones Unies, te àdduna si dinañu ko ga forced a nangu sistem bu ñetti wàll, waaye ñaar ci benn, bu antikrist bi, ci dooley jëfandikookat gu réyug Mbirum Amerig. Noonu nag, ni Room bu jaamukaay bi (naga) ci Peeñu 13:2 joxe paapal bi “kàttanam, toogam ak sañ-sañam gu réy”, noonu itam Mbirum Amerig, ni ko Room bu jaamukaay bi misaale, moo di matal benn ci ñetti jëf yii ngir Room bu bees bi. Toogu nguur gi mooy Dëkkub Vatican bi nekk ca dëkk bu juróom-ñaari tundu ya di Room, sañ-sañ gi mooy Naciones Unies, te kàttan gi mooy Mbirum Amerig. Ñoom ñépp bokk di jiite àdduna si ba ci bérab ba paapal bi “dina àgg ci mujjam, te kenn du ko dimbali.”</w:t>
      </w:r>
    </w:p>
    <w:p>
      <w:pPr>
        <w:pStyle w:val="ArticleBody"/>
        <w:jc w:val="left"/>
      </w:pPr>
      <w:r>
        <w:rPr>
          <w:rFonts w:ascii="Times New Roman" w:hAnsi="Times New Roman" w:eastAsia="Times New Roman" w:cs="Times New Roman"/>
        </w:rPr>
        <w:t>Danu yokk ci njàng mi ci bind bi ci topp.</w:t>
      </w:r>
    </w:p>
    <w:p>
      <w:pPr>
        <w:pStyle w:val="ArticleScripture"/>
        <w:jc w:val="left"/>
      </w:pPr>
      <w:r>
        <w:rPr>
          <w:rFonts w:ascii="Times New Roman" w:hAnsi="Times New Roman" w:eastAsia="Times New Roman" w:cs="Times New Roman"/>
        </w:rPr>
        <w:t>Te malaaka bu juróom benne tuurul ay boolam ci kaw dex gu mag gi, Efrat; ndoxam nag wow na, ngir yoonu buur yi jóge penku waajal. Te gis naa ñetti xel yu sobe, mel ni xaax, ñuy génn ci gémmiñu njaan wi, ak ci gémmiñu rab wi, ak ci gémmiñu yonent bu dëggul bi. Ndaxte ñoom ay xel yu seytane lañu, di def kéemaan, tey dem ca buur yi ci suuf si ak addina si bépp, ngir dajale leen ci xareb bés boobu mag bu Yàlla Aji-Kàttan ji. Xoolleen, maa ngi ñëw ni sàcc. Ku di xool te di sàmm ay yéreem, barkeel na ko, ngir mu bañ a dox rafetul, ba ñu gis ay rusam. Te dajale na leen ci bérab buñuy wax ci làkku Ebrë Armagedon. Te malaaka ba juróom-ñaar benne tuurul ay boolam ci asamaan; baat bu mag nag génn ca kër Yàlla ga ci asamaan, jóge ca gàngune ga, ne: «Jeex na.» Peeñu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Juróom-ñeent-fukk ak ñett</dc:title>
  <dc:subject>Wëcci Kàddu Yàlla yi jëm ci Room: Dale ci Yàqute gu Yàllaul ba ci Nguurug Naxte gu Jamono jii</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