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juróom-benn fukk ak juróom-benniy juróom-benniy fan</w:t>
      </w:r>
    </w:p>
    <w:p>
      <w:pPr>
        <w:pStyle w:val="ArticleSubtitle"/>
        <w:jc w:val="left"/>
      </w:pPr>
      <w:r>
        <w:rPr>
          <w:rFonts w:ascii="Arial" w:hAnsi="Arial" w:eastAsia="Arial" w:cs="Arial"/>
        </w:rPr>
        <w:t>Jëfandikoo gu ñett yi ci yégleb: Ubbite xareb yégleb bi ngir fan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Taxawaayu yépp bu njëkk ci yégleb Yàlla gu William Miller mooy ñaari doole yi di yàq te di alag, moom-làqu jiitu ak pagañis, teg ci topp pápalism; te taxawaayu yépp bu yégleb Yàlla gu Future for America mooy ñetti doole yi di yàq te di alag, pagañis jiitu, ba noppi topp pápalism, ba noppi topp Protestantis bu wacc ci ngëm, waaye ñoom ñépp dañuy doxandoo benn jamono ci muj gi. Benn ca ay buntu kàddug Yàlla yu gën a am solo ci xam-xamu yégleb Yàlla gu Miller mooy ne “lu bis bi” ci téereb Daniel doon na misaal buy tektal pagañis, ndaxte moo tax ñaari doole yi di yàq te di alag jëfandoo ci benn lëkkaloo, te loolu moo doon taxawaay bu mu samp xam-xamu yégleb Yàllaam. Benn ca ay buntu kàddug Yàlla yu gën a am solo ci xam-xamu yégleb Yàlla gu Future for America itam mooy ne “lu bis bi” ci téereb Daniel misaal la buy tektal pagañis, ndaxte matug nettali pagañis ci jaar-jaarub tarix moo samp toppandoog xew-xew yi ci Daniel fukk ak benn, aaya ñent-fukk ak aaya benn-fukk ak benn, te loolu moo doon taxawaay bu ñu samp xam-xamu yégleb Yàllaam.</w:t>
      </w:r>
    </w:p>
    <w:p>
      <w:pPr>
        <w:pStyle w:val="ArticleBody"/>
        <w:jc w:val="left"/>
      </w:pPr>
      <w:r>
        <w:rPr>
          <w:rFonts w:ascii="Times New Roman" w:hAnsi="Times New Roman" w:eastAsia="Times New Roman" w:cs="Times New Roman"/>
        </w:rPr>
        <w:t>Naka la mas a wara ci leer gu bees, yokkute dëgg gi ñu ubbi woon ci atum 1989, ba Soviet Union daanu, nit ñu bare ak baat yu wuute yi dagg ko. Xeex bi ñu taxawal ci dëgg gi mooy saa su ne di jur njàngat gu gën a leer ci dëgg gi. Ci jëfandikoo yu jëkk ya, yi ñu taxawoon a xeex dëgg gi am ci juróom-benn benn aaya yu mujj yi ci Daniel fukki benn, ay sàrt yu wax ci kàddug Yàlla te nekk ci Biibël bi ñu xam ne ay firnde yu am solo lañu ngir dëgëral yokkute xam-xam gi amoon bi ñu ubbee téereb Daniel ci atum 1989. Léegi nu ngi xool benn ci yooyu sàrt, bi nu tudde “jëfandikoo yonnent bi ñett yoon.”</w:t>
      </w:r>
    </w:p>
    <w:p>
      <w:pPr>
        <w:pStyle w:val="ArticleBody"/>
        <w:jc w:val="left"/>
      </w:pPr>
      <w:r>
        <w:rPr>
          <w:rFonts w:ascii="Times New Roman" w:hAnsi="Times New Roman" w:eastAsia="Times New Roman" w:cs="Times New Roman"/>
        </w:rPr>
        <w:t>Nunoon nañu ci xool ñaari jëfandikoo yu ñetti yoon, yi ci benn wetu nekk benn rëdd, waaye ci beneen wetu ñu wuute. Ñaari feeñu yu jëkk yi yu Rooma (Rooma buy jaamu xërëm yi ak Rooma buy doon buuru kër-gu mag gi), ñoo samp feeñu gu ñetteel gi, di Rooma gu Fekk Nii. Ñaari feeñu yu jëkk yi yu Babilon (Babel ak Babilon), ñoo samp feeñu gu ñetteel gi, di Babilon gu Fekk Nii. Rooma gu Fekk Nii mooy rab wi ci Peeñu Yowaana fukki juróom-ñaareel ba juróom-ñetteel, mi Babilon gu Fekk Nii war te nguur ci kawam. Ñu soree ci seen diggante ni baadoolo ak fasam, waaye itam ñuy def njaaloo bu xel ak seen diggante, ba tax ci loolu ñu bokk benn. Am na ñaari yeneen jëfandikoo yu ñetti yoon ci waxu yonent yi, yu yor diggante bu ni mel.</w:t>
      </w:r>
    </w:p>
    <w:p>
      <w:pPr>
        <w:pStyle w:val="ArticleBody"/>
        <w:jc w:val="left"/>
      </w:pPr>
      <w:r>
        <w:rPr>
          <w:rFonts w:ascii="Times New Roman" w:hAnsi="Times New Roman" w:eastAsia="Times New Roman" w:cs="Times New Roman"/>
        </w:rPr>
        <w:t>Ñaari gisub Eliya ñaari yu jëkk yi (Eliya ak Yaxya Miy Sóob), sas nañu ñetteelu Eliya bu fan yu mujj yi. Noonu itam, ñaari yonnent yi jëkk yi di waajal yoon wi ngir Yonnenta Kóllëre gi (Yaxya Miy Sóob ak William Miller), sas nañu yonnenta biy waajal yoon wi ngir Yonnenta Kóllëre gi ci fan yu mujj yi. Am na ñetti tomb yu am solo yu war a seetlu ci ñaari rëdd yu ñetti jëfandikoo yile ci waxi yonent yi.</w:t>
      </w:r>
    </w:p>
    <w:p>
      <w:pPr>
        <w:pStyle w:val="ArticleBody"/>
        <w:jc w:val="left"/>
      </w:pPr>
      <w:r>
        <w:rPr>
          <w:rFonts w:ascii="Times New Roman" w:hAnsi="Times New Roman" w:eastAsia="Times New Roman" w:cs="Times New Roman"/>
        </w:rPr>
        <w:t>Benn njëkk solo ci mooy ne, way-jëfandikookat yu dëgg ci taariix bu dëgg, ci ñaari rëdd yu njëkk yu ñetti jëfandikoo yi yoon wax ci kanam, ñoom benn nit ñi lañu ci taariix; waaye sasam yi ñu am ci ñaari melokaan yooyu, wuutu nañu bu baax. Ñaareelu solo ci mooy xam lan mooy wuutale bi nekk diggante ñaari jëfandikoo yu ñetti yi, yu jege lool te bokk ci benn xeetu wax ci kanam. Wuutale bi mooy ne, Eli moom dafa tegu ci liggéey bu biti ci mujjug fan yi, te yonnenta bi di waajal yoon wi ngir Yonnenta Kóllëre gi, moom dafa tegu ci liggéey bu biir ci mujjug fan yi.</w:t>
      </w:r>
    </w:p>
    <w:p>
      <w:pPr>
        <w:pStyle w:val="ArticleBody"/>
        <w:jc w:val="left"/>
      </w:pPr>
      <w:r>
        <w:rPr>
          <w:rFonts w:ascii="Times New Roman" w:hAnsi="Times New Roman" w:eastAsia="Times New Roman" w:cs="Times New Roman"/>
        </w:rPr>
        <w:t>Ñetteelu bu ñetteel bi war a seet mooy ne Yeesu, ni Muy Alfa ak Omega, moom laajul ñetteelu Eli, te itam ñetteelu yonnent bi di waajal yoon, ak benn Eli bu njëkk ak bu mujj, ak benn yonnent bu njëkk ak bu mujj buy waajal yoon ngir Yonnent bu Kóllëre gi. Yonnentu Eli bu malaaka bu njëkk ak yonnentu Eli bu malaaka bu ñetteel di samp ñetteelu matug Eli bi, te yonnent bi di waajal yoon feeñal nañu ko ni yonnentu yëngu-yëngu malaaka bu njëkk ak bu ñetteel.</w:t>
      </w:r>
    </w:p>
    <w:p>
      <w:pPr>
        <w:pStyle w:val="ArticleBody"/>
        <w:jc w:val="left"/>
      </w:pPr>
      <w:r>
        <w:rPr>
          <w:rFonts w:ascii="Times New Roman" w:hAnsi="Times New Roman" w:eastAsia="Times New Roman" w:cs="Times New Roman"/>
        </w:rPr>
        <w:t>Yoonent Yàlla bi Eliya joxe na misaal bu leer ci jàppante bu fan yu mujj yi diggante nit ñi Yàlla ak booloo bi ñett wàll yu Rom gu bees gi ci jàppante ba fa Tundu Karmel.</w:t>
      </w:r>
    </w:p>
    <w:p>
      <w:pPr>
        <w:pStyle w:val="ArticleBody"/>
        <w:jc w:val="left"/>
      </w:pPr>
      <w:r>
        <w:rPr>
          <w:rFonts w:ascii="Times New Roman" w:hAnsi="Times New Roman" w:eastAsia="Times New Roman" w:cs="Times New Roman"/>
        </w:rPr>
        <w:t>Tundu Karmel nekk na ci bérab bu bëj-gànnaar Israel, jege ci tefesug géej gu Mag Mediterane. Mu ngi daw lu ni mel ne bëj-gànnaar sowwu jëm ci bëj-gànnaar penku, te dafay sos tundu wu réy wu fees xam-xam, buy yàgg lu tollu ci 39 miles (63 kilometers). Xuru Megiddo, miñu itam di woowe Xuru Jezreel, nekk na ci bëj-gànnaar penku Tundu Karmel. Tundu Karmel ak Xuru Megiddo da ñoo jege lool ci lu jëm ci soriwaayam. Diggante bi nekk ci seen biir, suñu ko xoolalee ci rëcc ci suufu asamaan rekk, tollu na ci lu ni mel ne 20 ba 25 miles (32 ba 40 kilometers). Ci sowwu Tundu Karmel am na Géeju Mediterane, te ci penku Xuru Megiddo ak Xuru Jezreel nekk na Géeju Galile, gi ñuy itam woowe Mbàñ mi Tiberias walla Mbàñ mi Kinneret.</w:t>
      </w:r>
    </w:p>
    <w:p>
      <w:pPr>
        <w:pStyle w:val="ArticleBody"/>
        <w:jc w:val="left"/>
      </w:pPr>
      <w:r>
        <w:rPr>
          <w:rFonts w:ascii="Times New Roman" w:hAnsi="Times New Roman" w:eastAsia="Times New Roman" w:cs="Times New Roman"/>
        </w:rPr>
        <w:t>Ci téereb Révélation bi, xare Armageddon mooy wax ne mooy xuru Mégiddo, te waxu Yàlla bëggul woon ndongo yi ci waxi yonent yi gëm ne téereb Révélation mi dafa di wax ndigtalam ci anam gu dëgg-dëggu ba noppi; moo tax bi mu tuddee Armageddon (Mégiddo) ne mooy Armageddon, mu jëfandikoo baat bi ñuy wax “har,” te loolu tekki tundu, ngir wone bu leer ne xare bi mooy nataalu xel bu xare bu mujj bi, bi njaanaw bi, rab wi ak yonent wu dëgëradi ji di yóbbu àddina si.</w:t>
      </w:r>
    </w:p>
    <w:p>
      <w:pPr>
        <w:pStyle w:val="ArticleBody"/>
        <w:jc w:val="left"/>
      </w:pPr>
      <w:r>
        <w:rPr>
          <w:rFonts w:ascii="Times New Roman" w:hAnsi="Times New Roman" w:eastAsia="Times New Roman" w:cs="Times New Roman"/>
        </w:rPr>
        <w:t>Ci wax Megiddo mooy Armageddon, Yowaana wóoral na ne warul a ñu ko deggoo mel ni ab berab gu dëggu ci suuf, ndaxte Megiddo xur wa la te amul tund. Ci wetu jigeenam am na Tundu Karmel, fa la xareb Yliyaak Ahab ak yonent yi Yezebel doon amal ame; noonu nag, Megiddo ak Tundu Karmel ñoom ñépp dañuy misaal yu xare bu mujj bi di Armageddon.</w:t>
      </w:r>
    </w:p>
    <w:p>
      <w:pPr>
        <w:pStyle w:val="ArticleBody"/>
        <w:jc w:val="left"/>
      </w:pPr>
      <w:r>
        <w:rPr>
          <w:rFonts w:ascii="Times New Roman" w:hAnsi="Times New Roman" w:eastAsia="Times New Roman" w:cs="Times New Roman"/>
        </w:rPr>
        <w:t>Bu fekkee ngaa ne dangay rëdd benn xëtluñu ak Yerusalem, Tundu Karmel, ak Mbàkkaayu Megiddo, Yerusalem dina nekk ci wet gu bëj-gànnaar-bëj-saalum gu xëtluñu boobu, Tundu Karmel ci wet gu bëj-gànnaar, te Mbàkkaayu Megiddo ci wet gu bëj-saalum-gànnaar. Bérab bi ci misaal di tegtal xareb Armagedon, ñaari géej a ko wër, te buur bu bëj-gànnaar bi (ndey-ju jigéen ju Babilon bu Yees bi) dina agsi ci mujjam diggante géej yi ak tundu sell, tundu ndam li. Te ci waxtu woowu, jéexital natangu nit ñi dina jeex.</w:t>
      </w:r>
    </w:p>
    <w:p>
      <w:pPr>
        <w:pStyle w:val="ArticleScripture"/>
        <w:jc w:val="left"/>
      </w:pPr>
      <w:r>
        <w:rPr>
          <w:rFonts w:ascii="Times New Roman" w:hAnsi="Times New Roman" w:eastAsia="Times New Roman" w:cs="Times New Roman"/>
        </w:rPr>
        <w:t>Waaye xibaar yu jóge penku ak yu jóge bëj-gànnaar dinañu ko sonal; moo tax dina génn ak mer gu réy ngir alag, te ngir farat ba faagaagal ñu bare. Te dina samp xayma yi aju ci kërug buuram diggante géej yi ci tund wu sell, wu màgg; waaye dina agsi ci mujjam, te kenn du ko dimbali. Te ci jamono jooju Mikaayel dina taxaw, buur bu mag bi taxaw ngir doomi sa xeet; te dina am jamono ju metti, ju ni melul dara li amoon ba xeet amee ba àgg ci jamono jooju; te ci jamono jooju sa xeet dinañu mucc, képp ku ñu fekk ne bind nañu ko ci téere bi. Daniel 11:44–12:1.</w:t>
      </w:r>
    </w:p>
    <w:p>
      <w:pPr>
        <w:pStyle w:val="ArticleBody"/>
        <w:jc w:val="left"/>
      </w:pPr>
      <w:r>
        <w:rPr>
          <w:rFonts w:ascii="Times New Roman" w:hAnsi="Times New Roman" w:eastAsia="Times New Roman" w:cs="Times New Roman"/>
        </w:rPr>
        <w:t>Jëfandikoo ñetti yoon yu Elija tektal na xeex gu bitim-rew wu askanu Yàlla ak buur bu bëj-gànnaar, mi di boppu booloo bu ñetti wet yi, mooy njiit, rabu-màndarga ak yonent bu dëggul, biy jiite àddina ba ci Armageddon. Ñetti noon yu Elija, yi doon misaal bu booloo bu ñetti wet bi, dañoo doon Ahab, mi nekkoon buur bu fukki giir yu bëj-gànnaar yi te muy tektal fukki buur yi ci Peeñu ma 17, ñi di njaalookat ak jigéen ju ndawul Babilon, te ñu déggoo jox ko seen nguur ngir “benn waxtu”, muy “waxtu wi” ci xat-xatu yoonu Dimaas. Jigéen ju ndawul Babilon, Jezebel moo ko teewloo woon, te yonent yu Baal yu Jezebel ak saraxkat yi ci àll ba dañuy tektal yonent bu dëggul.</w:t>
      </w:r>
    </w:p>
    <w:p>
      <w:pPr>
        <w:pStyle w:val="ArticleBody"/>
        <w:jc w:val="left"/>
      </w:pPr>
      <w:r>
        <w:rPr>
          <w:rFonts w:ascii="Times New Roman" w:hAnsi="Times New Roman" w:eastAsia="Times New Roman" w:cs="Times New Roman"/>
        </w:rPr>
        <w:t>Jafe-jafe ndigal Alxames mi tambali ci yoonu Alxames bi di ñëw léegi ci Réewum Mbooloom Amerik, te mu jeex bi Mixael taxawaayee. Bu yoonu Alxames boobu agsee, baat bu ñaareelu ci Révélation saar 18 woote na juróom-ñaaru gàllankooru Yàlla génn Babilon. Diggante jamono ji dale ci woote bi ñu génnee Babilon ak ba kàddug xëccoo gi tëj, mooy jamonoy àtte jigéenu ndoxaanu Babilon bi. Te itam mooy jamono ji Xelum Sell mi tuuru ci lu amul natt. Mooy “waxtu” wi fukki buur yi déggoo ngir bokk nguuru ak jigéenu ndoxaanu Tir, miñu fàttewulati. Mooy “waxtu” wu “yengu-yengu su mag” wa ci Révélation 11, bi ñaar-fukki junni ak ñeenti junni yi yékkat ngir doon ràññee.</w:t>
      </w:r>
    </w:p>
    <w:p>
      <w:pPr>
        <w:pStyle w:val="ArticleScripture"/>
        <w:jc w:val="left"/>
      </w:pPr>
      <w:r>
        <w:rPr>
          <w:rFonts w:ascii="Times New Roman" w:hAnsi="Times New Roman" w:eastAsia="Times New Roman" w:cs="Times New Roman"/>
        </w:rPr>
        <w:t>Te buur yépp ci suuf si, yi daan def njaalook ak moom te dund ak moom ci neexlu ak ngërëm, dinañu ko jooy te metti ndax moom, bu ñu gisee saxaaru sa lakk; ñu taxaw fu sore ndax ragalu ay mbugalu mbugalam, di wax naan: “Àllaas, àllaas, Bàbbiloon, dëkk bu mag boobu, dëkk bu am doole boobu! Ndaxte ci benn waxtu rekk sa àtte agsi na.” Peeñu gi 18:9, 10.</w:t>
      </w:r>
    </w:p>
    <w:p>
      <w:pPr>
        <w:pStyle w:val="ArticleBody"/>
        <w:jc w:val="left"/>
      </w:pPr>
      <w:r>
        <w:rPr>
          <w:rFonts w:ascii="Times New Roman" w:hAnsi="Times New Roman" w:eastAsia="Times New Roman" w:cs="Times New Roman"/>
        </w:rPr>
        <w:t>Ni Yowaana wonnee Megiddo ne tundu (“har”) bu Megiddo ngir màndargaal ne dëgg gu xel la te du dëgg gu ci yaram, noonu it atteb jigéen ju ñaaw ju Babilon ak Tir dañu ko màndargaal ne dina am ci biir “waxtu,” te itam ci “bës.”</w:t>
      </w:r>
    </w:p>
    <w:p>
      <w:pPr>
        <w:pStyle w:val="ArticleScripture"/>
        <w:jc w:val="left"/>
      </w:pPr>
      <w:r>
        <w:rPr>
          <w:rFonts w:ascii="Times New Roman" w:hAnsi="Times New Roman" w:eastAsia="Times New Roman" w:cs="Times New Roman"/>
        </w:rPr>
        <w:t>Moo tax ay mbugalam yi dina bu benn, dee, ak jooy ak xiif; te dees na ko lakk ba noppi ak safara, ndax Boroom bi Yàlla miy àtte moom am na doole. Peeñu 18:8</w:t>
      </w:r>
    </w:p>
    <w:p>
      <w:pPr>
        <w:pStyle w:val="ArticleBody"/>
        <w:jc w:val="left"/>
      </w:pPr>
      <w:r>
        <w:rPr>
          <w:rFonts w:ascii="Times New Roman" w:hAnsi="Times New Roman" w:eastAsia="Times New Roman" w:cs="Times New Roman"/>
        </w:rPr>
        <w:t>Gannaaw 22 Oktoobar 1844, waxtu waxeeb yàlla bi dootul ñu koy jëfandikoo ci anam gu waxeeb, te yoon na, atte gu doole paapal bi ñu ko wone ni muy am ci ab “waxtu,” te itam ni muy am ci ab “bés.” “Waxtu” atteem mooy jamono ju waxeeb ji tàmbalee ca yoonu Dibéer bi ci Etazini ba kera ba mayu nangu wàcc. Lu am solo la xamle jamono jii bu ñuy seet Eliya bu bés yu mujj yi, ndaxte xareb Eliya ca Tundu Karmel topp na nattu bi ci biir yi askanu Yàlla ci bés yu mujj yi di jaar, te jamonoy nattu gi, muy ci kërceen gi ak ci àddina si, ñoo bokk benn tàmbali ak benn mujju ci waxeeb bi.</w:t>
      </w:r>
    </w:p>
    <w:p>
      <w:pPr>
        <w:pStyle w:val="ArticleBody"/>
        <w:jc w:val="left"/>
      </w:pPr>
      <w:r>
        <w:rPr>
          <w:rFonts w:ascii="Times New Roman" w:hAnsi="Times New Roman" w:eastAsia="Times New Roman" w:cs="Times New Roman"/>
        </w:rPr>
        <w:t>Ñaari baat yu ñaari bi nekk ci Peeñug Yàlla fukki juróom-ñett, dañuy tegtal ñaari woo yu wuute ngir ñaari mboolooy gëmkat. Mbooloom gëmkatu jëkk mi mooy téeméer bu ñent fukki ak ñeent junni ñi ci Peeñug Yàlla saar juróom-ñaareel bi, te mbooloom gëmkatu ñaareel bi ñiñ koy woo mooy mbooloo mu bare mi ci Peeñug Yàlla saar juróom-ñaareel bi. Woo bi ñuy jox téeméer bu ñent fukki ak ñeent junni ña, dees na ko def bi Xel Mu Sell mi di ñëw ci natt, te woo bi ñuy jox mbooloo mu bare mi dees na ko def bi Xel Mu Sell mi di ñëw ci lu amul natt.</w:t>
      </w:r>
    </w:p>
    <w:p>
      <w:pPr>
        <w:pStyle w:val="ArticleScripture"/>
        <w:jc w:val="left"/>
      </w:pPr>
      <w:r>
        <w:rPr>
          <w:rFonts w:ascii="Times New Roman" w:hAnsi="Times New Roman" w:eastAsia="Times New Roman" w:cs="Times New Roman"/>
        </w:rPr>
        <w:t>Yonent bi nee: «Gis naa beneen malaaka bu wàccé asamaan, yor kàttan gu réy; te suuf si leer ak ndamam. Mu yuuxe ak baat bu dëgër ne: Bàbbiloon bu mag bi daanu na, daanu na, te mu nekk kërug rab yi» (Peeñu gi 18:1, 2). Lii mooy benn bataaxal bi malaaka bu ñaareel bi joxe woon. Bàbbiloon daanu na, «ndaxte moo naanloo xeeti àddina yépp biiñu bii di biiñu meram njaaloom» (Peeñu gi 14:8). Lan mooy biiñu boobu?—Jàngaleem yu dul dëgg yi. Moom jox na àddina bi màggal gu dul dëgg fi bàyyi màggalu ndigalu ñaareelu fukki ndigal, te dellu na wax fen wi Seytaane jëkk a wax Hawa ca Eden—ne ruu am na dug-gu-yàgg gu ci jamono ji. Njuumte yu bari yu bokk ci loolu la tasaare fu yàgg ak fu yaa, «di jàngale ni ndigal yu nit ñi nekk ay jàngale» (Macë 15:9).</w:t>
      </w:r>
    </w:p>
    <w:p>
      <w:pPr>
        <w:pStyle w:val="ArticleScripture"/>
        <w:jc w:val="left"/>
      </w:pPr>
      <w:r>
        <w:rPr>
          <w:rFonts w:ascii="Times New Roman" w:hAnsi="Times New Roman" w:eastAsia="Times New Roman" w:cs="Times New Roman"/>
        </w:rPr>
        <w:t>“Bi Yeesu tàmbalee liggéeyam bu féese ci kanamu nit ñi, mo sellaloon Kér Yàlla gi ci ay yàqute yu bon, yu yàq diine. Te itam, ci biir jëf yi mu mujjee ci liggéeyam, am na woon ñaareelu sellalu Kér Yàlla gi. Noonu itam ci liggéey bu mujj bi ngir artu àddina, ñaari woo yu wér-wér lañuy defal mboolooy gëm yi. Baatu malaaka bu ñaareel bi mooy: ‘Babilon dafa daanu, dafa daanu, dëkk bu mag boobu, ndaxte moo naanloo xeeti àddina yépp biiñub merum njaaloom njaamkatam’ (Pecc 14:8). Te ci xaacu kàddu gu réy gu baatu malaaka bu ñetteel bi, dégg nañu baat bu jóge asamaan ne: ‘Génnleen ci moom, yéen sama askan wi, ngir bañ a bokk ci ay bàkkaaram, te ngir bañ a jot ci ay musibaam. Ndaxte ay bàkkaaram agsi nañu ba asamaan, te Yàlla fàttaliku na ay tooñam’ (Pecc 18:4, 5).” Selected Messages, téere 2, 118.</w:t>
      </w:r>
    </w:p>
    <w:p>
      <w:pPr>
        <w:pStyle w:val="ArticleBody"/>
        <w:jc w:val="left"/>
      </w:pPr>
      <w:r>
        <w:rPr>
          <w:rFonts w:ascii="Times New Roman" w:hAnsi="Times New Roman" w:eastAsia="Times New Roman" w:cs="Times New Roman"/>
        </w:rPr>
        <w:t>Malaaka mu réy mi wàcc na ci matug Kàddug Yàlla gi nekk ci Peeñu 18, ba tabax yu mag yi nekk ci dëkk bu New York dañu leen daaneeloon ci bésub 11 Septaambar 2001, ak ñëwug “ngalaw gu penku” gu Islama. Noonu mu woo ak doole ci baat bu am kàttan, ne: “Babilon bu mag bi dafa daanu, dafa daanu, te mu nekk kërug seytaane yi.” Te gannaaw loolu ci aaya 4 beneen baat “déggees na ko jóge asamaan, muy wax ne: ‘Génnleen ci moom, yéen samay nit.’” Ñaari baat yooyu dañoo doon “ñaari woote yu wuute yu ñu def ci mboolooy mbooloo yi.” Ñaari mbooloom Yàlla yu wuute ci mujjug fan yi mooy ñi téeméer ñeent-fukk ak ñeent junni ak mbooloo mu réy ma.</w:t>
      </w:r>
    </w:p>
    <w:p>
      <w:pPr>
        <w:pStyle w:val="ArticleBody"/>
        <w:jc w:val="left"/>
      </w:pPr>
      <w:r>
        <w:rPr>
          <w:rFonts w:ascii="Times New Roman" w:hAnsi="Times New Roman" w:eastAsia="Times New Roman" w:cs="Times New Roman"/>
        </w:rPr>
        <w:t>Jamono nattuñu ñaari junni ak ñeent-fukk benni junni juróom-ñeent mi ngi tàmbalee ak Isalaam bu ñetteelu Musiba ba, bi Esayi waxee ne mooy “bésub ngelaw gu penku.” Jamonoy nattu boobu di jeex ak yoonu Dibeer buy ñëw ci gaaw ci États-Unis ak jëfandikookat màndarga noonu rab wa. Rabu mooy buur bu fenn bu bëj-gànnaar, boppu Babilon bu jamono jii. Babilon mooy gaynde gi ci Daniel saar ñaareelu juróom-ñaari, te yonent bu déggadi woon gu Jóoda, miy firndeel Aduwantisimu Laodise, mooy dee ci jamono ji tàmbalee ak “mbaam”u Isalaam (11 Septembre 2001), te jeex ak “gaynde gi” (Babilon bu Jamono jii).</w:t>
      </w:r>
    </w:p>
    <w:p>
      <w:pPr>
        <w:pStyle w:val="ArticleBody"/>
        <w:jc w:val="left"/>
      </w:pPr>
      <w:r>
        <w:rPr>
          <w:rFonts w:ascii="Times New Roman" w:hAnsi="Times New Roman" w:eastAsia="Times New Roman" w:cs="Times New Roman"/>
        </w:rPr>
        <w:t>Ci diggante bañu tektalee ni mooy “baam” bu yonent bu bañul woon ndigal, bu Laodise gu Adventisme, ci jamono jooju la ñu di nattal taw bu mujj bi, fekk woote wu kenn du xamleef, ñu di ko defal kerkub ñaari téeméeri ak ñeenti fukki junni. Bi jamono jooju jeexee, ci “waxtu” bu “yëngu-yëngu su mag si”, buy tektal yoonu Dibeer bi ci États-Unis; jamonoy baat bu ñaareel bi ci Apokalips 18 agg na ak njëfandikoo màndarga rab wi, te mooy màndargay buur bu bëj-gànnaar. Ci benn waxtu boobu itam, Islam bu ñetteelu Musiba bi ñu koy jëfandikoo ngir indi atte bu di yokk ndànk ndànk ci àddina ju wacc ci ngëm. Baat bi “raaya” bu ñaari téeméeri ak ñeenti fukki junni di yégle ci waxtu woote wu ñaareel woowu, bu ñu jëme ci kerkub “mbooloo mu réy mi”, day wone “màndarga” bu “buur bu bëj-gànnaar”, ak wàll wi Islam bu ñetteelu Musiba bi am, te ñu ko tektalee ni mooy “doom yu penku”.</w:t>
      </w:r>
    </w:p>
    <w:p>
      <w:pPr>
        <w:pStyle w:val="ArticleBody"/>
        <w:jc w:val="left"/>
      </w:pPr>
      <w:r>
        <w:rPr>
          <w:rFonts w:ascii="Times New Roman" w:hAnsi="Times New Roman" w:eastAsia="Times New Roman" w:cs="Times New Roman"/>
        </w:rPr>
        <w:t>Bataaxal bi di merloo kàttanu paap bi ci sarax bu ñent-fukk ak ñeent bi ci Daniel sura fukk ak benn, te di bataaxal bi tàmbale rey ak tuuru deretu paap bi ci mujj, ñu ngi ko feeñal ni “xibaar yu joge penku” (Islaam) ak “bëj-gànnaar” (marku rab wi). Ci jamono jooju, ni ci jamono ji jiitu woon, Islaamu “ngelawlu penku” indi na àtte ci Kawngaleeri Amerig ngir tàmbali jamono ji, te jamono ji jeex bu buur bu bëj-gànnaar agsee ci mujjam, “diggante géej yi ak tundu sell gu màgg ga”, ci xuru Megidoo ak tundu Karmel.</w:t>
      </w:r>
    </w:p>
    <w:p>
      <w:pPr>
        <w:pStyle w:val="ArticleBody"/>
        <w:jc w:val="left"/>
      </w:pPr>
      <w:r>
        <w:rPr>
          <w:rFonts w:ascii="Times New Roman" w:hAnsi="Times New Roman" w:eastAsia="Times New Roman" w:cs="Times New Roman"/>
        </w:rPr>
        <w:t>Jamono àtteg ma ngir Babilon bu jamonoy tey, buy mel ni sa lalug dee (baam), di tàmbalee ak màndarga penku te di jeex ak màndarga bëj-gànnaar, ni lalug dee gi ngir yonent bu Laodise bu déggadi woon mujjee woon ci woote gu njëkk gu ràññee xëcc yi. Baam bi (lalug dee gi) bi ñu suuloon benn yonent bu Betel buy fen ak yonent bu Yuda bu déggadi, ñu ngi koy tektal ci diggante “mbaam” ak “gaynde”.</w:t>
      </w:r>
    </w:p>
    <w:p>
      <w:pPr>
        <w:pStyle w:val="ArticleBody"/>
        <w:jc w:val="left"/>
      </w:pPr>
      <w:r>
        <w:rPr>
          <w:rFonts w:ascii="Times New Roman" w:hAnsi="Times New Roman" w:eastAsia="Times New Roman" w:cs="Times New Roman"/>
        </w:rPr>
        <w:t>Eliya mooy nit ñi Yàlla teeyal ngir mujj gi, ñi njëkkoon a jànkoonte ak noon yu am ñetti wàll yu ñu fésaloon ci Akab, Jesabel ak yonent yi Jesabel. Jesabel mooy màndarga kàttanu paap bi ci ñeenteelu mbooloom jaamu-kàttan bi di Tiyatir, te yonentam yi ci Karmel dañoo fésaloon ci yonent yi Baal ak saraxalekat yi kër giir ga. Baal dafay tegtal yàlla bu góor, te saraxalekat yi kër giir ga dañoo tegtal Ashtarot, yàlla ju jigéen; noonu nag, yonent yu dëggul yi Jesabel amee dañoo nekk góor ak jigéen, di tegtal booloo Mbooloom ñu gëm ak Réew mi, mi ñu fésal ci nataalu rab wi ci téereb Peeñ mi.</w:t>
      </w:r>
    </w:p>
    <w:p>
      <w:pPr>
        <w:pStyle w:val="ArticleBody"/>
        <w:jc w:val="left"/>
      </w:pPr>
      <w:r>
        <w:rPr>
          <w:rFonts w:ascii="Times New Roman" w:hAnsi="Times New Roman" w:eastAsia="Times New Roman" w:cs="Times New Roman"/>
        </w:rPr>
        <w:t>Amerik bu njëkk a taxawal njërëm rabu mala, jëkk ci Amerik bu njëkk te gannaaw loolu ci àddina, te Amerik bu njëkk mooy yonent bu dëggul bu booloo bi ñetti wàll. Ahab, buur bu fukki giir ya, dafay tegtal fukki buur yi ci Peeñu 17, mooy ab niki dragóŋ, te Jezebel mooy rabu mala. Eliya nekkoon ci jëfandikoo ak booloo bi ñetti wàll bu Babilon bu bees ba ca tundu Karmel, fa jigéen ju bon ju Babilon di fekk jeexitalam te kenn du ko dimbali. Jëfandikoo bi ñetti yoon ci Eliya dafay tegtal jàkkaarloo gu biti gi ñuy indi ci kaw askan wi Yàlla ci mujjug àddina, te Eliya dafay tegtal yonent bi nekk ci jàkkaarloo gu jub ak ñetti kàttan yooyu.</w:t>
      </w:r>
    </w:p>
    <w:p>
      <w:pPr>
        <w:pStyle w:val="ArticleBody"/>
        <w:jc w:val="left"/>
      </w:pPr>
      <w:r>
        <w:rPr>
          <w:rFonts w:ascii="Times New Roman" w:hAnsi="Times New Roman" w:eastAsia="Times New Roman" w:cs="Times New Roman"/>
        </w:rPr>
        <w:t>Benn mbir mu am wayug Eliya mooy “taw bi”, mi tegtal taw gu mujj gi ñuy tuur ci jaar-jaaru nettali jëfandikoo yi ci jamono jooju. Lu jiitu ndaje mi ci tundu Karmel, Eliya waxoon na bu leer ne du am taw, ludul su ko waxee. Diggante jamono ji jiitu “waxtu” àtteb Jezabel ak mooy jamono ji ñuy tegtal ci baat bu njëkk bi wér te wuute bi ñu jox mbooloy ngëm yi. “Baat” boobu aksiwoon na ci 11 Sàttumbar 2001, te ci jamono jooju, “taw bi” dañu ko “rësal” rekk; te it ci jamono jooju, amoon na ñaari yégle taw gu mujj yu di juumte ak a xoolante, yu bokkoon ci werante Habakuk. Kenn ci yooyu mooy yégle gu sàq mooñ ngir Tamus, gu doon tegtal “yégle jàmm ak kaaraange”, te beneen bi mooy yégle dëgg gi ci ñetteelu Wóy-bon bi bu Islaam.</w:t>
      </w:r>
    </w:p>
    <w:p>
      <w:pPr>
        <w:pStyle w:val="ArticleBody"/>
        <w:jc w:val="left"/>
      </w:pPr>
      <w:r>
        <w:rPr>
          <w:rFonts w:ascii="Times New Roman" w:hAnsi="Times New Roman" w:eastAsia="Times New Roman" w:cs="Times New Roman"/>
        </w:rPr>
        <w:t>Baat bu dëgg ci “tawub mujj” mi, dafa sukkandiku ci doxalin Islam ci ñetteelu Musiba bi. Baat boobu, benn kër gu njëkk la jógewoon (mooy Future for America), te ñaari yégle yi daan nañu bëre ngir kan a di ñu gën a jël sañ-sañ, ba keroog taarix dëggal xeetu baat bu dëgg bi, te itam moo dëggal dof gi nekk ci benn baat bu “jamm ak kaaraange” ci jamono jii mel ni.</w:t>
      </w:r>
    </w:p>
    <w:p>
      <w:pPr>
        <w:pStyle w:val="ArticleScripture"/>
        <w:jc w:val="left"/>
      </w:pPr>
      <w:r>
        <w:rPr>
          <w:rFonts w:ascii="Times New Roman" w:hAnsi="Times New Roman" w:eastAsia="Times New Roman" w:cs="Times New Roman"/>
        </w:rPr>
        <w:t>«Yonent yi ci téere Daniel ak yi Yowaana am, war nañu leen dégg. Ñuy leeralante. Ñuy jox àddina dëgg yu kenn ku nekk war a xam. Yonent yooyu war nañu nekk seede ci àddina. Ci seen matal ci fan yu mujj yii, dinañu leeral seen bopp.» Kress Collection, 105.</w:t>
      </w:r>
    </w:p>
    <w:p>
      <w:pPr>
        <w:pStyle w:val="ArticleBody"/>
        <w:jc w:val="left"/>
      </w:pPr>
      <w:r>
        <w:rPr>
          <w:rFonts w:ascii="Times New Roman" w:hAnsi="Times New Roman" w:eastAsia="Times New Roman" w:cs="Times New Roman"/>
        </w:rPr>
        <w:t>Mattekk bi jëfandikook Eliya ci ñetti yoon yi ñuy waxe Eliya, ñu dëggal ko jaarale ko ci ñaareelu Eliya, mi Yeesu santale ne mooy Yaxya mi daan sóobu nit ñi. Benn ak benn, ñaari seede yooyu taxawal nañu ñetteelu Eliya.</w:t>
      </w:r>
    </w:p>
    <w:p>
      <w:pPr>
        <w:pStyle w:val="ArticleScripture"/>
        <w:jc w:val="left"/>
      </w:pPr>
      <w:r>
        <w:rPr>
          <w:rFonts w:ascii="Times New Roman" w:hAnsi="Times New Roman" w:eastAsia="Times New Roman" w:cs="Times New Roman"/>
        </w:rPr>
        <w:t>Ba ñu doon dem, Yeesu tàmbalee wax mbooloo ma lu jëm ci Yowaana ne: Lan ngeen génn woon ca màndiŋ ma ngir gis ko? Ndax bant bu ngelaw yëngal? Waaye lan ngeen génn woon ngir gis? Nit ku sol yéré yu nooy? Xoolleen, ñiy sol yéré yu nooy, ci kër yu buur lañuy nekk. Waaye lan ngeen génn woon ngir gis? Ab yonent? Waaw, maa ngi leen koy wax, te moo gën a doon yonent. Ndaxte mooy kooku mi mbind mi wax ne: “Xoolal, maa ngi yónni sama ndaw ci sa kanam, miy waajal sa yoon ci sa mbele.” Dëgg-dëgg maa ngi leen koy wax, ci ñi jigéen jur, kenn jógagul ku gën Yowaana Sóobkat bi; waaye ki gën a tuuti ci nguuru asamaan, moo ko gën. Te li dale ca fan yi Yowaana Sóobkat bi feeñ ba léegi, nguuru asamaan di dékku coono, te ñi am doole dañuy ko jàpp ak sañ-sañ. Ndaxte yonent yépp ak yoonu Musaa waxoon nañu ci kanam ba ci Yowaana. Te bu ngeen ko nangu, mooy Eliya mi waroon a ñëw. Ku am nopp ngir dégg, na dégg. Macë 11:7–15.</w:t>
      </w:r>
    </w:p>
    <w:p>
      <w:pPr>
        <w:pStyle w:val="ArticleBody"/>
        <w:jc w:val="left"/>
      </w:pPr>
      <w:r>
        <w:rPr>
          <w:rFonts w:ascii="Times New Roman" w:hAnsi="Times New Roman" w:eastAsia="Times New Roman" w:cs="Times New Roman"/>
        </w:rPr>
        <w:t>Dina ñu yokk ci xët wi ci topp.</w:t>
      </w:r>
    </w:p>
    <w:p>
      <w:pPr>
        <w:pStyle w:val="ArticleScripture"/>
        <w:jc w:val="left"/>
      </w:pPr>
      <w:r>
        <w:rPr>
          <w:rFonts w:ascii="Times New Roman" w:hAnsi="Times New Roman" w:eastAsia="Times New Roman" w:cs="Times New Roman"/>
        </w:rPr>
        <w:t>“Tey, ci xel ak kàttanu Eliya ak Yaxya Miy Soob bi, yonnent yi Yàlla fal di woo xel àddina su tëj ci àtte ngir mu seet mbir yu màgg yu tar yi di ñëw léegi, yu jëm ci waxtu yu mujj yu jamono yégle ak feeñug Kirist Yeesu ni Buurub buur yi ak Sangabi sang yi. Léegi tuuti, kenn ku nekk dinañu ko àtte ci jëf yi mu defoon ci yaram wi. Waxtuw àtteb Yàlla agsi na, te ci kow ñi bokk ci mbooloom mbooloom Yàlla ci suuf la nekk yëf yu metti yu màgg yi di yëgle ñi taxaw mel ni ñu ngi ci wetug sanku ba fàww. Benn nit ku nekk ci àddina si yaatu, ku déglu, war nañu ko leeral dogali yu am solo yi ci xulóo bu mag bi ñuy xeex, dogal yu moom njubteb askanu nit ñépp di wéy.”</w:t>
      </w:r>
    </w:p>
    <w:p>
      <w:pPr>
        <w:pStyle w:val="ArticleScripture"/>
        <w:jc w:val="left"/>
      </w:pPr>
      <w:r>
        <w:rPr>
          <w:rFonts w:ascii="Times New Roman" w:hAnsi="Times New Roman" w:eastAsia="Times New Roman" w:cs="Times New Roman"/>
        </w:rPr>
        <w:t>“Ci jamono yu mujjeelu yi mujj ci natangu xel yi ñu mayee doom-aadama yi, ba àtteb bépp bakkan dii jege woon a dogale ba fàww, Boroom asamaan ak suuf mi yaakaar na ne mbooloom dafa wara jóg ngir jëf ni mukk ci lu jiitu. Ñi ñu goreel ci Kirist ci kaw xam-xamu dëgg gu wert gi, Boroom bi Yeesu tere na leen ni ñooy ñi Mu tànn, ñi Mu jagleel ndam lu ëpp nit ñépp ci kow suuf si; te Moo leen di wóolu ngir ñu wone cant yu Yow ji leen wooe genn ci lëndëm ngir dugg ci leer gu yéeme gi. Barke yi ñu di séddale ak yërmande wu yaatu war nañu leen a jottali ñeneen. Xibaar bu baax bu mucc bi war na jot ci bépp réew, xeet, làkk ak askan.”</w:t>
      </w:r>
    </w:p>
    <w:p>
      <w:pPr>
        <w:pStyle w:val="ArticleScripture"/>
        <w:jc w:val="left"/>
      </w:pPr>
      <w:r>
        <w:rPr>
          <w:rFonts w:ascii="Times New Roman" w:hAnsi="Times New Roman" w:eastAsia="Times New Roman" w:cs="Times New Roman"/>
        </w:rPr>
        <w:t>“Ci ginnaaw ay peeñu yonent yi woon ci jamono ju yàgg, Boroom ndam li moo feeñoon ni muy jox mbooloom ngëmam leer gu xees ci fan yi ñàkk leer ak ngëmul, yi jiitu ay delloom ñaareel. Naka “Jantub Njub,” war na fenk ci kaw mbooloom ngëmam, ‘ak wér gu nekk ci i xolam.’ Malasi 4:2. Te ci bépp taalibé dëgg, war na law ci moom benn doole ju indi dund, fit, ndimbal, ak wér gu dëgg.”</w:t>
      </w:r>
    </w:p>
    <w:p>
      <w:pPr>
        <w:pStyle w:val="ArticleScripture"/>
        <w:jc w:val="left"/>
      </w:pPr>
      <w:r>
        <w:rPr>
          <w:rFonts w:ascii="Times New Roman" w:hAnsi="Times New Roman" w:eastAsia="Times New Roman" w:cs="Times New Roman"/>
        </w:rPr>
        <w:t>“Ñëwal Kirist dina am ci jamono ji gën a lëndëm ci jaar-jaari àddina bii. Bés yi Nóé ak yi Lot dañuy misaal xaalis àddina bi just bala ñëwug Doomu nit ki. Mbind mi sell, bi jublu ci jamono jooju, wax na ne Seytaane dina liggéey ak bépp doole te ‘ak bépp naxtegu njubadiul.’ 2 Thessaloniciens 2:9, 10. Ay jëfam feeñ na leer ci lëndëm gi di yokku gaaw-gaaw, ci bare-bari réer yi, kàttan yu wéradi, ak naxari yi ci fan yii mujj. Du Seytaane rekk moo jàpp àddina ne ko jaam; waaye itam ay naxam di lawbe seen biir ci mbooloo yi di woote seen bopp kërceen yu Boroom bi sunu Yeesu Kirist. Màggalug dëddoo gi dina màgg ba nekk lëndëm gu xóot ni guddi digg. Ci askanu Yàlla, dina doon guddi gu nattu, guddi gu jooy, guddi gu fitna ndax dëgg gi. Waaye ci biir guddi gu lëndëm googu, leerug Yàlla dina leer.” Prophets and Kings,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juróom-benn fukk ak juróom-benniy juróom-benniy fan￼</dc:title>
  <dc:subject>Jëfandikoo gu ñett yi ci yégleb: Ubbite xareb yégleb bi ngir fan yu mujj yi</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