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Daniyel — Juróom-ñaar fukki juróom-ñett</w:t>
      </w:r>
    </w:p>
    <w:p>
      <w:pPr>
        <w:pStyle w:val="ArticleSubtitle"/>
        <w:jc w:val="left"/>
      </w:pPr>
      <w:r>
        <w:rPr>
          <w:rFonts w:ascii="Arial" w:hAnsi="Arial" w:eastAsia="Arial" w:cs="Arial"/>
        </w:rPr>
        <w:t>Jëfandikoo bu Ñatt bi ci Eliya ak Àtteb Bes yu Mujj yi: Xam-xamal ci Wàllu Setal bu Jëkk bi ak Wàllu Yëgleb bu Mujj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Ñetti jëfandikug Eliya mooy won ne, ci mujjug jamono yi, dina am Eliya ci ndoorteel mujjug jamono yi, te itam ci njeexital mujjug jamono yi. “Mujjug jamono yi” mooy jamonoy àtte, te àtte boobu mooy lu di wéyalante te xaajalees na ko ñaari xeet yu àtte. Àtteb seetlu bi tambali ci ndoorteel mujjug jamono yi, ak àtteb jëfandikoo bi am ci njeexital mujjug jamono yi. Ñetti jëfandikug Eliya, ci njariñam gu njëkk, dafa tegtal jaar-jaaru àtteb jëfandikoo bi, bi tambalee ci yoonu Dibéer bu agsiwaat.</w:t>
      </w:r>
    </w:p>
    <w:p>
      <w:pPr>
        <w:pStyle w:val="ArticleBody"/>
        <w:jc w:val="left"/>
      </w:pPr>
      <w:r>
        <w:rPr>
          <w:rFonts w:ascii="Times New Roman" w:hAnsi="Times New Roman" w:eastAsia="Times New Roman" w:cs="Times New Roman"/>
        </w:rPr>
        <w:t>Atteb àtte mi ngi yam rek ci ñi wàcc seen bopp ne ay toppkat Yàlla lañu, ci njàlbéen li ci kaw jëfandikoo wax ju leer te jub, waaye itam, ci ay xew-xew yu néew, ci wax ju jaarul ci kàddu waaye jóg ci seen dundin.</w:t>
      </w:r>
    </w:p>
    <w:p>
      <w:pPr>
        <w:pStyle w:val="ArticleScripture"/>
        <w:jc w:val="left"/>
      </w:pPr>
      <w:r>
        <w:rPr>
          <w:rFonts w:ascii="Times New Roman" w:hAnsi="Times New Roman" w:eastAsia="Times New Roman" w:cs="Times New Roman"/>
        </w:rPr>
        <w:t>(Ndaxtekat yi déglu yoon rekk ñooy jub ci kanam Yàlla, waaye ñi di def yoon ñooy ñu dees a àtte ni jub. Ndaxte bu xeeti xët yi amul yoon di def ci seen bindu àddina li yoon santaane, ñoom ñi amul yoon, ñoom ci seen bopp ay yoon lañu doon: ñoom ñoo wone ne liggéeyu yoon bi bind nañu ko ci seen xol, seen xel mu leen di xamal lu baax ak lu bon it di seede, te seen xalaat yi di ci diggante boolee daan leen di jiiñ walla di leen layi.) Room 2:13–15.</w:t>
      </w:r>
    </w:p>
    <w:p>
      <w:pPr>
        <w:pStyle w:val="ArticleBody"/>
        <w:jc w:val="left"/>
      </w:pPr>
      <w:r>
        <w:rPr>
          <w:rFonts w:ascii="Times New Roman" w:hAnsi="Times New Roman" w:eastAsia="Times New Roman" w:cs="Times New Roman"/>
        </w:rPr>
        <w:t>Atteb léen ci xel ne àtte gu wóor gi am na ñaari cér yu mag, ndaxte mu tàmbalee ak seetub dundug ñi dee ba noppi, (li dale ca fan yi Aadama ba) ñi daan wax ne dañoo gëm Yàlla dëgg gi, te ci 11 septembre 2001, mu tàmbali yoonu “àtteb ñi dund” gu wóor ga. Atteb seet gi am na beneen cér bu weesu ca dee ba dund, ndaxte àtte mi tàmbalee ci kër Yàlla, te ci fan yu mujj yi kër Yàlla mooy Adventisme bu Laodice. Bu àtteb kër Yàlla jeexee ci yoonu dimaas bu noppi dikk, kon juróom-ñaaram juróom-ñetti juróom-ñaareel mboolem Yàlla yi ci Bàbbiloon ci jamono jooju dañuy leen àtte.</w:t>
      </w:r>
    </w:p>
    <w:p>
      <w:pPr>
        <w:pStyle w:val="ArticleBody"/>
        <w:jc w:val="left"/>
      </w:pPr>
      <w:r>
        <w:rPr>
          <w:rFonts w:ascii="Times New Roman" w:hAnsi="Times New Roman" w:eastAsia="Times New Roman" w:cs="Times New Roman"/>
        </w:rPr>
        <w:t>At gi muy doxalin mooy mbugalu Yàlla ci ñi bañee nangu joxeb mujj gi mu leen di jox. At gi muy doxalin mi di tambalee ci yoonu Dibéer bu dëgër te bu jëm ci ñëw. Booba, Etats-Unis dina matal koppam gu merug Yàlla, te kooku mooy itam koppam gu àppug waxtoom bu ñu ko may woon; te dëkkuwaay baatub dëgg gi réew mi dina jur alkande réew, te alkande réew dina jur tas réew. Bépp xeetu réew ci kow suuf dina topp royukaayu Etats-Unis ci dëgëral yoonu Dibéer, te ku nekk ci réew yooyu dina itam matal koppam, ba noppi ñu teg leen ci tas réew.</w:t>
      </w:r>
    </w:p>
    <w:p>
      <w:pPr>
        <w:pStyle w:val="ArticleScripture"/>
        <w:jc w:val="left"/>
      </w:pPr>
      <w:r>
        <w:rPr>
          <w:rFonts w:ascii="Times New Roman" w:hAnsi="Times New Roman" w:eastAsia="Times New Roman" w:cs="Times New Roman"/>
        </w:rPr>
        <w:t>«Bu Amerig, réewum sañ-sañu diine, boolee ak Pàppaas bi ngir gaawal xel ak dàq nit ñi ñuy teral bésub noflaay bu dul dëgg bi, kon nit ñi ci bépp réew ci kaw suuf si dinañu leen jiite ngir topp seetam.» Testimonies, volume 6, 18.</w:t>
      </w:r>
    </w:p>
    <w:p>
      <w:pPr>
        <w:pStyle w:val="ArticleBody"/>
        <w:jc w:val="left"/>
      </w:pPr>
      <w:r>
        <w:rPr>
          <w:rFonts w:ascii="Times New Roman" w:hAnsi="Times New Roman" w:eastAsia="Times New Roman" w:cs="Times New Roman"/>
        </w:rPr>
        <w:t>Mbind mu jëf yi itam séddoo na ci ñaari xaaj. Li dale ca yoonu dimaas bu njëkk baññees ci États-Unis ba kera bi nattug nit ñi tëjoo, bu Mikael taxawee, àttey Yàlla dañuy ànd ak yërmande; waaye bu Mikael taxawee, merum Yàlla, ni ko tekkiwée ci tuuru juróom-ñaari musiba yu mujj yi, amul benn yërmande. Diirub xawaaru yoonu dimaas bu njëkk bi, àttey jëf yi buy dal ci kaw nit ñi ak xeeti réew yi dinañu ànd ak yërmande, ndaxte dina amaat ay nit ci Babilon yu ñu di jox fursat ngir xam bu baax wuute gi nekk ci diggante jaamu Sabat ak dimaas.</w:t>
      </w:r>
    </w:p>
    <w:p>
      <w:pPr>
        <w:pStyle w:val="ArticleScripture"/>
        <w:jc w:val="left"/>
      </w:pPr>
      <w:r>
        <w:rPr>
          <w:rFonts w:ascii="Times New Roman" w:hAnsi="Times New Roman" w:eastAsia="Times New Roman" w:cs="Times New Roman"/>
        </w:rPr>
        <w:t>“Éey, bu nit ñi xamoon nañu waxtu seet gi ñu fekk! Am na ñu bare te déggaguñu bëgg-bëggu dëgg bi ñuy nattu ngir jamono jii. Am na ñu bare itam ñi Xelum Yàlla di xëccoo ak ñoom. Waxtu àttey Yàlla yu yàq yi mooy waxtu yërmande ngir ñi amul woon fànn yuñu jàngee li muy dëgg. Boroom bi dina leen xool ak lewet gu nooy. Xolam gu fees ak yërmande daldi yëngu; loxoom diisoo na ba tey ngir musal, fekk bunt bi tëj na ci ñi bëgguloon dugg.”</w:t>
      </w:r>
    </w:p>
    <w:p>
      <w:pPr>
        <w:pStyle w:val="ArticleScripture"/>
        <w:jc w:val="left"/>
      </w:pPr>
      <w:r>
        <w:rPr>
          <w:rFonts w:ascii="Times New Roman" w:hAnsi="Times New Roman" w:eastAsia="Times New Roman" w:cs="Times New Roman"/>
        </w:rPr>
        <w:t>“Yërmande Yàlla feeñ na ci ay muñam yu gudd. Mu ngi tere ay àtteem, di xaar ba waxu waare bi eggal ci ñépp. Éy, su sunu nit ñi doon dégge ni ñu war a dégge yëf wi nekk ci seen kaw ngir jox àddina bi bataaxalu yërmande bu mujj bi, aka liggéey bu yéeme lañu defoon!” Testimonies, volume 9, 97.</w:t>
      </w:r>
    </w:p>
    <w:p>
      <w:pPr>
        <w:pStyle w:val="ArticleBody"/>
        <w:jc w:val="left"/>
      </w:pPr>
      <w:r>
        <w:rPr>
          <w:rFonts w:ascii="Times New Roman" w:hAnsi="Times New Roman" w:eastAsia="Times New Roman" w:cs="Times New Roman"/>
        </w:rPr>
        <w:t>“Waxtu atteb mbugalu Yàlla” mooy “waxtu yërmande ci ñi amul woon benn jot ngir xam li mooy dëgg.” Ñaari “waxtu” yooyu dañuy tàmbali benn waxtu, bi “bunt bi tëjé” ci kaw Awañtis yi gu Laodise “ñi bëgguloon a dugg.”</w:t>
      </w:r>
    </w:p>
    <w:p>
      <w:pPr>
        <w:pStyle w:val="ArticleScripture"/>
        <w:jc w:val="left"/>
      </w:pPr>
      <w:r>
        <w:rPr>
          <w:rFonts w:ascii="Times New Roman" w:hAnsi="Times New Roman" w:eastAsia="Times New Roman" w:cs="Times New Roman"/>
        </w:rPr>
        <w:t>«Ma gis ne Sabat bu sell bi mooy te dina doon miir mi taxawal weccante diggante Israeelu Yàlla ju dëgg ak ñi gëmul; te Sabat bi mooy mbir mi gëna mag, ngir boole xol yi ay santu Yàlla yi soppiiku te xaar. Te su amee ku gëm, te sàmm Sabat bi, te jot barke bi koy topp, ba noppi mu bàyyi ko, te xàjjaale ndigël lu sell li, kooku dina tëj bunt yi Cité bu Sell bi ci boppam, ni mu wóor ni am na Yàlla buy nguuru ci asamaan su kawe si. Ma gis ne Yàlla am na ay doom, yu gisul te sàmmul Sabat bi. Bañu woon leer gi ci moom. Te bi waxtu njàqare jàllee di tàmbali, ñu fees ak Xel mu Sell mi, bi nu génnee di yégle Sabat bi gëna mat. Loolu meraloon mbooloom kiristaan yi ak Adventist yu tudd rekk, ndaxte mënuñu woon a weddi dëggu Sabat bi. Te ci jamono jooju, ñépp ñi Yàlla tànn, gis nañu leer ne nun noo yor dëgg gi, te génn nañu, muñ ak nun fitna bi.» A Word to the Little Flock, 18, 19.</w:t>
      </w:r>
    </w:p>
    <w:p>
      <w:pPr>
        <w:pStyle w:val="ArticleBody"/>
        <w:jc w:val="left"/>
      </w:pPr>
      <w:r>
        <w:rPr>
          <w:rFonts w:ascii="Times New Roman" w:hAnsi="Times New Roman" w:eastAsia="Times New Roman" w:cs="Times New Roman"/>
        </w:rPr>
        <w:t>Bunt bi tëj ci yoonu Dibéer bu agsi lu gaaw, te loolu def na ba jamono ji jiitu yoonu Dibéer bi di “waxtu” gu “seetaan” gi Yàlla jagleel ay nitam.</w:t>
      </w:r>
    </w:p>
    <w:p>
      <w:pPr>
        <w:pStyle w:val="ArticleScripture"/>
        <w:jc w:val="left"/>
      </w:pPr>
      <w:r>
        <w:rPr>
          <w:rFonts w:ascii="Times New Roman" w:hAnsi="Times New Roman" w:eastAsia="Times New Roman" w:cs="Times New Roman"/>
        </w:rPr>
        <w:t>Naka ngeen di wax ne: Nun am nañu xel, te yoonu Aji Sax ji ànd na ak nun? Xoolleen, ci dëgg bindug bindkat yi nekk na ci neen. Boroom xel yi rus nañu, ragal nañu te jàpp nañu leen; xoolleen, bañ nañu kàddug Aji Sax ji, te ban xel moo nekk ci ñoom? Moo tax dinaa jox seeni jabar ñeneen, ak seen tool ñi ko war a donn; ndax ku nekk, dale ko ci gën a suufe ba ci gën a mag, jox na boppam ci bëgg alal; dale ko ci yonent bi ba ci saraxalekat bi, ku nekk di def njubadi. Ndaxte wéral nañu gaañug doom ju jigéen ju sama xeet bi ci lu woyof, di wax ne: “Jàmm, jàmm”; fekk jàmm amul. Ndax rus nañu bi ñu defee lu bon lu yàqu? Déedéet, rusuñu mukk, te mënuñu woon sax a xonq. Moo tax dinañu daanu bokk ak ñiy daanu; bu waxtuw seetlugeeñsi ñu dikkee, dinañu leen daaneel, kàddug Aji Sax ji. Jeremii 8:8–12.</w:t>
      </w:r>
    </w:p>
    <w:p>
      <w:pPr>
        <w:pStyle w:val="ArticleBody"/>
        <w:jc w:val="left"/>
      </w:pPr>
      <w:r>
        <w:rPr>
          <w:rFonts w:ascii="Times New Roman" w:hAnsi="Times New Roman" w:eastAsia="Times New Roman" w:cs="Times New Roman"/>
        </w:rPr>
        <w:t>Ni ci Israyil bu yàgg ba tey, noonu itam Israyil bu jamono jii, ñoom ñépp dañu sànku, ndax xamuñu saa si Yàlla wesi woon ci ñoom. Waxtu yiirug Yàlla ci Adventisme bu Laodise, tàmbalee na 11 Septàmburu 2001, te mu jeex ci yoonu Dibeer buy ñëw léegi.</w:t>
      </w:r>
    </w:p>
    <w:p>
      <w:pPr>
        <w:pStyle w:val="ArticleScripture"/>
        <w:jc w:val="left"/>
      </w:pPr>
      <w:r>
        <w:rPr>
          <w:rFonts w:ascii="Times New Roman" w:hAnsi="Times New Roman" w:eastAsia="Times New Roman" w:cs="Times New Roman"/>
        </w:rPr>
        <w:t>Ba mu jegesi woon ca dëkk ba, mu xool dëkk ba, jooy ci kawam, naan: Bu nga xamoon, yaw itam, ci sa bés bii sax, mbir yi jëm ci sa jàmm! Waaye léegi dees na leen làq sa bët. Ndaxte ay fan dinañu dikk ci yaw, ba sa noon yi tabax la pexe mu wër la, te wër la bépp wet, te téj la fu nekk. Dinañu la daldi yàq ba nga méngook suuf, yàq say doom yi nekk ci yaw; te duñu bàyyi ci yaw benn doj ci kaw beneen doj; ndaxte xamóowoo jamono ji ñu la seetee. Luug 19:41–44.</w:t>
      </w:r>
    </w:p>
    <w:p>
      <w:pPr>
        <w:pStyle w:val="ArticleBody"/>
        <w:jc w:val="left"/>
      </w:pPr>
      <w:r>
        <w:rPr>
          <w:rFonts w:ascii="Times New Roman" w:hAnsi="Times New Roman" w:eastAsia="Times New Roman" w:cs="Times New Roman"/>
        </w:rPr>
        <w:t>Ca jamono yàqu Yàlla, ñi xam ak ñi ñàkk xel dinañu leen taxawal ba fàww.</w:t>
      </w:r>
    </w:p>
    <w:p>
      <w:pPr>
        <w:pStyle w:val="ArticleScripture"/>
        <w:jc w:val="left"/>
      </w:pPr>
      <w:r>
        <w:rPr>
          <w:rFonts w:ascii="Times New Roman" w:hAnsi="Times New Roman" w:eastAsia="Times New Roman" w:cs="Times New Roman"/>
        </w:rPr>
        <w:t>“Xam na ne, ñi dul sellal Yàlla te bokk ci Njiitu Bésub-Noflaay bi, ñi am xam-xamu dëgg waaye ñu boole seen bopp ak nit ñi àddina, dinañu dëddu gëm gi ba noppi, di déglu xel yu nax. Noon, noon ki bon bi dina solal leen lu yomb ngir nax leen, ngir jiite leen ba ñuy yëngu ci xare ak nit ñi Yàlla. Waaye ñi dëgg te sax, dinañu am ci Yàlla aar gu dëgër te am doole lool.” Manuscript Releases, volume 7, 186.</w:t>
      </w:r>
    </w:p>
    <w:p>
      <w:pPr>
        <w:pStyle w:val="ArticleBody"/>
        <w:jc w:val="left"/>
      </w:pPr>
      <w:r>
        <w:rPr>
          <w:rFonts w:ascii="Times New Roman" w:hAnsi="Times New Roman" w:eastAsia="Times New Roman" w:cs="Times New Roman"/>
        </w:rPr>
        <w:t>Seen waxtu seetaan gi tàmbalee na 11 Suwe 2001, ni kooyale ci waxtu seetaan gi dalooni mboolooy Protestaŋ yi 11 Ut 1840, te noonu itam waxtu seetaan gi tàmbalee woon na ci Israayil gu yàgg ga, ba Xel mu Sell mi wàccee ci sóobu Kirist.</w:t>
      </w:r>
    </w:p>
    <w:p>
      <w:pPr>
        <w:pStyle w:val="ArticleBody"/>
        <w:jc w:val="left"/>
      </w:pPr>
      <w:r>
        <w:rPr>
          <w:rFonts w:ascii="Times New Roman" w:hAnsi="Times New Roman" w:eastAsia="Times New Roman" w:cs="Times New Roman"/>
        </w:rPr>
        <w:t>Atté bu mag di jëfandikukat bi tàmbali bu Réewum Mbooloom Amerik feesalee kaasu jamono yu ñu mayoon ngir seetlu, ci yoonu dimaas bu ñuy ñëw gaaw, te loolu it mooy bi jàngoro Laodisé gu Adventiste bi feesalee seen kaasu. Atté mi tàmbalee ci kër Yàlla, ak kaasu jamono yu ñu mayoon ngir seetlu ñaari bépp yu Réewum Mbooloom Amerik yàqute. Bépp bu yàqute bu Protestantis, bi weesu woon a ngi mel ni jàngoro Laodisé gu Adventiste bi ko daan tegtal, booba noppi; te doxalin Filadelfi bu malaaka bu ñetteel bi mooy bépp bu dëgg bu Protestantis, ak Yerusalem gu xel mu sell, gi ñuy yékkati muy ràññeeñ. Ca jamono jooju Yerusalem soppi na, jóge ci jàngoro buy xeex ba nekk jàngoro gu jàmbaar gi jot ndam.</w:t>
      </w:r>
    </w:p>
    <w:p>
      <w:pPr>
        <w:pStyle w:val="ArticleBody"/>
        <w:jc w:val="left"/>
      </w:pPr>
      <w:r>
        <w:rPr>
          <w:rFonts w:ascii="Times New Roman" w:hAnsi="Times New Roman" w:eastAsia="Times New Roman" w:cs="Times New Roman"/>
        </w:rPr>
        <w:t>Àtte gi jëfandikoo ngir àtte bu njëkk buy dox, ak jamono ji Yàlla di yónnee ay àtteem yu alag, te moom itam mooy jamono yërmande ngir baneen juróom-gàttal Yàlla gi nekkagum Babilon. Mu tàmbalee bi jamono seetlu Yàlla ci kaw Adventismu Laodisee jeexee. Àtte bu jëfandikoo bii di dox ba ca Juróom-ñaari Mbàmba yi Mujj ya, fa àtte yi dootul ànd ak yërmande, te gannaaw loolu Yeesu dellusi.</w:t>
      </w:r>
    </w:p>
    <w:p>
      <w:pPr>
        <w:pStyle w:val="ArticleBody"/>
        <w:jc w:val="left"/>
      </w:pPr>
      <w:r>
        <w:rPr>
          <w:rFonts w:ascii="Times New Roman" w:hAnsi="Times New Roman" w:eastAsia="Times New Roman" w:cs="Times New Roman"/>
        </w:rPr>
        <w:t>Bu Yeesu dellusee, junni atum (bennri junniy at) bii nekk ci Kàddug Yàlla gi ci xët wu ñaar-fukk, mooy wone ne Seytaane ñu ko yeew ci suuf su yàqu te neen, mu nekk doomu boppam ak rekk malaaka yu dëddu yi bokkoon ci xare bi ñu dalal Yàlla.</w:t>
      </w:r>
    </w:p>
    <w:p>
      <w:pPr>
        <w:pStyle w:val="ArticleScripture"/>
        <w:jc w:val="left"/>
      </w:pPr>
      <w:r>
        <w:rPr>
          <w:rFonts w:ascii="Times New Roman" w:hAnsi="Times New Roman" w:eastAsia="Times New Roman" w:cs="Times New Roman"/>
        </w:rPr>
        <w:t>Te ma gis malaaka buy wàccé asamaan, yor ca loxoom caabi biir bàmmeel bu amul pënd ak jéngu bu réy. Mu jàpp nag njaay mi, jaan ja yàgg ja, moom miy Ibliis te di Seytaane, daldi ko yeew ci junni at. Mu sànni ko ca biir bàmmeel bu amul pënd ba, tëj ko fa, teg ci moom màndarga, ngir mu bañ a nax xeeti àddina yiati ba junni at yi mat, te gannaaw loolu war nañu ko bàyyi mu génn ab diir bu gàtt. Peeñu Yowaana 20:1–3.</w:t>
      </w:r>
    </w:p>
    <w:p>
      <w:pPr>
        <w:pStyle w:val="ArticleBody"/>
        <w:jc w:val="left"/>
      </w:pPr>
      <w:r>
        <w:rPr>
          <w:rFonts w:ascii="Times New Roman" w:hAnsi="Times New Roman" w:eastAsia="Times New Roman" w:cs="Times New Roman"/>
        </w:rPr>
        <w:t>Diirub junni at ci atum yiñ mucc dinañu def àttegu seet ci kaw ñi sànku te xet nekk di nelaw ci seen bàmmeel, di xaar njeexital àttey kenn-ku-nekk. Ñiñ mucc dinañu xool seen dund ak seen xaalis yu ñi sànku, boole ci Seytaane ak ay malaakaam, ngir xam kan moo yelloo mbugal gu gën a tar ci njeexital junni at ci.</w:t>
      </w:r>
    </w:p>
    <w:p>
      <w:pPr>
        <w:pStyle w:val="ArticleScripture"/>
        <w:jc w:val="left"/>
      </w:pPr>
      <w:r>
        <w:rPr>
          <w:rFonts w:ascii="Times New Roman" w:hAnsi="Times New Roman" w:eastAsia="Times New Roman" w:cs="Times New Roman"/>
        </w:rPr>
        <w:t>Te ma gis ay gangune, ñu toog ci kawam, te jox nañu leen àtte: te ma gis ruuyu ñi ñu dagg bopp ngir seedeel Yeesu ak ngir kàddug Yàlla, ak ñi jaamuwoonul rab wa, mbaa ay xaralam, te jotul woon tektalam ci seen kanam walla ci seen loxo; te dund nañu, nguuru ak Almasi bi di junni at. Peeñu 20:4.</w:t>
      </w:r>
    </w:p>
    <w:p>
      <w:pPr>
        <w:pStyle w:val="ArticleBody"/>
        <w:jc w:val="left"/>
      </w:pPr>
      <w:r>
        <w:rPr>
          <w:rFonts w:ascii="Times New Roman" w:hAnsi="Times New Roman" w:eastAsia="Times New Roman" w:cs="Times New Roman"/>
        </w:rPr>
        <w:t>Kon mil at mi ngi ëmb mbooloo àtte bu seetlu, te bu jeexee di yóbbu ci àtte bu mujj buy saytu ci jëf, bi ñu dekkalee ñi bon ñi dee, te Seytaane, mi ci saa si am kilifteef gu mat ci seen kaw, di wóorloo ñi bon ñi ngir ñu xare Yerusalem, mi ci mujjug junni at yi wàcc jógé asamaan. Bi ñi bon ñi tàmbalee seen xare, safara wàcc jógé asamaan, te àtte bu mujj buy saytu ci jëf mat.</w:t>
      </w:r>
    </w:p>
    <w:p>
      <w:pPr>
        <w:pStyle w:val="ArticleScripture"/>
        <w:jc w:val="left"/>
      </w:pPr>
      <w:r>
        <w:rPr>
          <w:rFonts w:ascii="Times New Roman" w:hAnsi="Times New Roman" w:eastAsia="Times New Roman" w:cs="Times New Roman"/>
        </w:rPr>
        <w:t>Te bu atum junniy at nekk, dees nañu bàyyi Seytaane mu génn ca kërëm-kàccëram ga, te dina génn ngir nax xeeti réew yi nekk ci ñeenti wet yu suuf si, Gog ak Magog, ngir dajale leen ci xare; limu ñoom nag mel na ni suuf-sëxët gu géej gi. Te ñu yéeg ci yaatuwaayu suuf si, wër kër dalub gaayi Yàlla yi ak dëkk bi ñu bëgg; waaye safara wàcc na suusi asamaan, jóge ca Yàlla, te lekk leen. Pexe 20:7–9.</w:t>
      </w:r>
    </w:p>
    <w:p>
      <w:pPr>
        <w:pStyle w:val="ArticleBody"/>
        <w:jc w:val="left"/>
      </w:pPr>
      <w:r>
        <w:rPr>
          <w:rFonts w:ascii="Times New Roman" w:hAnsi="Times New Roman" w:eastAsia="Times New Roman" w:cs="Times New Roman"/>
        </w:rPr>
        <w:t>Doonte jëfandikook yu ñett yi ci Eliya ak ndaw li di waajal yoon ngir Yonnente Kóllëre gi ñëw gaaw ci kër Yàllaam dañoo lëkkaloo bu baax, waaye manees na seet benn xeetu wuute ci seen liggéey, ci li Eliya di njëkka xamle liggéeyu ndaw li, ak yokkute bi ànd ak yégleb ndaw li, maanaam, li mat ci biir atteb dogal bi tàmbalee ci ndigalu Dibeer bu dëgër bi di ñëw léegi. Ndaw li di waajal yoon ngir Yonnente Kóllëre gi mooy njëkka xamle benn liggéey bu mat ci biir atteb seetkat bi. Aadventismu Laodise du xam waxtuw seeni seetsi, te loolu di melokaanu jamono ju xóot ju atte.</w:t>
      </w:r>
    </w:p>
    <w:p>
      <w:pPr>
        <w:pStyle w:val="ArticleBody"/>
        <w:jc w:val="left"/>
      </w:pPr>
      <w:r>
        <w:rPr>
          <w:rFonts w:ascii="Times New Roman" w:hAnsi="Times New Roman" w:eastAsia="Times New Roman" w:cs="Times New Roman"/>
        </w:rPr>
        <w:t>Te yu ñàkk a xam itam bataaxalu “dëgg gu fii nekk” gi ñuy yégle ca jamono jëfandikookat seeni seet. Waroon nañu a xam àtte bi ak bataaxalu fan yooyu. Waroon nañu itam a xam ndawsi Yàlla ba ca jamono jooju. Ci seen gumba gu Laodise bi, dañuy weddi bataaxalu waxtu wi, di bañ a nangoo jamonoy seeni seet ak bataaxal bu ne “jàmm ak kaaru,” te dañuy am i sikki-sàkka ci kan mooy ndawsi Yàlla bi tànn ca jamono jooju. Dëgg gii, seedeel bu leer la woon ci seedeelu ñaareelu Eliya, moom di Yaxya miy Sòob.</w:t>
      </w:r>
    </w:p>
    <w:p>
      <w:pPr>
        <w:pStyle w:val="ArticleBody"/>
        <w:jc w:val="left"/>
      </w:pPr>
      <w:r>
        <w:rPr>
          <w:rFonts w:ascii="Times New Roman" w:hAnsi="Times New Roman" w:eastAsia="Times New Roman" w:cs="Times New Roman"/>
        </w:rPr>
        <w:t>Yawut yi xamoon nañu ne waxu yonent bi joxe na xamle ne am na ndaw buy ñëw, te Yeesu ci boppam jàngale na bu leer ne Yahya mooy ka ñëw waroon.</w:t>
      </w:r>
    </w:p>
    <w:p>
      <w:pPr>
        <w:pStyle w:val="ArticleScripture"/>
        <w:jc w:val="left"/>
      </w:pPr>
      <w:r>
        <w:rPr>
          <w:rFonts w:ascii="Times New Roman" w:hAnsi="Times New Roman" w:eastAsia="Times New Roman" w:cs="Times New Roman"/>
        </w:rPr>
        <w:t>Ndax yépp yonent yi ak Yoonu Musaa waxoon nañu ci li di ñëw ba ca Yaxya. Te su ngeen nangu ko, mooy Ilyaas mi waroon a ñëw. Ku am nopp yu muy dégg, na dégg. Macë 11:13–15.</w:t>
      </w:r>
    </w:p>
    <w:p>
      <w:pPr>
        <w:pStyle w:val="ArticleBody"/>
        <w:jc w:val="left"/>
      </w:pPr>
      <w:r>
        <w:rPr>
          <w:rFonts w:ascii="Times New Roman" w:hAnsi="Times New Roman" w:eastAsia="Times New Roman" w:cs="Times New Roman"/>
        </w:rPr>
        <w:t>Ci njeexital waxtu seet gi ñu ñëwonee seeti leen (mooy waxtu ci taariixu Kirist bu di misaal ndigalu Dimaas buy ñëw gaawe), ba Kirist daanee wéy ci bant ba, Yawut ya dañoo xalaat ndax Ilyaas dina ñëw fexe yeesal Yeesu. Su ñu xamule woon ndaw li war a waajal Yonnent bi ngir Yonnentub Kóllëre gi, bi doon dëggal kóllëre ga ak deretam boppam, kon manuñu woon a xam seen Masiih. Aadantisimu Lawdise ci fan yu mujj yi war nañu xam seen àtte, mooy waxtu seet gi ñu leen di seeti. War nañu xam mesajub jamono jooju, te war nañu itam xam ndaw li Yàlla tànn ci jamono jooju. Mbugalu 1888, mi Septàmbar 11, 2001 di tegu, am na melokaanu bi malaakam Apokalips saar 18 wàcce. Ñi doon saytu ci mbugalu 1888 ba, bañ nañu woon nangu ndawi Yàlla yi tànn ci taariix ba, mi doon misaal fan yu mujj yi.</w:t>
      </w:r>
    </w:p>
    <w:p>
      <w:pPr>
        <w:pStyle w:val="ArticleBody"/>
        <w:jc w:val="left"/>
      </w:pPr>
      <w:r>
        <w:rPr>
          <w:rFonts w:ascii="Times New Roman" w:hAnsi="Times New Roman" w:eastAsia="Times New Roman" w:cs="Times New Roman"/>
        </w:rPr>
        <w:t>Dina nu caytu ci jàngat bii ci bind bu ci topp.</w:t>
      </w:r>
    </w:p>
    <w:p>
      <w:pPr>
        <w:pStyle w:val="ArticleScripture"/>
        <w:jc w:val="left"/>
      </w:pPr>
      <w:r>
        <w:rPr>
          <w:rFonts w:ascii="Times New Roman" w:hAnsi="Times New Roman" w:eastAsia="Times New Roman" w:cs="Times New Roman"/>
        </w:rPr>
        <w:t>Ndax Boroom bi, Yàlla Israyil, wax ma ne: “Jël kaasub biiñu mer mii ci sama loxo, te nga may xeeti réew yi yépp, ñi ma la yónni ci seen biir, naan ko. Dinañu naan, di yëngu, di dof, ndax sabar bi ma leen di yónnee ci seen biir.” Noonu ma jël kaas ba ci loxob Boroom bi, te may xeeti réew yi yépp naan ko, ñi Boroom bi ma yónnee ci seen biir: maanaam Yerusalem, ak dëkki Yuda, ak seeni buur, ak seeni kilifa, ngir def leen njàqare, ak lu nit di tiitlu, ak lu nit di xas, ak lu nit di rëbb; ni mu mel tey jii; ak Firawna, buur Misra, ak ay surgaam, ak ay kilifaam, ak askanam gépp; ak nit ñi jaxasoo yépp, ak buur yépp yu réewu Uc, ak buur yépp yu réewu Filiste, ak Askelon, ak Aza, ak Ekron, ak ña des ci Asdod; Edom, ak Mowab, ak doom Amon; ak buur yépp yu Tir, ak buur yépp yu Sidon, ak buur yi ci dunu yi nekk ci géej gi féete; Dedan, ak Tema, ak Buz, ak ñépp ñi nekk ba ca gën a sori; ak buur yépp yu Arabi, ak buur yépp yu nit ñi jaxasoo ñi dëkk ci màndiŋ ma; ak buur yépp yu Simri, ak buur yépp yu Elam, ak buur yépp yu Med; ak buur yépp yu bëj-gànnaar, ku sore ak ku jege, kenn ak moroomam, ak nguur yépp yu àddina si nekk ci kow suuf si; te buur bu Seshak dina naan gannaaw leen. Kon nag nga wax leen ne: “Ndaxte Boroom bi, Boroom ga ëpp kàttan yi, Yàllay Israyil, nee na: Naanleen, te màndi, te wuttee, te daanu, ba dootuleen jóg, ndax sabar bi ma di yónnee ci seen biir.” Te bu fekkee ne bañ nañu jël kaas ba ci sa loxo ngir naan ko, kon nga wax leen ne: “Ndaxte Boroom bi, Boroom ga ëpp kàttan yi, nee na: Faw ngeen naan. Ndax xoolleen, tàmbali naa indi musiba ci dëkk bi tudd sama tur, te yéen, ndax dingeen raw mbugal? Déedéet, dungeen raw mbugal; ndax dinaa woo sabar ci kaw ñépp ñi dëkk ci àddina si,” la Boroom ga ëpp kàttan yi wax. Kon yow, waxal ci seen kaw wax jii yépp, te nga ne leen: “Boroom bi dina yëkkati coowam ca kaw; dina génne baatam ci dëkkam gu sell ga; dina xaacu ak doole ci kaw bérabam; dina yuuxu ni ñiy dóor reseñ, ci kaw ñépp ñi dëkk ci àddina si. Riir dina àgg ba ca gàntu àddina si, ndax Boroom bi am na àtte ak xeeti réew yi; dina yedd ak bépp nit; ñi bon, dina leen jébbal sabar,” la Boroom bi wax. Ndaxte Boroom bi, Boroom ga ëpp kàttan yi, nee na: “Xool-leen, musiba dina génn réew ba ca beneen réew; mbëli-mbëli gu réy dina jógé ca gàntuy suuf si.” Te ña Boroom bi rey dinañu nekk bés booba, daldi tàmbalee ca benn pëncu suuf ba ca beneen pëncu suuf; duñu leen jooy, duñu leen dajale, duñu leen suul; dinañu mel ni toxor ci suuf si. Yeremi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Daniyel — Juróom-ñaar fukki juróom-ñett</dc:title>
  <dc:subject>Jëfandikoo bu Ñatt bi ci Eliya ak Àtteb Bes yu Mujj yi: Xam-xamal ci Wàllu Setal bu Jëkk bi ak Wàllu Yëgleb bu Mujj bi</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