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Eliya — Limu fukk ak bennweel</w:t>
      </w:r>
    </w:p>
    <w:p>
      <w:pPr>
        <w:pStyle w:val="ArticleSubtitle"/>
        <w:jc w:val="left"/>
      </w:pPr>
      <w:r>
        <w:rPr>
          <w:rFonts w:ascii="Arial" w:hAnsi="Arial" w:eastAsia="Arial" w:cs="Arial"/>
        </w:rPr>
        <w:t>Njuumte bu njëkk bi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2023-10-15</w:t>
      </w:r>
    </w:p>
    <w:p>
      <w:pPr>
        <w:pStyle w:val="ArticleBody"/>
        <w:jc w:val="left"/>
      </w:pPr>
      <w:r>
        <w:rPr>
          <w:rFonts w:ascii="Times New Roman" w:hAnsi="Times New Roman" w:eastAsia="Times New Roman" w:cs="Times New Roman"/>
        </w:rPr>
        <w:t>Bëggug xareb wurus Aaróon ci njàlbéen Israayil bu njëkk, ci anam bu yóbbuwóor, dafa méngoo ak xareb Yerobóam ci njàlbéen fukki giir yi ci réewum bëj-gànnaaru Efraayim. Jaar-jaari cosaan yu sell yii diir nañu ngir misaalu xarebu Adàntis ci atum 1863.</w:t>
      </w:r>
    </w:p>
    <w:p>
      <w:pPr>
        <w:pStyle w:val="ArticleBody"/>
        <w:jc w:val="left"/>
      </w:pPr>
      <w:r>
        <w:rPr>
          <w:rFonts w:ascii="Times New Roman" w:hAnsi="Times New Roman" w:eastAsia="Times New Roman" w:cs="Times New Roman"/>
        </w:rPr>
        <w:t>Am nañu ci lu wóor seede yu sell yiwu 1863 itam, waaye Aaróŋ ak buur Jerobóam dañuy joxe seede yu teg ci kaw jaar-jaari 1863, te mboolem jaar-jaari yooyu dañuy wone yëngu-yëngu ñetti fukki junni ak ñeenti fukki junni ñent, mooy bët bu Protestaaŋ bi, du sax ci fan yu mujj yi rekk ci juróomeel buur gu juroom benni Buurug waxi Yonent yi ci Biibël, waaye ba ker gu tëj ngëneel jébbalu kàttan. Jaar-jaari yooyu itam dañuy wax ci jaar-jaar wu ànd ak moom, mooy jaar-jaaru bët bu Répubilikaaŋ bi ci juróomeel buur ga.</w:t>
      </w:r>
    </w:p>
    <w:p>
      <w:pPr>
        <w:pStyle w:val="ArticleBody"/>
        <w:jc w:val="left"/>
      </w:pPr>
      <w:r>
        <w:rPr>
          <w:rFonts w:ascii="Times New Roman" w:hAnsi="Times New Roman" w:eastAsia="Times New Roman" w:cs="Times New Roman"/>
        </w:rPr>
        <w:t>Ci yoon na lool ci ñi gëm, ne mbooloom Adventiste bu Bésub-Ajir bu juróom-ñaareel mooy askanu Yàlla bu des ci mujjug àddina. Gëm gii mooy njiitug njuumteg sunu njëkk. Amul benn firnde bu ci Biibël ne kërkug Laodise mooy tekki nit ñi ñuy yékkati ni ràññee ci jamonoy yoonu Dibeer bi. Sunu njiitug njuumte bu njëkk mooy nangu xalaat bu jubadi bii ne loolu mooy dëgg. Ràññee bi ci mujjug àddina dafa aju ci ñi ñu génne woon ngir ay membre yi ci jàngub Seytaane.</w:t>
      </w:r>
    </w:p>
    <w:p>
      <w:pPr>
        <w:pStyle w:val="ArticleScripture"/>
        <w:jc w:val="left"/>
      </w:pPr>
      <w:r>
        <w:rPr>
          <w:rFonts w:ascii="Times New Roman" w:hAnsi="Times New Roman" w:eastAsia="Times New Roman" w:cs="Times New Roman"/>
        </w:rPr>
        <w:t>Te dina taxawal ab raaya ngir xeeti àddina yi, te dina dajale ñi ñu dàq ci Israyil, te boole ñi tasaaroo ci Yuda jóge ci ñeenti cér yi ci suuf. Esayi 11:12.</w:t>
      </w:r>
    </w:p>
    <w:p>
      <w:pPr>
        <w:pStyle w:val="ArticleBody"/>
        <w:jc w:val="left"/>
      </w:pPr>
      <w:r>
        <w:rPr>
          <w:rFonts w:ascii="Times New Roman" w:hAnsi="Times New Roman" w:eastAsia="Times New Roman" w:cs="Times New Roman"/>
        </w:rPr>
        <w:t>Mooy Adventiste yu Laodicea la ñooy génne ñi war a doon raayaay bi.</w:t>
      </w:r>
    </w:p>
    <w:p>
      <w:pPr>
        <w:pStyle w:val="ArticleScripture"/>
        <w:jc w:val="left"/>
      </w:pPr>
      <w:r>
        <w:rPr>
          <w:rFonts w:ascii="Times New Roman" w:hAnsi="Times New Roman" w:eastAsia="Times New Roman" w:cs="Times New Roman"/>
        </w:rPr>
        <w:t>Dégluleen kàddug Boroom bi, yéen ñi ragal ci kàddoom; seen bokk yi leen bañ, te dàq leen ngir sama tur, nee nañu: “Na Boroom bi màggaliku.” Waaye moom dina feeñ ngir seen mbégte, te ñoom dinañu rus. Esaayi 66:5.</w:t>
      </w:r>
    </w:p>
    <w:p>
      <w:pPr>
        <w:pStyle w:val="ArticleBody"/>
        <w:jc w:val="left"/>
      </w:pPr>
      <w:r>
        <w:rPr>
          <w:rFonts w:ascii="Times New Roman" w:hAnsi="Times New Roman" w:eastAsia="Times New Roman" w:cs="Times New Roman"/>
        </w:rPr>
        <w:t>Ñi ñooñ ñi doon seeni bannéer dañuy génne leen ndax “tur” u Kirist. Tur wi di jur bañ bi mooy Alfa ak Omega, ndaxte njàngat mi ci Alfa ak Omega mooy li leeral bu baax kan mooy li Mbooloom Bésub Noflaay bu Juróom-ñaareel di wuutu ci yoonent yi ci Biibël bi. Léeb wu fukki janq yi dafay tegtal Adventism.</w:t>
      </w:r>
    </w:p>
    <w:p>
      <w:pPr>
        <w:pStyle w:val="ArticleScripture"/>
        <w:jc w:val="left"/>
      </w:pPr>
      <w:r>
        <w:rPr>
          <w:rFonts w:ascii="Times New Roman" w:hAnsi="Times New Roman" w:eastAsia="Times New Roman" w:cs="Times New Roman"/>
        </w:rPr>
        <w:t>“Nebbu fukki janq ñaar ci Matthew 25 itam day mel ni xam-xam bu nit ñi Adventiste yi jaar.” The Great Controversy, 393.</w:t>
      </w:r>
    </w:p>
    <w:p>
      <w:pPr>
        <w:pStyle w:val="ArticleBody"/>
        <w:jc w:val="left"/>
      </w:pPr>
      <w:r>
        <w:rPr>
          <w:rFonts w:ascii="Times New Roman" w:hAnsi="Times New Roman" w:eastAsia="Times New Roman" w:cs="Times New Roman"/>
        </w:rPr>
        <w:t>Léeb bi amsolo bi am na ànd ak dëgg ci njàlbéenu Awaantegis, te dina dellu a am ba ci benn bataaxal ba ci mujj.</w:t>
      </w:r>
    </w:p>
    <w:p>
      <w:pPr>
        <w:pStyle w:val="ArticleScripture"/>
        <w:jc w:val="left"/>
      </w:pPr>
      <w:r>
        <w:rPr>
          <w:rFonts w:ascii="Times New Roman" w:hAnsi="Times New Roman" w:eastAsia="Times New Roman" w:cs="Times New Roman"/>
        </w:rPr>
        <w:t>«Ñu faral maa di jublu ci léebub fukki janq yi, juróom ñu xamoon lu baax, te juróom ñi des dof. Léebu bii amoon na, te dina mat ci ay baatam yépp, ndaxte am na jëfandikoo bu sell ci jamono jii, te ni yëgleb malaaka bu ñetteel bi, am na, te dina sax di dëgg gu jamono jii ba kera mujj gi.» Review and Herald, 19 Ut 1890.</w:t>
      </w:r>
    </w:p>
    <w:p>
      <w:pPr>
        <w:pStyle w:val="ArticleBody"/>
        <w:jc w:val="left"/>
      </w:pPr>
      <w:r>
        <w:rPr>
          <w:rFonts w:ascii="Times New Roman" w:hAnsi="Times New Roman" w:eastAsia="Times New Roman" w:cs="Times New Roman"/>
        </w:rPr>
        <w:t>Janq yu ñàkk xel yi, ñi yeeu ba xam ne amuñu diwlin, mooy Laodise yi.</w:t>
      </w:r>
    </w:p>
    <w:p>
      <w:pPr>
        <w:pStyle w:val="ArticleScripture"/>
        <w:jc w:val="left"/>
      </w:pPr>
      <w:r>
        <w:rPr>
          <w:rFonts w:ascii="Times New Roman" w:hAnsi="Times New Roman" w:eastAsia="Times New Roman" w:cs="Times New Roman"/>
        </w:rPr>
        <w:t>“Taxawaayu Këram yi ci ñaari janq yu ñakk xel yi di tektal, moom itam dañu ko wax ne mooy taxawaayu Laodise.” Review and Herald, 19 ut 1890.</w:t>
      </w:r>
    </w:p>
    <w:p>
      <w:pPr>
        <w:pStyle w:val="ArticleBody"/>
        <w:jc w:val="left"/>
      </w:pPr>
      <w:r>
        <w:rPr>
          <w:rFonts w:ascii="Times New Roman" w:hAnsi="Times New Roman" w:eastAsia="Times New Roman" w:cs="Times New Roman"/>
        </w:rPr>
        <w:t>Xare bu jigéen yu xam-xam yi, yu ñu itam tegu ci biir mbooloom Filadelfi, mooy ak jàngoro gu bokk ak ab mbooloo bu wax ne Yawut lañu, waaye Yawut duñu.</w:t>
      </w:r>
    </w:p>
    <w:p>
      <w:pPr>
        <w:pStyle w:val="ArticleScripture"/>
        <w:jc w:val="left"/>
      </w:pPr>
      <w:r>
        <w:rPr>
          <w:rFonts w:ascii="Times New Roman" w:hAnsi="Times New Roman" w:eastAsia="Times New Roman" w:cs="Times New Roman"/>
        </w:rPr>
        <w:t>Xoolleen, dina leen soppi ñu bokk ci jàngu Seytaane, ñi wax ne Yawut lañu, te duñu ko, waaye dañuy fen; xoolleen, dinaa leen def ñu ñëw sujjóot ci sa kanam ca suufu sa tànk, te xam ne bëgg naa la. Muuj gi 3:9</w:t>
      </w:r>
    </w:p>
    <w:p>
      <w:pPr>
        <w:pStyle w:val="ArticleBody"/>
        <w:jc w:val="left"/>
      </w:pPr>
      <w:r>
        <w:rPr>
          <w:rFonts w:ascii="Times New Roman" w:hAnsi="Times New Roman" w:eastAsia="Times New Roman" w:cs="Times New Roman"/>
        </w:rPr>
        <w:t>Sëriy White wax na ci kàddu gii ci jëleef ju njëkk ji ñëw gannaaw njaaxle gu mag ga.</w:t>
      </w:r>
    </w:p>
    <w:p>
      <w:pPr>
        <w:pStyle w:val="ArticleScripture"/>
        <w:jc w:val="left"/>
      </w:pPr>
      <w:r>
        <w:rPr>
          <w:rFonts w:ascii="Times New Roman" w:hAnsi="Times New Roman" w:eastAsia="Times New Roman" w:cs="Times New Roman"/>
        </w:rPr>
        <w:t>“Yeenoo ne, ñi di sujjóotal ca kanamu tànki santo yi, (Révélation 3:9), dinañu mujj mucc. Fi, war naa wuute ak yow; ndax Yàlla won na ma ne xeetu nit ñii ay Adventiste yu daan wax ne ñoo gëm lañu woon, waaye dañoo dàggeekoon yoon wi, te ‘dañoo delloo daajaat Doomu Yàlla ci seen bopp, te teg ko ci toroxal bu ubbeeku.’ Te ci ‘waxtu nattu gi,’ gi dëgërul te di ñëw, ngir feeñal dundin ju dëgg ju kenn ku nekk, dinañu xam ne ñoom dañoo réer ba fàww; te metit gu tar ci xolu seen xel bu leen ëppée, dinañu sujjóot ca tànki santo yi.” Word to the Little Flock, 12.</w:t>
      </w:r>
    </w:p>
    <w:p>
      <w:pPr>
        <w:pStyle w:val="ArticleBody"/>
        <w:jc w:val="left"/>
      </w:pPr>
      <w:r>
        <w:rPr>
          <w:rFonts w:ascii="Times New Roman" w:hAnsi="Times New Roman" w:eastAsia="Times New Roman" w:cs="Times New Roman"/>
        </w:rPr>
        <w:t>Ci saraxeen juroomi, waxtaanu wax jiitu bi, bi Kirist moom ci gannaaw jëfandikoo, mooy ñu ko jëkk a wax.</w:t>
      </w:r>
    </w:p>
    <w:p>
      <w:pPr>
        <w:pStyle w:val="ArticleScripture"/>
        <w:jc w:val="left"/>
      </w:pPr>
      <w:r>
        <w:rPr>
          <w:rFonts w:ascii="Times New Roman" w:hAnsi="Times New Roman" w:eastAsia="Times New Roman" w:cs="Times New Roman"/>
        </w:rPr>
        <w:t>Léegi damaay woyeel sama soppeku bu baax bi, ab woy ci mbirum toolam reseñu sama soppeku bi. Sama soppeku bu baax bi am na ab toolu reseñ ci tundu suuf su wér te di meññ. Mu wër ko, daldi jële ay doj yi nekk ci moom, ba noppi jëmbët ko ak garab reseñ yi gën a tedd; mu tabax itam ab kër gu kawe ci diggu bi, def ca itam ab pessukaayu reseñ. Noonu mu yaakaar ne dina jur ay reseñ, waaye mu jur ay reseñ yu bon. Léegi nag, yéen waa Yerusalem ak góor-góorlu Yuda, attleen, maa ngi leen ñaan, ci diggante man ak sama toolu reseñ. Lan moo des woon ñu man a defal sama toolu reseñ te defuma ko? Lu tax nag, bi ma yaakaaroon ne dina jur ay reseñ, mu jur ay reseñ yu bon? Isaïe 5:1–4.</w:t>
      </w:r>
    </w:p>
    <w:p>
      <w:pPr>
        <w:pStyle w:val="ArticleBody"/>
        <w:jc w:val="left"/>
      </w:pPr>
      <w:r>
        <w:rPr>
          <w:rFonts w:ascii="Times New Roman" w:hAnsi="Times New Roman" w:eastAsia="Times New Roman" w:cs="Times New Roman"/>
        </w:rPr>
        <w:t>Léebu bii, bu nekk ci Kóllëre gu Yàgg ga walla ci Kóllëre gu Bees ga, dafay màndargaal mbooloom Yàlla ne Yàlla bañ na ko ndaxte mu nanguwul a jur meññef yi ñu ko yékkatiwoon ngir mu jur leen. Ci Esayi juróom, ci jeexitalu léebu bi, mbugalu toolub reseñ bi ñu ko màndargaal na, te itam ñuy digle ne dina yékkati ab ràññeeñ ci xeeti àddina yi. Lu leer la ne toolub reseñ bi du ràññeeñ bi.</w:t>
      </w:r>
    </w:p>
    <w:p>
      <w:pPr>
        <w:pStyle w:val="ArticleScripture"/>
        <w:jc w:val="left"/>
      </w:pPr>
      <w:r>
        <w:rPr>
          <w:rFonts w:ascii="Times New Roman" w:hAnsi="Times New Roman" w:eastAsia="Times New Roman" w:cs="Times New Roman"/>
        </w:rPr>
        <w:t>Moo tax na mer ci ay jal ci sa xalqam, te mu tàllal na loxoom ci seen kaw, ba door leen; te tundu yi yëngatu nañu, te seen yaram yu dee mel ni ñu dagg leen ci biir mbedd yi. Waaye ci loolu lépp ay meram dellu nañu, waaye loxoom tàllal na ba tey. Te dina yékkati bannéeru ci xeet yi dëgër fu sore, te dina leen wootee bàyyi seen bopp ca njeexital suuf si; te xool-leen, dinañu ñëw gaaw lool, ci gaaw-gu-yàggul. Esayi 5:25, 26.</w:t>
      </w:r>
    </w:p>
    <w:p>
      <w:pPr>
        <w:pStyle w:val="ArticleBody"/>
        <w:jc w:val="left"/>
      </w:pPr>
      <w:r>
        <w:rPr>
          <w:rFonts w:ascii="Times New Roman" w:hAnsi="Times New Roman" w:eastAsia="Times New Roman" w:cs="Times New Roman"/>
        </w:rPr>
        <w:t>Bi Yeesu gannaaw gi woyee woyu bi ci misaal, jeexitalam itam dafa wér te wóor noonu.</w:t>
      </w:r>
    </w:p>
    <w:p>
      <w:pPr>
        <w:pStyle w:val="ArticleScripture"/>
        <w:jc w:val="left"/>
      </w:pPr>
      <w:r>
        <w:rPr>
          <w:rFonts w:ascii="Times New Roman" w:hAnsi="Times New Roman" w:eastAsia="Times New Roman" w:cs="Times New Roman"/>
        </w:rPr>
        <w:t>Dégluleen beneen léeb: amoon na kenn ku moom kër, mu jëmbët toolu reseñ, wor ko paar, gas ci biiram pësu reseñ, tabax caa kër gu kawe, ba noppi jébbal ko ñi di beykat, dem réew mu sore. Bi waxtu meññ mi jegesi, mu yónni ay jaamam ca beykat ya, ngir ñu jot meññam. Waaye beykat ya jàpp ay jaamam, dóor kenn, rey keneen, sànni keneen ay doj. Mu dellu yónni yeneen jaam yu gën a bari ña ca njëkk ya; ñu def leen noonu itam. Waaye ci mujje ga mu yónni leen doomam, ne: “Dinañu ragal sama doom.” Waaye bi beykat ya gisee doom ji, ñu waxante seen biir ne: “Kii mooy ndonal; ñëwleen, na nu ko rey te nangu ndonalam.” Ñu jàpp ko, génne ko ci tool bi, rey ko. Kon nag bu boroom toolu reseñ ba ñëwee, lu mu nar a def beykat yooyu? Ñu ne ko: “Dina alag yàq nit ña bon yooyu, te dina jébbal toolam yeneen beykat yu koy delloo meññam ci seen waxtu.” Yeesu ne leen: “Ndax mënuleen a jàng mukk ci Mbind mi ne: ‘Doju bi tabaxkat ya bañoon, moomu moo doon doju koñ bi; lii ci Boroom bi la jóge, te lu yéeme la ci sunuy bët’? Looloo tax maa ngi leen koy wax, dees na jële ci yéen nguuru Yàlla, jox ko xeet wu meññam. Ku daanoo ci doj wii, dina damm; waaye ku mu daanee, dina ko xàjjal ba mu nekk pënd. Bi saraxalekat yu mag ya ak Farisen ya déggee ay léebam, ñu xam ne ci ñoom la doon wax.” Macë 21:33–45.</w:t>
      </w:r>
    </w:p>
    <w:p>
      <w:pPr>
        <w:pStyle w:val="ArticleBody"/>
        <w:jc w:val="left"/>
      </w:pPr>
      <w:r>
        <w:rPr>
          <w:rFonts w:ascii="Times New Roman" w:hAnsi="Times New Roman" w:eastAsia="Times New Roman" w:cs="Times New Roman"/>
        </w:rPr>
        <w:t>Kàggu Moomel fanweeñi-bés yi bu juróom-ñaareelu fan bi ci Lawodise du ndombo mi ñuy yëkkati. Toolu reseñ bi ci fan yu mujj yi, mi ñu misaale ak Israeel bu yàgg, mooy Kàggu Moomel fanweeñi-bés yi bu juróom-ñaareelu fan bi ci Lawodise; waaye am na xeet bu dina jur meññef mi ko yékkati ngir nekk njëkk-a-góob, te loolu mooy li ñetti fukki junni ak ñeent fukki junni ñaar yi nekk.</w:t>
      </w:r>
    </w:p>
    <w:p>
      <w:pPr>
        <w:pStyle w:val="ArticleScripture"/>
        <w:jc w:val="left"/>
      </w:pPr>
      <w:r>
        <w:rPr>
          <w:rFonts w:ascii="Times New Roman" w:hAnsi="Times New Roman" w:eastAsia="Times New Roman" w:cs="Times New Roman"/>
        </w:rPr>
        <w:t>Ñooñu la ñi ñuuluwul ak jigéen; ndaxte ñoom ay janq lañu. Ñooñu la ñiy topp Gàmmu ga fu mu dem fépp. Ñooñu la ñu joti ci biir nit ñi, ngir doon njëkk mbuuru yi ñeel Yàlla ak Gàmmu ga. Peeñu 14:4.</w:t>
      </w:r>
    </w:p>
    <w:p>
      <w:pPr>
        <w:pStyle w:val="ArticleBody"/>
        <w:jc w:val="left"/>
      </w:pPr>
      <w:r>
        <w:rPr>
          <w:rFonts w:ascii="Times New Roman" w:hAnsi="Times New Roman" w:eastAsia="Times New Roman" w:cs="Times New Roman"/>
        </w:rPr>
        <w:t>Ni ñuyir la leen di jëfandikoo ndax dugal goop gu mujji gi. Mbooloom Laodise buy Eglis Adventist bu Besub Juróom-ñaareelu fan bi mooy tool ba bañee doj wi ñu tabax kese bi, maanaam juróom-ñaari yooni Musaa. Dale ci foofa, mu nekk wàcc gu ndank-ndank jëm ci lëndëm gu gëna gëna tar. Ñuyir li dina doon “reenu Jese.” Reenu Jese, walla Daawuda, dafay tegu ci dëgg gu gën a mujje gi Yeesu waxoon Yawut yi yu bëggoon werante ca jamonoom. Muy màndargaab njariñu Alfa ak Omega, mi beykat yu déggadi yi, ci Israaël bu yàgg ba ak bu tey, bañ a xam.</w:t>
      </w:r>
    </w:p>
    <w:p>
      <w:pPr>
        <w:pStyle w:val="ArticleScripture"/>
        <w:jc w:val="left"/>
      </w:pPr>
      <w:r>
        <w:rPr>
          <w:rFonts w:ascii="Times New Roman" w:hAnsi="Times New Roman" w:eastAsia="Times New Roman" w:cs="Times New Roman"/>
        </w:rPr>
        <w:t>Te ca bés boobu, dina am reen gu Jesse, buy taxaw ni mbàkkaayu askan wi; xeeti mbëdd yi dinañu ko seet: te nopalu am dina tedd ngalam. Esayi 11:10.</w:t>
      </w:r>
    </w:p>
    <w:p>
      <w:pPr>
        <w:pStyle w:val="ArticleBody"/>
        <w:jc w:val="left"/>
      </w:pPr>
      <w:r>
        <w:rPr>
          <w:rFonts w:ascii="Times New Roman" w:hAnsi="Times New Roman" w:eastAsia="Times New Roman" w:cs="Times New Roman"/>
        </w:rPr>
        <w:t>Sëriñ Buur ak James White wax nañu leer ne ci atum 1856, xarekat gi nekkon Laodise; kon kañ la moom joxee ne mbooloom gi dafa mës a nangu ndigël bi ñeel waa Laodise? Mukk defu ko wax. Njuumte ji jëkk ci nun mooy nangu wax ji ne mbooloom Àddinaat yu Bés ba Ñetteelu fan yi nekk na mbooloo mu daan di jot ndam bi muy jaar ci nettali jamono yi. Dëgg-dëgg, lu ci waral mooy lu juubul ci giir gu xees. Bu nu nangee ginnaaw xalaat bu jëkk boobu buy njuumte, sunuy bët dañuy tëj ci dëgg-yoon yu yonent yi di jàngal lu ko weddi. Lu mel ni, Sëriñ Buur dafa faral di wax baax ne jaar-jaaru Israeel gu yàgg gi, te moom nekkon Israeel gu dëgg ci wàllu yaram, mooy firndeel xam-xam ak jaar-jaaru Israeel gu bees gi, te moom nekkon gu xel ci wàllu ruu. Yeesal yi bari, bu muy tudd Israeel gu yàgg gi ne mooy misaal bi ñeel Israeel gu bees gi, dafa faral itam di dénk waxu rasuul Pool ju siiw ci mbir moomu.</w:t>
      </w:r>
    </w:p>
    <w:p>
      <w:pPr>
        <w:pStyle w:val="ArticleScripture"/>
        <w:jc w:val="left"/>
      </w:pPr>
      <w:r>
        <w:rPr>
          <w:rFonts w:ascii="Times New Roman" w:hAnsi="Times New Roman" w:eastAsia="Times New Roman" w:cs="Times New Roman"/>
        </w:rPr>
        <w:t>Léegi yépp xewnañu ci ñoom ngir nekk misaal; te bindees nañu leen ngir sunu xelal, nun ñi mujjug àddina wi dikkal. 1 Korent 10:11.</w:t>
      </w:r>
    </w:p>
    <w:p>
      <w:pPr>
        <w:pStyle w:val="ArticleBody"/>
        <w:jc w:val="left"/>
      </w:pPr>
      <w:r>
        <w:rPr>
          <w:rFonts w:ascii="Times New Roman" w:hAnsi="Times New Roman" w:eastAsia="Times New Roman" w:cs="Times New Roman"/>
        </w:rPr>
        <w:t>Ndawul Yàlla Pool ci sarax 11 mi dafa di wàññi wax ji ñëw ci fukki sarax yu jiitu.</w:t>
      </w:r>
    </w:p>
    <w:p>
      <w:pPr>
        <w:pStyle w:val="ArticleScripture"/>
        <w:jc w:val="left"/>
      </w:pPr>
      <w:r>
        <w:rPr>
          <w:rFonts w:ascii="Times New Roman" w:hAnsi="Times New Roman" w:eastAsia="Times New Roman" w:cs="Times New Roman"/>
        </w:rPr>
        <w:t>Kon bokk yi, bëgguma ngeen bañ a xam ne sunuy baay yépp nekkoon nañu ci suux bi, te ñépp jaar nañu géej gi; te ñépp sóobees nañu ci Musaa ci suux bi ak ci géej gi; te ñépp lekk nañu benn lekk gu xel mu Sell gi; te ñépp naan nañu benn naan gu xel mu Sell gi; ndaxte naan nañu ci Doj wu xel mu Sell wi doon topp leen; te Doj woowu mooy Kirist. Waaye Yàlla neexulwoon ci ñu bare ci ñoom; ndaxte daanu nañu ci màndiŋ ma. Léegi mbir yii nekk nañu sunuy misaal, ngir bañ noo bëgg lu bon, ni ñoom itam bëggoon ko. Bu ngeen bokk ci jaamu xërëm, ni ci ñoom ñenn bokkoon ko; ndaxte bindees na ne: “Xeet wi toog na ngir lekk ak naan, te ñu jóg ngir fo.” Bu nu def itam njaaloo, ni ci ñoom ñenn def ko, ba ñu daanu ci benn bés ñaar-fukk ak ñetti junni. Bu nu itam nattu Kirist, ni ci ñoom ñenn nattuwee ko, ba ñu alkande yàqa leen. Bu ngeen itam ñaawlu, ni ci ñoom ñenn ñaawloo, ba Aji Rey ji rey leen. 1 Korent 10:1–10.</w:t>
      </w:r>
    </w:p>
    <w:p>
      <w:pPr>
        <w:pStyle w:val="ArticleBody"/>
        <w:jc w:val="left"/>
      </w:pPr>
      <w:r>
        <w:rPr>
          <w:rFonts w:ascii="Times New Roman" w:hAnsi="Times New Roman" w:eastAsia="Times New Roman" w:cs="Times New Roman"/>
        </w:rPr>
        <w:t>Pool ak Rakku White jëfandikuwuñu Israayil gu njëkk ngir melokaanu nit ñi am ndam te jub. Lu juut ci loolu la. Pool dafa kokku fukk aaya yu jëkk ya ci aaya fukk ak benn, te ci aaya bi ci topp mooy wax njàng mi jaar-jaaru Israayil gu njëkk war a yóbbu ci ñi dinañu gis.</w:t>
      </w:r>
    </w:p>
    <w:p>
      <w:pPr>
        <w:pStyle w:val="ArticleScripture"/>
        <w:jc w:val="left"/>
      </w:pPr>
      <w:r>
        <w:rPr>
          <w:rFonts w:ascii="Times New Roman" w:hAnsi="Times New Roman" w:eastAsia="Times New Roman" w:cs="Times New Roman"/>
        </w:rPr>
        <w:t>Kon ku ko xalaat ne taxaw na, na moytu ngir mu bañ a daanu. 1 Korent 10:12.</w:t>
      </w:r>
    </w:p>
    <w:p>
      <w:pPr>
        <w:pStyle w:val="ArticleBody"/>
        <w:jc w:val="left"/>
      </w:pPr>
      <w:r>
        <w:rPr>
          <w:rFonts w:ascii="Times New Roman" w:hAnsi="Times New Roman" w:eastAsia="Times New Roman" w:cs="Times New Roman"/>
        </w:rPr>
        <w:t>Israël gu mag di nu melokaanu nit ñu Yàlla woo, nit ñu Yàlla jiite, nit ñu matal yonent yi Yàlla waxoon, te di nax Yàlla ci bépp jéego yu ñuy dox, ba ci mujje ñu daaj Bantukat asamaan ak suuf! Adventiste yi amuñu jafe-jafe benn ci nangu dëgg yooyu ci mbirum Israël gu mag; waaye yu bari sax, duñu may ndigalu waare boobu mu jàll ci seen gumba gu Laodise. Mën nañu tudd ndaje yi mu nekk ci bind yi fa Sœur White jàppale jàngale ne kerk bi mooy doom gët Yàlla, te noonu la; waaye bëgg-bëggu Yàlla ngir ay nitam du sànni mbubb ci seen dëgg-dëgg xaalis. Ñi Mu bëgg, da leen di yedd ak yar. Na mu tollu ci ne, kerk Yàlla mooy doom gët Yàlla, Yeesu dafa dagg dëgg bu leer ba mat ngir wone noone la doon ci digganteem ak doom gët boobu, doom gëtam.</w:t>
      </w:r>
    </w:p>
    <w:p>
      <w:pPr>
        <w:pStyle w:val="ArticleScripture"/>
        <w:jc w:val="left"/>
      </w:pPr>
      <w:r>
        <w:rPr>
          <w:rFonts w:ascii="Times New Roman" w:hAnsi="Times New Roman" w:eastAsia="Times New Roman" w:cs="Times New Roman"/>
        </w:rPr>
        <w:t>Yaw Yerusalem, Yerusalem, yaw mi di rey yonent yi, te xeer ñi ñu yónni ci yaw; naka laa bëggé woon ñu dajale sa doom yi benn, ni ginaar di dajale ay njuramam ci suuf i laafam, waaye yéen bëgguleen! Seetal, seen kër dañu koy bàyyi ci yéen mu nekk màndiŋ: te dëgg-dëgg maa ngi leen koy wax, dungeen ma gis ba kera bi ngeen di wax ne, Ku barkeel mooy ki ñëw ci turu Boroom bi. Luug 13:34, 35.</w:t>
      </w:r>
    </w:p>
    <w:p>
      <w:pPr>
        <w:pStyle w:val="ArticleBody"/>
        <w:jc w:val="left"/>
      </w:pPr>
      <w:r>
        <w:rPr>
          <w:rFonts w:ascii="Times New Roman" w:hAnsi="Times New Roman" w:eastAsia="Times New Roman" w:cs="Times New Roman"/>
        </w:rPr>
        <w:t>War naa laaj ñi ne: “Ndax Yeesu dafa dëggu di wone mujj gi ak tàmbali gi? Ndax Israayil bu yàgg ba tey mooy dëgg-dëgg misaalal Israayil bu jamono jii?” Jafe-jafe bi nekkoon ci Israayil bu yàgg ba tey ci seen jaar-jaar bépp mooy ne, dañoo gëm ne seen cosaan mooy firndeel ne ñoom mooy askanu Yàlla, te moo tax ñu doon fàtte ne kenn du ñu man a nekk ludul askanu Yàlla. Looloo tax ci jamonoy Yeremi ñu doon wax ne ñoom mooy kër Yàlla gi.</w:t>
      </w:r>
    </w:p>
    <w:p>
      <w:pPr>
        <w:pStyle w:val="ArticleScripture"/>
        <w:jc w:val="left"/>
      </w:pPr>
      <w:r>
        <w:rPr>
          <w:rFonts w:ascii="Times New Roman" w:hAnsi="Times New Roman" w:eastAsia="Times New Roman" w:cs="Times New Roman"/>
        </w:rPr>
        <w:t>Kàddu gi Yàlla joxoon Yeremi ci wax ne: “Taxaw ci bunt kër Yàlla gi, te yégle foofa kàddu gii, nga wax ne: Dégluleen kàddug Aji Sax ji, yéen ñépp waa Yuda, yiy dugg ci bunt yii ngir jaamu Aji Sax ji. Nii la Boroom gàngoor yi, Yàllay Israayil, wax: Soppi leen seen yoon ak seen jëf, te dinaa leen bàyyi ngeen dëkk fii. Buleen wéeru ci wax yu fen, di wax ne: ‘Këru Aji Sax ji, këru Aji Sax ji, këru Aji Sax ji, mooy yii.’” Yeremi 7:1–4.</w:t>
      </w:r>
    </w:p>
    <w:p>
      <w:pPr>
        <w:pStyle w:val="ArticleBody"/>
        <w:jc w:val="left"/>
      </w:pPr>
      <w:r>
        <w:rPr>
          <w:rFonts w:ascii="Times New Roman" w:hAnsi="Times New Roman" w:eastAsia="Times New Roman" w:cs="Times New Roman"/>
        </w:rPr>
        <w:t>Nax xel moomu la Yonent bi itam taxawal ci kaw.</w:t>
      </w:r>
    </w:p>
    <w:p>
      <w:pPr>
        <w:pStyle w:val="ArticleScripture"/>
        <w:jc w:val="left"/>
      </w:pPr>
      <w:r>
        <w:rPr>
          <w:rFonts w:ascii="Times New Roman" w:hAnsi="Times New Roman" w:eastAsia="Times New Roman" w:cs="Times New Roman"/>
        </w:rPr>
        <w:t>Te ñu sóob ci ndoxal Yordan, di wax seeni bàkkaar. Waaye bi mu gis nee bare ci Farisen yi ak Sàdusen yi ñëw nañu ci ngir ñu sóob leen, mu ne leen: Yéen sëtlu ñeent, kan moo leen artu ngir ngeen daw merum Yàlla miy ñëw? Kon nag, jurleen ay meññef yu yelloo ak tuub seeni bàkkaar. Te buleen xalaat ci seen xol ne: “Ibraayma mooy sunu baay.” Ndax maa ngi leen koy wax, Yàlla man na ci doj yii saxal ay doom yu Ibraayma. Te léegi it, baaxaay bi teg na ba ca rootu garab yi; moo tax bépp garab gu jurul meññef mu baax, dees na ko dagg, sànni ko ci safara. Macë 3:6–10.</w:t>
      </w:r>
    </w:p>
    <w:p>
      <w:pPr>
        <w:pStyle w:val="ArticleBody"/>
        <w:jc w:val="left"/>
      </w:pPr>
      <w:r>
        <w:rPr>
          <w:rFonts w:ascii="Times New Roman" w:hAnsi="Times New Roman" w:eastAsia="Times New Roman" w:cs="Times New Roman"/>
        </w:rPr>
        <w:t>Xam-xam njàngaan gu jubadi gi ci biir Adwantis ma ñu misaale ak wax ji ne: “Nun, dunu kër Yàlla,” ak ne nun mooy “askanu” Ibraayma ju xel, mooy ndigal gu njëkk gi gën a fésal gumba gu Lawdise.</w:t>
      </w:r>
    </w:p>
    <w:p>
      <w:pPr>
        <w:pStyle w:val="ArticleScripture"/>
        <w:jc w:val="left"/>
      </w:pPr>
      <w:r>
        <w:rPr>
          <w:rFonts w:ascii="Times New Roman" w:hAnsi="Times New Roman" w:eastAsia="Times New Roman" w:cs="Times New Roman"/>
        </w:rPr>
        <w:t>«Yàlla di yónni ay ndawam ngir wax askanam li ñu war a nekk ak li ñu war a def ngir déggal ay yoonam yu njub, te su nit ki ko defee, dina dund itam ci ñoom. Ñu war a sopp Yàlla gën lépp, te bañ a am yeneen yàlla ci kanamam; te itam ñu war a bëgg seen moroom ni ñuy bëgge seen bopp, di ko defal li ñu bëggkoon mu defal leen.»</w:t>
      </w:r>
    </w:p>
    <w:p>
      <w:pPr>
        <w:pStyle w:val="ArticleScripture"/>
        <w:jc w:val="left"/>
      </w:pPr>
      <w:r>
        <w:rPr>
          <w:rFonts w:ascii="Times New Roman" w:hAnsi="Times New Roman" w:eastAsia="Times New Roman" w:cs="Times New Roman"/>
        </w:rPr>
        <w:t>“Benn xonntu benn tomb bu yaram ci yoonu Yàlla ju sell ji waruñu koo seetaan ak yàqute mbaa ak ñàkka wormaal. Ñi moytu benn wax ju ne: ‘Nii la Boroom bi wax,’ ñu ngi ci suuf sañseelu buur bu lëndëm bi, di jéemaal seeni Bindu ak seeni Jotalkat. Ñu ngi bëgg a moom diggante yi ñu jox ñi déggal, di wax naan: Kër Yàlla gi, kër Yàlla gi la nu doon, fekk di ñàkkal Yàlla ndam ci li ñuy wonee ay mbir yu dul dëgg ci jikkoom, ci defati lu mu leen tere woon ñu def. Ñu ngi taxawal ab nataal bu Yàlla joxeewul. Seen misaal di réeral nit ñi, seen jëfandikoo di yàq. Duñu leer yi ci addina, ndaxte toppuñu jamono yi njub.”</w:t>
      </w:r>
    </w:p>
    <w:p>
      <w:pPr>
        <w:pStyle w:val="ArticleScripture"/>
        <w:jc w:val="left"/>
      </w:pPr>
      <w:r>
        <w:rPr>
          <w:rFonts w:ascii="Times New Roman" w:hAnsi="Times New Roman" w:eastAsia="Times New Roman" w:cs="Times New Roman"/>
        </w:rPr>
        <w:t>“Nit ñu mëna wonul Yàlla ngóor-góorlu gu gën a màgg lu ëpp bañ a sàmm leer gi Mu leen yónnee. Ñi def loolu dañuy réerloo ñi xamul dara, ndaxte dañuy taxawal màndargay yoon yu dul dëgg. Saa su nekk dañuy jeng pureesip yu sell yi....”</w:t>
      </w:r>
    </w:p>
    <w:p>
      <w:pPr>
        <w:pStyle w:val="ArticleScripture"/>
        <w:jc w:val="left"/>
      </w:pPr>
      <w:r>
        <w:rPr>
          <w:rFonts w:ascii="Times New Roman" w:hAnsi="Times New Roman" w:eastAsia="Times New Roman" w:cs="Times New Roman"/>
        </w:rPr>
        <w:t>“Ci waxi Mbind mi yu sell na nu leer lu war li tax yàquute agsi ci xeetu Yawut yi. Am nañu woon leer gu mag, barke yu bare, ak yokkute gu yéeme. Waaye dañu feeñ ne ñooy ñàkk kóllëre ci li ñu dénk. Dañu wóorul woon te sax ci sàmm toolub reseñ bi Boroom bi moom, mbaa jox Ko meññentam. Dañu doxoon ni ku nekkul Yàlla, te moo tax musiba dikk ci seen kaw.” Manuscript Releases, volume 14, 343–345.</w:t>
      </w:r>
    </w:p>
    <w:p>
      <w:pPr>
        <w:pStyle w:val="ArticleBody"/>
        <w:jc w:val="left"/>
      </w:pPr>
      <w:r>
        <w:rPr>
          <w:rFonts w:ascii="Times New Roman" w:hAnsi="Times New Roman" w:eastAsia="Times New Roman" w:cs="Times New Roman"/>
        </w:rPr>
        <w:t>Israyel dafa gëm ne ndax Yàlla tànn na leen ca njëlbéenu seen jaar-jaar, kon dañuy sax ba fàww ci nekk ay nitam yu Mu tànn. Lu gëna metti mooy ne itam dañoo gëm ne ndax ay nitam yu Mu tànn lañu, Mu di leen teral, doonte bañu ko teral. Ci waxu yonent yi, dañoo doon ay nitam yu Mu tànn ba keraata bu ñu sàccoo ak Moom, waaye mukk doonuñu nit ñi Yàlla bëggoon ñu nekk. Njubtegu nit ñi Yàlla tànn duñu ko dogal ci li ñoom seen bopp di foog ne ñoom a doon. Israyel gu yàgg gi mooy misaal mu njëkk ci njël Mbooloom Askandareel bu Juróom-ñaareelu Bes, waaye bu ñu nanguwee taxawaay bu dul dëgg ne ñoo ngi feeñal ñi téeméeri ñent fukki junni ak ñent fukk ñi ci mujjug àddina, gumbug Laodise dee feeñ, ni gu Israyel gu yàgg ga. Askandareel gi gëm na te jàngale ne ñoom ñooy nit ñi Yàlla desal ci mujjug àddina, doonte am na firnde yu leer yu koy weddi.</w:t>
      </w:r>
    </w:p>
    <w:p>
      <w:pPr>
        <w:pStyle w:val="ArticleBody"/>
        <w:jc w:val="left"/>
      </w:pPr>
      <w:r>
        <w:rPr>
          <w:rFonts w:ascii="Times New Roman" w:hAnsi="Times New Roman" w:eastAsia="Times New Roman" w:cs="Times New Roman"/>
        </w:rPr>
        <w:t>Li nu jege ba jotu yoonub nat yi, ndeggo bi ñuy yónnee nit ñi dëkk Laodise yi war na gëna metti te jub. Bu ñu bañee bàyyi taxawaay bu dul dëgg boobu ngir dëgg gi, kon misaal yi ci Aaróon, Jeroboam ak 1863 dañuy nëbbu ci suuful cosaan ak aaday. Jotu yoonub nat bi jege na lool ba maneesulati dellu nëbbu ci suuful boobu.</w:t>
      </w:r>
    </w:p>
    <w:p>
      <w:pPr>
        <w:pStyle w:val="ArticleScripture"/>
        <w:jc w:val="left"/>
      </w:pPr>
      <w:r>
        <w:rPr>
          <w:rFonts w:ascii="Times New Roman" w:hAnsi="Times New Roman" w:eastAsia="Times New Roman" w:cs="Times New Roman"/>
        </w:rPr>
        <w:t>Te mooy li mooy lii: leer gi ñëw na ci àddina, waaye nit ñi gën a bëgg lëndëm leer, ndaxte seen jëf yu bon lañu doon. Ndaxte képp ku def lu bon, bañ na leer te du ñëw ci leer, ngir bañ ñu xëcc ay jëfam. Yowaana 3:19, 20.</w:t>
      </w:r>
    </w:p>
    <w:p>
      <w:pPr>
        <w:pStyle w:val="ArticleBody"/>
        <w:jc w:val="left"/>
      </w:pPr>
      <w:r>
        <w:rPr>
          <w:rFonts w:ascii="Times New Roman" w:hAnsi="Times New Roman" w:eastAsia="Times New Roman" w:cs="Times New Roman"/>
        </w:rPr>
        <w:t>Jaar-jaaróo wàññi ak dénkandoo yi ci biir Adventisme, Yàlla topp na ko ci Kàddug waxam gu yonent. Loolu mooy dëggu gu yonent. Njëkk a firndeel loolu mooy Israayil bu yàgg ba noppi. Israayil bu yàgg ba noppi mooy jaar-jaaru ngëmadi ak jéggi-jéggiy dënkandoo, teewul Biibël ak Xel mu Sell mi ci Yonent yi di jàngale ne Israayil bu yàgg ba noppi dafa mel ni Israayil bu bees. Naka la metti, waaye déggal dëgg bii mënu ko a gën a am solo léegi ni ci jamono jii nu nekk. Li ñuy ubbi ci Palu Yeesu Kirist mooy ne jaar-jaaru Adventisme, ci ni mu doon bët bu Protestant, dafa dox and ak jaar-jaaru bët bu Republican. Ñaari bët yi ñuy joxe seen bopp seede su ñaareel; te bañ a gis kenn ci seede yi ni mu ware, ci benn yoon boobu sax, dafa tere ñu xamene seede ba ca des.</w:t>
      </w:r>
    </w:p>
    <w:p>
      <w:pPr>
        <w:pStyle w:val="ArticleBody"/>
        <w:jc w:val="left"/>
      </w:pPr>
      <w:r>
        <w:rPr>
          <w:rFonts w:ascii="Times New Roman" w:hAnsi="Times New Roman" w:eastAsia="Times New Roman" w:cs="Times New Roman"/>
        </w:rPr>
        <w:t>Rëkku Aaróon, Jeroboam ak 1863 dañuy jëfandikoo tàmbali Israayil bu xelum tey ji, te ci def loolu dañuy jëfandikoo itam tàmbali wàll wa Republicain. Yëgleelub ñetteelu malaaka mi mooy artu ngir bañ a nangu màndargabu rab wi. États-Unis moo njëkk a jël ab yoonu Dibéer, gannaaw ga mu ga forcé àddina bépp ngir def noonu itam.</w:t>
      </w:r>
    </w:p>
    <w:p>
      <w:pPr>
        <w:pStyle w:val="ArticleScripture"/>
        <w:jc w:val="left"/>
      </w:pPr>
      <w:r>
        <w:rPr>
          <w:rFonts w:ascii="Times New Roman" w:hAnsi="Times New Roman" w:eastAsia="Times New Roman" w:cs="Times New Roman"/>
        </w:rPr>
        <w:t>“Xeeti réew yu nekk ci bitim réew dinañu topp royukaayu États-Unis. Doonte mooy jiitu, waaye benn jafe-jafe boobu dina dal sunu nit ñi ci bépp xëtu àddina.” Testimonies, volume 6, 395.</w:t>
      </w:r>
    </w:p>
    <w:p>
      <w:pPr>
        <w:pStyle w:val="ArticleBody"/>
        <w:jc w:val="left"/>
      </w:pPr>
      <w:r>
        <w:rPr>
          <w:rFonts w:ascii="Times New Roman" w:hAnsi="Times New Roman" w:eastAsia="Times New Roman" w:cs="Times New Roman"/>
        </w:rPr>
        <w:t>Dëgg-dëgg gu yëgle ci jafe-jafe yoonu dibéer bi maneesuñu leen a xàjjal ak liggéeyu États-Unis. Rab wu suuf wi ci Peeñu Yàlla ñett-fukki ak ñett mooy juróomeel bennoo nguur gi ci waxi yonent yi ci Biibël, te muy nguuru juróom-ñaar-fukk at yu yonent yi, ni ko Esayi ñaar-fukk ak ñett waxe. Moomu rab wu suuf la buy am ñaari geñ. Dëgg yi jëm ci diggante ñaari geñ yooyu, léegi dañuy ubbeeku, waaye ñi tann a xam rekk lañuy feeñal, ñoom ñi nangu ne Yeesu mooy matal ubbeekug Peeñu Yeesu Kirist ci jëfandikoo tàmbale ab mbir ngir melal mujjug ab mbir.</w:t>
      </w:r>
    </w:p>
    <w:p>
      <w:pPr>
        <w:pStyle w:val="ArticleBody"/>
        <w:jc w:val="left"/>
      </w:pPr>
      <w:r>
        <w:rPr>
          <w:rFonts w:ascii="Times New Roman" w:hAnsi="Times New Roman" w:eastAsia="Times New Roman" w:cs="Times New Roman"/>
        </w:rPr>
        <w:t>Etazini tambalee woon ne juróom-benn bu njëkk ci kàddu wax ju Yàlla ci atum 1798, te ci juróom-benn-fukk ak juróom at yi topp, ñaari weñ yi waroon ànd ak seeni yoon ci jaar-jaari mboolem seeni jamono, ñu samp leen ci benn taxawaay bu maneesa xàm, waaye ngir ñi bëgg a gis rekk. Juróom-benn-fukk ak juróom at yi ñu wax ci Isaaya saar 7, tambalee woon nañu ci 742 lu jiitu Kirist te jeex ci 677 lu jiitu Kirist. Tàmbalee ci 1798 ba ci 1863, at yooyu dellu nañu. Juróom-benn-fukk ak juróom at yooyu dañuy tektal benn yoonu jafe-jafe ci ñaari weñ yépp.</w:t>
      </w:r>
    </w:p>
    <w:p>
      <w:pPr>
        <w:pStyle w:val="ArticleBody"/>
        <w:jc w:val="left"/>
      </w:pPr>
      <w:r>
        <w:rPr>
          <w:rFonts w:ascii="Times New Roman" w:hAnsi="Times New Roman" w:eastAsia="Times New Roman" w:cs="Times New Roman"/>
        </w:rPr>
        <w:t>Ci atum 1863, jamono bu njëkk ci fan yu wax ci yonent yi, di “fan-i benn buur” yi nekk ci Esayi ñaar-fukk ak ñett, dafa jeexoon; te ci loolu mu tabax xët yu njëkk yi ci waxu yonent bi ngir jamono bu mujj gi, di “fan-i benn buur.” Jeexital juróom-ñaar-fukk ak fukk yi ci misaalu Esayi ñaar-fukk ak ñett, ñetti at yu njëkk ak juróom benn-fukk la ko leerale. 1863 ba ci waxtu mujj ga ci 1989, mooy jamonoy kërkug Adventiste bu Laodise; moo tàmbalee ci yëngu-yëngu Millerite te mu jeex ci yëngu-yëngu ñetti téeméer ak ñeent-fukk ak ñeent ñaar. Ngir nu man a xam jamono bi ci mujj, war na nu xam jamono bi ci njàlbéen ga. Adventisme manul def loolu, ndaxte njàlbéenam marke na ko bañ gi mu bañee waatug Musaa, mi xamale ñaari at yu juróom benn-fukk ak juróom yi sax, yi di wone njàlbéen ak mujjug Adventisme ak États-Unis.</w:t>
      </w:r>
    </w:p>
    <w:p>
      <w:pPr>
        <w:pStyle w:val="ArticleBody"/>
        <w:jc w:val="left"/>
      </w:pPr>
      <w:r>
        <w:rPr>
          <w:rFonts w:ascii="Times New Roman" w:hAnsi="Times New Roman" w:eastAsia="Times New Roman" w:cs="Times New Roman"/>
        </w:rPr>
        <w:t>Loolu tax, te loolu mooy benn sabab bu am solo lool, mbind mi jéem na tabax benn dëggu waxu yonent bu Léebu gi ci xeetu Yuda di ubbi léegi. Dëgg googu mooy ne, su fekkee ne bëggoo nangoo ne mbooloom Seventh-day Adventist baax na woon saa su nekk ci xaalis bu Laodicea, kon ci yoonu xel dinga manul séddale bu jub jaar-jaari Adventism; te su fekkee ne jaar-jaari Adventism séddalewu ko bu jub, dinga manul xàmmee bu jub baaraam bu Republicanism.</w:t>
      </w:r>
    </w:p>
    <w:p>
      <w:pPr>
        <w:pStyle w:val="ArticleScripture"/>
        <w:jc w:val="left"/>
      </w:pPr>
      <w:r>
        <w:rPr>
          <w:rFonts w:ascii="Times New Roman" w:hAnsi="Times New Roman" w:eastAsia="Times New Roman" w:cs="Times New Roman"/>
        </w:rPr>
        <w:t>Ndax bu ñu rëccoo ba noppi ci sobeg àddina, jaarale ko ci xam-xamu Boroom bi ak Musalkat bi, Yeesu Kirist, te ñu delluwaat a lëmb ci yooyu ba ñu nottiku, seen mujj gën a bon seen njàlbéen. Ndaxte gën a baaxoon ci ñoom bañ a xam yoonu njub, gannaaw bi ñu ko xamee, mu nekk ñu dëddu ndigalu sell bi ñu jébbaloon. Waaye li xew ci ñoom moo dëpp ak léebu dëgg bi ne: “Xaj bi delluwaat na ca ay gaafam; te bëy bu ñu sangu woon, delluwaat na di ropp ci banquas.” 2 Piyeer 2:20–22.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Eliya — Limu fukk ak bennweel</dc:title>
  <dc:subject>Njuumte bu njëkk bi</dc:subject>
  <dc:creator>Jeff Pippenger</dc:creator>
  <cp:keywords/>
  <dc:description>Generated by ArticleDigger from elijah\11_elijah.json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