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Ëllëg bu Amerika ak 18 Sulet 2020 - Limu Juróom</w:t>
      </w:r>
    </w:p>
    <w:p>
      <w:pPr>
        <w:pStyle w:val="ArticleSubtitle"/>
        <w:jc w:val="left"/>
      </w:pPr>
      <w:r>
        <w:rPr>
          <w:rFonts w:ascii="Arial" w:hAnsi="Arial" w:eastAsia="Arial" w:cs="Arial"/>
        </w:rPr>
        <w:t>Màndarga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Yéen ñépp a dëkk àddina, te di waa suuf si, gisleen bu muy yékkati bannéer ci tundu yi; te bu muy wol liit, déggleen. Isaaya 18:3.</w:t>
      </w:r>
    </w:p>
    <w:p>
      <w:pPr>
        <w:pStyle w:val="ArticleBody"/>
        <w:jc w:val="left"/>
      </w:pPr>
      <w:r>
        <w:rPr>
          <w:rFonts w:ascii="Times New Roman" w:hAnsi="Times New Roman" w:eastAsia="Times New Roman" w:cs="Times New Roman"/>
        </w:rPr>
        <w:t>ndaw liñu wone ni mooy Eliya, di yégle bataaxal bi ñu tektalee ci Musaa, ñu rey ko ci mbedd yi ak rab gu jóge ci xott bu amul suufu. Gannaaw ba ñu ko door ba daanu diir bu ñu tektalee ci “rëbb” gi Musaa wax, mooy “tasare gi” ci Sarxal wi 26, Xel mu Sell mi dugg ci seen yaram yu dee yi jaarale ko ci Kàddug Yàlla. Noonu ñu taxawaat, te gannaaw loolu ñu yéeg ba dem asamaan. Bataaxal bu ñu tektalee ne mu ngi ci asamaan mooy xibaar bu baax bu fàwwgubaay bi ñetti malaaka yi.</w:t>
      </w:r>
    </w:p>
    <w:p>
      <w:pPr>
        <w:pStyle w:val="ArticleScripture"/>
        <w:jc w:val="left"/>
      </w:pPr>
      <w:r>
        <w:rPr>
          <w:rFonts w:ascii="Times New Roman" w:hAnsi="Times New Roman" w:eastAsia="Times New Roman" w:cs="Times New Roman"/>
        </w:rPr>
        <w:t>Noonu gis ma beneen malaaka mu ngiyaw ci biir asamaan, yor xebaar bu baax bu fàww ba fàww ngir waare ko ñi dëkk ci suuf si, ak xeet wu nekk, ak giir gu nekk, ak làkk wu nekk, ak askan wu nekk. Peeñu Yàlla 14:6.</w:t>
      </w:r>
    </w:p>
    <w:p>
      <w:pPr>
        <w:pStyle w:val="ArticleBody"/>
        <w:jc w:val="left"/>
      </w:pPr>
      <w:r>
        <w:rPr>
          <w:rFonts w:ascii="Times New Roman" w:hAnsi="Times New Roman" w:eastAsia="Times New Roman" w:cs="Times New Roman"/>
        </w:rPr>
        <w:t>Balaa Iliyas ak Muusaa yéeg ci asamaan, dañuy njëkk taxaw ci seen tànk.</w:t>
      </w:r>
    </w:p>
    <w:p>
      <w:pPr>
        <w:pStyle w:val="ArticleScripture"/>
        <w:jc w:val="left"/>
      </w:pPr>
      <w:r>
        <w:rPr>
          <w:rFonts w:ascii="Times New Roman" w:hAnsi="Times New Roman" w:eastAsia="Times New Roman" w:cs="Times New Roman"/>
        </w:rPr>
        <w:t>Gannaaw fan yu ñatt ak genn-wàll, Noonu dund gu jóge ca Yàlla dugg ci ñoom, te ñu taxaw ci seen tànk; te ragal gu réy dal ci ñi leen gisoon. Te ñu dégg baat bu réy bu jóge asamaan ne leen: “Yéegleen fii.” Noonu ñu yéeg ca asamaan ci niir; te seen noon yi gis leen. Peeñu Yi 11:11, 12.</w:t>
      </w:r>
    </w:p>
    <w:p>
      <w:pPr>
        <w:pStyle w:val="ArticleBody"/>
        <w:jc w:val="left"/>
      </w:pPr>
      <w:r>
        <w:rPr>
          <w:rFonts w:ascii="Times New Roman" w:hAnsi="Times New Roman" w:eastAsia="Times New Roman" w:cs="Times New Roman"/>
        </w:rPr>
        <w:t>Bépp yonent yépp déggoo ak yonent yi ci seen diggante, te ñoom ñépp dajaloo nañu ci téereb Peeñ gi. Téereb Esekiyel jàngale ne bu Xel bi duggée ci nit ñi, dañuy taxaw ci seen tànk.</w:t>
      </w:r>
    </w:p>
    <w:p>
      <w:pPr>
        <w:pStyle w:val="ArticleScripture"/>
        <w:jc w:val="left"/>
      </w:pPr>
      <w:r>
        <w:rPr>
          <w:rFonts w:ascii="Times New Roman" w:hAnsi="Times New Roman" w:eastAsia="Times New Roman" w:cs="Times New Roman"/>
        </w:rPr>
        <w:t>Noonu ma ne ma: Doomu nit ki, taxawal ci sa tànk, te dinaa wax ak yaw. Te Xelum gi dugg ci man bi mu doon wax ak man, te taxawal ma ci sama tànk, ba ma dégg ki doon wax ak man. Ezekiel 2:1, 2.</w:t>
      </w:r>
    </w:p>
    <w:p>
      <w:pPr>
        <w:pStyle w:val="ArticleBody"/>
        <w:jc w:val="left"/>
      </w:pPr>
      <w:r>
        <w:rPr>
          <w:rFonts w:ascii="Times New Roman" w:hAnsi="Times New Roman" w:eastAsia="Times New Roman" w:cs="Times New Roman"/>
        </w:rPr>
        <w:t>Esekiyel dafa tekki nit Yàlla yi ci “bés yu mujj yi” yu dee, waaye déggu nañu waxu Yàlla, te jote gu ñu jot ci Kàddug Yàlla indi ndëwënug Xelum Sell mi, ba noppi ñu taxaw ci seen tànk. Ñi ci Peeñu yi ñu rey te bàyyi leen ci mbedd mi ngir ñu trampli leen diiru junni ak juróom-benn téeméeri fan ak juróom-benn fan yu misaal itam déggu nañu Kàddug Yàlla, mi yóbbu Xelum Sell mi ci seen xol ak seen xel, te ñu taxaw ci seen tànk. Esekiyel xamal na nu lan mooy Kàddug Yàlla gi ñuy dégg, te moo tax yëngu-yëngu bépp bi Muusaa ak Iliyas di misaal, bi dee woon ci mbedd yi, dellu ci dundaat, te moo waral ñu taxaw.</w:t>
      </w:r>
    </w:p>
    <w:p>
      <w:pPr>
        <w:pStyle w:val="ArticleScripture"/>
        <w:jc w:val="left"/>
      </w:pPr>
      <w:r>
        <w:rPr>
          <w:rFonts w:ascii="Times New Roman" w:hAnsi="Times New Roman" w:eastAsia="Times New Roman" w:cs="Times New Roman"/>
        </w:rPr>
        <w:t>Loxob Yàlla tàbbi ci man, te mu génne ma ci Xelum Yàlla, te taxawal ma ci biir xuru gi fees ak yax. Mu wërloo ma ci seen wet yépp; te gis naa ne, dañoo bare lool ci kow xuru bi, te gis naa ne, wow, wowuñu lool. Mu ne ma: Doom Aadama, ndax yax yii man naa dundaat? Ma tontu ne: Boroom Bi Yàlla, yaw yaa xam. Mu neeti ma: Waxal kàddu ci kaw yax yii, te nga ne leen: Yéen yax yu wow yi, dégluleen waxu Aji Sax ji. Nii la Boroom Bi Yàlla wax yax yii: Seetal, dinaa dugal seen biir ngelaw, ngeen dund; dinaa def ci yéen tendóŋ, dinaa saxal ci yéen yàpp, dinaa muur leen der, te dinaa dugal seen biir ngelaw, ngeen dund; te ngeen xam ne man maa di Aji Sax ji. Noonu ma waxe kàddu gi, ni ma ko santaane woon. Bi may waxe kàddu gi nag, am na riir, te seetal, am na yëngatu; te yax ya daje, ken ci sa moroom. Bi ma xoolaat nag, seetal, tendóŋ ya ak yàpp ya sax ci seen kaw, te der gi muur leen ci kaw; waaye amuloon ngelaw ci ñoom. Noonu mu ne ma: Waxal kàddu ci ngelaw li, waxal kàddu, Doom Aadama, te nga ne ngelaw li: Nii la Boroom Bi Yàlla wax: Ñëwal, yaw ngelaw, jóge ci ñeenti ngelaw yi, te wol ci kaw ñi ñu rey yii, ngir ñu dund. Noonu ma waxe kàddu gi, ni mu ma ko santaane; te ngelaw li dugg ci ñoom, ñu dund, taxaw ci seen tànk, di mbooloo mu réy lool. Noonu mu ne ma: Doom Aadama, yax yii mooy kër gu bépp gu Israyil. Seetal, ñoom da ñuy wax: Sunuy yax wow nañu, sunu yaakaar sànku na; ñu dagg nañu, kenn ku ne ci boppam. Moo tax waxal kàddu, te nga ne leen: Nii la Boroom Bi Yàlla wax: Seetal, yéen sama xeet, dinaa ubbite seen bàmmeel yi, te génne leen ci seen bàmmeel yi, te indil leen ci réewum Israyil. Te ngeen xam ne man maa di Aji Sax ji, bu ma ubbiyee seen bàmmeel yi, yéen sama xeet, te génne leen ci seen bàmmeel yi, te maa dugal ci yéen sama Xel, ngeen dund, te maa leen dëkkal ci seen réew; noonu ngeen xam ne man Aji Sax ji, maa waxe ko te def ko, la Aji Sax ji wax. Esékiel 37:1–14.</w:t>
      </w:r>
    </w:p>
    <w:p>
      <w:pPr>
        <w:pStyle w:val="ArticleBody"/>
        <w:jc w:val="left"/>
      </w:pPr>
      <w:r>
        <w:rPr>
          <w:rFonts w:ascii="Times New Roman" w:hAnsi="Times New Roman" w:eastAsia="Times New Roman" w:cs="Times New Roman"/>
        </w:rPr>
        <w:t>Daniyel ak Yowaana dañuy wone nit ñaar-fukk ak ñent-fukk ak ñent-junneef ñi Yàlla ci “bés yu mujj yi,” ñi ñu rey ci misaal te ñu dekkal leen. Yowaana ci diwlin bi di tàng, Daniyel ci kàmbug gaynde yi. Yëngu-yëngu bi juddoo ci ndeyam Laodise mooñeel na ci misaal, te gannaaw loolu dekkat, ba tax mu doon juróom-ñaareel bi bokk ci juróom-ñaari yi. Loolu mooy ndekkitel jàngoro gu juróom-benniig, gi doon Philadelphia, te moo doon juróom-ñaareel bi, doonte du jàngoro waaye yëngu-yëngu la. Ci mujjug ab diir bu ñu desé ñuulul leen, ngir ñi màggal seen dee man a daanu leen, ñu taxaw ci seen tànk ni mbooloo mu am doole. Ñu taxaw ndaxte dégg nañu ab yégle ci Kàddug Yàlla. Bërebu dee bu nekk ci mbedd mi lu ëpp ñetti at, naxas na ba baat bi des di yax yu rekk.</w:t>
      </w:r>
    </w:p>
    <w:p>
      <w:pPr>
        <w:pStyle w:val="ArticleScripture"/>
        <w:jc w:val="left"/>
      </w:pPr>
      <w:r>
        <w:rPr>
          <w:rFonts w:ascii="Times New Roman" w:hAnsi="Times New Roman" w:eastAsia="Times New Roman" w:cs="Times New Roman"/>
        </w:rPr>
        <w:t>“Yax yu wow yi bëgg ngir Noowu Yàlla bu Sell bi wol ci seen kaw, ngir ñu man a tàmbali jëf, mel ni ndekkite gu jóge ci dee.” Bible Training School, 1 Desàmbar 1903.</w:t>
      </w:r>
    </w:p>
    <w:p>
      <w:pPr>
        <w:pStyle w:val="ArticleBody"/>
        <w:jc w:val="left"/>
      </w:pPr>
      <w:r>
        <w:rPr>
          <w:rFonts w:ascii="Times New Roman" w:hAnsi="Times New Roman" w:eastAsia="Times New Roman" w:cs="Times New Roman"/>
        </w:rPr>
        <w:t>Ñu war nañu bokk ci liggéeyu dekkal sunu bopp. Def nanu ko ci jàng, dégg te sàmm yëf yi ñu bind.</w:t>
      </w:r>
    </w:p>
    <w:p>
      <w:pPr>
        <w:pStyle w:val="ArticleScripture"/>
        <w:jc w:val="left"/>
      </w:pPr>
      <w:r>
        <w:rPr>
          <w:rFonts w:ascii="Times New Roman" w:hAnsi="Times New Roman" w:eastAsia="Times New Roman" w:cs="Times New Roman"/>
        </w:rPr>
        <w:t>“Yeesalug dugg diine gu dëgg ci sunu biir mooy sunu soxla yi gën a màgg te gën a jafe. Wut ko war na nekk sunu jëf ju njëkk.” Selected Messages, téere 1, 121.</w:t>
      </w:r>
    </w:p>
    <w:p>
      <w:pPr>
        <w:pStyle w:val="ArticleBody"/>
        <w:jc w:val="left"/>
      </w:pPr>
      <w:r>
        <w:rPr>
          <w:rFonts w:ascii="Times New Roman" w:hAnsi="Times New Roman" w:eastAsia="Times New Roman" w:cs="Times New Roman"/>
        </w:rPr>
        <w:t>“Kàddu” yonent bi jëm ci yonent yi, te di jur ndekkiteg dekki bii, ginnaaw mu génne ci xew-xewi Laodicea ba agsi ci xew-xewi Philadelphia, jóge na ci benn yégle yu nekk ci téerey Daniel ak Révélation.</w:t>
      </w:r>
    </w:p>
    <w:p>
      <w:pPr>
        <w:pStyle w:val="ArticleScripture"/>
        <w:jc w:val="left"/>
      </w:pPr>
      <w:r>
        <w:rPr>
          <w:rFonts w:ascii="Times New Roman" w:hAnsi="Times New Roman" w:eastAsia="Times New Roman" w:cs="Times New Roman"/>
        </w:rPr>
        <w:t>“Bu téere Daniel ak Peeñug Yàlla dees leen gën a xam, ñi gëm dinañu am benn yeneen experienc bu dëpp ci seen dund gu diine.” Testimonies to Ministers, 112–114.</w:t>
      </w:r>
    </w:p>
    <w:p>
      <w:pPr>
        <w:pStyle w:val="ArticleBody"/>
        <w:jc w:val="left"/>
      </w:pPr>
      <w:r>
        <w:rPr>
          <w:rFonts w:ascii="Times New Roman" w:hAnsi="Times New Roman" w:eastAsia="Times New Roman" w:cs="Times New Roman"/>
        </w:rPr>
        <w:t>Xam-xamu diine yu yoon yi ci Laodise dafa soppi ndax ab yëgle buy dundël. Yëgleb Peeñug Yeesu Kirist mooy yëgleb sa dooley bind, te loolu mooy, ci lu wóor, dooley Yàlla ngir muccal képp ku gëm.</w:t>
      </w:r>
    </w:p>
    <w:p>
      <w:pPr>
        <w:pStyle w:val="ArticleScripture"/>
        <w:jc w:val="left"/>
      </w:pPr>
      <w:r>
        <w:rPr>
          <w:rFonts w:ascii="Times New Roman" w:hAnsi="Times New Roman" w:eastAsia="Times New Roman" w:cs="Times New Roman"/>
        </w:rPr>
        <w:t>“Kanam doole lañu wara am ci Yàlla ngir xol yu sedd yooyu, yu am rekk diine gu àtte, man a gis li gën a baax li ñu leen jagleel—Kirist ak Njubam! Bés bu dundal mooy woon lu war ngir may dund yax yu wow yi.” Manuscript Releases, volume 12, 205.</w:t>
      </w:r>
    </w:p>
    <w:p>
      <w:pPr>
        <w:pStyle w:val="ArticleBody"/>
        <w:jc w:val="left"/>
      </w:pPr>
      <w:r>
        <w:rPr>
          <w:rFonts w:ascii="Times New Roman" w:hAnsi="Times New Roman" w:eastAsia="Times New Roman" w:cs="Times New Roman"/>
        </w:rPr>
        <w:t>Diiné yoon mooy diiné gu dellu ginnaaw, ni ko melalee ci Adventisme bi, ci ay génn ngir bàyyi fondasiyoŋ yi li dale ci 1863 ba ci kanam.</w:t>
      </w:r>
    </w:p>
    <w:p>
      <w:pPr>
        <w:pStyle w:val="ArticleScripture"/>
        <w:jc w:val="left"/>
      </w:pPr>
      <w:r>
        <w:rPr>
          <w:rFonts w:ascii="Times New Roman" w:hAnsi="Times New Roman" w:eastAsia="Times New Roman" w:cs="Times New Roman"/>
        </w:rPr>
        <w:t>“Damaa teg sama pen bi, te yékkati sama ruu ci ñaan, ngir Boroom bi wol sama xelam ci kaw askanam yi dëddu woon ci moom, yi mel ni yax yu wow, ngir ñu man a dund.” General Conference Bulletin, 4 Féewriye 1893.</w:t>
      </w:r>
    </w:p>
    <w:p>
      <w:pPr>
        <w:pStyle w:val="ArticleBody"/>
        <w:jc w:val="left"/>
      </w:pPr>
      <w:r>
        <w:rPr>
          <w:rFonts w:ascii="Times New Roman" w:hAnsi="Times New Roman" w:eastAsia="Times New Roman" w:cs="Times New Roman"/>
        </w:rPr>
        <w:t>Yeesu mooy “seedee bu wóor bi” ci Peeñ mi.</w:t>
      </w:r>
    </w:p>
    <w:p>
      <w:pPr>
        <w:pStyle w:val="ArticleScripture"/>
        <w:jc w:val="left"/>
      </w:pPr>
      <w:r>
        <w:rPr>
          <w:rFonts w:ascii="Times New Roman" w:hAnsi="Times New Roman" w:eastAsia="Times New Roman" w:cs="Times New Roman"/>
        </w:rPr>
        <w:t>Bindal mbind mi ci malaakum kërceg Laodise ñi; lii la Amen bi wax, seede bu takku te dëggu bi, njàlbéenu mbind mi Yàlla bind. Peeñu 3:14.</w:t>
      </w:r>
    </w:p>
    <w:p>
      <w:pPr>
        <w:pStyle w:val="ArticleBody"/>
        <w:jc w:val="left"/>
      </w:pPr>
      <w:r>
        <w:rPr>
          <w:rFonts w:ascii="Times New Roman" w:hAnsi="Times New Roman" w:eastAsia="Times New Roman" w:cs="Times New Roman"/>
        </w:rPr>
        <w:t>Sœur White xamalal nu ne Yeesu mooy “seede bu wóor bi” miy joxe “seede gu jub gi” ci Laodise yi, ñi dee ci bàkkaar ak tooñ, te ni woon ci yégle gi ñeel xuru yax yu wow ya, yégle gi di jur yëngu-yëngu.</w:t>
      </w:r>
    </w:p>
    <w:p>
      <w:pPr>
        <w:pStyle w:val="ArticleScripture"/>
        <w:jc w:val="left"/>
      </w:pPr>
      <w:r>
        <w:rPr>
          <w:rFonts w:ascii="Times New Roman" w:hAnsi="Times New Roman" w:eastAsia="Times New Roman" w:cs="Times New Roman"/>
        </w:rPr>
        <w:t>“Ma laaj njariñu yëngu-yëngu bi ma gis, te ñu won ma ne dees na ko waral ci seede gu jub, gi ndigalu Seede ji Dëgg ji waxal Laodise yi. Loolu dina am ay jëf ci xolu ki koy jëmm, te dina ko yóbbu mu yékkati màndarga ba, di tuur dëgg gu jub. Am na ñenn ñi dul muñ seede gu jub googu. Dinañu jóg ci kawam, te loolu mooy waral yëngu-yëngu ci biir askanu Yàlla.</w:t>
      </w:r>
    </w:p>
    <w:p>
      <w:pPr>
        <w:pStyle w:val="ArticleScripture"/>
        <w:jc w:val="left"/>
      </w:pPr>
      <w:r>
        <w:rPr>
          <w:rFonts w:ascii="Times New Roman" w:hAnsi="Times New Roman" w:eastAsia="Times New Roman" w:cs="Times New Roman"/>
        </w:rPr>
        <w:t>“Gis naa se seedug Dëgg la nees joxe, yaruñu ko ba ci genn wàll bu matul sax. Seedug màgg ma, mi mooy tax mujjug mbooloom ñi gëm di taxaw ci kawam, jàpp nañu ko lu yomb, walla sax bàyyi ko woon benn yoon. Seedug mii war na jur tuub bu xóot; ñépp ñi ko nangu ci dëgg, dinañu ko topp te setlu.”</w:t>
      </w:r>
    </w:p>
    <w:p>
      <w:pPr>
        <w:pStyle w:val="ArticleScripture"/>
        <w:jc w:val="left"/>
      </w:pPr>
      <w:r>
        <w:rPr>
          <w:rFonts w:ascii="Times New Roman" w:hAnsi="Times New Roman" w:eastAsia="Times New Roman" w:cs="Times New Roman"/>
        </w:rPr>
        <w:t>«Malaaka ma ne: “Déggleen!” Léegi ma dégg baat bu mel ni yu barey jumtukaay yu muusik, ñépp di jolli ci méngoo gu mat, neex te dall. Mu weesuwoon bépp muusik bi ma mas a dégg, te dafa mel ni mu fees ak yërmande, cofeel, ak mbégte gu sell, gu yéeg. Mu yëngal sama doole bépp. Malaaka ma ne: “Xoolleen!” Kon sama xel jëm ca mbooloo ma ma gisoon, ñooñu ñu yëngaloon lool. Won nañu ma ñi ma gisoon bu njëkk di jooy di ñaan ak metit wu tar ci seen xol. Mbooloom malaakayi wottu wi leen wër doon na ñaareel, te soloon nañu faala gu jëm ca seen bopp ba ca seen tànk. Dañuy dox ci dal gu wóor, ni mbooloom xarekat. Seen kanam di wone xare wu metti wi ñu múnna tåggat, ak jéggi-jéggi gu tar ga ñu jaar. Waaye sax seen melokaan, tektal ak metit wu tar gu biir, léegi dañuy leer ak leerug ak ndamug asamaan. Jot nañu woon ndam li, te loolu tax mu génne ci ñoom ngërëm gu gën a xóot ak mbégte gu sell, gu sellaay.»</w:t>
      </w:r>
    </w:p>
    <w:p>
      <w:pPr>
        <w:pStyle w:val="ArticleScripture"/>
        <w:jc w:val="left"/>
      </w:pPr>
      <w:r>
        <w:rPr>
          <w:rFonts w:ascii="Times New Roman" w:hAnsi="Times New Roman" w:eastAsia="Times New Roman" w:cs="Times New Roman"/>
        </w:rPr>
        <w:t>“Limu nit ñi nekk ci mbooloo mii dafa wàññiku woon. Yenn ci ñoom dafañu leen yëngal ba génn, te dañu leen bàyyi ci yoon wi. Ñi yéqadi te ñu bañ a far ak ñi jàppoon ndam ak mucc ni lu ëpp solo, ba sax ci ñaan ak sonn xol ngir jot ci, amuñu ko; te dañu leen bàyyi ci lëndëm, te seen bérab dafa feesal saa si ak ñeneen ñiy jàpp dëgg te dugg ci safara yi. Malaakaa bon ya saxoon nañu di leen wër, waaye mënuñu woon a am benn kàttan ci ñoom.</w:t>
      </w:r>
    </w:p>
    <w:p>
      <w:pPr>
        <w:pStyle w:val="ArticleScripture"/>
        <w:jc w:val="left"/>
      </w:pPr>
      <w:r>
        <w:rPr>
          <w:rFonts w:ascii="Times New Roman" w:hAnsi="Times New Roman" w:eastAsia="Times New Roman" w:cs="Times New Roman"/>
        </w:rPr>
        <w:t>«Maa ngi dégg ñi sol yërë wu xare bi, ñuy wax dëgg gi ak doole gu réy. Loolu amoon na njariñ. Yeneen dañoo leen boole woon ci buum; ay jigéen yu am jëkkër, séeni jëkkër a leen boole woon, te yeneen xale, séeni waajur a leen boole woon. Ñi jub te ñu leen tere woon a dégg dëgg gi, léegi daldi ko jàpp ak yéene wu tar. Ñépp ragal séeni bokk doomu aadama dafa dem; te ci seen bopp, dëgg rekk a kawe. Dañoo nekkoon ñuy xiif te mar dëgg; moo gën a jafe-jafe ndam ak a gën a tedd ci seen xol ñeel dund. Laaj naa lan moo jur coppite gu réy gii. Malaaka ma tontu naan: “Loolu mooy taw wu mujj wi, yeesal gi jóge ca kanam Boroom bi, xaacu bu rëy bu malaaka bu ñetteel bi.”» Early Writings, 270, 271.</w:t>
      </w:r>
    </w:p>
    <w:p>
      <w:pPr>
        <w:pStyle w:val="ArticleBody"/>
        <w:jc w:val="left"/>
      </w:pPr>
      <w:r>
        <w:rPr>
          <w:rFonts w:ascii="Times New Roman" w:hAnsi="Times New Roman" w:eastAsia="Times New Roman" w:cs="Times New Roman"/>
        </w:rPr>
        <w:t>Seede bu jub ci Laodicee bi taxawal mbooloo mu mel ni xarekat yi gannaaw yëngatu bu tar, mooy ndigalu jëm ci xuru yax yu dee te wow, te yax yooyu dañuy tektale ndigalu Muuse ak ndawsi Yilyaa bi ñu rey ci mbedd mi 18i Sulet 2020, ci loxo rab wu jóge ci xur wu amul pënd.</w:t>
      </w:r>
    </w:p>
    <w:p>
      <w:pPr>
        <w:pStyle w:val="ArticleScripture"/>
        <w:jc w:val="left"/>
      </w:pPr>
      <w:r>
        <w:rPr>
          <w:rFonts w:ascii="Times New Roman" w:hAnsi="Times New Roman" w:eastAsia="Times New Roman" w:cs="Times New Roman"/>
        </w:rPr>
        <w:t>“Warug seede bu jub ci sunuy mbooloy kërceen ak sunuy kuréel yi, ngir yee nit ñi nelaw.”</w:t>
      </w:r>
    </w:p>
    <w:p>
      <w:pPr>
        <w:pStyle w:val="ArticleScripture"/>
        <w:jc w:val="left"/>
      </w:pPr>
      <w:r>
        <w:rPr>
          <w:rFonts w:ascii="Times New Roman" w:hAnsi="Times New Roman" w:eastAsia="Times New Roman" w:cs="Times New Roman"/>
        </w:rPr>
        <w:t>«Bu ñu gëmée baatub Boroom bi te topp ko, dina am yokk gu sax te yàgg. Na nuy gis léegi sunu soxla bu mag. Boroom bi mënul nu jëfandikoo ba keraam mu yëngal bakkan ci yax yu wow ya. Dégg naa wax yi ñu waxoon: “Su amul yëngu-yëngu bu xóot bu Xelum Yàlla ci xol bi, su amul ndawam may-bakkan, dëgg gi dafa doon ab araf wu dee.”» Review and Herald, 18 Nowàmbar 1902.</w:t>
      </w:r>
    </w:p>
    <w:p>
      <w:pPr>
        <w:pStyle w:val="ArticleBody"/>
        <w:jc w:val="left"/>
      </w:pPr>
      <w:r>
        <w:rPr>
          <w:rFonts w:ascii="Times New Roman" w:hAnsi="Times New Roman" w:eastAsia="Times New Roman" w:cs="Times New Roman"/>
        </w:rPr>
        <w:t>Wone nañu ne ñaari waymark yu ñent yi di tegtal jaar-jaaru juróom-ñaari thunder yi, dañuy feeñ ci bépp reform line. Loolu ànd na ak ne ci bépp reform line, ku nekk ci ñaari waymark yu ñent yi dafa di tegtal benn wàll wu yonent bi. Ak Musaa, wàll wi ci bépp ci ñaari waymark yu ñent yi, yi di misaalal juróom-ñaari thunder yi, moo nekkoon kóllëre gi ak xeet wu tànn. Ak Daawuda, mooyoon gaalug Yàlla gi. Ak Kirist, mooy dee ak dekki. Ak Millerite yi, mooyoon yoonu bés bi ngir at.</w:t>
      </w:r>
    </w:p>
    <w:p>
      <w:pPr>
        <w:pStyle w:val="ArticleBody"/>
        <w:jc w:val="left"/>
      </w:pPr>
      <w:r>
        <w:rPr>
          <w:rFonts w:ascii="Times New Roman" w:hAnsi="Times New Roman" w:eastAsia="Times New Roman" w:cs="Times New Roman"/>
        </w:rPr>
        <w:t>Ak Future for America, mooy Islaam. Islaam ci 11 Suwe 2001. Te nekkat naat Isilaam ci 18 Sulet 2020 ak yëgle bu àndul ak njort, nattu bu njëkk bi ak tàmbali jamono buy yàgg. Ñetteelu màndarga bi jur mbooloo mu réy muy taxaw mooy yégle gi ci ñeenti ngelaw yi, te loolu di tekki Islaam, “fas wu mer” wa kàddug yonent ci Biibël.</w:t>
      </w:r>
    </w:p>
    <w:p>
      <w:pPr>
        <w:pStyle w:val="ArticleScripture"/>
        <w:jc w:val="left"/>
      </w:pPr>
      <w:r>
        <w:rPr>
          <w:rFonts w:ascii="Times New Roman" w:hAnsi="Times New Roman" w:eastAsia="Times New Roman" w:cs="Times New Roman"/>
        </w:rPr>
        <w:t>“Àngel yi jàpp ñenti ngelaw yi, te ñu daan leen mel ni fas wu mer, buy seet a rëcc ngir daw gaaw jaar ci kaw suuf si yépp, di yóbbu alag ak dee ci yoonam.”</w:t>
      </w:r>
    </w:p>
    <w:p>
      <w:pPr>
        <w:pStyle w:val="ArticleScripture"/>
        <w:jc w:val="left"/>
      </w:pPr>
      <w:r>
        <w:rPr>
          <w:rFonts w:ascii="Times New Roman" w:hAnsi="Times New Roman" w:eastAsia="Times New Roman" w:cs="Times New Roman"/>
        </w:rPr>
        <w:t>“Ndax nu war a nelaw ci tegu bi gën a jege addina gu dul jeex? Ndax nu war a nekk ñu yox, ñu sedd te ñu dee? Yàlla, bu nu manoon a am ci sunu kërk yi Xel ak ngelawu Yàlla, mu nofla ci ay nitam, ngir ñu taxaw ci seen tànk te dund. War na nu gis ne yoon wi xat na, te bunt bi suufe na. Waaye bu nuy jaar ci bunt bu suufe boobu, yaatuwaayam amul kem. ” Manuscript Releases, volume 20, 216, 217.</w:t>
      </w:r>
    </w:p>
    <w:p>
      <w:pPr>
        <w:pStyle w:val="ArticleBody"/>
        <w:jc w:val="left"/>
      </w:pPr>
      <w:r>
        <w:rPr>
          <w:rFonts w:ascii="Times New Roman" w:hAnsi="Times New Roman" w:eastAsia="Times New Roman" w:cs="Times New Roman"/>
        </w:rPr>
        <w:t>Ci saa si Yàlla mooy Muusaa gànnaaw bañu jóg, yéegleen leen ca asamaan, ngir nekk njàngat.</w:t>
      </w:r>
    </w:p>
    <w:p>
      <w:pPr>
        <w:pStyle w:val="ArticleScripture"/>
        <w:jc w:val="left"/>
      </w:pPr>
      <w:r>
        <w:rPr>
          <w:rFonts w:ascii="Times New Roman" w:hAnsi="Times New Roman" w:eastAsia="Times New Roman" w:cs="Times New Roman"/>
        </w:rPr>
        <w:t>Te ñu dégg baat bu réy gu jóge asamaan, ne leen: «Ñëwleen fii kaw.» Te ñu yéeg asamaan ci ab niir; te seeni noon gis leen. Pene 11:12.</w:t>
      </w:r>
    </w:p>
    <w:p>
      <w:pPr>
        <w:pStyle w:val="ArticleBody"/>
        <w:jc w:val="left"/>
      </w:pPr>
      <w:r>
        <w:rPr>
          <w:rFonts w:ascii="Times New Roman" w:hAnsi="Times New Roman" w:eastAsia="Times New Roman" w:cs="Times New Roman"/>
        </w:rPr>
        <w:t>Danuy jëfandikoo bëndu bi Muuse ak Eliya teewal ci waxtaan wi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Ëllëg bu Amerika ak 18 Sulet 2020 - Limu Juróom</dc:title>
  <dc:subject>Màndarga gi</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