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Ëllëg ngir Amerig ak 18 Sulet 2020 - Limu juróom-benn</w:t>
      </w:r>
    </w:p>
    <w:p>
      <w:pPr>
        <w:pStyle w:val="ArticleSubtitle"/>
        <w:jc w:val="left"/>
      </w:pPr>
      <w:r>
        <w:rPr>
          <w:rFonts w:ascii="Arial" w:hAnsi="Arial" w:eastAsia="Arial" w:cs="Arial"/>
        </w:rPr>
        <w:t>Mbànddugu Fàggu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Gannaaw ñetti fan ak genn-wàll, Xel mu dund gi jóge ci Yàlla dugg ci ñoom, te ñu taxaw ci seen tànk; te ragal gu réy dal ci ñi leen gisoon. Te ñu dégg baat bu réy bu jóge asamaan, di leen wax ne: “Yéegleen fii.” Noonu ñu yéeg ca asamaan ci niir; te seen noon seetaan leen. Peeñu 11:11, 12.</w:t>
      </w:r>
    </w:p>
    <w:p>
      <w:pPr>
        <w:pStyle w:val="ArticleBody"/>
        <w:jc w:val="left"/>
      </w:pPr>
      <w:r>
        <w:rPr>
          <w:rFonts w:ascii="Times New Roman" w:hAnsi="Times New Roman" w:eastAsia="Times New Roman" w:cs="Times New Roman"/>
        </w:rPr>
        <w:t>Gannaaw bu leen daane ci mbedd mi, Eliya ak Muuse jot nañu ci Dëfëndikat bi, te noonu ñu taxaw ci seen tànk. Yàllaay yax yi ci xuru Esekiel, njëkk dañuy dégg riir, te gannaaw ga am na yëngu-yëngu, waaye ba tey dañoo nekkoon akul ruu.</w:t>
      </w:r>
    </w:p>
    <w:p>
      <w:pPr>
        <w:pStyle w:val="ArticleScripture"/>
        <w:jc w:val="left"/>
      </w:pPr>
      <w:r>
        <w:rPr>
          <w:rFonts w:ascii="Times New Roman" w:hAnsi="Times New Roman" w:eastAsia="Times New Roman" w:cs="Times New Roman"/>
        </w:rPr>
        <w:t>Noonu naa, ma wax ci yonent ci ni ma ko santoon; te bi may waxee ci yonent, amoon na riir, te gis naa yëngu-yëngu, ba ba ñi di booloo, benn ba ak sa moroomam. Te bi ma xoolaat, gis naa ne, xob yi ak yàpp wi sax na ci seen kaw, te der wi muur leen ci kaw; waaye amuñu woon ruuh. Ezekiel 37:7, 8.</w:t>
      </w:r>
    </w:p>
    <w:p>
      <w:pPr>
        <w:pStyle w:val="ArticleBody"/>
        <w:jc w:val="left"/>
      </w:pPr>
      <w:r>
        <w:rPr>
          <w:rFonts w:ascii="Times New Roman" w:hAnsi="Times New Roman" w:eastAsia="Times New Roman" w:cs="Times New Roman"/>
        </w:rPr>
        <w:t>Bi ñu delloo yaram ya seen melin, dañuy dégg ndigalu ñeenti ngélaw yi.</w:t>
      </w:r>
    </w:p>
    <w:p>
      <w:pPr>
        <w:pStyle w:val="ArticleScripture"/>
        <w:jc w:val="left"/>
      </w:pPr>
      <w:r>
        <w:rPr>
          <w:rFonts w:ascii="Times New Roman" w:hAnsi="Times New Roman" w:eastAsia="Times New Roman" w:cs="Times New Roman"/>
        </w:rPr>
        <w:t>Noonu mu ne ma: “Waxal ci ngelaw li, waxal, yaw doomu nit ki, te nga wax ngelaw li ne: ‘Nii la Boroom bi Yàlla waxe: Ñëwal, yaw ruu, jóge ci ñeenti ngelaw yi, te nga wol ci kaw ñiñu rey yii, ngir ñu dund.’” Kon ma waxal ni mu ma santoon, te ruu ma dugg ci ñoom, ñu dund, taxaw ci seen tànk, nekk mbooloo mu réy lool. Esékiel 37:9, 10.</w:t>
      </w:r>
    </w:p>
    <w:p>
      <w:pPr>
        <w:pStyle w:val="ArticleBody"/>
        <w:jc w:val="left"/>
      </w:pPr>
      <w:r>
        <w:rPr>
          <w:rFonts w:ascii="Times New Roman" w:hAnsi="Times New Roman" w:eastAsia="Times New Roman" w:cs="Times New Roman"/>
        </w:rPr>
        <w:t>Yépp yépp yoon yi dajale mujju àddina bi, ba tax bataaxalu Ezekiel di jur jafe-jafe ci ñi bëgg a moytu message bi ñaari yoon yi nekk ci Apokalips benn-fukk ak benn. Ci dëgg de, ñi bëgg a bañ message bi, fen bi gëna yomb ngir ñoom a wax seen bopp mooy ne Apokalips benn-fukk ak benn ab taarix rekk la buy tegtal Réwolusiyoŋ Franse bi, te amul benn jëfandikoo ci mujju àddina bi. Waaye su fekkee nangu ngeen ndigal li ne sax Apokalips benn-fukk ak benn dafay tilmaame itam mujju àddina bi, kon war ngeen a jàppale dëgg bi ne mbooloo xare bu réy bi nekk ci mujju àddina bi, bi yégle message bu ñetteelu malaaka bi ak yuuxu bu kàttan, dañoo ko ràññee ni ñu dee ba noppi dekkiwaat leen lu jiitu seen taxaw ngir nekk xarekat Yàlla.</w:t>
      </w:r>
    </w:p>
    <w:p>
      <w:pPr>
        <w:pStyle w:val="ArticleScripture"/>
        <w:jc w:val="left"/>
      </w:pPr>
      <w:r>
        <w:rPr>
          <w:rFonts w:ascii="Times New Roman" w:hAnsi="Times New Roman" w:eastAsia="Times New Roman" w:cs="Times New Roman"/>
        </w:rPr>
        <w:t>Noonu ne ma wax ma ne: “Yow doomu nit ki, yax yooyu mooy kër gi yéppu Israyil. Xoolleen, ñoom dafañu wax ne: ‘Sunuy yax wow nañu, sunu yaakaar deena, te danuñu ñàkk sunu cér.’ Moo tax, waxal ci xel Yàlla te wax leen ne: ‘Nii la Boroom bi, Yàlla ji, wax: Seetal, yéen samay nit, dinaa ubbi seen bàmmeel yi, te génne leen ci seen bàmmeel yi, te indi leen ci suufu Israyil. Te dingeen xam ne man maa di Aji Sax ji, bu ma ubbee seen bàmmeel yi, yéen samay nit, te génne leen ci seen bàmmeel yi. Dinaa def sama Ruuh ci yéen, ngeen dund, te dinaa leen dëkkal ci seen suuf. Noonu dingeen xam ne man Aji Sax ji maa ko wax, te maa ko def,’ kàddug Aji Sax ji.” Ezekiel 37:11–14.</w:t>
      </w:r>
    </w:p>
    <w:p>
      <w:pPr>
        <w:pStyle w:val="ArticleBody"/>
        <w:jc w:val="left"/>
      </w:pPr>
      <w:r>
        <w:rPr>
          <w:rFonts w:ascii="Times New Roman" w:hAnsi="Times New Roman" w:eastAsia="Times New Roman" w:cs="Times New Roman"/>
        </w:rPr>
        <w:t>Krista yéeg ca asamaan ak niiru, te dina dellusi ak niiri, te niiri yi dañuy mel ni malaaka yi. Muusaa ak Eliya ñoo yéeg ca asamaan ci niir gu tektal ndoxalu malaaka bu ñetteel bi, bi di naaw ci diggante asamaan ba ci jamono yoonu Dimiis bi ci Etazini. Muusaa ak Eliya ñoo yéeg ca asamaan ci jamono yoonu Dimiis bi, ci jokkoo ak benn yégle gu jëm ci Islaam.</w:t>
      </w:r>
    </w:p>
    <w:p>
      <w:pPr>
        <w:pStyle w:val="ArticleBody"/>
        <w:jc w:val="left"/>
      </w:pPr>
      <w:r>
        <w:rPr>
          <w:rFonts w:ascii="Times New Roman" w:hAnsi="Times New Roman" w:eastAsia="Times New Roman" w:cs="Times New Roman"/>
        </w:rPr>
        <w:t>Esayi waxale na lu bari ci dëgg yu bare yu jëfandikoo ak nettali bii, te ci benn pàcc bi sax la Yeesu tuddwoon ngir wone liggéeyam. Mu jëfandikoo yonent yi Eliya ak Elisee ni ay misaal yu xibaaru yonent bu seen bokk réew ñi déggul, te loolu yóbbu ci saa si ñi bokk mbooloom ndajem ca Nasaret ci mer gu tar, ba ñu seet a rey ko.</w:t>
      </w:r>
    </w:p>
    <w:p>
      <w:pPr>
        <w:pStyle w:val="ArticleScripture"/>
        <w:jc w:val="left"/>
      </w:pPr>
      <w:r>
        <w:rPr>
          <w:rFonts w:ascii="Times New Roman" w:hAnsi="Times New Roman" w:eastAsia="Times New Roman" w:cs="Times New Roman"/>
        </w:rPr>
        <w:t>Xelum Boroom Bi nekk na ci man; ndaxte Boroom bi moo ma fal ngir yégal ñi woyof xebaar bu baax bi; yónnee na ma ngir faj xol yi dagg, ngir yégle bàyyiku ñi ñu jàpp, ak ubbi kër-kàcce gi ci ñi ñu yeewoon; ngir yégle atum nangu gu Boroom bi, ak bésu mbugalu sunu Yàlla; ngir di wéral ñépp ñi di jooy; ngir teg ci ñi di jooy ci Siyon, ngir jox leen taaru ndawtal wuutu dappargalu tans, diwlin mbégté wuutu jooy, ak yérebu cant wuutu xel mu metti; ngir ñu tudde leen garab yu jub, toolu Boroom bi, ngir mu màggaliku. Te dinañu tabax waɗ yu yàgg a yàqu, dinañu yékkati bérab yi yàgg a des, dinañu defar dëkk yu yàqu, yàqutey maas yu bare. Te doxandéem yi dinañu taxaw di sàmm séen jur, te doomi ñi dëkkul réew mi dinañu doon séen beykat ak séen toppkat reseñ. Waaye yéen dees na leen wooye Saraxalekatu Boroom bi; nit ñi dinañu leen tudde Njaatalekatu sunu Yàlla. Dina ngeen lekk alalu xeeti ñi, te ci seen ndam ngeen di bàkku. Wuutu séen rus, yéen dina ngeen am lu ñaari yoon; te wuutu toroxte, dinañu bég ci seen cër. Moo tax ci seen suuf dinañu moom lu ñaari yoon; mbég mu dul jeex mooy nekk ci ñoom. Ndaxte man Boroom bi, bëgg naa àtte gu jub; sàq na ma cëcc ak sarax su lakk. Te dinaa jubal seen liggéey ci dëgg, te dinaa def ak ñoom kóllëre gu sax. Te seen askan dina siiw ci biir xeeti ñi, te seen njuróom ci biir xeet yi; ñépp ñi leen gis dinañu nangu ne ñoom mooy askan wi Boroom bi barkeel. Dinaa bég lool ci Boroom bi, sama bakkan dina bànneex ci sama Yàlla; ndaxte solal na ma yérey mucc, muur na ma mbubb mu jub, ni góor-góorligaay di takke ay taaram, ak ni jabar-jële di takke ay takkam. Ndaxte ni suuf di saxal meññam, ak ni tool di saxal li ñu ci ji, noonu la Boroom Yàlla di saxal njub ak cant ñu sax fa kanam xeet yépp.</w:t>
      </w:r>
    </w:p>
    <w:p>
      <w:pPr>
        <w:pStyle w:val="ArticleScripture"/>
        <w:jc w:val="left"/>
      </w:pPr>
      <w:r>
        <w:rPr>
          <w:rFonts w:ascii="Times New Roman" w:hAnsi="Times New Roman" w:eastAsia="Times New Roman" w:cs="Times New Roman"/>
        </w:rPr>
        <w:t>Ndax ngir Siyon duma noppi ci wax, te ngir Yerusalem duma noppalu, ba keraŋ njubam feeñ mel ni leer gu xonq, te muccam mel ni làmp buy lakk. Xeeti xare yi dinañu gis sa njub, te buur yépp sa ndam; te dees na la wooye tur wu bees, wi gémmiñu Aji Sax ji di tudde. Te itam, dinga doon kaalag ndam ci loxob Aji Sax ji, ak mbaxanam buur ci loxob sa Yàlla. Duñu laati woowaat Kuñu Bàyyi; duñu itam woowaat sa suuf Màndiŋ; waaye dees na la wooye Efsiba, te sa suuf Bewla; ndaxte Aji Sax ji am na ci yaw bànneex, te sa suuf dina am jëkkër. Ndax ni waxambaane di takk janq, noonu la sa doom yi di la takk; te ni góor guy takk di bég ci jabar ji, noonu sa Yàlla dina bég ci yaw. Tabax naa ay sàmm ci sa tata yi, Yerusalem, yu dul noppi bëccëg ak guddi; yéen ñiy fàttaliku Aji Sax ji, buleen noppi. Te buleen ko may noflaay, ba keraŋ muy samp Yerusalem, ba mu def ko cant ci suuf si. Aji Sax ji giñ na ci ndeyjooram ak ci yoxoob dooleem ne, dëgg-dëgg, dumaati joxaat sa dugub ngir muy dundal sa noon, te doomi doxandéem yi duñu naanati sa biiñ, bi nga liggéeyaloon; waaye ñi ko dajale dinañu ko lekk te sant Aji Sax ji; te ñi ko dajale dinañu ko naan ci ëtti sama sell gi. Jéemleen, jéemleen jaar ci bunt yi; waajalleen yoonu nit ñi; yékkatileen, yékkatileen yoon wu mag wi; dindileen doj yi; yekkatileen ràkkaay gi ngir nit ñi. Seetal, Aji Sax ji yégle na ba ca bàmmeelu àddina: “Waxleen doom ju jigéen ju Siyon ne: Seetal, sa mucckat ngi ñëw; seetal, peyam ànd na ak moom, te li mu jëf moom ngi ci kanamam.” Te dees na leen wooye: Xeet wu sell wi, Ñi Aji Sax ji jot. Te yaw, dees na la wooye: Buñu seet ba gis, Dëkk buñu bàyyiwul. Esayi 61:1–62:12.</w:t>
      </w:r>
    </w:p>
    <w:p>
      <w:pPr>
        <w:pStyle w:val="ArticleBody"/>
        <w:jc w:val="left"/>
      </w:pPr>
      <w:r>
        <w:rPr>
          <w:rFonts w:ascii="Times New Roman" w:hAnsi="Times New Roman" w:eastAsia="Times New Roman" w:cs="Times New Roman"/>
        </w:rPr>
        <w:t>Boroom bi dugg ci “kóllëre gu dul jeex” ak ñi téeméer ak ñeent-fukk ak ñeent-junni ñi, ñi ñu woon ba noppi “bayyi,” waaye gannaaw gi ñu doon “dëkk” bu “du ñu bayyi.” Ñoom dañoo woon “yàqu,” te dee ci mbedd mi. Esayi mi ngi leen tuddee “Saraxalekat yi Boroom bi,” “ndawam yi” Boroom bi, “xeet wu sell” ak “wottukat yi” ci tata yi Siyon.</w:t>
      </w:r>
    </w:p>
    <w:p>
      <w:pPr>
        <w:pStyle w:val="ArticleBody"/>
        <w:jc w:val="left"/>
      </w:pPr>
      <w:r>
        <w:rPr>
          <w:rFonts w:ascii="Times New Roman" w:hAnsi="Times New Roman" w:eastAsia="Times New Roman" w:cs="Times New Roman"/>
        </w:rPr>
        <w:t>Waaye ak ñi bég ci seen yaram yi dee, Yàlla moom nag ba noppi bég ci ñoom “ni jëkkër buy bég ci jigéenam.” Su boobaa sangub séy bi dañoo ko waajal. Naka noonu it, ci digeb Filadelfi bi, Boroom bi jox na leen “tur wu bees,” te mu wax ne seen tur mooy “Hephzibah” ak “Beulah.” Hephzibah tekki na ne sama bànneex nekk na ci moom, te Beulah tekki na séy. Boroom bi séy ak ñi Eliya ak Musaa di wone.</w:t>
      </w:r>
    </w:p>
    <w:p>
      <w:pPr>
        <w:pStyle w:val="ArticleBody"/>
        <w:jc w:val="left"/>
      </w:pPr>
      <w:r>
        <w:rPr>
          <w:rFonts w:ascii="Times New Roman" w:hAnsi="Times New Roman" w:eastAsia="Times New Roman" w:cs="Times New Roman"/>
        </w:rPr>
        <w:t>Liggéey bi ñu leen jox mooy waajal yoon wi ngir Ñëw gu ñaareel gu Kirist, ci yégle “xibaaru baax bi” ci Kirist ak njubam “ba ca àddina, ba mu mujjee.” Ñu ngi leen diw ci Boroom Xeetu-liifante bi ci tuuru Xel mi, te bu boobaa dees na leen yékkati “ni bann buy firi woon,” ndaxte “baat bu mag bu jóge asamaan” ne leen: “Yéegleen fii.” Su ko defee, dees na leen doon “kalpe gu màggal” ak “mbaxana bu buur” ci loxol Aji Sax ji. Sakkariya moom mi ngi jàppale ne kalpe googu mooy itam bann, te di itam teg xew-xew boobu ci jamonoju taw bi mujj.</w:t>
      </w:r>
    </w:p>
    <w:p>
      <w:pPr>
        <w:pStyle w:val="ArticleScripture"/>
        <w:jc w:val="left"/>
      </w:pPr>
      <w:r>
        <w:rPr>
          <w:rFonts w:ascii="Times New Roman" w:hAnsi="Times New Roman" w:eastAsia="Times New Roman" w:cs="Times New Roman"/>
        </w:rPr>
        <w:t>Te Boroom seen Yàlla buy musal ñoom bés boobu ni juróomi gànnaar yi di njabootam; ndaxte dinañu mel ni doj yu kaalaama buur, yékkatleen ni ràññee ci kaw suufam. Ndax naka la ngënam màgg, te naka la taaram màgg! Dugub dina bégall xale yu góor yi, te biiñ bu bees dina bégall janq yi. Ñaanleen Boroom bi taw ci jamono ji ñuy tawal noor gu mujj gi; noonu Boroom bi dina sàkk niir yu leer yi, te jox leen taw yu bare, te ku nekk muy am ñax mu sax ci toolam. Sakariya 9:16–10:1.</w:t>
      </w:r>
    </w:p>
    <w:p>
      <w:pPr>
        <w:pStyle w:val="ArticleBody"/>
        <w:jc w:val="left"/>
      </w:pPr>
      <w:r>
        <w:rPr>
          <w:rFonts w:ascii="Times New Roman" w:hAnsi="Times New Roman" w:eastAsia="Times New Roman" w:cs="Times New Roman"/>
        </w:rPr>
        <w:t>Dinañu doon “juróomug nitam,” waaye Boroom bi am na beneen juróom bu ñu doon ba tey ci Babilon, te moom itam dina leen woo. Seen liggéey dina doon tabaxaat “bérab yu yàqu yàgg” yi ak “màbbaay” yi ñu bàyyi ci xeetu maam yu bare. Dinañu doon ñiy dellusi te taxawalati yoon yu mag yi ñu bañoon te suul leen ci biir Adventism ak ci bitiir Adventism. Dinañu dellu ci dëgg-yoonu tegtal yi Millerite te jox leen ci seen sellal ci Adventism bu Laodise, te dinañu itam yégle ab ndigël ñi nekk ci bitiir Adventism lu jëm ci dëgg yu “mag” yi ci lëkkalook yoonu Yàlla, rawatina Bésub Noflaay bi. Ci def noonu dinañu jëfandikoo jaar-jaari xeetu maam yu bare ngir leeral jaar-jaar bu bees bi. Seen liggéey dina am ci waxtu tawte gu mujj gi, bi attey Yàlla nekk ci suuf si. Bu ko defee Boroom bi, ak ndijooram, yékkati leen ni sañse, àddina bépp bi, bi daan bég ci seen yaram yu dee yi nekk ci mbedd mi, dina gis sañse si, te dégg buuxub artukat yi di waare.</w:t>
      </w:r>
    </w:p>
    <w:p>
      <w:pPr>
        <w:pStyle w:val="ArticleScripture"/>
        <w:jc w:val="left"/>
      </w:pPr>
      <w:r>
        <w:rPr>
          <w:rFonts w:ascii="Times New Roman" w:hAnsi="Times New Roman" w:eastAsia="Times New Roman" w:cs="Times New Roman"/>
        </w:rPr>
        <w:t>Yéen ñépp a dëkk ci àddina, te yéen a dëkk ci suuf si, xoolleen bu mu yékkatee benn ràññee ci kaw tundi yi; te bu mu wolée trompet bi, déggleen. Esaayi 18:3.</w:t>
      </w:r>
    </w:p>
    <w:p>
      <w:pPr>
        <w:pStyle w:val="ArticleBody"/>
        <w:jc w:val="left"/>
      </w:pPr>
      <w:r>
        <w:rPr>
          <w:rFonts w:ascii="Times New Roman" w:hAnsi="Times New Roman" w:eastAsia="Times New Roman" w:cs="Times New Roman"/>
        </w:rPr>
        <w:t>Ci téereb fukki ci Kàddug Yàlla bi ñuy wax Apokalips, ba ñi doon bég ci seen yaram yu deewee gis ñu taxawaat, “ragal gu réy wàcc na ci ñi leen gis.”</w:t>
      </w:r>
    </w:p>
    <w:p>
      <w:pPr>
        <w:pStyle w:val="ArticleScripture"/>
        <w:jc w:val="left"/>
      </w:pPr>
      <w:r>
        <w:rPr>
          <w:rFonts w:ascii="Times New Roman" w:hAnsi="Times New Roman" w:eastAsia="Times New Roman" w:cs="Times New Roman"/>
        </w:rPr>
        <w:t>Noonu Asiri bi dina daanu ak saafara bu joge ci loxob nit ku kàttan; te saafara bu jogeul ci loxob nit ku néew doole mooy ko lekk: waaye dina daw saafara ba, te ay waxambaaneem dinañu daanu te bañ a man. Dina jàll ba ca dëkkam bu dëgër ngir ragal, te ay sangoom dinañu tiit ndax rakkay ba, — wax na ko Boroom bi, mi ay safaraam nekk ci Siyon, te ay furno nekk ci Yerusalem. Isaiah 31:8, 9.</w:t>
      </w:r>
    </w:p>
    <w:p>
      <w:pPr>
        <w:pStyle w:val="ArticleBody"/>
        <w:jc w:val="left"/>
      </w:pPr>
      <w:r>
        <w:rPr>
          <w:rFonts w:ascii="Times New Roman" w:hAnsi="Times New Roman" w:eastAsia="Times New Roman" w:cs="Times New Roman"/>
        </w:rPr>
        <w:t>Seede yi seede yépp yu yonent yi dajale ci téereb Peeñ mi. Asiriyaan bi mooy buur bu bëj-gànnaar bi ci Daniel benn-fukk ak benn, aaya ñent-fukk ba juróom-ñatt-fukk ak juróom, mi dikk ba ag mujjam te kenn du ko dimbali. Bu ñaar-fukk ak ñent-fukki junni ñent, ñiy sàmm Yàlla, wolé trompet bi, àddina bépp dina ko dégg te ragal. Ñi ñu tegtal ci ñaari yonent yi, Dimbalikat bi dina leen “diis” ngir “waare xebaar bu baax,” di xebaar yooyu di “xabaar yu jóge penku ak bëj-gànnaar” yi di “sonal” buur bu bëj-gànnaar bi ci Daniel saar bi fukki benn, aaya ñent-fukk ak ñent, te loolu mooy tàmbalug fitnaay bi ci jafe-jafe yoonu Dibéeri bi. Ca waxtu woowu, xeeti ñi dul Yawut dinañu tontu ca ndigalu génne Babilon te ñëw bokk ak saraxalekat yi Boroom bi, ñoom itam ñu tegtal leen ni “garabu Yese,” noonu di won yoonu liggéey bi ci Biibël bi ñuy jëfandikoo ngir joxe xebaaru artu bi ci xeet yi dul Yawut.</w:t>
      </w:r>
    </w:p>
    <w:p>
      <w:pPr>
        <w:pStyle w:val="ArticleScripture"/>
        <w:jc w:val="left"/>
      </w:pPr>
      <w:r>
        <w:rPr>
          <w:rFonts w:ascii="Times New Roman" w:hAnsi="Times New Roman" w:eastAsia="Times New Roman" w:cs="Times New Roman"/>
        </w:rPr>
        <w:t>Te bés booba, dina am genn reen gu Yese, gu di taxaw ni màndargaay ci kanam xeet yi; ay xeet yi dinañu ko seet; te bérabam noppaliku dina tedd solo. Te bés booba dina am ne, Boroom bi dina yokkati loxoam ñaareel yoon ngir jotaat lu des ci ay nitam, ñi des, nekk ci Asiri, ak Misra, ak Patros, ak Kus, ak Elam, ak Sinar, ak Hamat, ak dunu géej gi. Te dina taxawal màndargaay ci xeet yi, te dina dajale ñañu génne Israyil, te booloo ñi tasaaroo Yuda jóge ci ñeenti xibaaru suuf si. Esayi 11:10–12.</w:t>
      </w:r>
    </w:p>
    <w:p>
      <w:pPr>
        <w:pStyle w:val="ArticleBody"/>
        <w:jc w:val="left"/>
      </w:pPr>
      <w:r>
        <w:rPr>
          <w:rFonts w:ascii="Times New Roman" w:hAnsi="Times New Roman" w:eastAsia="Times New Roman" w:cs="Times New Roman"/>
        </w:rPr>
        <w:t>Boroom bi dajale ay nitam ci 11 Sàttumbar 2001 ak yégle bi won ne, xareb Islaam mooy agsiinu ñetteelu musiba bi. Boroom bi dajale ay nitamaat ñaareel yoon gannaaw ba ñu deewee ci mbedd mi. Bu ko defe, ñi mu dajale dees leen wax ne ñooy “ñi ñu génne Israayil,” ak “ñi ñu tasaaroo Yuda.” Ñu génnee leen ci mbedd yi ci 18 Sulet 2020, waaye dees leen dajaleaat ñaareel yoon ngir ñu doon ràññee bi di dajale yeneen jurug Yàlla yi nekk ba tey ci Babilon. Dajale ñi nekk ba tey ci Babilon tàmbalee na ci yoonu Dibéer bi ci Etazini, te loolu mooy ñaareelu baat bi ci ñaar yi nekk ci Peeñu gi 18.</w:t>
      </w:r>
    </w:p>
    <w:p>
      <w:pPr>
        <w:pStyle w:val="ArticleBody"/>
        <w:jc w:val="left"/>
      </w:pPr>
      <w:r>
        <w:rPr>
          <w:rFonts w:ascii="Times New Roman" w:hAnsi="Times New Roman" w:eastAsia="Times New Roman" w:cs="Times New Roman"/>
        </w:rPr>
        <w:t>Dajje bu njëkk bi amoon na ci 11i Septàmbar 2001 ba Islaam dóor Amerig. Nakañu leen di nattoo ci wàllu ndaje bu ñaareel bi war a dajale, dañuy leen feeñal ni mooy garabu Yesse, te loolu mooy mandarga gu tegtal liggéeyu Alfa ak Omega, di won mujjug benn mbir ak njàlbéenam. Dajje bu njëkk bi amoon na ak dóorug Islaam ci kaw Amerig, te loolu di wone ak xamle ne dóorug Islaam ci kaw Amerig mooy dajje bu ñaareel bi. Bu garabu Yesse taxaw ne mooy mandarga ci xeeti ñi dul Yawut, “noppalam” dina tedd ndam ndaxte mandarga ga dina jiite ñi desoon ca Babylone ngir delloo leen ca yoonu màgg ga ci Biibël, mooy màggalub bésub juróom-ñaareel ba; noonu la yékkati mandarga ga ci xeeti ñi dul Yawut di màndargaal ci jamonoy xawmi yoonu Dibeer.</w:t>
      </w:r>
    </w:p>
    <w:p>
      <w:pPr>
        <w:pStyle w:val="ArticleBody"/>
        <w:jc w:val="left"/>
      </w:pPr>
      <w:r>
        <w:rPr>
          <w:rFonts w:ascii="Times New Roman" w:hAnsi="Times New Roman" w:eastAsia="Times New Roman" w:cs="Times New Roman"/>
        </w:rPr>
        <w:t>“Bàndey” bi jëkk dafa jaar ci njëg muccug sellal, gi ñu xamle ci Malasi saare bu ñetteel bi, ñaari sellali kër Yàlla yi Kirist defoon, ak, ci lu wóor, léebub fukki janq yi ci mujju yoonu Millerite bi. Jëfandikug sellal googu ci njàlbéen ga dellu na ñibbi ci njalbéen ba ak ci bataaxal bu nekk, te Esayi moo ko tegtal ci jëfandikoo ak benn taabal buy taxaw boppam, bi ñu bindoon ci ab téere. Ngëmadi Adventisme mooy taabal gu nakk gi ñu sosoon ci 1863 ngir bañ ak wuutu ñaari taabal yi ñu xamle ci téereb Habakuk saare bu ñaareel bi.</w:t>
      </w:r>
    </w:p>
    <w:p>
      <w:pPr>
        <w:pStyle w:val="ArticleScripture"/>
        <w:jc w:val="left"/>
      </w:pPr>
      <w:r>
        <w:rPr>
          <w:rFonts w:ascii="Times New Roman" w:hAnsi="Times New Roman" w:eastAsia="Times New Roman" w:cs="Times New Roman"/>
        </w:rPr>
        <w:t>Léegi nagal, bind ko ci seen kanam ci ab tabla, te bind ko ci téeré, ngir mu nekk ngir jamono yi di ñëw ba fàww ak fàww: ndax lii ay nit lañu yu weddi, ay doom yu fen, ay doom yu bëggul dégg yoonu Boroom bi: ñoom ñiy wax ñi gis, “Buleen gis”; ak yonent yi, “Buleen nu wax lu jub; waxleen nu lu neex nopp, yonentleen lu naxari.” “Teewleen yoon wi, dëppoo leen ak xàll wi, te taxal Bu Sell bi mu Israyil bàyyi nekk ci sunu kanam.” Moo tax nii la Bu Sell bi mu Israyil wax: “Gannaaw seenu xeeb baat bii, te seeni wóor ci tooñ ak lu weng, te seeni sukkandiku ci loolu, moo tax tooñ boobu dina nekk ci yéen mel ni xar bu bëgg a daanu, buy gëna réy ci miir mu kawe; yàqug-am di ñëw fekk saasi ci benn yoon. Dina ko dammel ni ñu damme ndablu tabaxkat-u ban; dina ko damm ay xaaj, te du yërëm benn dara; ba tax ne kenn du gis ci ay xaajam sax benn xob ngir jël safara ci taal bi, mbaa ngir jël ndox ci teen bi.” Ndax nii la Boroom bi Yàlla, Bu Sell bi mu Israyil, wax: “Ci dellusi ak noppaliku ngeen di gise mucc; ci dal ak wóor aji dëgër seen doole; waaye bëgguleen. Waaye ngeen wax ne, ‘Déedéet; da nuy daw ci kaw fas’; moo tax dingeen daw. Ak ne, ‘Danu war ci kaw yu gaaw’; moo tax ñiy topp seen ginnaaw dinañu gaaw. Junniy nit dinañu daw ndax xasteb kenn ku nekk; ndax xasteb juróom dingeen daw, ba ngeen des mel ni benn ràññee ci kaw tundu, ak mel ni benn bandera ci kaw tundu.” Moo tax Boroom bi dina muñ, ngir man a wone leen yiw; moo tax dina kawe, ngir man a yërëm leen; ndax Boroom bi mooy Yàlla ju àtte; barkeel na ñépp ñiy muñ xaar ko. Ndax xeet wi dina dëkk ci Siyon, ci Yerusalem; dootuloo jooy; dina la yiwal lool ci baatu sa woo; bu ko déggee, dina la tontu. Esayi 30:8–19.</w:t>
      </w:r>
    </w:p>
    <w:p>
      <w:pPr>
        <w:pStyle w:val="ArticleBody"/>
        <w:jc w:val="left"/>
      </w:pPr>
      <w:r>
        <w:rPr>
          <w:rFonts w:ascii="Times New Roman" w:hAnsi="Times New Roman" w:eastAsia="Times New Roman" w:cs="Times New Roman"/>
        </w:rPr>
        <w:t>Ci atum 1863, Aduwantisma tàmbalee na yoonu jubbantiwul bëgg-bëggu bàkkanu yonent bi William Miller yégle woon, ni ko tegtale ci ñaari wet yu sell yi Habakuk. Yeesu di misaalal mujj gi ak tàmbalee gi. Ci xaaj bii, ñi weddi woon ci tàmbalee gi ci biir Aduwantisma, itam dañuy tegtal ñi weddi ci mujjug Aduwantisma. Ci ñaari xaalis yooyu ñépp, weddi gi mooy bañ a nangu yégleb yonent ak yoonu liggéeyu yonent ci bépp jamono, bi ñuy wax “giskat yi”: “Buleen gis;” te ci yonent yi: “Buleen nu wax dëgg yu jub; waxleen nu lu nooy, tey yonent ci nax.”</w:t>
      </w:r>
    </w:p>
    <w:p>
      <w:pPr>
        <w:pStyle w:val="ArticleBody"/>
        <w:jc w:val="left"/>
      </w:pPr>
      <w:r>
        <w:rPr>
          <w:rFonts w:ascii="Times New Roman" w:hAnsi="Times New Roman" w:eastAsia="Times New Roman" w:cs="Times New Roman"/>
        </w:rPr>
        <w:t>Ñoom itam dogal a bàyyi yoon wi bi ñuy wax ne: “Génnleen ci sunu yoon, dëdduleen ci yoon wi, te taxal bu Sell bi bu Israyil bàyyi nekk ci sunu kanam.” Yoonu aji-sell yi mooy “yoon yu mag yi” ci Yeremi saar 6, aaya 16 ak 17. Ñi weddi dogal nañu bañ a dox ci dëgg yu cosaan yi walla dégg baatub trompet bi ñu wol ngir ñi wottu yi ñu yékkati, te loolu di firndeel yëngu-yëngu Millerite bi ak yëngu-yëngu Future for America bi.</w:t>
      </w:r>
    </w:p>
    <w:p>
      <w:pPr>
        <w:pStyle w:val="ArticleScripture"/>
        <w:jc w:val="left"/>
      </w:pPr>
      <w:r>
        <w:rPr>
          <w:rFonts w:ascii="Times New Roman" w:hAnsi="Times New Roman" w:eastAsia="Times New Roman" w:cs="Times New Roman"/>
        </w:rPr>
        <w:t>Noonu na Boroom bi wax: Taxawleen ci yoon yi, xoolleen, te laajteel yoon yu mag yi, fu yoon wu baax wi nekk; doxleen ci moom, te dingeen gis noflaay ci seen bakkan. Waaye ñoom ne: “Dunu dox ci moom.” Te itam samp naa leen ay sàmm, naan: “Déggleen baatub buftaay bi.” Waaye ñoom ne: “Dunu ko dégg.” Moo tax dégluleen, yeen xeeti àddina yi, te xamleen, éey mbootaay, li nekk ci seen biir. Déglu, éey suuf si: gisleen, dinaa indi musiba ci kaw xeet wii, mooy meññent xalaat yu ñu jur, ndaxte dégguñu sama wax yi, walla sama yoon, waaye daanu ko. Yeremi 6:16–19.</w:t>
      </w:r>
    </w:p>
    <w:p>
      <w:pPr>
        <w:pStyle w:val="ArticleBody"/>
        <w:jc w:val="left"/>
      </w:pPr>
      <w:r>
        <w:rPr>
          <w:rFonts w:ascii="Times New Roman" w:hAnsi="Times New Roman" w:eastAsia="Times New Roman" w:cs="Times New Roman"/>
        </w:rPr>
        <w:t>Bëgg-bëgg yi bañoon dox ci yoon yu mag yi, mi ngi itam feeñ ni seen bëgg “ngir Bulex bu Sell bu Israyil doxee leen ci seen kanam”; te loolu di wone ñàkk nangu bataaxal bu Yuuxu Gudd-bi, bi sampu ci ne Alfa ak Omega dañuy misaal jeexitalu Adventism ak njàlbéenam.</w:t>
      </w:r>
    </w:p>
    <w:p>
      <w:pPr>
        <w:pStyle w:val="ArticleScripture"/>
        <w:jc w:val="left"/>
      </w:pPr>
      <w:r>
        <w:rPr>
          <w:rFonts w:ascii="Times New Roman" w:hAnsi="Times New Roman" w:eastAsia="Times New Roman" w:cs="Times New Roman"/>
        </w:rPr>
        <w:t>«Ñu samp nañu woon njël gu leer te weex ca ginnaawam, ca ndoorteelu yoon wi, te malaaka mu wax ma ne mooy “yuuxu guddi gi digg”. Leer googu di leer ci bépp yoon wi, te di wéral seen tànk yi, ngir bañ a daanu.»</w:t>
      </w:r>
    </w:p>
    <w:p>
      <w:pPr>
        <w:pStyle w:val="ArticleScripture"/>
        <w:jc w:val="left"/>
      </w:pPr>
      <w:r>
        <w:rPr>
          <w:rFonts w:ascii="Times New Roman" w:hAnsi="Times New Roman" w:eastAsia="Times New Roman" w:cs="Times New Roman"/>
        </w:rPr>
        <w:t>«Suñu bëti buñu saxee ci Yeesu, mi nekkoon ci seen kanam, di leen jiite jëm ca dëkk ba, ñu doon a nekk ci kaaraange. Waaye gannaaw tuuti, ñenn daanu ci sonnal, ne dëkk ba sore lool, te ñu yaakaaroon ne lii jiitu na ba noppi ñu dugge ca. Noonu Yeesu daan leen dooleel, di yékkati Ay loxoam gu ndeyjoorug ndam, te ci loxoam ga benn leeréy-gànnaar génn, di wër ci kaw mbooloom advent ba, te ñu wax ca kaw: “Alleluia!” Ñeneen nag, ci njàmbaar gu amul xel, weddiwoon leer ga nekkoon ci seen gannaaw, ne du Yàlla moo leen jiite ba fii. Leer ga nekkoon ci seen gannaaw dëpp, ba seeni tànk des ci lëndëm gu mat sëkk, te ñu daanu, sànku gis mandarga ga ak Yeesu, te rot ci yoon wa, daldi daanu ca suuf, ca àddina su lëndëm te bon ba.» Christian Experience and Teachings of Ellen G. White, 57.</w:t>
      </w:r>
    </w:p>
    <w:p>
      <w:pPr>
        <w:pStyle w:val="ArticleBody"/>
        <w:jc w:val="left"/>
      </w:pPr>
      <w:r>
        <w:rPr>
          <w:rFonts w:ascii="Times New Roman" w:hAnsi="Times New Roman" w:eastAsia="Times New Roman" w:cs="Times New Roman"/>
        </w:rPr>
        <w:t>Yoonu sellal gi, bi Yuuxu Guddi Digg di teg, jur na ñaari xeetu way-jaamu; te Saar Isaa, bàyyi ñett-fukk ak benn, dafa wone ne ñàkk diwlin ci jànq yi dof mooy manadiñe dajale ndox mbaa safara, te ñoom ñaar ñépp ay misaalu Boroom Dëglu-bi lañu, bi Isaa bindee ne: “xëtam dina ñëw ci saa si, ci benn yoon. Dina ko damm ni ñuy damme ndablu tabaxkat ndab; dina ko rey ba amul yërmande, ba duñu gise ci ay xaftam benn xaft ngir jël safara ci taal ba, walla ngir jël ndox ci teen ba.” Seen àtte ñëw na “ci saa si” ni ko Yuuxu guddi digg di misaal, ba ñu gise saa su ne jeex na ngir jot diwlin. Safara ak ndox ci seede Isaa dafa nekk yeneen misaal yu diwlin ji nekk ci léebu fukki jànq ña. Diwlin, ndox ak safara dañuy tegtal jikko; dañuy tegtal bataaxal bi, te itam bañu nekk Boroom Dëglu-bi. Benn ci misaal yooyu mënuñu ko jot bu àtteb fukki jànq ña “ñëwee ci saa si, ci benn yoon.” Foofu nag, tarde na ba noppi.</w:t>
      </w:r>
    </w:p>
    <w:p>
      <w:pPr>
        <w:pStyle w:val="ArticleBody"/>
        <w:jc w:val="left"/>
      </w:pPr>
      <w:r>
        <w:rPr>
          <w:rFonts w:ascii="Times New Roman" w:hAnsi="Times New Roman" w:eastAsia="Times New Roman" w:cs="Times New Roman"/>
        </w:rPr>
        <w:t>Wér gi ci kawe mooy nekk ci “dellusi,” te loolu mooy diggé bi Yàlla defoon Yeremi, ba mu doon ki daan teewal ñi ñàkk yaakaar ci jëkk ba. Su ñi Yàlla nekk seen nit dellusee ci moom, moom itam dina dellusi ci ñoom; waaye ñi weddi dégg gi bañ nañu, te leer gi doon leeral yoon wi dem na. Leer gi ci njàlbéen ga mooy Woo wa Diggante Guddi, te yoon wi jiitu woon dafa leer ba noppi jaarale ko ndijooru ndeyjoor gu màgg gi Yeesu Kirist, ba fàww. Kirist moo nekkoon ci kanam ñi doon dox ci yoon wi, te leer gi féete nekk ci ginnaaw war na nekk benn leer ga, ndaxte Kirist dafay won mujjug yoon wi ak njàlbéenug yoon wi. Woo wa Diggante Guddi mooyoon, te mooy itam, dëgg gu xaatim.</w:t>
      </w:r>
    </w:p>
    <w:p>
      <w:pPr>
        <w:pStyle w:val="ArticleScripture"/>
        <w:jc w:val="left"/>
      </w:pPr>
      <w:r>
        <w:rPr>
          <w:rFonts w:ascii="Times New Roman" w:hAnsi="Times New Roman" w:eastAsia="Times New Roman" w:cs="Times New Roman"/>
        </w:rPr>
        <w:t>«Ñuy wax jëfandikoo naa ci léeb bu fukk janq yi, juróom ñi ci ñoom am xel, te juróom ñi des dof. Loolu léeb mooy lañu ko matal, te dees na ko matal ba ci banqaasu baat bi, ndax am na jëfandikoo bu bees ci jamono jii, te mel ni yégleelu malaaka bu ñetteel bi, matal nañu ko, te dina wéy di dëgg gu bëgg a am solo ci jamono jii ba keroog mujj gi.» Review and Herald, 19 Ut 1890.</w:t>
      </w:r>
    </w:p>
    <w:p>
      <w:pPr>
        <w:pStyle w:val="ArticleBody"/>
        <w:jc w:val="left"/>
      </w:pPr>
      <w:r>
        <w:rPr>
          <w:rFonts w:ascii="Times New Roman" w:hAnsi="Times New Roman" w:eastAsia="Times New Roman" w:cs="Times New Roman"/>
        </w:rPr>
        <w:t>Bëgg bëgg ci Bule bu Sell bi jeexal seen kanam, mooy bañ du Yeesu Kirist kese, waaye Yeesu Kirist mi di Alfa ak Omega. Loolu mooy bañ xebaaru Yuuxu Guddi gi. Xebaaru Yuuxu Guddi gi ci njàlbéenu Adventism nekkoon na jubal ci ñàkk-a-mat gu faraloon.</w:t>
      </w:r>
    </w:p>
    <w:p>
      <w:pPr>
        <w:pStyle w:val="ArticleBody"/>
        <w:jc w:val="left"/>
      </w:pPr>
      <w:r>
        <w:rPr>
          <w:rFonts w:ascii="Times New Roman" w:hAnsi="Times New Roman" w:eastAsia="Times New Roman" w:cs="Times New Roman"/>
        </w:rPr>
        <w:t>Ñi gàllankat yi bañoon “yoon yu mag ya” te sos ab “taabal” bu naaféq, buy weesu ci kaw njub ñi, ni ko wone yëgle gu mat a mat gi ci yëngu-yëngu Millerite bi ci matug Yuuxu Gudd Gi ci Guddi. Noonu nag “Junni” daw “ndax yeddub kenn,” te yëngu-yëngu bi daldi dem ci lu gaaw jële ci juróom-fukk junni ba des ci juróom-fukk rekk. Ñoom daw ndax “yedd” ga jóge woon ci “juróomi” janq yu xel mi, yi leen waxoon ne amuñu diwlin wu ñuy séddale, te war nañu dem jënd seen bopp diwlin. Xaajaleg dof yi ak boroom xel yi bàyyi na janq yu xel yi “ni ab leerukaay ci kaw tund wa, ak ni ab ràññee ci kaw tundu.” Gàllankooru janq yu dof yi ci 22 Oktoobar 1844 feeñal na gàllankooru 1863, ndaxte 22 Oktoobar 1844 moo doon tambale giiru fukk ak juróom-ñeent at yi teeru jeexital “juróom-ñaari yoon yi” ci Levitik ñeent-fukk ak juróom-benn. Am nanu yeneen wax yu nu mën a wax ci mbir mi, waaye gàllankoor gi ci 1844 mel ni misaalu gàllankoor gi ci 1863 te mooy tënk poñ bi taabal bu naaféq ba sosoo.</w:t>
      </w:r>
    </w:p>
    <w:p>
      <w:pPr>
        <w:pStyle w:val="ArticleBody"/>
        <w:jc w:val="left"/>
      </w:pPr>
      <w:r>
        <w:rPr>
          <w:rFonts w:ascii="Times New Roman" w:hAnsi="Times New Roman" w:eastAsia="Times New Roman" w:cs="Times New Roman"/>
        </w:rPr>
        <w:t>Ragal gi nga janook yi daan am ci xel janook yu ñàkk xel yi, mooy ragal gi ñu tegtal bi janook yu xel yi dekkiwaat te taxaw ci seen tànk. Foofa nag, dafa tooñ ba par ngir delluwaat ginnaaw ci naqar bu 18 Sulet 2020, te li ci topp mooy yéeg ga jëm asamaan, bi di am ci yoonu Dimaas. Te noonu la suuf si yëngu bu mag di xew.</w:t>
      </w:r>
    </w:p>
    <w:p>
      <w:pPr>
        <w:pStyle w:val="ArticleScripture"/>
        <w:jc w:val="left"/>
      </w:pPr>
      <w:r>
        <w:rPr>
          <w:rFonts w:ascii="Times New Roman" w:hAnsi="Times New Roman" w:eastAsia="Times New Roman" w:cs="Times New Roman"/>
        </w:rPr>
        <w:t>Te ci waxtu am na fa yengu-yengu su mag, te benn fukki cér ci dëkk ba daanu, te ci yengu-yengu ga ñu rey juróom-ñaari junni nit; te ña ca des ñu tiit lool, jox Yàlla ju asamaan ndam. Ñaareelu musiba ga wees na; te xool-leen, ñetteelu musiba ga ngi ñëw gaaw. Peeñu 11:13, 14.</w:t>
      </w:r>
    </w:p>
    <w:p>
      <w:pPr>
        <w:pStyle w:val="ArticleBody"/>
        <w:jc w:val="left"/>
      </w:pPr>
      <w:r>
        <w:rPr>
          <w:rFonts w:ascii="Times New Roman" w:hAnsi="Times New Roman" w:eastAsia="Times New Roman" w:cs="Times New Roman"/>
        </w:rPr>
        <w:t>Peeñ fukki ci Kàddug Yàlla 11 wone na ne ba Njiitug Réewum Farãs di xëy, benn cér ci fukk ciy cér yi daanu na; te ci waxtu woowu réewum Farãs, réew mi nekkoon ñaari bët yu baaxal yeneen ci waxi yonent yi te ñu ko melale ak Sodom ak Misraayim, ñu daan ko. Ñaari bët yu Farãs yi di misaalu ñaari bët yu Etazini yi.</w:t>
      </w:r>
    </w:p>
    <w:p>
      <w:pPr>
        <w:pStyle w:val="ArticleBody"/>
        <w:jc w:val="left"/>
      </w:pPr>
      <w:r>
        <w:rPr>
          <w:rFonts w:ascii="Times New Roman" w:hAnsi="Times New Roman" w:eastAsia="Times New Roman" w:cs="Times New Roman"/>
        </w:rPr>
        <w:t>Farãs moo nekkoon benn ci fukki nguur yi ci waxu yonent yi, yu diir ndaw yiil Room gu bokk ci Daniel juróom-ñaareel fanweeri, te moo tax benn ci fukki xaaj yu nguur gi (dëkk bi) daanu. Ci dëgg-dëgg, ci ñaari bët yi fukki sarax yi ci Daniel juróom-ñaareel fanweeri, yi mujj teg papo gi ca ganguna suuf si ci atum 538, Farãs mooyoon nguur gi gëna njëkk a samp papo gi. Naka benn ci fukki doole yi ci Daniel juróom-ñaareel fanweeri, Farãs dafay misaal wërante wu rab wu am ñaari saxar yi, mi jóge ci suuf si, ci Peeñu gi fukk ak ñett. États-Unis di def benn liggéey boobu ci mujjal gi ngir papo gi, ni ko Farãs defee ci tàmbali gi. États-Unis mooy doole gi gëna ëpp ci fukki buur yi di tegtal Mbooloom Xeeti Àddina, te mooy daanu ci yëngu-yëngu suuf ba ci yoonu dibeer bi. Dinañu wax ci ay kàddu yooyu ak yeneen leeral ci mbind mi ci topp.</w:t>
      </w:r>
    </w:p>
    <w:p>
      <w:pPr>
        <w:pStyle w:val="ArticleBody"/>
        <w:jc w:val="left"/>
      </w:pPr>
      <w:r>
        <w:rPr>
          <w:rFonts w:ascii="Times New Roman" w:hAnsi="Times New Roman" w:eastAsia="Times New Roman" w:cs="Times New Roman"/>
        </w:rPr>
        <w:t>Benn ci mbir yu mag ci bind bii mooy ne xibaar la buy tax nit ñi Yàlla ñeel taxaw ci seen tànk, ndaxte Dimbalikat bi leen di yékkati ci seen tànk di tektal diwlin, te diwlin jii du tektal Ruumu Sell rekk, waaye itam di jokkoo yi Yàlla di yónnee ci ay nitam. Xibaaru Peeñug Yàlla fukk ak benn bi tax Musa ak Eli taxaw ci seen tànk, moo itam am na melokaan ci digeb gi ñu jox Yeremi.</w:t>
      </w:r>
    </w:p>
    <w:p>
      <w:pPr>
        <w:pStyle w:val="ArticleScripture"/>
        <w:jc w:val="left"/>
      </w:pPr>
      <w:r>
        <w:rPr>
          <w:rFonts w:ascii="Times New Roman" w:hAnsi="Times New Roman" w:eastAsia="Times New Roman" w:cs="Times New Roman"/>
        </w:rPr>
        <w:t>Moo tax na Boroom bi wax ni, Su fekkee nga dellusi, dinaa la delloo, te dinga taxaw sama kanam; te su fekkee ne nga tànn lu yar ci lu bon, dinga mel ni sama gémmiñ. Nañu dellu ci yaw, waaye yaw bul dellu ci ñoom. Te dinaa la defal xeet wii miir xànjaru xànjaru woon bu ñu tëj bu baax; dinañu xeex ak yaw, waaye duñu la man a nott, ndaxte maa ngi ànd ak yaw ngir musal la te xettli la, wax na Boroom bi. Te dinaa la xettli ci loxo ñi bon, te dinaa la jotoo ci loxo ñi tiis. Jeremiah 15:19–21.</w:t>
      </w:r>
    </w:p>
    <w:p>
      <w:pPr>
        <w:pStyle w:val="ArticleBody"/>
        <w:jc w:val="left"/>
      </w:pPr>
      <w:r>
        <w:rPr>
          <w:rFonts w:ascii="Times New Roman" w:hAnsi="Times New Roman" w:eastAsia="Times New Roman" w:cs="Times New Roman"/>
        </w:rPr>
        <w:t>Esayi defoon na boole woon itam xaam bi mu waxe ne: “Ndaxte nii la Boroom bi Yàlla, Mi Sell mi ci Israayil, waxe; ci dellu ak noflaay ngeen di mucc.” Esayi yokk na ne “dellu” boobu am na jokkondiral ak waxtu xaar gi ci léeb bi, ndaxte bind na ne: “Te moo tax Boroom bi di xaar, ngir mu yiw leen, te moo tax dina kawe, ngir mu yërëm leen: ndaxte Boroom bi Yàlla bu àtte la: barkeel nañu ñépp ñi koy xaar.”</w:t>
      </w:r>
    </w:p>
    <w:p>
      <w:pPr>
        <w:pStyle w:val="ArticleBody"/>
        <w:jc w:val="left"/>
      </w:pPr>
      <w:r>
        <w:rPr>
          <w:rFonts w:ascii="Times New Roman" w:hAnsi="Times New Roman" w:eastAsia="Times New Roman" w:cs="Times New Roman"/>
        </w:rPr>
        <w:t>Yéen ngir nekk “gémmiñu” Yàlla, ni Yeremi waxe ko, mooy sañ-sañu waxal Yàlla ci jamono ji États-Unis “di wax ni ab ndarag.” Kàddu yi nit ñi Yàlla di wax ci booba mooy artu ci saytu rëy mi jëm ci màndarga rab wu paap bi. Ngir bokk ci yëngu-yëngu bu màgg boobu te tedd, war nañu dellu.</w:t>
      </w:r>
    </w:p>
    <w:p>
      <w:pPr>
        <w:pStyle w:val="ArticleScripture"/>
        <w:jc w:val="left"/>
      </w:pPr>
      <w:r>
        <w:rPr>
          <w:rFonts w:ascii="Times New Roman" w:hAnsi="Times New Roman" w:eastAsia="Times New Roman" w:cs="Times New Roman"/>
        </w:rPr>
        <w:t>Bu fekkee, yaw Israayil, wax na Boroom bi, dellul ci man; te su fekkee dangay dindi sa ñaawte yi ci sama kanam, kon doo daw. Te dangay waat ne: “Boroom bi dund na,” ci dëgg, ci àtte, te ci njub; te xeet yi dinañu barkeel seen bopp ci moom, te ci moom lañuy màggal seen bopp. Ndaxte nii la Boroom bi wax nit ñi ci Yuda ak Yerusalem: Beyleen seen suuf su noppiwul, te buleen ji ci diggante garab yu xar. Xarafleen seen bopp ngir Boroom bi, te dindileen xarafu seen xol, yéen nit ñi ci Yuda ak dëkkkat yi ci Yerusalem; ngir sama mer bañ a génn mel ni safara, lakk ba kenn mënul koo fey, ndax sañ-sañu seeni jëf yu bon. Yégleen ko ci Yuda, te siiwal ko ci Yerusalem; te waxleen: “Woluleen buxus bi ci réew mi”; yuuxuleen, booloo leen, te wax ne: “Dajeleen seen bopp, na nuy dem ca dëkk yu ñu tataar.” Taxawalleen ràññee bi jëm ci Siyon; dawleen, buleen taxaw; ndaxte dinaa indi lu bon gu jóggee bëj-gànnaar, ak yàqute gu réy. Gainde gi jóge na ci saxam, te alagakat xeet yi nekk na ci yoonu; mu génn na ci fa mu nekkoon ngir def sa réew mu neen, te sa dëkk yi dees na leen yàq, ba kenn du ci dëkk. Yeremi 4:1–7.</w:t>
      </w:r>
    </w:p>
    <w:p>
      <w:pPr>
        <w:pStyle w:val="ArticleScripture"/>
        <w:jc w:val="left"/>
      </w:pPr>
      <w:r>
        <w:rPr>
          <w:rFonts w:ascii="Times New Roman" w:hAnsi="Times New Roman" w:eastAsia="Times New Roman" w:cs="Times New Roman"/>
        </w:rPr>
        <w:t>Waaye Xelum Boroom bi wàcc ci Gideyon, mu wol liitaare bi; te waa Abiyesër dajaloo topp ko. Noonu itam mu yónnee ndaw yi ci biir Manase gépp; ñoom itam dajaloo topp ko. Te mu yónnee ndaw yi ca Asher, ak ca Sebulun, ak ca Naftali; ñu daldi yéeg ngir dajeek ñoom. Kàttan yu Àttekat ya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Ëllëg ngir Amerig ak 18 Sulet 2020 - Limu juróom-benn</dc:title>
  <dc:subject>Mbànddugu Fàggu</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