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 bu nëbbu ci Aaya Ñent-fukki ak Benn — Ñaareel Biñeex Bi</w:t>
      </w:r>
    </w:p>
    <w:p>
      <w:pPr>
        <w:pStyle w:val="ArticleSubtitle"/>
        <w:jc w:val="left"/>
      </w:pPr>
      <w:r>
        <w:rPr>
          <w:rFonts w:ascii="Arial" w:hAnsi="Arial" w:eastAsia="Arial" w:cs="Arial"/>
        </w:rPr>
        <w:t>Ubbi Waxe yi: Fan yi Muji, Gaynde gu Yuda, ak Yëngu-yëngu Muji yi Peeñ 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Ci téereb Révélation ñetteelu juróom, Gaynde gi cosaanu Yuda dafay tegtal taxawaayu Kirist ci ni Muy ki noot a tëj ak a ubbi Kàddu Yàlla ci ni Ko neexee. Ci atum 1989, gannaaw téeméeri at ak ñaar-fukk ak juróom-benn fanweeri at gannaaw ñaawte ga amoon ci 1863, Gaynde gi cosaanu Yuda ubbil na juroom-benni aaya yu mujj yi ci Daniel ñetteelu fukki saar ak benn. Aaya yooyu tàmbalee nañu ak gaañu dee gu paap bi jotoon ci 1798, te ñuy dugal seede bi ci ni ngañe ga paap bi jotoon di na wérat, te tegu ci loolu ba ag gaañu dee gu mujj gu paap bi. Aaya ya tàmbalee fa ñuy mujjee; ak àtteb Roomu paap bi.</w:t>
      </w:r>
    </w:p>
    <w:p>
      <w:pPr>
        <w:pStyle w:val="ArticleBody"/>
        <w:jc w:val="left"/>
      </w:pPr>
      <w:r>
        <w:rPr>
          <w:rFonts w:ascii="Times New Roman" w:hAnsi="Times New Roman" w:eastAsia="Times New Roman" w:cs="Times New Roman"/>
        </w:rPr>
        <w:t>Juroom-ñett yaa ngi mel ni ñuy wax ci ni mbirum baaxul bi deewee ci papasi bi ñu ko fajee, te itam ni booloo bu ñett-wallukaay, maanaam nago wi, rab wi ak yonent bu dëggul bi, di yóbbu àddina si Armageddon, bi ñu ràññee ci aaya ñeent-fukk ak juróom “diggante géej ya ak tundu sell bu tedd bi.”</w:t>
      </w:r>
    </w:p>
    <w:p>
      <w:pPr>
        <w:pStyle w:val="ArticleBody"/>
        <w:jc w:val="left"/>
      </w:pPr>
      <w:r>
        <w:rPr>
          <w:rFonts w:ascii="Times New Roman" w:hAnsi="Times New Roman" w:eastAsia="Times New Roman" w:cs="Times New Roman"/>
        </w:rPr>
        <w:t>Alfa ak Omega dañuy tektal xarakteru Kirist ci ne mu nek di wone mujj gi ak njàlbéen gi. Yëngu-yëngoo gëstuug ña téeméeri ñent-fukk ak ñeent junni ñi mooy yëngu-yëngoo malaaka bu ñetteel bi, te mooy yëngu-yëngoo bu mujj bi, bi ñu njëkk a misaalale woon ak njàlbéenam, maanaam yëngu-yëngoo Millerite bu malaaka bu njëkk bi ak bu ñaareel bi. Yëngu-yëngoo Millerite mi tàmbalee na ca waxtu mujj ga ci atum 1798, te fa la juróom-benn aaya yu mujj yi ci Daniel fukk ak benn tàmbalee; te yëngu-yëngoo bi mujjee na ci ubbite àtte ba 22 Oktoobar 1844. Yëngu-yëngoo ña téeméeri ñent-fukk ak ñeent junni ñi mujje na ci yoonu Dibeer bi ca États-Unis.</w:t>
      </w:r>
    </w:p>
    <w:p>
      <w:pPr>
        <w:pStyle w:val="ArticleBody"/>
        <w:jc w:val="left"/>
      </w:pPr>
      <w:r>
        <w:rPr>
          <w:rFonts w:ascii="Times New Roman" w:hAnsi="Times New Roman" w:eastAsia="Times New Roman" w:cs="Times New Roman"/>
        </w:rPr>
        <w:t>Ci njàlbéenu yëngu-yëngu bi ca jamono mujj ma ci atum 1989, Gaynde gi bokk ci xeetu Yuda dafa ubbi juróom-benn ñaari aaya yu mujj yi ci Daniel fukki benn, te ci jeexitalu yëngu-yëngu bi, tuuti laata yoonu Dibeer ba, mu ngi ubbi itam jaar-jaaru cosaan bu nëbbu ba ci aaya ñent-fukk ci Daniel fukki benn. Njàngale Sister White ci ban wàllu Daniel lañuy ubbi, dafay jëm ci ubbiteg 1989, te itam ci ubbiteg bi tàmbalee ca weeru Sulet 2023.</w:t>
      </w:r>
    </w:p>
    <w:p>
      <w:pPr>
        <w:pStyle w:val="ArticleScripture"/>
        <w:jc w:val="left"/>
      </w:pPr>
      <w:r>
        <w:rPr>
          <w:rFonts w:ascii="Times New Roman" w:hAnsi="Times New Roman" w:eastAsia="Times New Roman" w:cs="Times New Roman"/>
        </w:rPr>
        <w:t>“Téere biñ tëj, du téereb Peeñ gi, waaye mooy boobu cér ci kàddug yëgleb Danyeel bi jëm ci fan yu mujj yi. Mbind mi nee na: ‘Waaye yow, Danyeel, tëjël wax yi, te nga muure téere bi ba ci jamonoy mujj gi: ñu bare dinañu daw fii ak fale, te xam-xam dina yokku’ (Danyeel 12:4). Bi téere bi ubbeeku, yégleef bi amoon mooy: ‘Waxtu du weesuati.’ (Xoolal Peeñ 10:6.) Léegi téereb Danyeel bi ubbiku na, te peeñ mi Kirist defal Yowaana war na agsi ci bépp waa dëkk ci suuf. Gannaaw yokkute xam-xam bi, askan wuñuy waajal ngir man a taxaw ci fan yu mujj yi. . . .”</w:t>
      </w:r>
    </w:p>
    <w:p>
      <w:pPr>
        <w:pStyle w:val="ArticleScripture"/>
        <w:jc w:val="left"/>
      </w:pPr>
      <w:r>
        <w:rPr>
          <w:rFonts w:ascii="Times New Roman" w:hAnsi="Times New Roman" w:eastAsia="Times New Roman" w:cs="Times New Roman"/>
        </w:rPr>
        <w:t>“Ci njëkk malaaka mu jëkk bi, ñu woo nit ñi ngir ñuy jaamu Yàlla, Sunu Bindkat bi, mi bind àddina ak lépp lu nekk ci biiram. Ñoom jox nañu teral ab kuréelu Papasi bi, ba taxoon yoonu Yexowa amul doole; waaye xam-xam ci mbir mii dina yokku.” Selected Messages, téere 2, 105, 106.</w:t>
      </w:r>
    </w:p>
    <w:p>
      <w:pPr>
        <w:pStyle w:val="ArticleBody"/>
        <w:jc w:val="left"/>
      </w:pPr>
      <w:r>
        <w:rPr>
          <w:rFonts w:ascii="Times New Roman" w:hAnsi="Times New Roman" w:eastAsia="Times New Roman" w:cs="Times New Roman"/>
        </w:rPr>
        <w:t>Bëccëg téereb Danyeel bi jëm ci fan yu mujj yi ci atum 1989 mooy juróom-benn ay kàddu yu mujj yi ci saar fukk ak benn, te ni yëngu-yëngu junni téeméeri ñent-fukk ak ñeent junni gi di jot ci mujjam, bës-bu-nekk ci téereb Danyeel bi ñu ubbi mooy jaar-jaaru nettali bu nëbb woon ci kàddu fukk, bi tegtal jaar-jaaru 1989 ba kerag yoonu Dibeer bi ca États-Unis. Jaar-jaaru bu nëbb bu kàddu fukk mooy jaar-jaaru junni téeméeri ñent-fukk ak ñeent junni gi. Bépp yonent dafay seedeel jamono jooju.</w:t>
      </w:r>
    </w:p>
    <w:p>
      <w:pPr>
        <w:pStyle w:val="ArticleBody"/>
        <w:jc w:val="left"/>
      </w:pPr>
      <w:r>
        <w:rPr>
          <w:rFonts w:ascii="Times New Roman" w:hAnsi="Times New Roman" w:eastAsia="Times New Roman" w:cs="Times New Roman"/>
        </w:rPr>
        <w:t>Ci bir tegtal bi, yokkute xam-xam buy “mu ngi ngir waajal nit ñu taxaw ci fan yu mujj yi,” dafay tektal ubbite juróom-benn ay aaya yu mujj ci atum 1989, te itam dafay tektal ubbite jaar-jaaru cosaan bu nëbbu bu aaya ñeent-fukk. Ci ñaari jaar-jaar yooyu, waxu Sell mi mooy wone ne xam-xam dina yokku ci mbirum kàttanu pap ba ak yoonu Dibes. Ci ndoortel ak ci mujjum yëngu-yëngub ñaari téeméer ak ñeent-fukk ak ñeent, yokkute xam-xam boobu moo jur jëfandikoo bu nattu bi am ñetti jéego, ni ko Daniyel saar 12 di tektale.</w:t>
      </w:r>
    </w:p>
    <w:p>
      <w:pPr>
        <w:pStyle w:val="ArticleScripture"/>
        <w:jc w:val="left"/>
      </w:pPr>
      <w:r>
        <w:rPr>
          <w:rFonts w:ascii="Times New Roman" w:hAnsi="Times New Roman" w:eastAsia="Times New Roman" w:cs="Times New Roman"/>
        </w:rPr>
        <w:t>Mu ne ko: Demal sa yoon, Danyeel; ndaxte wax yi tëj nañu leen te rëj nañu leen ba ci jamono ji mujj gi. Ñu bare dinañu leen sellal, setal leen, te nattu leen; waaye ñi bon dinañu def lu bon; te kenn ci ñi bon du xam dara, waaye boroom xel yi dinañu xam. Danyeel 12:9, 10.</w:t>
      </w:r>
    </w:p>
    <w:p>
      <w:pPr>
        <w:pStyle w:val="ArticleBody"/>
        <w:jc w:val="left"/>
      </w:pPr>
      <w:r>
        <w:rPr>
          <w:rFonts w:ascii="Times New Roman" w:hAnsi="Times New Roman" w:eastAsia="Times New Roman" w:cs="Times New Roman"/>
        </w:rPr>
        <w:t>Ni mel ni yëpp yoonu yeesal yu sell yi, ñetti jéego yi Daniel wone ni “ñu setal leen, te ñu weexal leen, te ñu natt leen” dañuy tegtal mandarga yoon wi ci wàccug benn tektal bu Yàlla, topp ci nattug benn yégle bu amuloon ci lu ko waral, ba noppi topp ci ñetteelu natt bu mel ni ab litmus test buy feeñal jikko yi ñaari xeet yi ñuy sos, ci kaw nangu gi walla bañ gi ñuy def ci yokkute xam-xam bi ñu ubbi. Ak tàmbaleg yëngu-yëngu junni ak ñeenti fukk ak ñeenti tamit yi, ñetti jéego yi nekkoon 11 Sàttumbar 2001, topp ca 18 Sulet 2020, te gannaaw loolu yoonu Diminik. Ci jeexitalu boobu yëngu-yëngu sax, ñetti jéego yi mooy Sulet 2023, agsiwub yëgle Midnight Cry, ak yoonu Diminik.</w:t>
      </w:r>
    </w:p>
    <w:p>
      <w:pPr>
        <w:pStyle w:val="ArticleBody"/>
        <w:jc w:val="left"/>
      </w:pPr>
      <w:r>
        <w:rPr>
          <w:rFonts w:ascii="Times New Roman" w:hAnsi="Times New Roman" w:eastAsia="Times New Roman" w:cs="Times New Roman"/>
        </w:rPr>
        <w:t>Bataaxal bi waajal askanu Yàlla ngir ñu man a taxaw, te ñu ubbi ko ci weeru Sulet 2023, dafay ëmb ay réy-réyi dëgg gu yonent bi, te boolees na ci moom yaxu yax yu wow yi Ezekiel wax ci saar fanweeri-ñett. Ezekiel joxe na ñaari bataaxal. Jëfandikoo bu njëkk bi moo delloo yax ya, ba ñu dajaleekaat; waaye du woon ba ci ñaareelu bataaxal bi la Israyil taxaw ci ay tànkam, nekk mbooloo xare bu am doole. Ñaari seede yi ci Peeñug Yàlla saar fukk ak benn taxaw nañu bi ñu feesee ak Xelum Sell mi.</w:t>
      </w:r>
    </w:p>
    <w:p>
      <w:pPr>
        <w:pStyle w:val="ArticleScripture"/>
        <w:jc w:val="left"/>
      </w:pPr>
      <w:r>
        <w:rPr>
          <w:rFonts w:ascii="Times New Roman" w:hAnsi="Times New Roman" w:eastAsia="Times New Roman" w:cs="Times New Roman"/>
        </w:rPr>
        <w:t>Gannaaw ñetti fan ak genn-wàll, Xelum dund gu jóge ci Yàlla dugg na ci ñoom, te ñu taxaw ci seen tànk; ba noppi ragal gu réy dal ci ñi leen gisoon. Apocalips 11:11.</w:t>
      </w:r>
    </w:p>
    <w:p>
      <w:pPr>
        <w:pStyle w:val="ArticleBody"/>
        <w:jc w:val="left"/>
      </w:pPr>
      <w:r>
        <w:rPr>
          <w:rFonts w:ascii="Times New Roman" w:hAnsi="Times New Roman" w:eastAsia="Times New Roman" w:cs="Times New Roman"/>
        </w:rPr>
        <w:t>Esekiyel jàngale dëgg gu mel noonu.</w:t>
      </w:r>
    </w:p>
    <w:p>
      <w:pPr>
        <w:pStyle w:val="ArticleScripture"/>
        <w:jc w:val="left"/>
      </w:pPr>
      <w:r>
        <w:rPr>
          <w:rFonts w:ascii="Times New Roman" w:hAnsi="Times New Roman" w:eastAsia="Times New Roman" w:cs="Times New Roman"/>
        </w:rPr>
        <w:t>Noonu ne ma wax ma: “Doomu nit ki, taxawalal sa tànk, te dinaa la wax.” Bi mu ma doon waxee, Xelum bi dugg ci man, taxawal ma ci sama tànk, ba ma dégg ki doon wax ak man. Ezekiel 2:1, 2.</w:t>
      </w:r>
    </w:p>
    <w:p>
      <w:pPr>
        <w:pStyle w:val="ArticleBody"/>
        <w:jc w:val="left"/>
      </w:pPr>
      <w:r>
        <w:rPr>
          <w:rFonts w:ascii="Times New Roman" w:hAnsi="Times New Roman" w:eastAsia="Times New Roman" w:cs="Times New Roman"/>
        </w:rPr>
        <w:t>Bi Sister White waxee ne “ci yokkute xam-xam askan wuñuy waajal ngir man a taxaw ci fan yu mujj yi.” Yokkute xam-xam mooy li ñuy wax “diw” ci léeboonu fukki janq yi, te “diw” jëfandikoo na ngir tegtal “bataaxali Xelu Yàlla yi,” itam “Xel mu Sell mi,” ak noonu it “jikko.”</w:t>
      </w:r>
    </w:p>
    <w:p>
      <w:pPr>
        <w:pStyle w:val="ArticleBody"/>
        <w:jc w:val="left"/>
      </w:pPr>
      <w:r>
        <w:rPr>
          <w:rFonts w:ascii="Times New Roman" w:hAnsi="Times New Roman" w:eastAsia="Times New Roman" w:cs="Times New Roman"/>
        </w:rPr>
        <w:t>Diggante sulet 2023 ak yoonu dibeer buy ñëw ci gaaw, am na yokkute xam-xam buy dundal askanu Yàlla, te ñuy taxaw. Ñuy taxaw ngir wone ne am nañu “diwlin” bu yégle bi ñu ubbiwoon ca jamono jooju. Ñuy taxaw bu Leeru Sell bi nekk ci seen ndab, te ñuy taxaw bu ñu amee jikko ju waajal ngir màndargay Yàlla.</w:t>
      </w:r>
    </w:p>
    <w:p>
      <w:pPr>
        <w:pStyle w:val="ArticleBody"/>
        <w:jc w:val="left"/>
      </w:pPr>
      <w:r>
        <w:rPr>
          <w:rFonts w:ascii="Times New Roman" w:hAnsi="Times New Roman" w:eastAsia="Times New Roman" w:cs="Times New Roman"/>
        </w:rPr>
        <w:t>Jéego nattu njàng mi tàmbalee ci weeru Sulet 2023, mu topp ak ab jamono buy may kandidaa yii nangu mbaa bañ diwlin wi. Ñi ko nangu, dañuy selléel leen, te gannaaw loolu dees na leen yékkati muy sañse ci bi yoonu Dibeer bu agsi léegi di ñëw. Ñi bañ diwlin wi, dañuy jot nax gu tar.</w:t>
      </w:r>
    </w:p>
    <w:p>
      <w:pPr>
        <w:pStyle w:val="ArticleBody"/>
        <w:jc w:val="left"/>
      </w:pPr>
      <w:r>
        <w:rPr>
          <w:rFonts w:ascii="Times New Roman" w:hAnsi="Times New Roman" w:eastAsia="Times New Roman" w:cs="Times New Roman"/>
        </w:rPr>
        <w:t>Ñoom ñooñu dees leen yee ci nelaw gu xelum ci weeru Sulet 2023, te gannaaw loolu ñu jàkkaaral leen ak jéeg-u nattu gu mujj gi bala seenu waxtu mayug bopp di tëjku. Jéeg-u nattu googu dañu ko samp ci biir jumtukaayu waxu yonent buy ànd ak sosug melokaanu rab wi, ci jamono ji sax ñooñu war a dellu ci dund te sos melokaanu Almasi bi ci suuf seeni xol. Tëralinu waxu yonent bi fu war a matale nattu boobu mooy taariixu 1989 ba ci yoonu Dibeer bi. Mënume ñooñu bokk yi di xeeñoo xew wu leen tax na Boroom bi bàyyi bàkkaaru njàngale yu wengéel dugg.</w:t>
      </w:r>
    </w:p>
    <w:p>
      <w:pPr>
        <w:pStyle w:val="ArticleScripture"/>
        <w:jc w:val="left"/>
      </w:pPr>
      <w:r>
        <w:rPr>
          <w:rFonts w:ascii="Times New Roman" w:hAnsi="Times New Roman" w:eastAsia="Times New Roman" w:cs="Times New Roman"/>
        </w:rPr>
        <w:t>“Yàlla dina yee ay nitam; su yeneen yoon yu beesul, ay njàngum réer dinañu dugg ci seen biir, te yooyu dinañu leen seetlu, di weesu nettali garab ak dugub. Boroom bi dafa woote ñépp ñi gëm kàdduam, ngir ñu yéewu génn nelaw. Leer gu am solo ñëw na, te méngoo na ak jamono jii. Mooy dëggu Biibël, di won nguy nañu nekk ci sunu kanam. Leer googu war na nu jiite ci gëstu Mbind mi ak faramfacce gu gëna wér ci taxawaayi njàng yi nu yor. Yàlla bëgg na ñépp yoonu ak taxawaayu dëgg gi ñu xool leen bu baax, ak muñ ak sax, ci ñaan ak woor.” Testimonies, volume 5, 708.</w:t>
      </w:r>
    </w:p>
    <w:p>
      <w:pPr>
        <w:pStyle w:val="ArticleBody"/>
        <w:jc w:val="left"/>
      </w:pPr>
      <w:r>
        <w:rPr>
          <w:rFonts w:ascii="Times New Roman" w:hAnsi="Times New Roman" w:eastAsia="Times New Roman" w:cs="Times New Roman"/>
        </w:rPr>
        <w:t>Yépp yonent yi yépp dañuy wax ci fan yu mujj yi, ba taxna ci fan yu mujj yii, ci weeru Sulet 2023, Boroom bi jéemoon na ngir “yeewal” ay nitam, waaye ay jéefam amul njariñ, te mu may mujjug xuloo bu njëkk bi ci mbirum benn màndarga bu Room ci taarixu Advent ngir mu dellusi muy artu ci jegeñaayu mujj ga. Loolu la defoon, doonte “leer gu am solo” “agsee woon na, ba méngook jamono jii.” Leer gi agsiwoon ci weeru Sulet 2023 mooy “dëggu Biibël bi, buy won musiba yi nekk ci sunu kanam.” Leer googu waroon na yóbbu “nu ci njàngum Mbind mi ak seen xool bu gëna seetaan bu baax ci taxawaay yi nu yor.”</w:t>
      </w:r>
    </w:p>
    <w:p>
      <w:pPr>
        <w:pStyle w:val="ArticleBody"/>
        <w:jc w:val="left"/>
      </w:pPr>
      <w:r>
        <w:rPr>
          <w:rFonts w:ascii="Times New Roman" w:hAnsi="Times New Roman" w:eastAsia="Times New Roman" w:cs="Times New Roman"/>
        </w:rPr>
        <w:t>Jaar-jaaru nettali sàccu benn-fukk ak juróom ci Daniel fukki benn, ndaxte Alfa ak Omega dañoo wone mujju yégleb Daniel mu mujj, ak njàlbéenam. Ba ñëwee ci njàqare bi 18 Sulet 2020, Seytaane dafa dugaloon lëruy xel ci ay jaar-jaar yooyu ci benn-fukk ba juróom-fukk, ndaxte xamoon na ne njàlbéenu xët wi mooy caabi bi di tektal mujju xët wi. Ginnaaw loolu, xuloo bu njëkk bi ci jaar-jaaru fukk ak ñeent bi lañu dugal.</w:t>
      </w:r>
    </w:p>
    <w:p>
      <w:pPr>
        <w:pStyle w:val="ArticleScripture"/>
        <w:jc w:val="left"/>
      </w:pPr>
      <w:r>
        <w:rPr>
          <w:rFonts w:ascii="Times New Roman" w:hAnsi="Times New Roman" w:eastAsia="Times New Roman" w:cs="Times New Roman"/>
        </w:rPr>
        <w:t>«Amul dara lu mag nax naxoon, mooy nu xam pexe yi muy jëfandikoo.» The Great Controversy, 516.</w:t>
      </w:r>
    </w:p>
    <w:p>
      <w:pPr>
        <w:pStyle w:val="ArticleBody"/>
        <w:jc w:val="left"/>
      </w:pPr>
      <w:r>
        <w:rPr>
          <w:rFonts w:ascii="Times New Roman" w:hAnsi="Times New Roman" w:eastAsia="Times New Roman" w:cs="Times New Roman"/>
        </w:rPr>
        <w:t>Li leer na wazi ne, ci jëf yu Seytaane yi ngir jaaxal tekki ak mébet ay aaya yooyu, ne ñoom da ñuy benn cér bu am solo ci doxalin nattu gi mi léegi di seetaan ak wër ay ñi di xaar ngir bokk ci téeméeri ñent-fukk ak ñeent junni. Rakku jigéen White dafa dëggal ne, jaar-jaar biñu wone ci Daniel fukk ak benn, te bi matalee laata jamono mujj ga ci 1798, dees na ko baamtuwaat ci juróom-benn aaya yu mujj ya.</w:t>
      </w:r>
    </w:p>
    <w:p>
      <w:pPr>
        <w:pStyle w:val="ArticleScripture"/>
        <w:jc w:val="left"/>
      </w:pPr>
      <w:r>
        <w:rPr>
          <w:rFonts w:ascii="Times New Roman" w:hAnsi="Times New Roman" w:eastAsia="Times New Roman" w:cs="Times New Roman"/>
        </w:rPr>
        <w:t>“Amunu dara yàgg ngir sànni. Ay fan yu jafe-jafe nekk nañu ci sunu kanam. Àddina bi jóg na ak xel muubug xare. Te léegi-ay jamono, xew-xewu jafe-jafe yi ñu wax ci kàdduy yonent yi dinañu am. Yonent gi nekk ci saa yu fukk ak benn ci Daniel jege na lool ci matalugam bu mat sëkk. Lu bare ci taarix bi amoon ngir matal yonent googu, dinañu ko delloo.” Manuscript Releases, number 13, 394.</w:t>
      </w:r>
    </w:p>
    <w:p>
      <w:pPr>
        <w:pStyle w:val="ArticleBody"/>
        <w:jc w:val="left"/>
      </w:pPr>
      <w:r>
        <w:rPr>
          <w:rFonts w:ascii="Times New Roman" w:hAnsi="Times New Roman" w:eastAsia="Times New Roman" w:cs="Times New Roman"/>
        </w:rPr>
        <w:t>Maa ngi seet ne mboolem jaar-jaar bi ñu tegtal ci aaya yu njëkk ba ñent-fukk ak juróom-ñeent, ñu delloo ko ci juróom-benn aaya yu mujj yi ci sura bi. Te it maa ngi seet ne jaar-jaari fan yu mujj yi, mooy jaar-jaari jeexital àtte bi tambalee 22 Oktoobar 1844, ñu ko tegtal ak ñaari waxtu-yonent yu mag. Waxtu bu njëkk bi dafa tegtal àtte bi ñuy matal ci kër Yàlla, te gannaaw loolu ñu topp ko ak ab waxtu bu àtte bi ñuy matal ngir ñi nekk ci biti kër Yàlla. Waxtu bu njëkk bi tambalee na ci 1989 te jeex ca yoonu Dibeer ba ci Etazini, te loolu mooy mësal tambali waxtu bu ñaareel bi, bi di jeex bu Mikaayel taxawee te waxtu xéewalu nit ñi tëj. Jaar-jaaru kumpa bu aaya ñent-fukk bi itam tambalee na ci 1989, te jeex ci aaya ñent-fukk ak benn, bi di yoonu Dibeer ba ci Etazini.</w:t>
      </w:r>
    </w:p>
    <w:p>
      <w:pPr>
        <w:pStyle w:val="ArticleBody"/>
        <w:jc w:val="left"/>
      </w:pPr>
      <w:r>
        <w:rPr>
          <w:rFonts w:ascii="Times New Roman" w:hAnsi="Times New Roman" w:eastAsia="Times New Roman" w:cs="Times New Roman"/>
        </w:rPr>
        <w:t>Loolu mooy benn jaar-jaar bi ci aysar 10 ba 15 ci benn xët boobu. Jaar-jaar boobu dafa dëppook jaar-jaaru Millerites yi, dale ci waxtu mujj mi ci 1798, ba keraat gi tàmbalee 22 Oktoobar 1844. Ñaari jaar-jaar yooyu dañuy daw ci benn yoon ak jaar-jaaru waxu yonent bi tàmbalee ci juddug Kirist te mujje ci bant ba.</w:t>
      </w:r>
    </w:p>
    <w:p>
      <w:pPr>
        <w:pStyle w:val="ArticleBody"/>
        <w:jc w:val="left"/>
      </w:pPr>
      <w:r>
        <w:rPr>
          <w:rFonts w:ascii="Times New Roman" w:hAnsi="Times New Roman" w:eastAsia="Times New Roman" w:cs="Times New Roman"/>
        </w:rPr>
        <w:t>Jaar-jaariñ bi tambalee ci atum 1989, dafa boole waxtu nattu bi tambalee 11 Septaambar 2001, ni ko melal waxtu nattu bi tambalee 11 Awuut 1840 ak it waxtu nattu bi tambalee ca sóobu Kirist ci ngëm. Sosinug melo nabu mala mi, ñu ko melale na ak ay rëdd yu bare ci jaar-jaari waxu yonent yi. Benn ci yooyu tegtal yu mel ni benn mooy waxtu tëj miirug ñaar-fukki junni ak ñent-fukki junni ak ñent-ñaar ñi, bi tambalee 11 Septaambar 2001 te jeex ci yoonu Dibeer bu dëgër bi di ñëw léegi. Jaar-jaar bu nëbb bi ci saar fekk-ñent mi, man nañu koo boole itam ak rëdd bi tambalee 22 Oktoobar 1844 ba ci fippu 1863.</w:t>
      </w:r>
    </w:p>
    <w:p>
      <w:pPr>
        <w:pStyle w:val="ArticleBody"/>
        <w:jc w:val="left"/>
      </w:pPr>
      <w:r>
        <w:rPr>
          <w:rFonts w:ascii="Times New Roman" w:hAnsi="Times New Roman" w:eastAsia="Times New Roman" w:cs="Times New Roman"/>
        </w:rPr>
        <w:t>22 Oktoobar 1844 mooy njiital malaaka ñetteel ba. Ni itam ci ñëwum bépp malaaka yu waxoon ci kàddug yonnent, amoon na ndigëlam bu war a ñammee, waaye du woon a nekk; te Millerismu Filadelfi soppeeku woon ba mu doon Millerismu Laodise, lu jiitu atum 1863, ba ñuy jëlee tur wi ci yoon wu rasmi ne Seventh-day Adventist te tàmbalee wër-gu-yaram ci màndiŋum fippu, ba tey jii. Jaar-jaaru 1844 ba 1863 dafay tegtal ñi bañ woote bi ngir bokk ci ñaar-fukk-ñeent-fukki junni ñaari téeméer ak ñeent-fukk-ñeent. Ñoom ñooy ñaaw ña ci Daniel ay saar 12, mbooloom ñiy reetaan ci Yeremi, jàngu Seytaane ji ci Yowaana, ak jigéen yu ñàkk xel yi ci Matye.</w:t>
      </w:r>
    </w:p>
    <w:p>
      <w:pPr>
        <w:pStyle w:val="ArticleBody"/>
        <w:jc w:val="left"/>
      </w:pPr>
      <w:r>
        <w:rPr>
          <w:rFonts w:ascii="Times New Roman" w:hAnsi="Times New Roman" w:eastAsia="Times New Roman" w:cs="Times New Roman"/>
        </w:rPr>
        <w:t>Bataaxal bu artu bi Kirist dafee ko tektal ci “yàqute gu yàqu, ga Yonent bi Danyeel waxoon” dafay tekki bataaxal bu artu ngir daw lu jiitu alag ak tasaaroo gi di toppsi. Ci atum 66 gannaaw Kirist, jeneraalu Room bu tudd Cestius dafa matale woon bataaxal boobu ci Kiristaan yi ci jamonoy Room gu pagan. Ci xarnu bi njëkk, ndaw li Yàlla yónni Pool bind na bataaxal boobu itam ngir Kiristaan yi di sonn ci jamonoy Room gu paapal. Bataaxal bi ñeel way sàmm Bésub Noflaay, ngir génn dëkk yi te dund ca àll ba, dikk na ci 1888, moom at mu benn ak Blair Bill, jéemantu bu njëkk ngir samp Dibéer muy Bésub Noflaay bu Réew mi. Blair Bill mooyoon bataaxal bi ngir daw, ci mataleb waxu Kirist ci mbirum yàqute gu yàqu ga Danyeel waxoon.</w:t>
      </w:r>
    </w:p>
    <w:p>
      <w:pPr>
        <w:pStyle w:val="ArticleBody"/>
        <w:jc w:val="left"/>
      </w:pPr>
      <w:r>
        <w:rPr>
          <w:rFonts w:ascii="Times New Roman" w:hAnsi="Times New Roman" w:eastAsia="Times New Roman" w:cs="Times New Roman"/>
        </w:rPr>
        <w:t>Ni mel ni ak Cestius ci atum 66 AD, Blair Bill biñ na ko Yàlla jël ko ci yoonam. 1888 dafay màndargaal 11 Septàmbar 2001, ndaxte Rakk bu jigéen White mooy tektal wàccug malaaka bi ci Peeñu 18 ci ñaari jaar-jàpp yooyu. Artu ngir daw dëkk yi ci bés yu mujj yi tàmbalee doxal ci 11 Septàmbar 2001. Kon nag, Blair Bill bu 1888 bi dafay màndargaal Patriot Act bu 2001 bi. Malaaka bi wàccoon ci 11 Septàmbar 2001 mooy yégle bataaxal artu bu mujj bi ci ñetti aaya yu njëkk yi ci Peeñu 18, te bataaxal artu bu mujj boobu itam mooy yégleb malaaka bu ñetteel bi, doonte sax yégleb gi malaaka bu ñetteel bi di taxawal ci kapitul 14 du benn waxin yu dëgg ak yi nekk ci kapitul 18. Ci rëdd ci kaw rëdd, ñoom ñépp benn bataaxal artu lañu.</w:t>
      </w:r>
    </w:p>
    <w:p>
      <w:pPr>
        <w:pStyle w:val="ArticleBody"/>
        <w:jc w:val="left"/>
      </w:pPr>
      <w:r>
        <w:rPr>
          <w:rFonts w:ascii="Times New Roman" w:hAnsi="Times New Roman" w:eastAsia="Times New Roman" w:cs="Times New Roman"/>
        </w:rPr>
        <w:t>Tiit buy ñaawte gu indi yàq, bi yonent bi Danyeel waxoon, moo doon màndarga bu Kirist joxe ngir xamle kañ la ay nitam war a daw ngir seen aar. Mbind muuy waare la, te moo tax war na doon bind mujj bi ci waare yi, doonte wax yi ñu ci waxe wuute na ak ndigal bi ñu tegtal ci saaray ñaari-fukk ak ñeent, ak it ci saaray ñaari-fukk ak juróom-ñett ci Kàddug Peeñ mi. Jaar-jaar bi tàmbalee ci aaya fukk ak juróom-benn, ci Yeremiya fukk ak juróom, mooy benn jamono ju yonent yi ci waxoon ngir bind bi di waare te di nattu. Mu tàmbalee bi Yeremiya lekk Kàddug Yàlla, te loolu am na bi malaaka bi wàccee, ni mu ko defee bi kër yu mag ya ca dëkk bu mag ba New York daanoo.</w:t>
      </w:r>
    </w:p>
    <w:p>
      <w:pPr>
        <w:pStyle w:val="ArticleBody"/>
        <w:jc w:val="left"/>
      </w:pPr>
      <w:r>
        <w:rPr>
          <w:rFonts w:ascii="Times New Roman" w:hAnsi="Times New Roman" w:eastAsia="Times New Roman" w:cs="Times New Roman"/>
        </w:rPr>
        <w:t>Bi Yeremi yégle ne: «Sa wax ji ñu gisoon na ko, te lekk naa ko; te sa wax doon na ma mbégte ak bégéb sama xol,» mu ngi tekki nattu bi jëkk bi ci mbirum ñam yi ci saaru njëkk ci kër Daniel, ak Yowaana ci saaru fukki ci Peeñug Yowaana bi, bi muy jël téere bi ci loxob malaaka ba te lekk ko. Lekk ndawtal bi tàmbalee na bu malaaka agsee, te bu malaaka agsee am na kàddug wax ci lu ñuy nattu bu deñkówoon te ubbeeku. Bu malaaka agsee, jamonoy nattu bi jëkk bi tàmbalee na, te mu jeex bu jamonoy nattu bi ñaareel bi tàmbalee; te bu Mikayel taxaw, jamonoy nattu bi ñaareel bi jeex na.</w:t>
      </w:r>
    </w:p>
    <w:p>
      <w:pPr>
        <w:pStyle w:val="ArticleBody"/>
        <w:jc w:val="left"/>
      </w:pPr>
      <w:r>
        <w:rPr>
          <w:rFonts w:ascii="Times New Roman" w:hAnsi="Times New Roman" w:eastAsia="Times New Roman" w:cs="Times New Roman"/>
        </w:rPr>
        <w:t>Bu malaaka bi ñëwee, taw bu mujj bi daldi tàmbalee di naaw.</w:t>
      </w:r>
    </w:p>
    <w:p>
      <w:pPr>
        <w:pStyle w:val="ArticleScripture"/>
        <w:jc w:val="left"/>
      </w:pPr>
      <w:r>
        <w:rPr>
          <w:rFonts w:ascii="Times New Roman" w:hAnsi="Times New Roman" w:eastAsia="Times New Roman" w:cs="Times New Roman"/>
        </w:rPr>
        <w:t>“Taw wu mujj mi dina wàcc ci kaw askanu Yàlla. Ab malaaka bu am doole dina wàcc jóge asamaan, te suuf sépp dina leer ndax ndamam.” Review and Herald, 21 Awril 1891.</w:t>
      </w:r>
    </w:p>
    <w:p>
      <w:pPr>
        <w:pStyle w:val="ArticleBody"/>
        <w:jc w:val="left"/>
      </w:pPr>
      <w:r>
        <w:rPr>
          <w:rFonts w:ascii="Times New Roman" w:hAnsi="Times New Roman" w:eastAsia="Times New Roman" w:cs="Times New Roman"/>
        </w:rPr>
        <w:t>Taw gu mujj bi ñi di jot ci mooy ñi di dox ci yoon yu màgg yi Yàlla waxoon jaarale ko ci Yeremi.</w:t>
      </w:r>
    </w:p>
    <w:p>
      <w:pPr>
        <w:pStyle w:val="ArticleScripture"/>
        <w:jc w:val="left"/>
      </w:pPr>
      <w:r>
        <w:rPr>
          <w:rFonts w:ascii="Times New Roman" w:hAnsi="Times New Roman" w:eastAsia="Times New Roman" w:cs="Times New Roman"/>
        </w:rPr>
        <w:t>Li Boroom bi wax na: Taxawleen ci yoon yi, te xoolleen, te laajleen yoon yu mag ya, ana la yoon wu baax wi nekk, te doxleen ci moom, te dungeen gis noppaliku ngir seeni bàkk. Waaye ñoom nee nañu: Dunu dox ci moom. Te itam tabb naa ci seen kaw ay wottukat, naan: Dégluleen baatu trompet bi. Waaye ñoom nee nañu: Dunu déglu. Jeremiah 6:16, 17.</w:t>
      </w:r>
    </w:p>
    <w:p>
      <w:pPr>
        <w:pStyle w:val="ArticleBody"/>
        <w:jc w:val="left"/>
      </w:pPr>
      <w:r>
        <w:rPr>
          <w:rFonts w:ascii="Times New Roman" w:hAnsi="Times New Roman" w:eastAsia="Times New Roman" w:cs="Times New Roman"/>
        </w:rPr>
        <w:t>“Buutta” bi “wottukati” di liit mooy yégleb Laodike bi, bi Jones ak Waggoner joxe woon ci atum 1888.</w:t>
      </w:r>
    </w:p>
    <w:p>
      <w:pPr>
        <w:pStyle w:val="ArticleScripture"/>
        <w:jc w:val="left"/>
      </w:pPr>
      <w:r>
        <w:rPr>
          <w:rFonts w:ascii="Times New Roman" w:hAnsi="Times New Roman" w:eastAsia="Times New Roman" w:cs="Times New Roman"/>
        </w:rPr>
        <w:t>Waxal ak kàddu gu réy, bul muñ; yékkal sa baat ni trompet, te won sama xeet seen moytu, ak kër Yàqub seeni bàkkaar. Isaaya 58:1.</w:t>
      </w:r>
    </w:p>
    <w:p>
      <w:pPr>
        <w:pStyle w:val="ArticleBody"/>
        <w:jc w:val="left"/>
      </w:pPr>
      <w:r>
        <w:rPr>
          <w:rFonts w:ascii="Times New Roman" w:hAnsi="Times New Roman" w:eastAsia="Times New Roman" w:cs="Times New Roman"/>
        </w:rPr>
        <w:t>Bés bu 11 fanweeri 2001, tàmbaliwa na rëy miir ak ñeent fukki junni ak ñeent fukki junni. Yëgleb waare gu jëm ci Laodicea yees na ko.</w:t>
      </w:r>
    </w:p>
    <w:p>
      <w:pPr>
        <w:pStyle w:val="ArticleScripture"/>
        <w:jc w:val="left"/>
      </w:pPr>
      <w:r>
        <w:rPr>
          <w:rFonts w:ascii="Times New Roman" w:hAnsi="Times New Roman" w:eastAsia="Times New Roman" w:cs="Times New Roman"/>
        </w:rPr>
        <w:t>“Bataaxal bi ñu nu joxee A. T. Jones ak E. J. Waggoner, mooy bataaxalu Yàlla bi ñu yónnee ci mbooloom Laodise; te alkande nekk na ci ku nekk buy wax ne gëm na dëgg teewul di wone ci kanam ñeneen leer yi Yàlla jox.” The 1888 Materials, 1053.</w:t>
      </w:r>
    </w:p>
    <w:p>
      <w:pPr>
        <w:pStyle w:val="ArticleBody"/>
        <w:jc w:val="left"/>
      </w:pPr>
      <w:r>
        <w:rPr>
          <w:rFonts w:ascii="Times New Roman" w:hAnsi="Times New Roman" w:eastAsia="Times New Roman" w:cs="Times New Roman"/>
        </w:rPr>
        <w:t>Artu bu ñu jox Laodisee mooy baatub lii trompetu ñi war a wottu Yàlla ci Yeremi, te mbooloom Laodisee bu Set-journé Adventiste bañ a dégg. Mooy artu bi ñuy wax ngir daw dëkk yu mag ya ba dem ci suuf bu dëkkuwaay ci kër gu góor-góorlu, lu jiitu ndigalu Dibéer bu nekk ci yoon te mu ngi ñëw léegi.</w:t>
      </w:r>
    </w:p>
    <w:p>
      <w:pPr>
        <w:pStyle w:val="ArticleBody"/>
        <w:jc w:val="left"/>
      </w:pPr>
      <w:r>
        <w:rPr>
          <w:rFonts w:ascii="Times New Roman" w:hAnsi="Times New Roman" w:eastAsia="Times New Roman" w:cs="Times New Roman"/>
        </w:rPr>
        <w:t>Li ma wax maa leen ci mbir yooyu yu bari ci yooni waxu Yonent yi, dafa doon jéem ngir yëngal seen xel mu man a ràññee, ngir dëgërël leen ngéen seetlu bu baax te ngéen wóorlu ci li ma bëgg a bind. Xéyda melokaan bi gëna am solo ci nataalu rab wa ak nataal bu ñu jagleel rab wa mooy ne, am na ñaari sosu nataal bu rab wa ak bu ñu jagleel rab wa ci fan yu mujj yi. Ki jëkk, ci États-Unis, te gannaaw loolu ci xeeti àddina yi.</w:t>
      </w:r>
    </w:p>
    <w:p>
      <w:pPr>
        <w:pStyle w:val="ArticleBody"/>
        <w:jc w:val="left"/>
      </w:pPr>
      <w:r>
        <w:rPr>
          <w:rFonts w:ascii="Times New Roman" w:hAnsi="Times New Roman" w:eastAsia="Times New Roman" w:cs="Times New Roman"/>
        </w:rPr>
        <w:t>Am na ay ay mel yu kenn ci yëf yu wax ci kanam yu ñu boole ak nataalu rab wi ak rab wi ci boppam, te war nañu leen jëfandikoo bu jub ngir nu man a jaar ba mu baax ci jumtukaayu nattu gu wax ci kanam gi ci nataalu Room. Benn beneen mbir mu am solo ci jamono ji ñuy nattale nataalu rab wi (te manees na ko won ci ay seede yu bari), mooy ne jamono ji ñuy màndargaal ñaar-fukk ak ñeent-fukk ak ñeent junni nit ñi ak ñeent-fukk ak ñeent junni, dafa am ci biir jamono ji ñuy nattale nataalu rab wi ci États-Unis, te jamono ji ñuy nattale nataalu rab wi ci xeeti àddina si, mooy bi Yàlla di dajale ay doomam yeneen yi, ñiy nekk ba tey ci Babilon ci waxtu warees bi ci Dibeer boobu (mi mel ni 321), ngir dugg leen ci kër gi.</w:t>
      </w:r>
    </w:p>
    <w:p>
      <w:pPr>
        <w:pStyle w:val="ArticleBody"/>
        <w:jc w:val="left"/>
      </w:pPr>
      <w:r>
        <w:rPr>
          <w:rFonts w:ascii="Times New Roman" w:hAnsi="Times New Roman" w:eastAsia="Times New Roman" w:cs="Times New Roman"/>
        </w:rPr>
        <w:t>Nattub rab wi mel nirooy ñaari jamono yu mat a yéene te booleeku, te ñaari jamonoy nattu yooyu itam dañuy teg firnde dajale bu mujj gi ñeel téeméer ak ñeent-fukk ak ñeent junni ñi ci Peeñu bàkkaar 7, te ginnaaw loolu mbooloo mu réy mi ci benn saxaar boobu.</w:t>
      </w:r>
    </w:p>
    <w:p>
      <w:pPr>
        <w:pStyle w:val="ArticleBody"/>
        <w:jc w:val="left"/>
      </w:pPr>
      <w:r>
        <w:rPr>
          <w:rFonts w:ascii="Times New Roman" w:hAnsi="Times New Roman" w:eastAsia="Times New Roman" w:cs="Times New Roman"/>
        </w:rPr>
        <w:t>Ci jamono yàlla bi ci dibéer ba, États-Unis dafay wax ni ab njaay ci saraxu benn fukki ak ñetti ci Téereb Peeñ gu ñetteel fukki ak ñetti. Bu boobaa mu dem ngir nax xeeti réew yi yépp ci àddina, ne leen réew yooyu ñoom itam war nañu def benn nataalu mala ga bu mbooloo mi yépp, ni États-Unis defoon ko. Jamono jooju mi tambalee ci yoonub dibéer ba, te muy feeñaleku ci yoonub dibéer bu Constantine ci atum 321, mu jeex ba kerog bu xeetu réew bu mujj gi sujjóot ci kanam Room bu pap yi, fa nga xam ne yoonub dibéer bu 538 mooy feeñaleku; ndaxte ci saraxu benn fukki ak ñetti, États-Unis am na kàttan gu man a dundloo nataalu mala ga ba mu wax. Jamono ji tambalee na ak yoonub dibéer bu 321, te mu jeex ak yoonub dibéer bu 538.</w:t>
      </w:r>
    </w:p>
    <w:p>
      <w:pPr>
        <w:pStyle w:val="ArticleBody"/>
        <w:jc w:val="left"/>
      </w:pPr>
      <w:r>
        <w:rPr>
          <w:rFonts w:ascii="Times New Roman" w:hAnsi="Times New Roman" w:eastAsia="Times New Roman" w:cs="Times New Roman"/>
        </w:rPr>
        <w:t>Ci atum 2001, nguurug Mbootaayiwaayu Àmeerig “wax” Patriot Act ba mujj nekk yoon.</w:t>
      </w:r>
    </w:p>
    <w:p>
      <w:pPr>
        <w:pStyle w:val="ArticleBody"/>
        <w:jc w:val="left"/>
      </w:pPr>
      <w:r>
        <w:rPr>
          <w:rFonts w:ascii="Times New Roman" w:hAnsi="Times New Roman" w:eastAsia="Times New Roman" w:cs="Times New Roman"/>
        </w:rPr>
        <w:t>Dinu sukandikoo ci gëstu bii ci bind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 bu nëbbu ci Aaya Ñent-fukki ak Benn — Ñaareel Biñeex Bi</dc:title>
  <dc:subject>Ubbi Waxe yi: Fan yi Muji, Gaynde gu Yuda, ak Yëngu-yëngu Muji yi Peeñ gi</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