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Nëbëddu 40 — Ñaareel bi</w:t>
      </w:r>
    </w:p>
    <w:p>
      <w:pPr>
        <w:pStyle w:val="ArticleSubtitle"/>
        <w:jc w:val="left"/>
      </w:pPr>
      <w:r>
        <w:rPr>
          <w:rFonts w:ascii="Arial" w:hAnsi="Arial" w:eastAsia="Arial" w:cs="Arial"/>
        </w:rPr>
        <w:t>États-Unis, Patriot Act bi, ak yoonu matug waxi Yonent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Nu jeexaloon njàng mi mujj ak kàddu gi ne, « Ci atum 2001, nguurug Etaa Siniis yi bindoon na Patriot Act mu doon yoon. »</w:t>
      </w:r>
    </w:p>
    <w:p>
      <w:pPr>
        <w:pStyle w:val="ArticleScripture"/>
        <w:jc w:val="left"/>
      </w:pPr>
      <w:r>
        <w:rPr>
          <w:rFonts w:ascii="Times New Roman" w:hAnsi="Times New Roman" w:eastAsia="Times New Roman" w:cs="Times New Roman"/>
        </w:rPr>
        <w:t>«Am na ñu bare, sax ci ñi bokk ci yëngu-yëngu bii ngir sàrtal bésu dimaas, ñu gumba ci njariñ ak jeexital yi di topp jëf jooju. Gisewuñu ne dañuy dóor bu baax ci sañ-sañu diine. Am na ñu bare itam yu masul a xam dara ci li Sabbaatub Biibël di laaj ak ci dal bu dul dëgg bi njiitu dimaas taxawoo. Bépp yëngu-yëngu buy yëkkati yoonu diine, ci dëgg-dëgg, jëf la buy wone nangu gu jëm ci papas bi, mi di noonu xeex ak sañ-sañu xelum nit diirub jamono yu bare. Sàmm dimaas am na sa doole ni kurélu bu ñuy wax ne Kiristaan la ci ‘kumpag njubadi bi’; te sàrtal gi ci kawam dina doon nangu gu mat ci dogal yi nekk batu taxawaayu Roomaanis. Bu sunu réew weddee noonu dogali njubum nguuram ba sos yoonu dimaas, Protestantis dina ci jëf jooju loxo boole ak poperi; du dara ludul jox dundaat njàqare gi yàgg a di xaar sa waxtu ngir dellusi ba nekk despotism bu dox ci jëf.» Testimonies, volume 5, 711.</w:t>
      </w:r>
    </w:p>
    <w:p>
      <w:pPr>
        <w:pStyle w:val="ArticleBody"/>
        <w:jc w:val="left"/>
      </w:pPr>
      <w:r>
        <w:rPr>
          <w:rFonts w:ascii="Times New Roman" w:hAnsi="Times New Roman" w:eastAsia="Times New Roman" w:cs="Times New Roman"/>
        </w:rPr>
        <w:t>At 1888 moo mel ni 2001 la tektale woon, te ci jamono jooju lañu dugaloon Blair Bill bi, waaye ndaxte jotuloon ngir mu weesu, tere na ko mu wax ci mbirum yonent yi. Mu nekk ci misaal mandargay atum 66 AD, ab séeg bu tambale woon te ba noppi ñu dellu ko ak yéeme. Bu ñu déggee ne am na ñaari jamono yu nattu nataru rab wi, te jamono ñaareel jooj boobu tambali ak yoonu dibeer bi ca États-Unis, mi atum 321 di tektale, te jamono jooj di jeex bu yoonu dibeer bu àddina siiwaloon, mi atum 538 di tektale, ñu dajale ko ba mu mat sëkk; kon ci wàllu yonent yi dafa laaj ne tambaleeb jëkkëru jamonoy nattu nataru rab wi itam dafa wara tàmbalee ak benn xeetu tektaleb yoonu dibeer buy waxees. Ca 1888, Blair Bill bi doon na jéem a forcé ab yoonu dibeer bu réew mi, te 1888 mooy melal kañ la malaakam Peeñu gi ci Revelation 18 wàcce, ba leeral suuf si ak ndamu.</w:t>
      </w:r>
    </w:p>
    <w:p>
      <w:pPr>
        <w:pStyle w:val="ArticleBody"/>
        <w:jc w:val="left"/>
      </w:pPr>
      <w:r>
        <w:rPr>
          <w:rFonts w:ascii="Times New Roman" w:hAnsi="Times New Roman" w:eastAsia="Times New Roman" w:cs="Times New Roman"/>
        </w:rPr>
        <w:t>Yoonu Patriot Act mooy misaalu yoonu Dibeer bu tàmbalee waxtu nattu bindu rab wi ci États-Unis. États-Unis di wax ni nagooy, ngir matale li Apocalipse saar 13, xam-xam 11 wax, bu mu di enforced yoonu Dibeer bi. Bu mu di enforced yoon woowu, dina wax ni nagooy, te yoonu Dibeer boobu mooy misaal ne bindu rab wi mat na ci États-Unis. Ci booba, États-Unis feesal na koppam ci waxtu muñam bu yeesal, te ngànt gu réew mi toppu ci yàqu gu réew mi. Ci booba it, États-Unis noppi na doon juróomeel benneel nguur gi ci waxi kàddu Yàlla yi ci Biibël, bu booloo bu ñetti wàll yi sampoo.</w:t>
      </w:r>
    </w:p>
    <w:p>
      <w:pPr>
        <w:pStyle w:val="ArticleBody"/>
        <w:jc w:val="left"/>
      </w:pPr>
      <w:r>
        <w:rPr>
          <w:rFonts w:ascii="Times New Roman" w:hAnsi="Times New Roman" w:eastAsia="Times New Roman" w:cs="Times New Roman"/>
        </w:rPr>
        <w:t>Alfa ak Omega dañuy wone jeexital bi ak njàlbéen bi, te ci njàlbéenu États-Unis am na ñetti yoon yu États-Unis waxe ci yoonu waxu yonent, yu màndargaal njàlbéenu États-Unis ni mooy juróomeel benno bi ci yonent yu Bibl bi. Yéglebug Seen Bopp gi ci 1776, te topp ko Dastuur bi ci 1789, gannaaw ga Ndogali Doomi Bitim-réew ak ñi Wàcce Kàddu ci 1798, ñooy firndeel ñetti yoon yu njëkk yi États-Unis waxe ci yoonu waxu yonent. Bés bu nekk ci ñetti mbind yi dafa doon tegtal waxu États-Unis. Ñetti jéego yooyu indi nañu ba 1798, mi di njàlbéenu nguurug États-Unis nuy nguuru ni juróomeel benno bi ci yonent yu Bibl bi. Noonu itam, ñetti màndarga-jàll yooyu ci njàlbéenu États-Unis dañuy tegtal ñetti màndarga-jàll yu jëm ci jeexitalu nguurug États-Unis nuy nguuru ni juróomeel benno bi ci yonent yu Bibl bi.</w:t>
      </w:r>
    </w:p>
    <w:p>
      <w:pPr>
        <w:pStyle w:val="ArticleBody"/>
        <w:jc w:val="left"/>
      </w:pPr>
      <w:r>
        <w:rPr>
          <w:rFonts w:ascii="Times New Roman" w:hAnsi="Times New Roman" w:eastAsia="Times New Roman" w:cs="Times New Roman"/>
        </w:rPr>
        <w:t>Patriot Act bi mooy jëfandikoo bu njëkk ci ñetti yoon yi États-Unis di waxe, ba muy agsi ci mujjam ci ni buur gu juróom-benni. Ñetteelu wax jooju mooy yoonu Dibeer bi, te mooy firndeel mujju buur gu juróom-benni gi. Ci diggante jaar-jaar boobu, ñu tàmbalee Njàngale yi Pelosi yu 6 Samwiyee, yi tàmbali woon ci atum 2022. Njàngale yooyu dañoo doon bañ bu jub ci sañ-sañ yi Constitution bi sampu, ndaxte njàngale yooyu politig lañu doon, te lawfare boobu du woon rekk tabax ay faits yu dul dëgg, waaye dafa doon mbëj mu jub ci kaw yoonu “procedural” ak yoonu “substantive” ni ñu leen xàmme ci Constitution bi.</w:t>
      </w:r>
    </w:p>
    <w:p>
      <w:pPr>
        <w:pStyle w:val="ArticleBody"/>
        <w:jc w:val="left"/>
      </w:pPr>
      <w:r>
        <w:rPr>
          <w:rFonts w:ascii="Times New Roman" w:hAnsi="Times New Roman" w:eastAsia="Times New Roman" w:cs="Times New Roman"/>
        </w:rPr>
        <w:t>Patriot Act bi ñëw ci atum 2001 doon na mbàjj gu jub ci “Due Process Clause” bi am ci benn Fifth Amendment ak ci Fourteenth Amendment bu Sàrtuàllu Réewum Amerik. Ñoom ñaar ñii di wax ne kenn mënu koo jël bakkanam, ngorëmam walla alalam su fekkee ne amul yoonu àtte gu jub. Loolu moo doon atum 2001, te ci 2022 mbàjj mi ci kaw Sàrtuàll bi dafa jëm ci ñaar, mooy “procedural due process” ak “substantive due process.” Baat bu ñuy wax “repudiate” tekki na weddi, te Sister White moom day xamle ne bu yoonu Dibéer gi aggée ci Réewum Amerik, bépp pànk bu nekk ci Sàrtuàll bi dees na ko weddi.</w:t>
      </w:r>
    </w:p>
    <w:p>
      <w:pPr>
        <w:pStyle w:val="ArticleScripture"/>
        <w:jc w:val="left"/>
      </w:pPr>
      <w:r>
        <w:rPr>
          <w:rFonts w:ascii="Times New Roman" w:hAnsi="Times New Roman" w:eastAsia="Times New Roman" w:cs="Times New Roman"/>
        </w:rPr>
        <w:t>“Ci yoon wi di sàmm dëkkub baamtu gi ci tegug papaas bi, te muy jàll yoonu Yàlla, sunu réew dina dogale boppam bu baax ak njub. Bu Protestantismaa yi jàppee loxoom ci kaw xott bi ngir man koo jàpp ak doole Room, bu mu rombee xur wi ngir lakkante ak espiritisma, bu réewum sunu, ci yëngu-yëngub boole bu ñetti wàll yii, weddee bépp njàqareb Sàrtu Ndogalu réewam ci ni muy nguur gu Protestan ak repiblik, te mu jagleel yoon ngir tasaare fen ak naxar yu papaas bi, kon dinañu xam ne waxtuw liggéey gu yéeme gu Seytaane aksi na, te muj ga jege na.”</w:t>
      </w:r>
    </w:p>
    <w:p>
      <w:pPr>
        <w:pStyle w:val="ArticleScripture"/>
        <w:jc w:val="left"/>
      </w:pPr>
      <w:r>
        <w:rPr>
          <w:rFonts w:ascii="Times New Roman" w:hAnsi="Times New Roman" w:eastAsia="Times New Roman" w:cs="Times New Roman"/>
        </w:rPr>
        <w:t>“Ni jegebi mbooloom askari Rom ya doon a doon màndargaal taalibe yi ne, yàquute Yerusalem mi ngi ñëw, noonu itam, ngir nun, ngir naxari gi doon màndargaal ne muñug Yàlla jot na fa mu yem, ne nattub sañ-sañadi sunu xeet fees na, te malaakum yërmande mi ngi ci bëgg a daw, ba du dellusi mukk. Noonu nit ñi Yàlla moom dinañu leen sànni ci xew-xewi metit ak tiis yi yonent yi waxoon ne mooy jamonoy njàqare Yàqoob. Yuuxi ña takku ci ngëm te ñu di leen fitnaal, yéeg nañu ba asamaan. Te na mel ni deretu Abel moo yuuxee suuf si, noonu itam am na ay baat yu di woo Yàlla, jóge ca bàmmeeli seede yi, ca bàmmi géej gi, ca xur ya tundu yi, ca kër yu suuf yi ñuy dencale nunu-kër yi: ‘Ba kañ, Boroom bi, yaw miy Sell te dëgg, doo àtte, te feyu sunu deret ci kaw ñi dëkk ci suuf si?’”</w:t>
      </w:r>
    </w:p>
    <w:p>
      <w:pPr>
        <w:pStyle w:val="ArticleScripture"/>
        <w:jc w:val="left"/>
      </w:pPr>
      <w:r>
        <w:rPr>
          <w:rFonts w:ascii="Times New Roman" w:hAnsi="Times New Roman" w:eastAsia="Times New Roman" w:cs="Times New Roman"/>
        </w:rPr>
        <w:t>“Boroom bi daf def liggéeyam. Asamaan yépp jóg na ci yëngu-yëngu. Attekatu suuf sépp bi dina taxaw léegi ngir sàmmal sañ-sañam bi ñu xeebal. Mandarga musibaay dina ñu ko teg ci nit ñi di sàmm ndigali Yàlla, ñi di ragal yoonam, te ñi bañ a nangu màndarga rab wi mbaa bu nimisam.</w:t>
      </w:r>
    </w:p>
    <w:p>
      <w:pPr>
        <w:pStyle w:val="ArticleScripture"/>
        <w:jc w:val="left"/>
      </w:pPr>
      <w:r>
        <w:rPr>
          <w:rFonts w:ascii="Times New Roman" w:hAnsi="Times New Roman" w:eastAsia="Times New Roman" w:cs="Times New Roman"/>
        </w:rPr>
        <w:t>“Yàlla feeñal na li war a am ci bés yu mujj yi, ngir ay nitam waajal ngir taxaw ci kanam ngelawlu weddi ak mer. Ñi ñu artu ci mbir yi nekk ci seen kanam waruñu toog ci yaakaar gu dal, di dëfër seen bopp ne Boroom bi dina musal ñi ko takku ci bésub tiis. War nañu nekk ni ay nit ñuy xaar seen Boroom, waaye du ci xaaru rekk ci terewul dara, waaye ci liggéey gu dëgër, ak ngëm gu yëngu wul. Léegi du jamono jii ñuy bàyyi sunu xel mu lëmb ci mbir yu ndaw solo. Bi nit ñi nelawee, Seytaane dafay doxal mbir yi ak farlu, ngir nit ñi Yàlla am bañ a jot yërmandee ak àtte gu jub. Yëngu-yëngub Dibéer bi léegi mi ngi jaar ci lëndëm. Njiit yi dañuy nëbb dëgg-dëggub poñc bi, te ñu bare ci ñi bokk ci yëngu-yëngu bi gisutuñu sax fu doxinu suuf si jëm. Kàddu yi muy wax yu lewet lañu te mel ni yu kiristaan, waaye bu waxee, dina feeñal xelub njaay mi. Sunu wareef la def lépp lu nekk ci sunu kàttan ngir aaroonu musiba ma ñuy xut. War nañu jéem a dindi bañ-bañal ci teg sunu bopp ci leer gu baax ci kanam nit ñi. War nañu indi ci seen kanam poñc bi ci dëgg-dëgg, noonu di taxaw ci diggantey mbir mi ak bañ-bëgg bu gëna jariñ ngir weddi pexe yi ñuy tere sañ-sañu xel mu sell. War nañu seet Mbind mi te man a joxe sababu sunu ngëm. Yonent bi nee na: ‘Ñu bon ñi dinañu jëf lu bon; te kenn ci ñu bon ñi du ko xam; waaye ñu xel yi dinañu ko xam.’ Testimonies, volume 5, 451, 452.”</w:t>
      </w:r>
    </w:p>
    <w:p>
      <w:pPr>
        <w:pStyle w:val="ArticleBody"/>
        <w:jc w:val="left"/>
      </w:pPr>
      <w:r>
        <w:rPr>
          <w:rFonts w:ascii="Times New Roman" w:hAnsi="Times New Roman" w:eastAsia="Times New Roman" w:cs="Times New Roman"/>
        </w:rPr>
        <w:t>Sëër White dafa yamal yoonu Dibósi ak ay màndargay yoon yi ci mujjanti fan yi, te ci li muy def loolu, ay waxam feeñal nañu “li war a am ci fan yu mujj yi, ngir askanam man a waajal ngir taxaw a jàppale ngelawlu wër-gi-yaram ak mer.” Moo tax, war nañu seet bu baax màndarga yi mu yamale ci passage bii. Maa ngi tënk ne buntu njubte gi mooy rëdd-u wax yu wax ci yeneen fan yi te di jëme ci Dastuuru États-Unis, ànd ak “wax” wu xeetu réew mi ni màndarga wu njëkkante ak yeneen.</w:t>
      </w:r>
    </w:p>
    <w:p>
      <w:pPr>
        <w:pStyle w:val="ArticleBody"/>
        <w:jc w:val="left"/>
      </w:pPr>
      <w:r>
        <w:rPr>
          <w:rFonts w:ascii="Times New Roman" w:hAnsi="Times New Roman" w:eastAsia="Times New Roman" w:cs="Times New Roman"/>
        </w:rPr>
        <w:t>Li ma tekki ne, mooy ne, ndigalu Blair bi ci atum 1888, Patriot Act bi ci 2001, ak topptoo yu politig yi Demoorat yi ak Republikaan yu globalist yi doxal daldi tambalee ci 2022, kenn ku nekk ci ñoom dafa nekkoon weddi gu jub ci ñaari cër yu am solo te yu war ci Constitution bi. 1888 mooy tegtal jaamu dundub Dibéer, te gannaaw loolu ci 2001, soppi yoonu Àngalteer ba yoonu Room. Ci 2022, yoon bu “substantive” ak yoon bu “procedural” dañu ko xujje.</w:t>
      </w:r>
    </w:p>
    <w:p>
      <w:pPr>
        <w:pStyle w:val="ArticleBody"/>
        <w:jc w:val="left"/>
      </w:pPr>
      <w:r>
        <w:rPr>
          <w:rFonts w:ascii="Times New Roman" w:hAnsi="Times New Roman" w:eastAsia="Times New Roman" w:cs="Times New Roman"/>
        </w:rPr>
        <w:t>Yoonu yëf yi day tënk dayo ak warug nit ñi ak kurél yi, waaye yoonu jëf-jëf day nettali yoon wi ci ñu mana àtte juumte yi te dooleel dayo ak warug nit ñi ak kurél yi. Yoon wi day tënk jëf ju yoon yàggul ak ju yoonul, te muy firi mbugal yi ñu ci teg. Yoonu yëf yi dafa boole barab yu bari ci yoon, mel ni yoonu tooñ, yoonu askan wi, ak yoonu kóntaara.</w:t>
      </w:r>
    </w:p>
    <w:p>
      <w:pPr>
        <w:pStyle w:val="ArticleBody"/>
        <w:jc w:val="left"/>
      </w:pPr>
      <w:r>
        <w:rPr>
          <w:rFonts w:ascii="Times New Roman" w:hAnsi="Times New Roman" w:eastAsia="Times New Roman" w:cs="Times New Roman"/>
        </w:rPr>
        <w:t>Yoonu yoon a jëm ci mbugal mooy misaal bu baax ci yoon wu sos xew-xew yi ci boppam. Yoonu mbugal mooy day tëral ban jëf yi ñuy jàppe ne ay tooñ lañu, ak mbugal yi war a topp tooñ yooyu. Waaye yoonu sivil mooy saytu juuyoo yi am ci diggante nit ñi ak kurél yi, mel ni jàppeb kóntaraa, gaañu boppam, walla juuyoo yi jëm ci alal.</w:t>
      </w:r>
    </w:p>
    <w:p>
      <w:pPr>
        <w:pStyle w:val="ArticleBody"/>
        <w:jc w:val="left"/>
      </w:pPr>
      <w:r>
        <w:rPr>
          <w:rFonts w:ascii="Times New Roman" w:hAnsi="Times New Roman" w:eastAsia="Times New Roman" w:cs="Times New Roman"/>
        </w:rPr>
        <w:t>Yoonu yoon wu am solo mi ngi ñu bind ko ci sàrt yi, ndigali yi, ak yoonu àtte yi. Sàrt yi ay yoon lañu yu mboolo yi am sañ-sañu sàrt di joxe, mel ni parlement yi réew mi walla kureelu sàrtu etaa yi, te ndigali yi mooy ay tere ak yoon yu jëfandikoo yu mboolo yu saytu administiraasioŋ yi sos. Yoonu àtte mooy yoon wi àttekat yi di sos jaarale ko ci seen tekkiinu sàrt yi, ndigali yi, ak Dëggalin réew mi.</w:t>
      </w:r>
    </w:p>
    <w:p>
      <w:pPr>
        <w:pStyle w:val="ArticleBody"/>
        <w:jc w:val="left"/>
      </w:pPr>
      <w:r>
        <w:rPr>
          <w:rFonts w:ascii="Times New Roman" w:hAnsi="Times New Roman" w:eastAsia="Times New Roman" w:cs="Times New Roman"/>
        </w:rPr>
        <w:t>Yoonu doxalin yoon mooy ndigali yi di saytu yoon wu àtte mi. Mu di fésal ni mbir yi di jaar ci sistemu yoon wi, dale ko ci jëfandikoo njariñ bu njëkk bi ci jooytu ba ci jeexital bu mujj bi. Yoonu doxalin yoon boole na ay fànn yu bare ci yoon, ci misaal yoonu sivil, yoonu penal ak yooni administratif. Njariñu yoonu doxalin yoon mooy wóor ne doxalin yoon wi jub na te am na njariñ. Mu di joxe ab taxawaayu liggéey ngir settantal ay xuloo, te mu wóor it ne képp ku bokk ci doxalin yoon wi, ñoom àttekat yi, abogaa yi ak ñi di xuloo, xam nañu li ñuy séentu ci seen wet.</w:t>
      </w:r>
    </w:p>
    <w:p>
      <w:pPr>
        <w:pStyle w:val="ArticleBody"/>
        <w:jc w:val="left"/>
      </w:pPr>
      <w:r>
        <w:rPr>
          <w:rFonts w:ascii="Times New Roman" w:hAnsi="Times New Roman" w:eastAsia="Times New Roman" w:cs="Times New Roman"/>
        </w:rPr>
        <w:t>Yoonu substantive ak yoonu procedural dañoo nar a doxandoo ngir wóor ne àtte gu jub jeex na ci yoon. Yoonu substantive mooy teg sañ-sañ ak warugaru nit ñi ak kuréel yi, fekk yoonu procedural di waxal pexe yi ñuy jëfandikoo ngir faral diisoo yi ak ngir doxal sañ-sañ ak warugaru yooyu. Bokk ci loolu, yoonu substantive mooy xàtt jëf yi yoon may mbaa yi yoon tere, ak toppandoo yi jëf yu tere di jur, waaye yoonu procedural mooy xàtt ni mbir yooyu aju ci yoon di fekk pexe bu ñuy ci farale.</w:t>
      </w:r>
    </w:p>
    <w:p>
      <w:pPr>
        <w:pStyle w:val="ArticleBody"/>
        <w:jc w:val="left"/>
      </w:pPr>
      <w:r>
        <w:rPr>
          <w:rFonts w:ascii="Times New Roman" w:hAnsi="Times New Roman" w:eastAsia="Times New Roman" w:cs="Times New Roman"/>
        </w:rPr>
        <w:t>Ci atum 2001, Patriot Act dindi nañu sañ-sañu habeas corpus. “Habeas corpus” mooy baat bu Làtteŋ buy tekki ne “dinga am yaram wi.” Muy jëfandikoo ci ab doxalin gu yoon ngir aar nit ñi ci tëj gu ñàkk yoon, dafa laaj ngir kërub àttekat settantal ndax tëj nit ki am na yoon walla déet. Habeas corpus mooy benn sañ-sañ bu dëgër ci bari sistem yu yoon, rawatina yi ñu tabax ci kow yoonu àddina bu Inglis bi ñuy wax common law. Dafay wóorloo ne kenn mënuñu koo téye ci kaso te amul sababu bu jub, te daf koy may it mu jébbal àttekat ndax mu xool ndax yoonu tëj gi jub na walla déet.</w:t>
      </w:r>
    </w:p>
    <w:p>
      <w:pPr>
        <w:pStyle w:val="ArticleBody"/>
        <w:jc w:val="left"/>
      </w:pPr>
      <w:r>
        <w:rPr>
          <w:rFonts w:ascii="Times New Roman" w:hAnsi="Times New Roman" w:eastAsia="Times New Roman" w:cs="Times New Roman"/>
        </w:rPr>
        <w:t>Abiin bu ñuy wax “Due Process Clause” am na ci juróomeel Amendmaa bu Constitutionu États-Unis ak itam ci fukkiñeenteel Amendmaa bi. Ñoom ñaar ñi dañuy wax ne kenn mënuñu ko jël dundam, sañ-sañam, walla alalam, te xamul yoonu àtte gu leer te yoon teg. Àttekat yi sos nañu ñaari wàll yu njàngum due process: procedural due process ak substantive due process. Ci atum 2001, ak Patriot Act bi, habeas corpus dindi nañu ko ni ab sañ-sañ, te yoonu Àngale dafa wuutu ak yoonu Room. Yoonu Àngale day faral di tekki ne nit ku nekk ñu koy jàpp ni ku set ba kera ñu firndeel ayibam, te yoonu Room day tekki ne nit ku nekk ñu koy jàpp ni ku tooñ ba kera mu firndeel ne set na. Ci Pelosi Trials yi ci atum 2022, procedural due process ak substantive due process, ñoom ñaar, rax-ci-dolli nañu leen. Substantive law ak procedural law, ñoom ñaar, jëfandikoo nañu leen ci Pelosi Trials yi ci benn yoon gu jubadi ak séen càkkuteefu constitutional bu ñu leen jagleel woon.</w:t>
      </w:r>
    </w:p>
    <w:p>
      <w:pPr>
        <w:pStyle w:val="ArticleBody"/>
        <w:jc w:val="left"/>
      </w:pPr>
      <w:r>
        <w:rPr>
          <w:rFonts w:ascii="Times New Roman" w:hAnsi="Times New Roman" w:eastAsia="Times New Roman" w:cs="Times New Roman"/>
        </w:rPr>
        <w:t>Wuuteg law gu am solo ak law gu aju ci yoon yi, mi ñuy wax substantive due process ak procedural due process, nekk na ci seen soppalikoo ci wàllu yoon ak sañ-sañ yi ku nekk di aar ci biir doxalin Dastuuru Etazini, rawatina ci kaw ay xët yi ñuy wax Due Process Clauses ci Amendement bu juróomeel bi ak bu fukki ñeenteel bi.</w:t>
      </w:r>
    </w:p>
    <w:p>
      <w:pPr>
        <w:pStyle w:val="ArticleBody"/>
        <w:jc w:val="left"/>
      </w:pPr>
      <w:r>
        <w:rPr>
          <w:rFonts w:ascii="Times New Roman" w:hAnsi="Times New Roman" w:eastAsia="Times New Roman" w:cs="Times New Roman"/>
        </w:rPr>
        <w:t>“Substantive due process” jëm ci yoon yi ak sañ-sañ yu njëkk yi nguur gi mënu leen a bañal, doonte sax bu ñu topp naatange yu jub yi. Mu ngi aar yenn sañ-sañ ci dugubug nguur gi, doonte sax bu ñu sàmm porosedur yu war yi. “Substantive due process” dafa ëmb sañ-sañ yu ñuy jàpp ni ay yu njëkk, mel ni sañ-sañu sutura bopp, sañ-sañu séy, ak sañ-sañu yar doom yi sa bopp. Ñu ngi aar sañ-sañ yooyu ci dugubug nguur gi, su dul ne am na mbirum nguur gu am doole lool. Muy taxaw ngir wutale kàttanu nguur gi, ngir lëndëm ne yoon ak sàrt yi bañu tooñ sañ-sañ yu njëkk yi.</w:t>
      </w:r>
    </w:p>
    <w:p>
      <w:pPr>
        <w:pStyle w:val="ArticleBody"/>
        <w:jc w:val="left"/>
      </w:pPr>
      <w:r>
        <w:rPr>
          <w:rFonts w:ascii="Times New Roman" w:hAnsi="Times New Roman" w:eastAsia="Times New Roman" w:cs="Times New Roman"/>
        </w:rPr>
        <w:t>“Procedural due process” mooy mbir mi jëm ci yoon yi nguur gi war a topp laata muy jële ci nit bakkanam, sañ-sañam, walla alalam. Moo tax nit ñi di jot ci jëfandikoo gu jub te maandu jaarale ko ci yoon yu baax te mat. “Procedural due process” dafay laaj nguur gi mu topp ay jéego ak ay yoon yu xamle woon, lu ci mel ni jox xibaar, déglu gu jub, ak may nit ki way-jàngatam, laata muy xañ nit ku nekk sañ-sañam yi. Dafay dëgërël ni yoon yi di doxale noonu lañuy jëfandikoo, ngir wóorlu ne nguur gi di jëfandikoo njub ak maandute.</w:t>
      </w:r>
    </w:p>
    <w:p>
      <w:pPr>
        <w:pStyle w:val="ArticleBody"/>
        <w:jc w:val="left"/>
      </w:pPr>
      <w:r>
        <w:rPr>
          <w:rFonts w:ascii="Times New Roman" w:hAnsi="Times New Roman" w:eastAsia="Times New Roman" w:cs="Times New Roman"/>
        </w:rPr>
        <w:t>Yoon wi ñu feeñal dale ca bi jëfandikoo “Pelosi Trials” tàmbalee, dafay tegtal ñàkkug yoon ci wallu mbir mi ci boppam ak ci wallu ay toppandoo yu yoon war a sàmm. Sañ-sañ yu njëkk yu waa Amerig ñi amoon, weddi nañu leen ci lu leer te am njariñ. Jëfandikoo yi ñuy wax ne ay “false flag operations” ak yàqute gu ubbeeku gi nekk ci biir kureel yu A-z ba B-z yu Etazini, feeñal nañu leen baax nañu ci yoon wu jub, hatta laata “Pelosi Trials” tàmbali woon; waaye ay toppandoo yu yoon yi globalist yi ci ñaari pàrti yi jëfandikoo dale ca bi “Pelosi Trials” tàmbalee, dafay wone lu leer yàqug toppandoo yu yoon war a sàmm.</w:t>
      </w:r>
    </w:p>
    <w:p>
      <w:pPr>
        <w:pStyle w:val="ArticleBody"/>
        <w:jc w:val="left"/>
      </w:pPr>
      <w:r>
        <w:rPr>
          <w:rFonts w:ascii="Times New Roman" w:hAnsi="Times New Roman" w:eastAsia="Times New Roman" w:cs="Times New Roman"/>
        </w:rPr>
        <w:t>Ci njëkk ci mbind mi nu jàngoon, nu waxoon ne: «Bépp yëngu-yëng gu bokk ci yarwinu yoon yu jëm ci diine, ci dëgg-dëgg jëfub nangu la jëm ci paapas, moom mi ñu bari at di xeex ak sax ci kaw sañ-sañu xel mu sell. Sàmmu Dimaas moo am njàlbéenam, ni ñu koy wooye ab kurum “kiristaan”, ci “kumpagub ñaawteef”; te suñu ko di farataal, dina doon nangug mat-semb ci pexe yi nekk dëkkandoog gu dëgër, ginnaaw yépp, ci Roomaanizm. Bu sunu réew weddee noonu pexe yi mu sampoo woon ngir nguuram, ba tax mu sàkk ab yoonu Dimaas, Protestantis moo xam ne ci jëf jooju dina loxo boole ak poperi; du dara ludul jox dundaat nangu njàqare mi yàgg a doon xool ak bëgg-bëgg saa su ko gisee ngir dellusi ci noonu ci njàqare gu doxandéem.»</w:t>
      </w:r>
    </w:p>
    <w:p>
      <w:pPr>
        <w:pStyle w:val="ArticleBody"/>
        <w:jc w:val="left"/>
      </w:pPr>
      <w:r>
        <w:rPr>
          <w:rFonts w:ascii="Times New Roman" w:hAnsi="Times New Roman" w:eastAsia="Times New Roman" w:cs="Times New Roman"/>
        </w:rPr>
        <w:t>Ci diggante jaar-jaar yu man a teg ak Konstitusiyoŋu Etazini bi, amna ñaari waymark yu bees a ngi tegtal benn mbir ci Konstitusiyoŋ bi, ci tàmbaliinu ak ci mujjug Etazini. Ku nekk ci ñetti waymark yooyu jëfandikoo yu politig lañu, te moo tax ñuy mel ni waxu Etazini. Ñetteelu waymark boobu ci tàmbaliin bi, bi màndargaale 1798, mooy yoonu Alien and Sedition Acts, te ñetteelu waymark boobu ci mujj bi mooy bu Etazini daan a dogal yoonu Dibéer, te wax ni ajana, ngir matal Li Yonnent yi wax ci Révélation sapitër fukki ñett, benn-fukk ak benn.</w:t>
      </w:r>
    </w:p>
    <w:p>
      <w:pPr>
        <w:pStyle w:val="ArticleBody"/>
        <w:jc w:val="left"/>
      </w:pPr>
      <w:r>
        <w:rPr>
          <w:rFonts w:ascii="Times New Roman" w:hAnsi="Times New Roman" w:eastAsia="Times New Roman" w:cs="Times New Roman"/>
        </w:rPr>
        <w:t>Jàngoro gu aju Amerig gu Bëj-gànnaar bi tàmbalee na ba mu, ni ko suufe siiru ko, ubbiee gémmiñam te wonn mbëy mi fitna bu jàngoro bi di fitnaale.</w:t>
      </w:r>
    </w:p>
    <w:p>
      <w:pPr>
        <w:pStyle w:val="ArticleScripture"/>
        <w:jc w:val="left"/>
      </w:pPr>
      <w:r>
        <w:rPr>
          <w:rFonts w:ascii="Times New Roman" w:hAnsi="Times New Roman" w:eastAsia="Times New Roman" w:cs="Times New Roman"/>
        </w:rPr>
        <w:t>Te mbind mi génn ndox ci ay gémmiñam mel ni walmbaan topp jigéen ji, ngir mu yóbbu ko ak walmbaan ga. Waaye suuf si dimbali jigéen ji, te suuf si ubbi ay gémmiñam, daldi wann walmbaan ga te njiit mi génne woon ci ay gémmiñam. Peeñu Yàlla 12:15, 16.</w:t>
      </w:r>
    </w:p>
    <w:p>
      <w:pPr>
        <w:pStyle w:val="ArticleBody"/>
        <w:jc w:val="left"/>
      </w:pPr>
      <w:r>
        <w:rPr>
          <w:rFonts w:ascii="Times New Roman" w:hAnsi="Times New Roman" w:eastAsia="Times New Roman" w:cs="Times New Roman"/>
        </w:rPr>
        <w:t>Ci atum 1776, rab wi war a jóg ci suuf, te mujj a doon juróomeel benno buy nguur gi yëgleb Biibal ci atum 1798, dafa waañi ndox mu taru fitna bi jëm ci askanu Yàlla, ci taxawal réew moo am Konstitusiyoŋ buy weddi nootaani buur yu nguurug Tugal ak nootaani mbooloom màggal gu paapal.</w:t>
      </w:r>
    </w:p>
    <w:p>
      <w:pPr>
        <w:pStyle w:val="ArticleBody"/>
        <w:jc w:val="left"/>
      </w:pPr>
      <w:r>
        <w:rPr>
          <w:rFonts w:ascii="Times New Roman" w:hAnsi="Times New Roman" w:eastAsia="Times New Roman" w:cs="Times New Roman"/>
        </w:rPr>
        <w:t>Yégle bu Boppu ci atum 1776 dafay misaaloon Patriot Act bu 2001. Konstitusiyoŋ bi ci 1789 dafay misaaloon Pelosi Trials yi tambalee ci 2022. Alien and Sedition Acts yi ci 1798 dafay misaaloon yoonu Dibeer bi ci États-Unis.</w:t>
      </w:r>
    </w:p>
    <w:p>
      <w:pPr>
        <w:pStyle w:val="ArticleBody"/>
        <w:jc w:val="left"/>
      </w:pPr>
      <w:r>
        <w:rPr>
          <w:rFonts w:ascii="Times New Roman" w:hAnsi="Times New Roman" w:eastAsia="Times New Roman" w:cs="Times New Roman"/>
        </w:rPr>
        <w:t>Yëgle ba ñu Amerig patirot yi joxe woon ci seen boppaliku ci atum 1776 mooy teewal xew-xewu ñàkk boppaliku gi ak Patriot Act bu 2001. Konstitusiyoŋ bi ñu sampoon ci 1789 mooy tey taxawlu Pelosi Trials yi tàmbali ci 2022. Alien and Sedition Acts mooy wone yoonu Dibeer bi. Jaar-jaaru jaarale bépp njariñu Konstitusiyoŋ bi mooy firndeel ne am na ab wër-gëstu gu yokk-yokku ci biir tëbbal Konstitusiyoŋ bi, ba mu mujje ci yoonu Dibeer bi.</w:t>
      </w:r>
    </w:p>
    <w:p>
      <w:pPr>
        <w:pStyle w:val="ArticleBody"/>
        <w:jc w:val="left"/>
      </w:pPr>
      <w:r>
        <w:rPr>
          <w:rFonts w:ascii="Times New Roman" w:hAnsi="Times New Roman" w:eastAsia="Times New Roman" w:cs="Times New Roman"/>
        </w:rPr>
        <w:t>Rëdd yii yépp ànd nañu ci jaar-jaaru cosaan bu nëbbu bi nekk ci saraxu ñent-fukki ay juróom ci benn ci Daniel sura fukki ak benn. Ci mbind mi, wax nanu ñeenti xët yu jóge ci Testimonies, voliyum 5, 451, 452.</w:t>
      </w:r>
    </w:p>
    <w:p>
      <w:pPr>
        <w:pStyle w:val="ArticleBody"/>
        <w:jc w:val="left"/>
      </w:pPr>
      <w:r>
        <w:rPr>
          <w:rFonts w:ascii="Times New Roman" w:hAnsi="Times New Roman" w:eastAsia="Times New Roman" w:cs="Times New Roman"/>
        </w:rPr>
        <w:t>Danu gina xool bu gëna set ci yooyu xët yi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Nëbëddu 40 — Ñaareel bi</dc:title>
  <dc:subject>États-Unis, Patriot Act bi, ak yoonu matug waxi Yonent yi</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