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 bu nëbbu la ci Saar ñeent-fukk ak ñeent — Ñetteelu lim bi</w:t>
      </w:r>
    </w:p>
    <w:p>
      <w:pPr>
        <w:pStyle w:val="ArticleSubtitle"/>
        <w:jc w:val="left"/>
      </w:pPr>
      <w:r>
        <w:rPr>
          <w:rFonts w:ascii="Arial" w:hAnsi="Arial" w:eastAsia="Arial" w:cs="Arial"/>
        </w:rPr>
        <w:t>Yoonu Dimaas bi ak Tukki Kàddu Yàlla gu Wax Lu Jiitu: Dale ci Patriot Act ba ci Nattu mu Mujj 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“Ci diggé buy fexe ngir doxalin njabootu paap bi ci moytu yoonu Yàlla, sunu réew dina daggante bu baax ak njubte. Bu Protestaŋs yi yoor seen loxo jaare ci xott bi ngir jàpp loxoy kàttanu Room, bu ñu jàll ci kaw xuru xàjja bi ngir lakkante ak spiritisma, bu noonu, ci sañ-sañu boole bu ñetti wàll yii, sunu réew weddi bépp pexeem Sàrtu Réewam ci ni mu doon nguuru Protestaŋ ak repiblikaan, te muy taxawal yoon ngir lawal fen yu paap bi ak naxar yi, kon dinañu xam ne waxtu jëfandikoo bu yémuluy buur Seytaane agsi na, te mujj gi jege na.”</w:t>
      </w:r>
    </w:p>
    <w:p>
      <w:pPr>
        <w:pStyle w:val="ArticleScripture"/>
        <w:jc w:val="left"/>
      </w:pPr>
      <w:r>
        <w:rPr>
          <w:rFonts w:ascii="Times New Roman" w:hAnsi="Times New Roman" w:eastAsia="Times New Roman" w:cs="Times New Roman"/>
        </w:rPr>
        <w:t>“Naka noonu mbooloom Rom yi doon mandargal ci taalibey bi ne bërebu Yérusalem moo ngi jagleel, noonu itam mën na ne gëm-gëmuŋ bàkkaar bii di mandargal ci nun ne muñug Yàlla jot na ci àppam, ne nattub sunu réew ci ñaawteefam fees na, te malaakam yërmandee mi ngi bëgg a génn, ba du dellusi mukk. Booba nit ñi Yàlla moom dinañu leen dugg ci yeneen xew-xewu metit ak tiis yu yonent yi waxoon ne mooy jamonoy njàqareb Yàqub. Yuuxi ñi takku, ñi ñu di fitnaal, yéeg nañu ba asamaan. Te naka deretu Abel woooné suuf si, noonu itam am na ay baat yu di woote Yàlla jógé ca bàmmeeli seede yi, ca bàmmi-géej yi, ca paxeri tund yi, ca bàmmi-kóventa yi: ‘Boroom bi, Yow miy Sell te dëgg, fan la nga tëye ba nga dul àtte te fey sunu deret ci kaw ñi dëkk ci suuf si?’”</w:t>
      </w:r>
    </w:p>
    <w:p>
      <w:pPr>
        <w:pStyle w:val="ArticleScripture"/>
        <w:jc w:val="left"/>
      </w:pPr>
      <w:r>
        <w:rPr>
          <w:rFonts w:ascii="Times New Roman" w:hAnsi="Times New Roman" w:eastAsia="Times New Roman" w:cs="Times New Roman"/>
        </w:rPr>
        <w:t>«Boroom bi mi ngi def liggéeyam. Asamaan mépp yépp a ngi ci yëngu-yëngu. Ki di Àttekat bu suufu si bépp mooy léegi jóg ngir feyyu sañ-sañam bu ñu toroxal. Màndargay musibaay dees na ko teg ci góor ñi di sàmm ndigali Yàlla, ñi ragal yoonam, te ñi bañ a nangu màndargay rab wu bon wa walla bu nataalam.»</w:t>
      </w:r>
    </w:p>
    <w:p>
      <w:pPr>
        <w:pStyle w:val="ArticleScripture"/>
        <w:jc w:val="left"/>
      </w:pPr>
      <w:r>
        <w:rPr>
          <w:rFonts w:ascii="Times New Roman" w:hAnsi="Times New Roman" w:eastAsia="Times New Roman" w:cs="Times New Roman"/>
        </w:rPr>
        <w:t>«Yàlla wone na li war a am ci fan yu mujj yi, ngir ay nitam ñi waajal ngir man a taxaw ci kanam ngelawlu diis buy bàyyi bañ ak mer. Ñi ñu artu ci mbir yi nekk ci seen kanam waruñu toog ak xel mu dal di xaar ngelawlu bi di ñëw, di ñaax seen bopp ne Boroom bi dina sàmm ñi ko takku ci bésub tiis bi. War na nu mel ni ay nit ñuy xaar seen Boroom, waaye du ci xaar gu rekk te amul jëf, waaye ci liggéey gu dëgg ak ngëm gu yëngatuwul. Léegi du jamono jii nu bàyyi sunuy xel ñu lëmb ci mbir yu ndaw solo. Bi nit ñi di nelaw, Seytaane mi ngi ci doxalin mbir yi ak doole ngir bànni Yàlla ñi bañ a jot yërmande walla àtte ju jub. Yëngu-yëngu Dibéeri bi léegi mi ngi xëy ci lëndëm. Njiit yi dañuy nëbb dëgg-dëgg mbir mi, te ñu bare ci ñi bokk ci yëngu-yëngu bi gisunuñu sax fu doxinu suuf si jëm. Li muy wax ak li muy daje dafay lewet te mel ni lu Kiristaan la, waaye bu waxee, dina feeñal xelu nago mi. Sunu warugar mooy def lépp lu nekk ci sunu kàttan ngir tere musiba mu ñuy xënt. War na nu jéem a dindi ñaaw xalaat yi ci teg sunu bopp ci leer gu baax ci kanam nit ñi. War na nu indi ci seen kanam laaj bi dëgg-dëgg di jëfandikoo, noonu di taxawal kañ gu gëna am njariñ ngir weddi matukaay yiy tàqale sañ-sañu yéene-xol. War na nu seet Mbind mi te man a joxe sabab wi tax sunuy ngëm. Yonent bi nee na: “Ñi bon dinañu def lu bon; te kenn ci ñi bon du ko xam; waaye ñi am xel dinañu ko xam.” Testimonies, volume 5, 451, 452.»</w:t>
      </w:r>
    </w:p>
    <w:p>
      <w:pPr>
        <w:pStyle w:val="ArticleBody"/>
        <w:jc w:val="left"/>
      </w:pPr>
      <w:r>
        <w:rPr>
          <w:rFonts w:ascii="Times New Roman" w:hAnsi="Times New Roman" w:eastAsia="Times New Roman" w:cs="Times New Roman"/>
        </w:rPr>
        <w:t>Bu “yëngu Dibéer” bi “waxee, dina wone xelu jinóor ba.” Ñeenti paragraf yi dañuy wone ne ci yoonu Dibéer, États-Unis “dina doggoo boppam bu baax ak njubte yépp.” Ci yoonu Dibéer “waxtu wi agsi na ngir jëf ju yéeméy jëfandoo Seytaane.” Ci yoonu Dibéer, booloo bu ñett-fànn bi mat na. Ci yoonu Dibéer, États-Unis “dafay weddi bépp njàngaleem yi nekk ci Constitutionam ni gouvernement républicain protestant”, te itam ñuy “def waajal ngir yaatal fen ak naxal yu paap bi.” Yoonu Dibéer boobu mooy “mandarga bu nu won ne ànd ak muñug Yàlla agsi na ci kem-kemam, ne nattub ñaawtéefu sunu réew mat na, te malaakam yërmande mi mu ngi bëgg a daw, ba du dellusiati mukk.” Mandarga boobu dañu ko misaalal woon ci artu bi Yeesu joxe, bi mu fésale woon ñaawteefug tas gi Danyeel yonent bi waxoon. Foofa la ñaan gi gaawkat yi ci juróomeelu màndarga mi ñetteel di laaj, “Boroom bi, yaw sell te dëgg, ba kàddu yaakaar tey, lu tax nga yorewul àtte te feyal sunu deret ci kaw ñi dëkk ci suuf si?” di mat. Te itam ci mandarga boobu la jigéen yu ñàkk xel ak yu am xel wone seen jikko.</w:t>
      </w:r>
    </w:p>
    <w:p>
      <w:pPr>
        <w:pStyle w:val="ArticleBody"/>
        <w:jc w:val="left"/>
      </w:pPr>
      <w:r>
        <w:rPr>
          <w:rFonts w:ascii="Times New Roman" w:hAnsi="Times New Roman" w:eastAsia="Times New Roman" w:cs="Times New Roman"/>
        </w:rPr>
        <w:t>Ca jamono baatug Dibéer bi, États-Unis dina “dàddu bépp njariñu Constitutionam.” Jamono ji liggéey boobu matale, tàmbalee na ak Patriot Act bi ci atum 2001. 2001 ba ca jamono baatug Dibéer bi dafay tegtal liggéey gu yokkute gu ànd ak dàddu Constitution bi. Liggéey gu yokkute googu méngoo na ak sàrtu wax ci yoon wi fa sosu nataalu rab wi mat. Sàrtu nataalu rab wi mën na mel ni mu gën a jafe tuuti, waaye jafe-jafe boobu yépp am na solo ngir xam ko. Li tax sàrtu nataalu rab wi jafe mooy ne dafay tegtal ñaari sàrt.</w:t>
      </w:r>
    </w:p>
    <w:p>
      <w:pPr>
        <w:pStyle w:val="ArticleBody"/>
        <w:jc w:val="left"/>
      </w:pPr>
      <w:r>
        <w:rPr>
          <w:rFonts w:ascii="Times New Roman" w:hAnsi="Times New Roman" w:eastAsia="Times New Roman" w:cs="Times New Roman"/>
        </w:rPr>
        <w:t>Ndax nag, ñaari rëdd yi ci rab su suuf bi ay xarafi Républicanism ak Protestantism lañu. Ñaari xaraf yooyu dajaloo ci benn diggante kërce ak réew, te noonu lañuy matale sosin wiir melokaanu rab bi. Kon nag, rëdd mi jëm ci sosin wiir melokaanu rab bi am na ci biiram ñaari rëdd ci benn rëdd, ndaxte xarafi Républicain ak Protestant dañuy dawandoo ci jàppante ci jaar-jaaru nettali; waaye itam, rëdd bu nekk ci seen bopp am na seedeem bu yonent bu mu wara yëgle. Benn rëdd bu yonent, ak ñaari mbir yu dawandoo, gëna jafe yomb ci rekk màndargaal ay taxawaay yu wone jëfandikooku politig yi te di tektal wax ji bokk ak Dastuur bi.</w:t>
      </w:r>
    </w:p>
    <w:p>
      <w:pPr>
        <w:pStyle w:val="ArticleBody"/>
        <w:jc w:val="left"/>
      </w:pPr>
      <w:r>
        <w:rPr>
          <w:rFonts w:ascii="Times New Roman" w:hAnsi="Times New Roman" w:eastAsia="Times New Roman" w:cs="Times New Roman"/>
        </w:rPr>
        <w:t>Ñaari xët yi ñuy wax bu Républicain ak Protestaŋ dañuy gën a jafe-jafe ndax dëggu waxu yonent bi ne ci biiru xet bu Républicain am na jaar-jaaru xare bi diggante Démocrates yu bëgg jaam ak Républicains yu weddi jaam; te itam ne ci biiru xet bu Protestaŋ am na saa su nekk jumtukaayu nattu gu sax, guy topp boroom xel yi ak boroom xelul yi ci jaar-jaaru xet bu Protestaŋ. Waaye nag, am na solo lool ci sampu bu baax ci dëgg yooyu.</w:t>
      </w:r>
    </w:p>
    <w:p>
      <w:pPr>
        <w:pStyle w:val="ArticleBody"/>
        <w:jc w:val="left"/>
      </w:pPr>
      <w:r>
        <w:rPr>
          <w:rFonts w:ascii="Times New Roman" w:hAnsi="Times New Roman" w:eastAsia="Times New Roman" w:cs="Times New Roman"/>
        </w:rPr>
        <w:t>Ci biir bu ñu tektal ci ñaari baq yu rabu suuf bi am, am na misaal bu dëppook wii di yàq sa moroom: bokk ci sos jikkoo Kirist, walla sos jikkoo Seytaane; te loolu mooy itam sos nataalu Kirist walla nataalu rab ba, ndaxte ci jukki bii, “rab” bi dafay tektale mbind mu ñu bind, muy wuute ak Aji Bind ji. Sosin bu melo yii dañuy def ci biir nit ñépp, ndaxte bu waxtu jéemantu jeexee, ñaari xeet rekk a des. Te itam sosin boobu dañuy ko def ci biti ak booloo bi nekk diggante kàttanu paap ba ak Mbootaayu Xeeti Àddina yi.</w:t>
      </w:r>
    </w:p>
    <w:p>
      <w:pPr>
        <w:pStyle w:val="ArticleBody"/>
        <w:jc w:val="left"/>
      </w:pPr>
      <w:r>
        <w:rPr>
          <w:rFonts w:ascii="Times New Roman" w:hAnsi="Times New Roman" w:eastAsia="Times New Roman" w:cs="Times New Roman"/>
        </w:rPr>
        <w:t>Kon nag, jamono nattu ngir sos melokaanu rabu jaano nag tàmbalee ci atum 2001, te muy jeex ci yoonu Dibeer bi ci Réewum Etazini. Ci waxtu woowu, jaar-jaaru waxu yëgleb bi ci ñaari wéet yu jaanu suuf si di won benn jëfandikoo gu biir ak gu biti ci wéet wu nekk, bu dee lu jëm ci diine walla ci politig, te itam di won xeex bu nekk diggante ñaari wéet yooyu ci seen bopp.</w:t>
      </w:r>
    </w:p>
    <w:p>
      <w:pPr>
        <w:pStyle w:val="ArticleBody"/>
        <w:jc w:val="left"/>
      </w:pPr>
      <w:r>
        <w:rPr>
          <w:rFonts w:ascii="Times New Roman" w:hAnsi="Times New Roman" w:eastAsia="Times New Roman" w:cs="Times New Roman"/>
        </w:rPr>
        <w:t>Yoonu dund dibeer bi ci États-Unis mooy artu ngir daw, bi Yeesu waxee ne mooy “ñaawteef bu yàq.” Yoonu dund dibeer bi ci États-Unis mooy jeexital waxtu wi tambalee ci atum 2001. Patriot Act mooy “ñaawteef bu yàq bi Daniyel waxoon”, te Yeesu jàppale ko ne muy mandarga ngir daw mbeleef yàqu gu ñëw.</w:t>
      </w:r>
    </w:p>
    <w:p>
      <w:pPr>
        <w:pStyle w:val="ArticleBody"/>
        <w:jc w:val="left"/>
      </w:pPr>
      <w:r>
        <w:rPr>
          <w:rFonts w:ascii="Times New Roman" w:hAnsi="Times New Roman" w:eastAsia="Times New Roman" w:cs="Times New Roman"/>
        </w:rPr>
        <w:t>Sàrti Patriot Act bi dajale leeru yonent bu 1888 ak yoonu Blair Bill. Noonu itam, Patriot Act bi dafay ëmb ci anam gu yonent melokaanu yoonu dibeer, ba tax jamono ji tàmbalee ci 2001 di tàmbalee ak yoonu dibeer ni ko 1888 melokaanaloon—Blair Bill, 2001—Patriot Act, te mu jeex ak yoonu dibeer.</w:t>
      </w:r>
    </w:p>
    <w:p>
      <w:pPr>
        <w:pStyle w:val="ArticleBody"/>
        <w:jc w:val="left"/>
      </w:pPr>
      <w:r>
        <w:rPr>
          <w:rFonts w:ascii="Times New Roman" w:hAnsi="Times New Roman" w:eastAsia="Times New Roman" w:cs="Times New Roman"/>
        </w:rPr>
        <w:t>Artu ga ngir dëkk yi atum 2001, dafa mel ni artu ga ngir daw dëddu Babilon bu yoonu Dibalé Sëriñ bi agsee. Àtte biñ indi ci États-Unis bu yoonu Dibalé Sëriñ bi agsee, dafay mel ni àtte biñ di indi ci àddina bépp bu Michael taxawee te jamono jébbale nit ñi tëjje. Firnde Kris ci ni mooy Alfa ak Omega, dañu koy wone ci lu bari ci diggante dëgg yi Billu Blair bi tegtaloon ci 1888 ak lépp lu 1888 di tekki, te di dellusi ci 2001.</w:t>
      </w:r>
    </w:p>
    <w:p>
      <w:pPr>
        <w:pStyle w:val="ArticleBody"/>
        <w:jc w:val="left"/>
      </w:pPr>
      <w:r>
        <w:rPr>
          <w:rFonts w:ascii="Times New Roman" w:hAnsi="Times New Roman" w:eastAsia="Times New Roman" w:cs="Times New Roman"/>
        </w:rPr>
        <w:t>At mi 2001, mi 1888 doon misaal, dafay tegtal du rekk mandarga ngir daw, ni ko xëy bi ñu tudde “yàqule bu bon bi” di wone, waaye itam dafa doon misaal ci atum 66 gannaaw Kirist ak wër gi Cestius def. Wër gi Titus def ci atum 70 gannaaw Kirist dafay tegtal yoonu dibeer bi ci États-Unis. Yoonu dibeer bi ci États-Unis dafa tegtalu ci atum 321 ak njëkk yoonu dibeer bu Constantine, te 538 dafay tegtal bi réew mu mujj ci suuf si di daje ci màndarga rab wi.</w:t>
      </w:r>
    </w:p>
    <w:p>
      <w:pPr>
        <w:pStyle w:val="ArticleBody"/>
        <w:jc w:val="left"/>
      </w:pPr>
      <w:r>
        <w:rPr>
          <w:rFonts w:ascii="Times New Roman" w:hAnsi="Times New Roman" w:eastAsia="Times New Roman" w:cs="Times New Roman"/>
        </w:rPr>
        <w:t>Atum 2001 mooy 1888, Cestius ak atum 66 gannaaw Kirist. Sàrtu Dibéer mooy Titus ak at yi 70 ak 321. Atum 2001 itam mooy sóobu ndoxu Yeesu, ak wàccam ci Peeñu gi, sarax 10, ci 11 Awuut 1840. Lépp loolu, ci ni muy ay símbolo, dañuy yokk ci rëddinu Constitution bi.</w:t>
      </w:r>
    </w:p>
    <w:p>
      <w:pPr>
        <w:pStyle w:val="ArticleBody"/>
        <w:jc w:val="left"/>
      </w:pPr>
      <w:r>
        <w:rPr>
          <w:rFonts w:ascii="Times New Roman" w:hAnsi="Times New Roman" w:eastAsia="Times New Roman" w:cs="Times New Roman"/>
        </w:rPr>
        <w:t>Jaar-jaarbu yëgleb yi Amerik Buyoob yi dafa dox ak jaar-jaarbu Adventism bi ci yamoo. Ci 1798, papauté bi jot na ay gaaw yu rey, te 1798 mooy waxtu mujj gi, bi ñu ubbee wàll wi ci yëgle yi Daniel yu jëm ci jaar-jaarbu malaaka bu njëkk bi ak bu ñaareel bi ci Apokalips 14. Foofa ci 1798 lañu màndargaal tàmbaliinu yëgleb Adventism bi, te ci 1798 rab wu jóge ci suuf, mi am ñaari gemiñ yu mel niy xar, nekk na juróomeel benno bi ci yëgleb Biibël.</w:t>
      </w:r>
    </w:p>
    <w:p>
      <w:pPr>
        <w:pStyle w:val="ArticleBody"/>
        <w:jc w:val="left"/>
      </w:pPr>
      <w:r>
        <w:rPr>
          <w:rFonts w:ascii="Times New Roman" w:hAnsi="Times New Roman" w:eastAsia="Times New Roman" w:cs="Times New Roman"/>
        </w:rPr>
        <w:t>1798 jiitu woon na ñetti moytukaay yu waxu-kàddu yëngu yi bokk ak sàrtu rab wu suuf, te moo tax itam mu bokk ak waxu Mbootaayu Bénéen yi Amerig, ak Konstitisóŋu Mbootaayu Bénéen yi Amerig. Ñetti moytukaay yooyu nag dañoo doon Bëggeelug Bopp, bu ñu waxe woon ci 1776, topp Konstitisóŋ bi ci 1789, te gannaaw ga Yoonu Doomi Réew yu Biti ak yu Saaga yi ci 1798.</w:t>
      </w:r>
    </w:p>
    <w:p>
      <w:pPr>
        <w:pStyle w:val="ArticleBody"/>
        <w:jc w:val="left"/>
      </w:pPr>
      <w:r>
        <w:rPr>
          <w:rFonts w:ascii="Times New Roman" w:hAnsi="Times New Roman" w:eastAsia="Times New Roman" w:cs="Times New Roman"/>
        </w:rPr>
        <w:t>Ñetti xàll yii ñoom ñett dañuy jëm ci rëddin waxu yonent yi bu Dastuur bi, te dañuy màndargaal njàlbéenu juroomeel bennoo buur gi ci yoonent yu Biibël. Sàrtu Dibeer mooy mujjug nguurug juroomeel bennoo buur gi ci yoonent yu Biibël, te moo tax, ci soxlawu yoonent, am nañu war a nekk ñetti xàll yu jiitu mujj ga, ni ko royale ñetti xàll yi jiitu woon njàlbéen ga.</w:t>
      </w:r>
    </w:p>
    <w:p>
      <w:pPr>
        <w:pStyle w:val="ArticleBody"/>
        <w:jc w:val="left"/>
      </w:pPr>
      <w:r>
        <w:rPr>
          <w:rFonts w:ascii="Times New Roman" w:hAnsi="Times New Roman" w:eastAsia="Times New Roman" w:cs="Times New Roman"/>
        </w:rPr>
        <w:t>Ci atum 2001, ba kërgug tàll yi daanu ga daanu, Patriot Act bi, dañu koy misaal ci Blair Bill bu 1888, ak itam ci ngëmadi feeñu bu njiiti Adventisme yi wone ci Minneapolis General Conference bi. Ab ngëmadi, bu malaaka waxoon Sister White ne dañu koy misaal ci ngëmadi bu Koré, Datan ak Abiram defoon ci Musaa, moom itam dañu koy misaal ci sóobu Almasi bi ci atum 27 AD, ci téye Islam bi ca 11 Awut 1840, ak ci Déclaration d’Independence bi ci 1776, noonu itam ci “tiitlu yàqule gi, bi yonent Daniel waxoon,” muy mandarga ngir daw ci mer mii di ñëw, ni ko Cestius ak atum 66 AD tegtalee.</w:t>
      </w:r>
    </w:p>
    <w:p>
      <w:pPr>
        <w:pStyle w:val="ArticleBody"/>
        <w:jc w:val="left"/>
      </w:pPr>
      <w:r>
        <w:rPr>
          <w:rFonts w:ascii="Times New Roman" w:hAnsi="Times New Roman" w:eastAsia="Times New Roman" w:cs="Times New Roman"/>
        </w:rPr>
        <w:t>Su fekkee ba noppi ne sàrtu yégle yi nu nekk di xool léegi mooy sàrtu Dastuuru États-Unis d’Amérique, kon bépp sàrtu yégle bi ñu jële woon ci kaw di wone ak di samp wàllu yégle bi sàrtu Dastuur bi di tegtal. Waaye sàrtu bi mel ni mooy bi gën a lëndëmandoo ak yeneen yi mooy sàrtu sosu nataalu rab wa. Nataalu rab wa mooy nataalu rab bu paap bi, bi ñu wone ni mooy rab bu jigéen di nguuru ci kawam, te loolu mooy booloo kërceen ak nguur, fekk kërceen gi mooy jiite diggante googu. Ngir États-Unis d’Amérique man a sos nataal bu mel ni rab wa, war na Protestantis bu réer bi jot ci moom nguur gi ba ci kem-kem gu nguur gi di joxe ay sàrt yu diine te di leen doxal, te ci mujje, sàrtu Dibéer bi.</w:t>
      </w:r>
    </w:p>
    <w:p>
      <w:pPr>
        <w:pStyle w:val="ArticleBody"/>
        <w:jc w:val="left"/>
      </w:pPr>
      <w:r>
        <w:rPr>
          <w:rFonts w:ascii="Times New Roman" w:hAnsi="Times New Roman" w:eastAsia="Times New Roman" w:cs="Times New Roman"/>
        </w:rPr>
        <w:t>Biir miir biirën “rab wu soxor wi” di am mat, Konstitusioŋ bi, mi ñu bind ak benn njàlbéen ju mag, bi Thomas Jefferson bindee ne “tasare diggante kërceen ak réew mi,” dinañu ko yàq. Bu bënn geejgu Protestaaŋ bi amee kàttan ngir jëfandikoo geejgu Réewkat bi ngir dëggal ndigali diine, xol bu dëgg bu Konstitusioŋ bi day daggatu; noonu nag, gis nga jokkoo gu yégle ci waxu yonent bi diggante sàrtu Konstitusioŋ bi ak sàrtu biir miir biirën “rab wu soxor wi.”</w:t>
      </w:r>
    </w:p>
    <w:p>
      <w:pPr>
        <w:pStyle w:val="ArticleBody"/>
        <w:jc w:val="left"/>
      </w:pPr>
      <w:r>
        <w:rPr>
          <w:rFonts w:ascii="Times New Roman" w:hAnsi="Times New Roman" w:eastAsia="Times New Roman" w:cs="Times New Roman"/>
        </w:rPr>
        <w:t>Jamono ji melokaanu rëcc mbooloom rab gi tàmbalee ci atum 2001 ak Patriot Act, te mu jeex ci yoonu Dibéer bi, biñuy doxal màndarga rab gi. Ci diggante jamono jooju la tawaay mujj gi di wutusi, ndaxte tawaay mujj gi tàmbali naa tëb bu malaaka bu mag bi ci Peeñu 18 wàccee te leerloo suuf si ak ndamamu, te loolu, ni ko Sister White waxe, dina xew biñu daane jëg yu mag yi nekk New York City ak benn laal bu Boroom bi.</w:t>
      </w:r>
    </w:p>
    <w:p>
      <w:pPr>
        <w:pStyle w:val="ArticleScripture"/>
        <w:jc w:val="left"/>
      </w:pPr>
      <w:r>
        <w:rPr>
          <w:rFonts w:ascii="Times New Roman" w:hAnsi="Times New Roman" w:eastAsia="Times New Roman" w:cs="Times New Roman"/>
        </w:rPr>
        <w:t>“Ndogalu mujje bi war ci askanu Yàlla. Benn malaaka bu am kàttan dina wàcceee ci asamaan, te suuf si bépp dina leer ndax ndamalam.” Review and Herald, 21 Awril 1891.</w:t>
      </w:r>
    </w:p>
    <w:p>
      <w:pPr>
        <w:pStyle w:val="ArticleBody"/>
        <w:jc w:val="left"/>
      </w:pPr>
      <w:r>
        <w:rPr>
          <w:rFonts w:ascii="Times New Roman" w:hAnsi="Times New Roman" w:eastAsia="Times New Roman" w:cs="Times New Roman"/>
        </w:rPr>
        <w:t>Jamono bi ñuy wërëndël taw bu mujj bi mooy jamono ju doy waar ak setal pepp ak garab gu bon yi ci mujjug maasug Adventism bi. Boobu waar ak setal jeex na ci yoonu dibeer, te janq yu xel yi te am diwlin bi bu njëg yoonu dibeer ba agsi, dañuy taññ leen seel, te gannaaw loolu Xel Mu Sell mi ñu ko tuur ci seen kaw te amul natt ba Michael taxaw, te àtteb nit ñi tëj.</w:t>
      </w:r>
    </w:p>
    <w:p>
      <w:pPr>
        <w:pStyle w:val="ArticleBody"/>
        <w:jc w:val="left"/>
      </w:pPr>
      <w:r>
        <w:rPr>
          <w:rFonts w:ascii="Times New Roman" w:hAnsi="Times New Roman" w:eastAsia="Times New Roman" w:cs="Times New Roman"/>
        </w:rPr>
        <w:t>Biir benn rëdditu mala bu metti bi di sosoo ci États-Unis, tawu mujj gi dina feccale; te biir benn rëdditu mala bu metti bi di sosoo ci àddina si mépp, tawu mujj gi dina tuuru ci lu dul am natt.</w:t>
      </w:r>
    </w:p>
    <w:p>
      <w:pPr>
        <w:pStyle w:val="ArticleBody"/>
        <w:jc w:val="left"/>
      </w:pPr>
      <w:r>
        <w:rPr>
          <w:rFonts w:ascii="Times New Roman" w:hAnsi="Times New Roman" w:eastAsia="Times New Roman" w:cs="Times New Roman"/>
        </w:rPr>
        <w:t>Ci atum 2001, nattu giirug mbooloom Église Adventiste du Septième Jour bu Lawodise dafa tàmbalee, ni ko misaaloon ci Protestants yi ci 11 Ut 1840, ak ci Israayil gu yàgg gi ba Kirist sóobee ci ndox.</w:t>
      </w:r>
    </w:p>
    <w:p>
      <w:pPr>
        <w:pStyle w:val="ArticleScripture"/>
        <w:jc w:val="left"/>
      </w:pPr>
      <w:r>
        <w:rPr>
          <w:rFonts w:ascii="Times New Roman" w:hAnsi="Times New Roman" w:eastAsia="Times New Roman" w:cs="Times New Roman"/>
        </w:rPr>
        <w:t>“Jamono nattu ji ngi ci sunu kaw rekk, ndaxte xaacu bu réy bu ñetteelu malaaka bi tàmbali na ba noppi ci leerug njubteg Almasi bi, Dëkkalakat buy baale bàkkaar. Lii mooy ndoorte leeru malaaka bi, kooku ngalamam di na feesal suuf sépp.” Selected Messages, téere 1, 362.</w:t>
      </w:r>
    </w:p>
    <w:p>
      <w:pPr>
        <w:pStyle w:val="ArticleBody"/>
        <w:jc w:val="left"/>
      </w:pPr>
      <w:r>
        <w:rPr>
          <w:rFonts w:ascii="Times New Roman" w:hAnsi="Times New Roman" w:eastAsia="Times New Roman" w:cs="Times New Roman"/>
        </w:rPr>
        <w:t>Njàngat gu mujj gu mujjal bu mujj ci nit ñi dëkk ci kóllëreg bu njëkk bi tàmbalee bi leeru malaakam Kàddug Yàlla gi nekk ci Peeñu 18 tàmbalee wone yégleem. Yégleem moom itam dañu ko màndargaal ci ñetti aaya yu njëkk yi ci saar 18 bu Peeñu, te ñetti aaya yooyu, ci waxu Sister White, am nañu seen matal ba ker gu mag yi ci dëkkub New York daanu.</w:t>
      </w:r>
    </w:p>
    <w:p>
      <w:pPr>
        <w:pStyle w:val="ArticleBody"/>
        <w:jc w:val="left"/>
      </w:pPr>
      <w:r>
        <w:rPr>
          <w:rFonts w:ascii="Times New Roman" w:hAnsi="Times New Roman" w:eastAsia="Times New Roman" w:cs="Times New Roman"/>
        </w:rPr>
        <w:t>Noonu nattu ci natt na, ni Yoxaan feeñale ko ci Xaaj bu fukk ba ci téereb Peeñu gi. Nattu bi mooy ne ndax dinga jël téere bu tuuti bi nekk ci loxob malaaka mi, te ba noppi lekk ko. Ci jamonoy nattu boobu, bi tawub mujj gi di woyofeeku, dafa di wàcc rekk ci kaw ñi tann a jël téere bu tuuti bi te lekk ko.</w:t>
      </w:r>
    </w:p>
    <w:p>
      <w:pPr>
        <w:pStyle w:val="ArticleScripture"/>
        <w:jc w:val="left"/>
      </w:pPr>
      <w:r>
        <w:rPr>
          <w:rFonts w:ascii="Times New Roman" w:hAnsi="Times New Roman" w:eastAsia="Times New Roman" w:cs="Times New Roman"/>
        </w:rPr>
        <w:t>“Ñu bari jot a nekk ñu amul nangu bu baax taw bu jëkk bi. Jotulñu ci bépp njariñ yi Yàlla jagleeloon leen noonu. Ñu yaakaar ne li ci des dina mat ak taw bu mujj bi. Bu yërmandey ngëneel gu gën a yaatu di sotti ci seen kaw, ñoom ñoo ngi fas yéene ubbi seen xol ngir nangu ko. Ñu ngi def njuumte ju metti lool. Liggéey bi Yàlla tambali ci xol nit, ci may ko leeram ak xam-xamam, war na sax di jëm kanam ba tey. Kenn ku nekk war na xam soxlaam bopp. Xol bi war na feesadiwul dara ci mboos te ñu setal ko ngir Espíritu bi dëkk ci biir. Ci wax dëgg ak bayi bàkkaar, ci ñaan gu dëgër, ak ci jébbalu seen bopp Yàlla, la taalibey jëkk ña waajaloon seen bopp ngir sotteb Espíritu Santo bi ca Bésub Pentekot ba. Benn liggéey boobu, waaye ci nattef gu gën a mag, war nañu ko def léegi. Kon nit ki dafa waroon rekk laaj barke bi, te xaar Boroom bi matal liggéey bi ci moom. Yàlla mooy ki tàmbali liggéey bi, te mooy koy yeggale, di matal nit ci Yeesu Kirist. Waaye warul am benn yebal ci ngëneel gi taw bu jëkk bi firi. Ñi dund dëppook leer gi ñu am rekk ñoo di jot leer gu gën a réy. Su nu dul jëfandikoo bés bu nekk di yokku ci wonne njikko yu Kiristaan yu doxal, du nu xàmmi feeñug Espíritu Santo bi ci taw bu mujj bi. Mën na di wàcc ci kaw xol yi nu wër yépp, waaye dunu ko xàmmee mbaa nangu ko.” Testimonies to Ministers, 506, 507.</w:t>
      </w:r>
    </w:p>
    <w:p>
      <w:pPr>
        <w:pStyle w:val="ArticleBody"/>
        <w:jc w:val="left"/>
      </w:pPr>
      <w:r>
        <w:rPr>
          <w:rFonts w:ascii="Times New Roman" w:hAnsi="Times New Roman" w:eastAsia="Times New Roman" w:cs="Times New Roman"/>
        </w:rPr>
        <w:t>Ñi ñu lekk ndigal mi ci atum 2001, dañoo jotee ndigal wu méngoo ak jamono jooju, waaye war nañu leen a natt ngir feeñal ndax daal nañu dugal ndigal mi ci seen xperience bu ñu waajal ngir sello Yàlla. Kon ci jamono jooju, taw bu mujj bi dañu ko tey di ko tegu ci melokaanu sotti ndox, ndax pepp ak dugub ba ñu ngi bëgganteek benn. Moo tax Sœur White ne: «Mën na doon wàcc ci xol yi nu wër, waaye dunu ko xàmmi mbaa jël ko.» Bu ñu tasaar xam-xam yi ak ñi ñàkk xel, kon taw bu mujj bi dañuy ko tuurul ci lu dul jëfandikoo natt, ni mu woon ca Pentekot, mi di misaal u yoonu Dibeer bi.</w:t>
      </w:r>
    </w:p>
    <w:p>
      <w:pPr>
        <w:pStyle w:val="ArticleScripture"/>
        <w:jc w:val="left"/>
      </w:pPr>
      <w:r>
        <w:rPr>
          <w:rFonts w:ascii="Times New Roman" w:hAnsi="Times New Roman" w:eastAsia="Times New Roman" w:cs="Times New Roman"/>
        </w:rPr>
        <w:t>“Teene itam, léeb yii di waxtu yooyu jàngale ne du am benn waxtu nataleg gannaaw atte bi. Su liggéeyu xebaar bu baax bi mattee, ci saa si tegu leen a taxawoo diggante ñi baax ak ñi bon, te dogalu bépp mbooloo du soppeeku ba fàww.” Christ’s Object Lessons, 123.</w:t>
      </w:r>
    </w:p>
    <w:p>
      <w:pPr>
        <w:pStyle w:val="ArticleBody"/>
        <w:jc w:val="left"/>
      </w:pPr>
      <w:r>
        <w:rPr>
          <w:rFonts w:ascii="Times New Roman" w:hAnsi="Times New Roman" w:eastAsia="Times New Roman" w:cs="Times New Roman"/>
        </w:rPr>
        <w:t>Jamono bu neexalug tawtawal ndoxum tawte gi mujj, toppu ci jamono bu ndoxum tawte gi mujj diññeel ci lu amul dayo, itam dañu ko wone ni ay ñaar i jamono la yu attey di mat ci kaw askanu Yàlla. Jëkkër jamonoy atte ci kaw askanu Yàlla tambalee na ak kërg Yàlla ci 11 Sulet 2001, te ci attey yoonu Dibeer ba, atte bi dellu na di matal ngir baneen juróom askanam Yàlla, ñiy tontu walla ñiy bañ wax ju kawe ju malaaka bu ñetteel bi, mi tambali ci yoonu Dibeer bi ci Etats-Unis, te mu jeex ba keroog Miikael taxawee, te jamonoy nattoo nit ñi tëju.</w:t>
      </w:r>
    </w:p>
    <w:p>
      <w:pPr>
        <w:pStyle w:val="ArticleBody"/>
        <w:jc w:val="left"/>
      </w:pPr>
      <w:r>
        <w:rPr>
          <w:rFonts w:ascii="Times New Roman" w:hAnsi="Times New Roman" w:eastAsia="Times New Roman" w:cs="Times New Roman"/>
        </w:rPr>
        <w:t>Ñaari jamono yu mujj ci taw bu mujj bi, te itam mooy ñaari jamono yi àtte bi di tàmbalee ci kër Yàlla, ba noppi jàll ci beneen gàttalug Yàlla, noonu itam mooy ñaari jamono yi ci sosuw nataalu rab wi.</w:t>
      </w:r>
    </w:p>
    <w:p>
      <w:pPr>
        <w:pStyle w:val="ArticleBody"/>
        <w:jc w:val="left"/>
      </w:pPr>
      <w:r>
        <w:rPr>
          <w:rFonts w:ascii="Times New Roman" w:hAnsi="Times New Roman" w:eastAsia="Times New Roman" w:cs="Times New Roman"/>
        </w:rPr>
        <w:t>Ci biir yooyu ñaari jamono yu yonent yi, bi àtteg Yàlla daldee ci mbooloom jaamu Yàlla te itam ci États-Unis, mooy benn mbaat mi sax fa bèneen saxaaru Républicain ak saxaaru Protestant ñépp ñaareel ñuy àtte. Foofa sax, fa Adventisme Laodise buy faral di génne ci gémmiñu Boroom bi, États-Unis dafa feesal koppu jéemantu yoonam, te rébbu réew mi ñëw ci kow réew mi; ba noppi Seytaane feeñ te tàmbali liggéeyam gu yéeme. Juroom-ñeent-fukki junni ak ñeenti junni ñi dañuy màndargaat, te yékkat leen ni bannere ci yoonu Dibeer.</w:t>
      </w:r>
    </w:p>
    <w:p>
      <w:pPr>
        <w:pStyle w:val="ArticleBody"/>
        <w:jc w:val="left"/>
      </w:pPr>
      <w:r>
        <w:rPr>
          <w:rFonts w:ascii="Times New Roman" w:hAnsi="Times New Roman" w:eastAsia="Times New Roman" w:cs="Times New Roman"/>
        </w:rPr>
        <w:t>Ñu xamal nu ne maneesul joxe benn xalaat ci “xew-xewu nit ñi Yàlla teey, yi dinañu nekk ci suuf ba ndamu asamaan akaat a bokk ak dellusi fitna yi weesu woon ci jamono ju wees.”</w:t>
      </w:r>
    </w:p>
    <w:p>
      <w:pPr>
        <w:pStyle w:val="ArticleScripture"/>
        <w:jc w:val="left"/>
      </w:pPr>
      <w:r>
        <w:rPr>
          <w:rFonts w:ascii="Times New Roman" w:hAnsi="Times New Roman" w:eastAsia="Times New Roman" w:cs="Times New Roman"/>
        </w:rPr>
        <w:t>«Seytaane mooy jàngkat bu far ci Biibël bi. Xam na ne waxtoom gàtt na, te muy wut ci bépp fànn nan laa taxawal liggéeyu Boroom bi ci suuf si. Manul a am benn xalaat bu mat nekk ci xew-xewu askanu Yàlla yi di dund ci kaw suuf, bu ndamu asamaan ak dellusi fitna yi ñu daan sonnal jamono yu wees yi booloo. Dinañu dox ci leer gi jóge ca gàngune Yàlla ga. Jaarale ko ci malaaka yi, dina am waxtaan wu sax diggante asamaan ak suuf. Te Seytaane, mi wërsëggoon ak malaaka yu bon yi, te di wax ne mooy Yàlla, dina def kéemaan yu xeex xeex, ngir nax, su fekkee mën na, sax ñi tànn yi. Askani Yàlla duñu gis seen kaaraange ci def kéemaan, ndaxte Seytaane dina roy kéemaan yi ñuy def. Askani Yàlla yu ñu natte te seetlu, seen doole dina nekk ci màndarga mi ñu wax ci Eksod 31:12–18. War nañu jël seen taxawaay ci Kàddug dund gi: “Bind na ko.” Loolu rekk mooy doxalin wi ñu mëna taxaw bu wóor ci kawam. Ñi soppiwul seen kóllëre ak Yàlla dinañu nekk bés booba ci lu dul Yàlla te amuñu yaakaar.» Testimonies, volume 9, 16.</w:t>
      </w:r>
    </w:p>
    <w:p>
      <w:pPr>
        <w:pStyle w:val="ArticleBody"/>
        <w:jc w:val="left"/>
      </w:pPr>
      <w:r>
        <w:rPr>
          <w:rFonts w:ascii="Times New Roman" w:hAnsi="Times New Roman" w:eastAsia="Times New Roman" w:cs="Times New Roman"/>
        </w:rPr>
        <w:t>Delluwaay fitna yi weesu ci jamono yu wees yi dina tàmbalee ci yoonu Dibeer bi ci États-Unis, ndaxte Seytaane dina tàmbalee fa ay jëfam yu yéeme ya ci waxtu woowu, te janq yu xel mi, ñi ñu ba noppi “nattu leen te seetlu leen,” dinañu noonu “doon dox ci leer gi bawoo ci gànguna Yàlla.” Loolu dina am jaarale ko ci liggéeyu malaaka yi, ndaxte “jaarale ko ci malaaka yi, dina am jokkoo yu sax diggante asamaan ak suuf.”</w:t>
      </w:r>
    </w:p>
    <w:p>
      <w:pPr>
        <w:pStyle w:val="ArticleScripture"/>
        <w:jc w:val="left"/>
      </w:pPr>
      <w:r>
        <w:rPr>
          <w:rFonts w:ascii="Times New Roman" w:hAnsi="Times New Roman" w:eastAsia="Times New Roman" w:cs="Times New Roman"/>
        </w:rPr>
        <w:t>“Ñi ñu diw ci biir gi tegg ci wetu Boroom suuf sépp, am nañu taxawaay ba ñu daan jox Seytaane ni serub bu muur. Jaarale ko ci bind yu sell yi wër kër gu kaweeg buuru bi, Boroom bi dafay saxal jokkoo ju sax ak waa suuf. Diw wurus wi mooy mën mënug yiw wu Yàlla di jëfandikoo ngir wéral làmp yi way gëm ñi, ngir ba ñu bañ a tàbbi te dee. Bu dul ne dañuy tuur diw ju sell jii jóge asamaan ci yégle yi Xelum Yàlla, dooley bon ñi dinañu am matug nguur ci kaw nit ñi.</w:t>
      </w:r>
    </w:p>
    <w:p>
      <w:pPr>
        <w:pStyle w:val="ArticleScripture"/>
        <w:jc w:val="left"/>
      </w:pPr>
      <w:r>
        <w:rPr>
          <w:rFonts w:ascii="Times New Roman" w:hAnsi="Times New Roman" w:eastAsia="Times New Roman" w:cs="Times New Roman"/>
        </w:rPr>
        <w:t>“Yàlla dañuy ko toroxal bu nu jotul jébbale yi mu nu yónnee. Noonu nag, danuy bañ diwur wurus wi mu bëgg a wal ci sunuy xol ngir ñi nekk ci lëndëm jot ci moom. Bu woote bi agsee ne: ‘Xoolleen, boroom céet bi ngi ñëw; génnleen, dem teeru ko,’ ñi jotul diwur ju sell ji, ñi yarul yiwug Kirist ci seen xol, dinañu gis, ni jigéen yu ñàkk xel ya, ne waajaluwuñu ngir daje ak seen Boroom. Amuñu ci seen bopp kàttan gu ñuy man a jote diwur ji, te seen dund dañu tas. Waaye su ñaanu Xelum Yàlla mu Sell mi, su nu ñaan baaxee ni Muusaa defee ne: ‘Won ma sa ndam li,’ mbëggeel Yàlla dina fees ci sunuy xol. Jaarale ko ci tubey wurus yi, diwur wurus wi dinañu ko jot. ‘Du ci doole, du ci kàttan, waaye ci sama Xel, la Boroom Mbooloom yi wax.’ Ci nangu leer yu xonq yi jógé ci Jantub Njubte gi, doom yi Yàlla dañuy leer ni làmp yi ci àddina bi.” Review and Herald, July 20, 1897.</w:t>
      </w:r>
    </w:p>
    <w:p>
      <w:pPr>
        <w:pStyle w:val="ArticleBody"/>
        <w:jc w:val="left"/>
      </w:pPr>
      <w:r>
        <w:rPr>
          <w:rFonts w:ascii="Times New Roman" w:hAnsi="Times New Roman" w:eastAsia="Times New Roman" w:cs="Times New Roman"/>
        </w:rPr>
        <w:t>Ñi am ñooñ ñi ñu seal ci Révélation sareet juróom-ñaareel ak ci Ezéchiel sareet juróom-ñeenteel, te ñoom lañuy juuyoo ak ñi dof ñi yàq ndamu Boroom bi ndaxte dañuy bañ “jàngoro yi mu di yónnee.” Ñi dof mooy ñi “fecc seen kóllëre ak Yàlla, ñi dinañu nekk bés booba amul Yàlla te amul yaakaar.” Ñaari xeeti nit ñooñu dafañu leen nattu te yóbbu leen ba ci bérab bu ñuy feeñale seen jikko, sukkandiku ci ne dinañu nangu walla bañ waxtaanu waxtu wa. Waxtaanu waxtu wa, li dale ca 11 Septembre 2001, mooy waxtaanu tawbëg mu mujj.</w:t>
      </w:r>
    </w:p>
    <w:p>
      <w:pPr>
        <w:pStyle w:val="ArticleBody"/>
        <w:jc w:val="left"/>
      </w:pPr>
      <w:r>
        <w:rPr>
          <w:rFonts w:ascii="Times New Roman" w:hAnsi="Times New Roman" w:eastAsia="Times New Roman" w:cs="Times New Roman"/>
        </w:rPr>
        <w:t>Bataaxalu taw gu mujj wi ñëw bi, dañuy ko xàmmee ci yoonu “rëdd ci kaw rëdd” ni ko Esayi saar ñaar-fukk ak juróom-ñett bi waxe. Yoonu “rëdd ci kaw rëdd” mooy yoonu njàngum Biibël bi Yàlla sàkkal te tànn, te moo tax kuy bañ yoon woowu, du rekk a bañ bataaxal bi ñu tegtal jaarale ko ci jëfandikoo “rëdd ci kaw rëdd,” tuuti fii ak tuuti fale, waaye itam mooy bañ Ki ko joxe yoon woowu.</w:t>
      </w:r>
    </w:p>
    <w:p>
      <w:pPr>
        <w:pStyle w:val="ArticleBody"/>
        <w:jc w:val="left"/>
      </w:pPr>
      <w:r>
        <w:rPr>
          <w:rFonts w:ascii="Times New Roman" w:hAnsi="Times New Roman" w:eastAsia="Times New Roman" w:cs="Times New Roman"/>
        </w:rPr>
        <w:t>Ndax li waral mooy ne, ndaxte ay sàrt yu ñu feeñal ci xel mu sell gi, yi ñu wone ci diggante jéemantu bi di jur mbind mi ci ñaar-fukk ak ñeent junni ak ñeent téeméer ak ñeent-fukk ak ñeent ñaar-fukk, feeñ na leer ne benn yoon rekk la doom Yàlla man a jaar ci nettali jamono ji “ndamlu asamaan ak dellusi fitna yi jamono yi weesu booloo nañu leen,” mooy ne mu nekk ci benn xam-xam bu tax leer gi jóge ci gàngune Yàlla manees a xàmmi. Fàww nga ko xàmmi; ndax su ñu ko xàmmul, amul njariñ, te nun dañuy réer.</w:t>
      </w:r>
    </w:p>
    <w:p>
      <w:pPr>
        <w:pStyle w:val="ArticleScripture"/>
        <w:jc w:val="left"/>
      </w:pPr>
      <w:r>
        <w:rPr>
          <w:rFonts w:ascii="Times New Roman" w:hAnsi="Times New Roman" w:eastAsia="Times New Roman" w:cs="Times New Roman"/>
        </w:rPr>
        <w:t>“Warunu nu xaar ndax taw wu mujj wi. Mu ngi ñëw ci kaw ñépp ñi dinañu xam te jot ci ndoxum seteek taw yi ci yiw wi, yi di wàcc ci sunu kaw. Bu nu dajalee yàq-yàqu leer gi, bu nu fonkee yërmànde yu wóor yu Yàlla, mi bëgg nu wéeru ko, kon bépp digeb dina am mat. [Isaiah 61:11 quoted.] Suuf si bépp dees na feesal ko ak ndamlu Yàlla.” The Seventh-day Adventist Bible Commentary, volume 7, 984.</w:t>
      </w:r>
    </w:p>
    <w:p>
      <w:pPr>
        <w:pStyle w:val="ArticleBody"/>
        <w:jc w:val="left"/>
      </w:pPr>
      <w:r>
        <w:rPr>
          <w:rFonts w:ascii="Times New Roman" w:hAnsi="Times New Roman" w:eastAsia="Times New Roman" w:cs="Times New Roman"/>
        </w:rPr>
        <w:t>Ci jamono jii tàmbalee bi malaak bu Révélation fukk ak juróom-ñeent di feesal suuf sépp ak ndamam, tambalee ci 11 Septembre 2001, tawug mujj gi agsi na rekk “ci kaw” ñi “ñi” “xam te jël ci seen bopp ndox mu neex ak tawi yi ci yiw bi” di “taw ci sunu kaw.” “Njuumte gu mag gi” baatub Sister White waxoon lu jiitu, mooy ba jigéen yu réyul ya xalaate ne man nañu xaar ba keraak tawug mujj gi tuuru “te amul natt,” ndaxte foofa lañu yaakaaroon ne dinañu man a jotaat. Du noonu; ñi di màgg ci seen xam-xam ci Kàddu Yàlla gu yonent lañuy jot ci gën a bare leer.</w:t>
      </w:r>
    </w:p>
    <w:p>
      <w:pPr>
        <w:pStyle w:val="ArticleBody"/>
        <w:jc w:val="left"/>
      </w:pPr>
      <w:r>
        <w:rPr>
          <w:rFonts w:ascii="Times New Roman" w:hAnsi="Times New Roman" w:eastAsia="Times New Roman" w:cs="Times New Roman"/>
        </w:rPr>
        <w:t>Bi ñuy tëj waxtaan bii, li ma bëgg a xamle mooy li jëm ci njariñu waxtu nattu bi nu nekk léegi ci biir. Su nu bëggee “dox ci leer gi jóge ca gàngun Yàlla ga” ci waxtu bi fitna yi ñu mas a gis bu yàgg dellu, war na nu a mëna moom Kàddug waxyu gi lu jiitu jafe-jafe ja.</w:t>
      </w:r>
    </w:p>
    <w:p>
      <w:pPr>
        <w:pStyle w:val="ArticleBody"/>
        <w:jc w:val="left"/>
      </w:pPr>
      <w:r>
        <w:rPr>
          <w:rFonts w:ascii="Times New Roman" w:hAnsi="Times New Roman" w:eastAsia="Times New Roman" w:cs="Times New Roman"/>
        </w:rPr>
        <w:t>Ci bërëb gu një, Daniel ak ñetti góor yu am solo yaa weesu woon seen njàngale bu mat sëkk ba noppi laata ñuy dugg ngir Nebukadnezzar natt leen. Diirub ñent-fukk fan, Kirist ubbi na Kàddug waxi Yonent yi ngir xel mu leer ci njàngat yi, lu jiitu fukki fan yi ci ñoom njàngat yi matale seen benn-ci-xel. Gannaaw loolu Pentekot dikk na, te mooy melokaanu yoonu Dibeer bi.</w:t>
      </w:r>
    </w:p>
    <w:p>
      <w:pPr>
        <w:pStyle w:val="ArticleBody"/>
        <w:jc w:val="left"/>
      </w:pPr>
      <w:r>
        <w:rPr>
          <w:rFonts w:ascii="Times New Roman" w:hAnsi="Times New Roman" w:eastAsia="Times New Roman" w:cs="Times New Roman"/>
        </w:rPr>
        <w:t>Ci téereb Daniel ñetteel bi, Sadarak, Mesak ak Abednego waxoon Nebukadnesar ne soxlawuñu woon benn yoon yu bees ngir xalaat; ndaxte dañoo dëgër ba noppi ci li waroon a nekk seen jëf ci waxtu nattu yoonu Dibeer bi. Seen takku ci ngëm gi gëna feeñ ba mag, bi ñu doxee ak Kirist ci biir safara ji; te yégle bi ñu dëgëroon ba noppi ci moom bala nattu ba, yóbbu nañu ko ba ci bépp àddina bu nit ñi xamoon booba, jaarale ko ci bépp kilifa bu mag bu ganesi woon te gis kéemaan gi ca biir safara ja.</w:t>
      </w:r>
    </w:p>
    <w:p>
      <w:pPr>
        <w:pStyle w:val="ArticleBody"/>
        <w:jc w:val="left"/>
      </w:pPr>
      <w:r>
        <w:rPr>
          <w:rFonts w:ascii="Times New Roman" w:hAnsi="Times New Roman" w:eastAsia="Times New Roman" w:cs="Times New Roman"/>
        </w:rPr>
        <w:t>Danu yéene yii ci bind bi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 bu nëbbu la ci Saar ñeent-fukk ak ñeent — Ñetteelu lim bi</dc:title>
  <dc:subject>Yoonu Dimaas bi ak Tukki Kàddu Yàlla gu Wax Lu Jiitu: Dale ci Patriot Act ba ci Nattu mu Mujj mi</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