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Jaar-jaaru Aaya boobu Ñent — Limub Ñent</w:t>
      </w:r>
    </w:p>
    <w:p>
      <w:pPr>
        <w:pStyle w:val="ArticleSubtitle"/>
        <w:jc w:val="left"/>
      </w:pPr>
      <w:r>
        <w:rPr>
          <w:rFonts w:ascii="Arial" w:hAnsi="Arial" w:eastAsia="Arial" w:cs="Arial"/>
        </w:rPr>
        <w:t>Nattu ak Ndamli: Defarug Nataalu Rab wi ak Tëj gu Boroom xel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2024-09-23</w:t>
      </w:r>
    </w:p>
    <w:p>
      <w:pPr>
        <w:pStyle w:val="ArticleBody"/>
        <w:jc w:val="left"/>
      </w:pPr>
      <w:r>
        <w:rPr>
          <w:rFonts w:ascii="Times New Roman" w:hAnsi="Times New Roman" w:eastAsia="Times New Roman" w:cs="Times New Roman"/>
        </w:rPr>
        <w:t>Rëddub yonn ci waxu yonent bi muy misaal nattu gi ñu tektal ci sosu nataalu rab wi ci États-Unis, dafa dox and ak ñetti waymark yi tegtal yoonu Constitution bi. Ñu ngi dox ci benn tolluwaay, te kenn ku nekk ci ñoom di joxe xibaar bu mat te jëm ci beneen rëddub bi. Naka la ne ñi weesu nattu nataalu rab wi dinañu noppi ngir dox ci leer gi génne ci néegu nguurug Yàlla, ci jamonoju fitna ji tambalee ca yoonu Dibëer bu-jëkk ba ci États-Unis? Lan mooy nekk ci nattu sosu nataalu rab wi moo dëgërale janq yu xel yi ci am njàngat gu leen may ñu jaar ci jamonoy fitna ji tambalee ca yoonu Dibëer bu-jëkk ba, ba ngeen xam ne ngàkkug réew mi topp na ko yàqub réew mi, te Seytaane tàmbali ay jëfam yu yéeme?</w:t>
      </w:r>
    </w:p>
    <w:p>
      <w:pPr>
        <w:pStyle w:val="ArticleScripture"/>
        <w:jc w:val="left"/>
      </w:pPr>
      <w:r>
        <w:rPr>
          <w:rFonts w:ascii="Times New Roman" w:hAnsi="Times New Roman" w:eastAsia="Times New Roman" w:cs="Times New Roman"/>
        </w:rPr>
        <w:t>“Dafa man a mëna joxe benn xel ci xeetu xew-xew yi nit ñi Yàlla moom dinañu dund ci suuf, bu ndamlu asamaan ak delluwaay fitna yi jamonoy weesu yi boolee. Dinañu dox ci leer gi jóge ca gàngune Yàlla. Jaarale ko ak malaaka yi, jokkante bu sax dina am ci diggante asamaan ak suuf. Te Seytaane, mi ñu wër ak malaaka yu bon yi, te di woote ne mooy Yàlla, dina def kéemaan yu bare ci bépp xeetu anam, ngir nax, su fekkee ne man na, ba ci ñi tànn sax.” Testimonies, volume 9, 16.</w:t>
      </w:r>
    </w:p>
    <w:p>
      <w:pPr>
        <w:pStyle w:val="ArticleBody"/>
        <w:jc w:val="left"/>
      </w:pPr>
      <w:r>
        <w:rPr>
          <w:rFonts w:ascii="Times New Roman" w:hAnsi="Times New Roman" w:eastAsia="Times New Roman" w:cs="Times New Roman"/>
        </w:rPr>
        <w:t>Rakku White wax ci yégle bi Kirist joxe woon ci sinagog bu Kapernayum, ni ko bindee ci Yowaana saraxle juróom-benn. Kàdduyam yooyu nekk nañu ci The Desire of Ages, ci xët wi tudd The Crisis in Galilee. Foofa mu dëggal ne Kirist deful genn jéema taxawal mboolem réeb bi amoon ci Yowaana saraxle juróom-benn, doonte xamoon bu baax ne dina ñàkk fa ay taalibeem yu ëpp ci waxtu woowu, lu ëpp ci bépp yeneen jamono ci liggéeyam ci biir nit ñi.</w:t>
      </w:r>
    </w:p>
    <w:p>
      <w:pPr>
        <w:pStyle w:val="ArticleScripture"/>
        <w:jc w:val="left"/>
      </w:pPr>
      <w:r>
        <w:rPr>
          <w:rFonts w:ascii="Times New Roman" w:hAnsi="Times New Roman" w:eastAsia="Times New Roman" w:cs="Times New Roman"/>
        </w:rPr>
        <w:t>«Bi Yeesu joxe dëgg gu nattu gi, ga taxoon lu bari ci ay taalibeem dellu ginnaaw, xamoon na li ay waxam di jur; waaye amoon na mbirum yërmande mu wara matal. Gisoon na lu jiitu ne, ci waxtu nattu gi, kenn ku nekk ci ay taalibeem yu soppeeku yi dina jaar ci nattu gu tar. Tiisam ca Getsemaane, woram, ak daajam ca bant ba, dinañu doon ci ñoom nattu gu metti lool. Bu fekkoon neesul joxe nattu wu jiitu, ñu bare ñoo xam ne seen xel dafa taxaw ci bëgg-bopp rekk, dinañu bokkoon ak ñoom. Bi seeni Boroom ñàkkaloon ko ca kërub àtte ba; bi mbooloo ma ko dalaloon ni seen buur di ko xas ak di ko xeeb; bi mbooloo may ree crye: “Daaj ko ca bant ba!”—bi seeni yaakaar yu àddina yàquee, ñi di wut seen bopp ñii, ci ñàkk seeni takku ci Yeesu, dinañu indi ci kaw ay taalibe yi metit bu wex, buy diis xol, dolli ci seen naqar ak seen naxu ci yàqug seeni yaakaar yu gën a neex. Ci waxtu boobu bu lëndëm, royukaayu ña ko dëddu woon manoon na yóbbu beneen ñi ànd ak ñoom. Waaye Yeesu waraloon jafe-jafe boobu ci jamono ji muy nekkoon ak ñoom ci boppam, ngir man a dëgëral ngëmug ay taalibeem yu dëgg yi.»</w:t>
      </w:r>
    </w:p>
    <w:p>
      <w:pPr>
        <w:pStyle w:val="ArticleScripture"/>
        <w:jc w:val="left"/>
      </w:pPr>
      <w:r>
        <w:rPr>
          <w:rFonts w:ascii="Times New Roman" w:hAnsi="Times New Roman" w:eastAsia="Times New Roman" w:cs="Times New Roman"/>
        </w:rPr>
        <w:t>«Kàttanalkat bu yërëm, mi xam bu baax musiba ga ko doon xaar, te ci ndimbal bu lewet la sellaale yoon wi ngir taalibeyam yi, waajal leen ngir seeni nattu gu ëpp solo, te dëgëral leen ngir nattu gu mujj ga!» The Desire of Ages, 394.</w:t>
      </w:r>
    </w:p>
    <w:p>
      <w:pPr>
        <w:pStyle w:val="ArticleBody"/>
        <w:jc w:val="left"/>
      </w:pPr>
      <w:r>
        <w:rPr>
          <w:rFonts w:ascii="Times New Roman" w:hAnsi="Times New Roman" w:eastAsia="Times New Roman" w:cs="Times New Roman"/>
        </w:rPr>
        <w:t>Yoonu Dibeer bi mooy nattu mujj gi nga xam ne ci moom la jikko ji feeñ. Bala nattu mujj gi, Kirist, mi dul soppiku mukk, may na nattu bu tax ne moom la dogalal ay nitam njubte gu dul jeex gi. Nattu la bu ñoom war a jàll ngir ñu màndargaal leen, te bala seen waxtu xéewal bi tëj ci yoonu Dibeer bi. Nattu waxandekat la buy waajal janq yu xel yi “ngir seen nattu gu gën a mag, te mu dooleel leen ngir nattu mujj gi!” Seen “nattu gu gën a mag” mooy seen nattu gu kawe, ndaxte janq yu xel yi ñooy ñi “sellal, defar ñu weex, te nattu leen.” Nattu mujj gi mooy seen nattu gu gën a mag, te ci jamono jooju ju nattu, janq yu xel yi “dinañu dox ci leer gi jóge ci gànguna Yàlla.” Lan mooy li nekk ci biir yoonu nattu bi, mi ñu tekki ni “sos nataalu rab wi,” te moo waajal janq yu xel yi ngir nattu gu gën a mag, te may leen ñu dox ci leer gi jóge ci gànguna Yàlla? Lan mooy leer gi jóge ci gànguna Yàlla?</w:t>
      </w:r>
    </w:p>
    <w:p>
      <w:pPr>
        <w:pStyle w:val="ArticleScripture"/>
        <w:jc w:val="left"/>
      </w:pPr>
      <w:r>
        <w:rPr>
          <w:rFonts w:ascii="Times New Roman" w:hAnsi="Times New Roman" w:eastAsia="Times New Roman" w:cs="Times New Roman"/>
        </w:rPr>
        <w:t>Te bi mu ubbee jàngoro baat bu juróom-ñaareel bi, neexal gu mag amoon na ci asamaan lu tollook genn-wàll waxtu. Te gis naa juróom-ñaari malaaka yi doon taxaw fa kanam Yàlla; te ñoom ñaar ña ñu jox juróom-ñaari trompet. Te beneen malaaka dikk na, taxaw ci saraxalukaay bi, yor kuppaay bu wurus; te ñu jox ko tuur wu bare, ngir mu ko jébbal ànd ak ñaan yi yépp yu gaayi Yàlla yi, ci saraxalukaay bu wurus bi nekkoon fa kanam gàngune bi. Te saxaaru tuur bi, bi ànd ak ñaan yi yu gaayi Yàlla yi, yéeg na jëm kanam Yàlla, jóge ci loxo malaaka bi. Noonu malaaka bi jël kuppaay bi, feesal ko ak safara saraxalukaay bi, sànni ko ci suuf: baat yu bari am, ak dënnu yi, ak melax yi, ak yëngu-yëngu suuf. Peeñu Yuhanna 8:1–5.</w:t>
      </w:r>
    </w:p>
    <w:p>
      <w:pPr>
        <w:pStyle w:val="ArticleBody"/>
        <w:jc w:val="left"/>
      </w:pPr>
      <w:r>
        <w:rPr>
          <w:rFonts w:ascii="Times New Roman" w:hAnsi="Times New Roman" w:eastAsia="Times New Roman" w:cs="Times New Roman"/>
        </w:rPr>
        <w:t>Ci jamono yu mujj, ci diir bi léebu fukki janq yi di am yéenekaay, te ñeen fukk ak ñeent war ak ñeent junni ñi di ñu màndarga, ñaareelu tëj bi dafa ubbeeku, te mu wone ne safarañ dañuy sànni ci suuf ngir tontu ci ñaan yi gaayi Yàlla ñi. Safarañ si ñu sànni ci suuf ci yomb bu mujj te mat sëkk bu léebu fukki janq yi, mooy waxu yu “jooyu guddi”, ni ko xereñale woon ci tuuru Xel mu Sell mi ca ndaje màkkaanu Exeter, ak tuuru Xel mu Sell mi ca Bentekot, bi fa ko tegtalee woon ne mooy safarañ. Seetleen li Jigéen White wax ci wàllu yégle “jooyu guddi” bi.</w:t>
      </w:r>
    </w:p>
    <w:p>
      <w:pPr>
        <w:pStyle w:val="ArticleScripture"/>
        <w:jc w:val="left"/>
      </w:pPr>
      <w:r>
        <w:rPr>
          <w:rFonts w:ascii="Times New Roman" w:hAnsi="Times New Roman" w:eastAsia="Times New Roman" w:cs="Times New Roman"/>
        </w:rPr>
        <w:t>“Ñi ñu bañee bataaxal bu njëkk bi, mënuñu a jot njariñ ci ñaareel bi; te itam jotuñu njariñ ci yuuxu guddi gi digg, bi waroon a waajal leen ngir ñu dugg ak Yeesu ci kaw ngëm ba ca bérab bu gën a sell ba nekk ci kër Yàlla gu asamaan. Te ndaxte dañoo bañ ñaari bataaxal yi jiitu, loolu lëndëmal na seen xel ba ñu mëna gisatul benn leer ci bataaxalu ñetteelu malaaka bi, miy wone yoon wi jëm ca bérab bu gën a sell ba. Gis naa ne ni Yawut yi daajoon Yeesu ci bant, noonu itam la mboolooy kër yi tudd seen bopp kiristaan daajee bataaxal yii; moo tax amuñu xam-xam ci yoon wi jëm ca bérab bu gën a sell ba, te mënuñu a jot njariñ ci ràmmu Yeesu fa. Mel ni Yawut yi, ñi doon jébbale seen sarax yu amul njariñ, noonu itam lañuy yékkati seen ñaan yu amul njariñ jëm ca néeg ba Yeesu bàyyi; te Seytaane, bi mbubum naxla ba neexee ko, dafay sàngu ci melokaanu diine, di jiite xeli ñiy wax ne ay kiristaan lañu jëm ci moom, di liggéey ak dooleem, ak ay màndargaam, ak ay kéemaan yu fen ngir tàyyi leen bu baax ci fiirëm.” Early Writings, 259.</w:t>
      </w:r>
    </w:p>
    <w:p>
      <w:pPr>
        <w:pStyle w:val="ArticleBody"/>
        <w:jc w:val="left"/>
      </w:pPr>
      <w:r>
        <w:rPr>
          <w:rFonts w:ascii="Times New Roman" w:hAnsi="Times New Roman" w:eastAsia="Times New Roman" w:cs="Times New Roman"/>
        </w:rPr>
        <w:t>Ci jaar-jaaru Millerite bi, nattu waare bi diis “moonu leen waajal ngir ñu dugg ak Yeesu ci ngëm, ca bérab bu gën a sell ba, ci kër-yàlla bu asamaan bi.” Nattu waare bu nattu waare bi te léegi ñuy yokk walla ñuy feeñal itam, ñu ngi ko teg ni mooy nattu sosu nataalu rab wi. Ñoom ñaar ñépp ay nattu lañu yu jëm ci tëju waxtu yërmande, fa nga xam ne jikko di feeñ. Bi Millerite yi duggee ci Bérab bu Gën a Sell ba ci ngëm, seen ngëm nattuwaat naat. Ngëmug ñetti-fukki junni ak ñeent-fukki ñeent ñaar ñi, dees na ko natt ci yoonu Dimaas, waaye ñoom am nañu ndigalu ne dinañu nekk ci kaaraange, ndaxte dinañu dox “ci leer gi jóge” ci juróom-ñaareel seal ba, bi ubbeekoon ba waare bu nattu waare bi tàmbalee a ñubbiku ci weeru Sulet 2023.</w:t>
      </w:r>
    </w:p>
    <w:p>
      <w:pPr>
        <w:pStyle w:val="ArticleBody"/>
        <w:jc w:val="left"/>
      </w:pPr>
      <w:r>
        <w:rPr>
          <w:rFonts w:ascii="Times New Roman" w:hAnsi="Times New Roman" w:eastAsia="Times New Roman" w:cs="Times New Roman"/>
        </w:rPr>
        <w:t>Bataaxal bi ñu ubbiwoon ba noppi ca jamono jooju, ñu tabax ko ci yoonu “rëdd ci kaw rëdd”, te loolu mooy yoonu taw bi mujj. Taw bi mujj tàmbalee tasaaroo ci atum 2001, te nattu bu mujj bi ci Adventism tàmbali. Ci weeru Sulet 2023, jamono ju mujj ci yoonu nattu bi di jeexee ci sàrtu Dibeer bi tàmbali, bi bataaxalu yuuxu guddi-jàngoro bi, te moom itam mooy taw bi mujj, te moom itam mooy yokkuteg xam-xam bi ñuy jur suñu yékkati ñaareelu bëj-gànnaaw ba, te moom itam mooy ubbite gi ci juróom-ñaari dënn-dënn yi ak itam Peeñug Yeesu Kirist, ñëwee. Rëdd yépp yi di tegtal ubbite leerug waxi Yàlla ci kanam, ñu jàpp leen ni ñu ubbeeku ci jaar-jaaru nettali bu nëbbu bi ci saar 40 bu Daniel sarax 11.</w:t>
      </w:r>
    </w:p>
    <w:p>
      <w:pPr>
        <w:pStyle w:val="ArticleBody"/>
        <w:jc w:val="left"/>
      </w:pPr>
      <w:r>
        <w:rPr>
          <w:rFonts w:ascii="Times New Roman" w:hAnsi="Times New Roman" w:eastAsia="Times New Roman" w:cs="Times New Roman"/>
        </w:rPr>
        <w:t>Ci biir bu nëbb bañu gis, lanu fa tegu mooy xët wu Constitution bi ak ñetti waymark yu mag yi. Mooy xët wi kërce ak réew di booloo ngir sos nataalu rab wi. Mu yor itam ab xët wuy wax ci yoon wàllu kàddug yonent, buy jëm ci president yu États-Unis, ñuy feeñal doxalin xeex yu politig yi di am ci taarixu geñu réew mi, maanaam seenu “Republican horn” ci suufu rab wu suuf wi. Xët woowu boole na taarix yu dëppante yi ñaari parti politig yu mag yu États-Unis. Xët woowu jokkoo na lool ak geñu Protestantisme bu fattiku, tambalee ci 1844, ba kerce gi nangu boppam te nangu nguurug réew mi ci yoonu Dibéer bi.</w:t>
      </w:r>
    </w:p>
    <w:p>
      <w:pPr>
        <w:pStyle w:val="ArticleBody"/>
        <w:jc w:val="left"/>
      </w:pPr>
      <w:r>
        <w:rPr>
          <w:rFonts w:ascii="Times New Roman" w:hAnsi="Times New Roman" w:eastAsia="Times New Roman" w:cs="Times New Roman"/>
        </w:rPr>
        <w:t>Wàllu yonent ci yeneen-diggu gi ñeel Protestantism buy dàq dëgg bi moom itam dafay boole seede bu Dynastie Hasmonéenne bi, ngir nekk melo wu tënk ci Protestantism buy dàq dëgg bi. Ci ginnaaw xeetu buñu wax bu korn bu Protestantism buy dàq dëgg bi, am nga itam xeetu kërkër yi ci njëli Église Adventiste du Septième Jour bu Laodicée. Ci xeetu Adventisme bu Laodicée moom, am nga xeetu ñi téeméeri ñeent-fukk ak ñeent-junni. Jaar-jaar bu nëbb boobu itam am na xeetu Lislaam ci ñetteelu toroxte bi. Russie am na ab xeet, Nations Unies am na ab xeet, te niki la leer, kàttanu pape bi itam am na ab xeet.</w:t>
      </w:r>
    </w:p>
    <w:p>
      <w:pPr>
        <w:pStyle w:val="ArticleBody"/>
        <w:jc w:val="left"/>
      </w:pPr>
      <w:r>
        <w:rPr>
          <w:rFonts w:ascii="Times New Roman" w:hAnsi="Times New Roman" w:eastAsia="Times New Roman" w:cs="Times New Roman"/>
        </w:rPr>
        <w:t>Su ab njàngat ci waxi yëgle bu ñëw, bu mu jëfandikoo boppam ni waa Beree ci fan yu mujj yi, dina dund ci xët yi ñu ràññee ci jaar-jaaru nettali bi nëbbu ci sarax bu ñent-fukk. Njàngatkat bu ci waxi yëgle bi dina jël téere bi ci loxo malaaka bi te lekk ko. Noonu, bu nattu bu mujj bi ci yoonu Dibeer agsi, du sax rekk dafa xam xebaaru yuuxu guddi gi ñu ubbiwoon, waaye dina xam bu mat ni naka lañu sos nataalu rab wa ci États-Unis.</w:t>
      </w:r>
    </w:p>
    <w:p>
      <w:pPr>
        <w:pStyle w:val="ArticleBody"/>
        <w:jc w:val="left"/>
      </w:pPr>
      <w:r>
        <w:rPr>
          <w:rFonts w:ascii="Times New Roman" w:hAnsi="Times New Roman" w:eastAsia="Times New Roman" w:cs="Times New Roman"/>
        </w:rPr>
        <w:t>Leeru ñaareelu buum bi di jóge ca gàngune ga, te ci wàllu léebub fukki janq yi, mooy yégleb yu guddi gu digg. Yégleb yu guddi gu digg mooy li waajal janq yu xel yi ngir jamono ji fitna yi weesuwoon di dellu amaat.</w:t>
      </w:r>
    </w:p>
    <w:p>
      <w:pPr>
        <w:pStyle w:val="ArticleScripture"/>
        <w:jc w:val="left"/>
      </w:pPr>
      <w:r>
        <w:rPr>
          <w:rFonts w:ascii="Times New Roman" w:hAnsi="Times New Roman" w:eastAsia="Times New Roman" w:cs="Times New Roman"/>
        </w:rPr>
        <w:t>“Bi nu nuuy sunu jaar-jaari passé, te nu jaar ci bépp xët wu sunuy jëfandikoo ba ñëw ci fi nu taxaw tey, man maa ngi wax ne: Cant ngeen Yàlla! Bu may gis li Yàlla def, màngi fees ak yéemu, ak kóolute ci Kirist ni muy njiit. Amu nu dara lu nu wara ragal ci ëllëg, ludul su fekkee nu fàtte yoon wi Boroom bi gindee woon nu, ak njàngalem ci sunu jaar-jaari passé.” Testimonies to Ministers, 31.</w:t>
      </w:r>
    </w:p>
    <w:p>
      <w:pPr>
        <w:pStyle w:val="ArticleBody"/>
        <w:jc w:val="left"/>
      </w:pPr>
      <w:r>
        <w:rPr>
          <w:rFonts w:ascii="Times New Roman" w:hAnsi="Times New Roman" w:eastAsia="Times New Roman" w:cs="Times New Roman"/>
        </w:rPr>
        <w:t>Boroom bi dii wut nitam ci yoonu nattu bi tambalee ci weeru Sulet 2023. Njiitamam booba denc na itam ubbi Kàddug yonent bi ci jëm ci jaar-jaaru nettali bu fàddug buy aju ci aaya ñent-fukk. Jaar-jaaru boobu mooy wone ni nattu rab wi di sosoo ci États-Unis, te lu wóor la ne am na solo lu gën a bare ndax du rekk mboolem xew-xewi mujjug jamono yooyu. Bu nu fekk sunu bopp ci nattu gi gën a màgg ci yoonu Santaare, bi fitnai jamonoy weesu yi di tàmbali a dellu, “amunu dara lu war a ragal ci ëllëg, ludul bu nu fàtte yoon wi Boroom bi jiite na nu ca, ak njàngaleem ci sunu jaar-jaaru weesu.”</w:t>
      </w:r>
    </w:p>
    <w:p>
      <w:pPr>
        <w:pStyle w:val="ArticleBody"/>
        <w:jc w:val="left"/>
      </w:pPr>
      <w:r>
        <w:rPr>
          <w:rFonts w:ascii="Times New Roman" w:hAnsi="Times New Roman" w:eastAsia="Times New Roman" w:cs="Times New Roman"/>
        </w:rPr>
        <w:t>Ci waxtu yoonu Dibéer bi, “jaar-jaari gàllankoor” dina baamtuwaat ci jamono ju ngir sos melo su rabu màndarga bi ci États-Unis. Gaynde gi cosaanu Yuda ji ubbi na bataaxal bu mujj bi te jiite na ay nitam ca jaar-jaar ju nëbbu ji ci aaya ñent fukk bi. Foofa la jàngale ay nitam ndax ba ñu dul xam rekk Kàddug yonentam bi, waaye itam xam njariñ ak yëfandikoo bu njëkk ngir jot ci am mbooleem xew-xew bu yelloo ngir bokk ci ñi nekk ci ay nitam ñi mu waroon a doon ay wàkkiram ci jafe-jafe bu mujj bi.</w:t>
      </w:r>
    </w:p>
    <w:p>
      <w:pPr>
        <w:pStyle w:val="ArticleBody"/>
        <w:jc w:val="left"/>
      </w:pPr>
      <w:r>
        <w:rPr>
          <w:rFonts w:ascii="Times New Roman" w:hAnsi="Times New Roman" w:eastAsia="Times New Roman" w:cs="Times New Roman"/>
        </w:rPr>
        <w:t>Benn ci melokaan yu waxkat yi ci ñoom mooy ne xam nañu ni ñuy doxe ci leer gi jóge ci gàngune bi. Leer googu mooy leeru jaar-jaaru baat bu nëbbu bi ci aaya ñeent-fukk, bi di melal ak leer gu mat seeni jëfandikoo yu diine, yu politik, yu askan ak yu koom-koom, yi bokk ci tabax nataalu rab wu réy bi ci États-Unis. Leer gi ñu xam ci mbirum jaar-jaar bu sell bii, mooy li ñuy jurale ci jëfandikoo “rëdd ci kaw rëdd, fii tuuti, fale tuuti,” te mooy leer gi di melal jaar-jaar bi ba ñu tàmbaliwaat fitna yi jamono ju weesu.</w:t>
      </w:r>
    </w:p>
    <w:p>
      <w:pPr>
        <w:pStyle w:val="ArticleBody"/>
        <w:jc w:val="left"/>
      </w:pPr>
      <w:r>
        <w:rPr>
          <w:rFonts w:ascii="Times New Roman" w:hAnsi="Times New Roman" w:eastAsia="Times New Roman" w:cs="Times New Roman"/>
        </w:rPr>
        <w:t>Ñi xam-xam yi xam yokkute xam-xam, ñoom ñooy boroom xel yi; te yokkute xam-xam mooy ci kaw sosinu nataalu rab wi. Boroom xel yi dinañu xam, ba la waxtu jaareem dikk, jaar-jaaru sosinu nataalu rab wi ci àddina si. Yeesu, ni mu nekkee Alfa ak Omega, dafa sax tektale mujju benn mbir ak ndoorteelam.</w:t>
      </w:r>
    </w:p>
    <w:p>
      <w:pPr>
        <w:pStyle w:val="ArticleBody"/>
        <w:jc w:val="left"/>
      </w:pPr>
      <w:r>
        <w:rPr>
          <w:rFonts w:ascii="Times New Roman" w:hAnsi="Times New Roman" w:eastAsia="Times New Roman" w:cs="Times New Roman"/>
        </w:rPr>
        <w:t>Am na fàttali ne, bérab bi nde Sëster White waxe ne nit ñi Yàlla dinañu dox ci leer gu jóge ca gangune ga, mooy jeexital kërale bu njëkk bi ci Testimonies, volim juróom-ñeent. Kërale ga tàmbalee na ci xët wa fukk ak benn, noonu kërale ga tàmbalee na ci juróom-ñeent-fukk ak benn te mu jeexe ci melokaanu yoonu Dibéer bi. Mu melokaanal jamono ji nataalu rab wi sosoo, te juróom-ñaar-fukk ak ñent junni ñi feeñ, waaye loolu rekk la su fekkee ne am nga ngëm ngir gis kërale ga noonu.</w:t>
      </w:r>
    </w:p>
    <w:p>
      <w:pPr>
        <w:pStyle w:val="ArticleBody"/>
        <w:jc w:val="left"/>
      </w:pPr>
      <w:r>
        <w:rPr>
          <w:rFonts w:ascii="Times New Roman" w:hAnsi="Times New Roman" w:eastAsia="Times New Roman" w:cs="Times New Roman"/>
        </w:rPr>
        <w:t>Mi ngi ci nekk pàcc bu jëkk bu waaxtu juróom-ñeent, mi ngi ubbi ak boobu màggale, te dafay jëfandikoo boppu turu bii: Ngir Ñëwug Buur bi. Lu leer la ne muy déggal du rekk Ñëwug ñaareelu yoonu Kirist, waaye itam léebub fukki janq ya, ndaxte turu pàcc ba noonu topp nuy waxi Pool.</w:t>
      </w:r>
    </w:p>
    <w:p>
      <w:pPr>
        <w:pStyle w:val="ArticleScripture"/>
        <w:jc w:val="left"/>
      </w:pPr>
      <w:r>
        <w:rPr>
          <w:rFonts w:ascii="Times New Roman" w:hAnsi="Times New Roman" w:eastAsia="Times New Roman" w:cs="Times New Roman"/>
        </w:rPr>
        <w:t>“Xaaj 1 — Ngir ñëwug Buur bi</w:t>
      </w:r>
    </w:p>
    <w:p>
      <w:pPr>
        <w:pStyle w:val="ArticleScripture"/>
        <w:jc w:val="left"/>
      </w:pPr>
      <w:r>
        <w:rPr>
          <w:rFonts w:ascii="Times New Roman" w:hAnsi="Times New Roman" w:eastAsia="Times New Roman" w:cs="Times New Roman"/>
        </w:rPr>
        <w:t>“«Tuuti ndaw ci kanam, te Ki war a ñëw dina ñëw, te du yàgg.» Hébreux 10:37.”</w:t>
      </w:r>
    </w:p>
    <w:p>
      <w:pPr>
        <w:pStyle w:val="ArticleBody"/>
        <w:jc w:val="left"/>
      </w:pPr>
      <w:r>
        <w:rPr>
          <w:rFonts w:ascii="Times New Roman" w:hAnsi="Times New Roman" w:eastAsia="Times New Roman" w:cs="Times New Roman"/>
        </w:rPr>
        <w:t>Ñaari aari ay tegg nañu leen, waaye ñoom itam dañuy yokk leer gi nekk ci jaas bi.</w:t>
      </w:r>
    </w:p>
    <w:p>
      <w:pPr>
        <w:pStyle w:val="ArticleScripture"/>
        <w:jc w:val="left"/>
      </w:pPr>
      <w:r>
        <w:rPr>
          <w:rFonts w:ascii="Times New Roman" w:hAnsi="Times New Roman" w:eastAsia="Times New Roman" w:cs="Times New Roman"/>
        </w:rPr>
        <w:t>Ndax tuuti waaye, ki war a ñëw dina ñëw, te du yéex. Léegi ku jub ki dina dund ci ngëm; waaye su kenn dellu ginnaaw, sama xol du ci am bànneex. Waaye nun bokkuñu ci ñiy dellu ginnaaw ba ci alkande; waaye bokk nañu ci ñiy gëm ba ci muslu bakkan bi. Hébreux 10:37–39.</w:t>
      </w:r>
    </w:p>
    <w:p>
      <w:pPr>
        <w:pStyle w:val="ArticleBody"/>
        <w:jc w:val="left"/>
      </w:pPr>
      <w:r>
        <w:rPr>
          <w:rFonts w:ascii="Times New Roman" w:hAnsi="Times New Roman" w:eastAsia="Times New Roman" w:cs="Times New Roman"/>
        </w:rPr>
        <w:t>Pool dafa doon woon woon ci Habakkuk, fa ñu jëfandikoo ngir wone jëf ju wuute bi nekk diggante janq yu xel te takku ci ngëm ak ñi Pool wax ne “dellu ginnaaw ba ca alkande ga.” Habakkuk waxoon na ko nii:</w:t>
      </w:r>
    </w:p>
    <w:p>
      <w:pPr>
        <w:pStyle w:val="ArticleScripture"/>
        <w:jc w:val="left"/>
      </w:pPr>
      <w:r>
        <w:rPr>
          <w:rFonts w:ascii="Times New Roman" w:hAnsi="Times New Roman" w:eastAsia="Times New Roman" w:cs="Times New Roman"/>
        </w:rPr>
        <w:t>Xoolal, ki koy boppam a ngi réy, jubul ci moom; waaye aji-jub gi dinga dund ci ngëmam. Habakuk 2:4.</w:t>
      </w:r>
    </w:p>
    <w:p>
      <w:pPr>
        <w:pStyle w:val="ArticleBody"/>
        <w:jc w:val="left"/>
      </w:pPr>
      <w:r>
        <w:rPr>
          <w:rFonts w:ascii="Times New Roman" w:hAnsi="Times New Roman" w:eastAsia="Times New Roman" w:cs="Times New Roman"/>
        </w:rPr>
        <w:t>Jamono yàgg bu Habakuk mooy jamono yàgg bu fukki janq yi, te saar bi ci mbind mi ci buuru bi di ñëw, boolees ko ak waxi Pool ci Yebré, dafay fésal matug matal ak jëfandikug matalug saar boobu ci jamono bi ñuy tàmme téere ñi téeméeri ñent-fukk ak ñeent junni. Jamono jooju tàmbalee na ci 11 Sàttumbar 2001 te mu jeex ci yoonu Dibéer, mi di jafe-jafe bu mujj bu Awaantis Laodise, te ci léebu fukki janq yi mooy feeñug jikko ci yoonu Dibéer. Xaatim yu mujj yi ci saar bi dañuy wax ci yoonu Dibéer, te saar bi tàmbalee na ci wax ci 11 Sàttumbar 2001.</w:t>
      </w:r>
    </w:p>
    <w:p>
      <w:pPr>
        <w:pStyle w:val="ArticleScripture"/>
        <w:jc w:val="left"/>
      </w:pPr>
      <w:r>
        <w:rPr>
          <w:rFonts w:ascii="Times New Roman" w:hAnsi="Times New Roman" w:eastAsia="Times New Roman" w:cs="Times New Roman"/>
        </w:rPr>
        <w:t>“Jafe-Jafe Bu Mujj”</w:t>
      </w:r>
    </w:p>
    <w:p>
      <w:pPr>
        <w:pStyle w:val="ArticleScripture"/>
        <w:jc w:val="left"/>
      </w:pPr>
      <w:r>
        <w:rPr>
          <w:rFonts w:ascii="Times New Roman" w:hAnsi="Times New Roman" w:eastAsia="Times New Roman" w:cs="Times New Roman"/>
        </w:rPr>
        <w:t>“Nun dundéy ci jamono ju mujj ji. Màndarga yi di mat gaaw ci jamono ji, dañuy yégle ne ñëwug Kirist jege na lool. Fan yi nu dundee tey, yu tar lañu te am solo lool. Xelum Yàlla mi ngi ndànk-ndànk, waaye ci lu wóor, diñu ko dindi ci suuf si. Mbëggte yi ak àtte yi tàmbali nañu a wàcc ci kaw ñi xeeb ngëneelu Yàlla. Musiba yi ci suuf ak ci géej, ak xaalisadul gu askan wi nekk, ak ragal yi ngir xare, ay màndarga yu rëy lañu. Dañuy wax jiital mbir yu mag te am solo lool yi di ñëw.”</w:t>
      </w:r>
    </w:p>
    <w:p>
      <w:pPr>
        <w:pStyle w:val="ArticleScripture"/>
        <w:jc w:val="left"/>
      </w:pPr>
      <w:r>
        <w:rPr>
          <w:rFonts w:ascii="Times New Roman" w:hAnsi="Times New Roman" w:eastAsia="Times New Roman" w:cs="Times New Roman"/>
        </w:rPr>
        <w:t>“Mbiri lu bon ñaaw yi dañuy booloo seen doole te dañuy dëppoo. Dañuy gëna dëgër ngir jafe-jafe bu mag bu mujj bi. Soppi yu mag yu bari dinañu am léegi ci sunu àddina, te yëngu-yëngu yu mujj yi dinañu gaaw lool.”</w:t>
      </w:r>
    </w:p>
    <w:p>
      <w:pPr>
        <w:pStyle w:val="ArticleScripture"/>
        <w:jc w:val="left"/>
      </w:pPr>
      <w:r>
        <w:rPr>
          <w:rFonts w:ascii="Times New Roman" w:hAnsi="Times New Roman" w:eastAsia="Times New Roman" w:cs="Times New Roman"/>
        </w:rPr>
        <w:t>“Li xaalis yi nekk ci aduna bi dañuy won ne jamono yu metti yaa ngi ci sunu wet. Pëcc mi ñuy génne bés bu nekk fees na ak màndarga yu wone ne njàmbaaru xare bu tiis dina ñëw ci lu gaaw. Sàccu gu jommaay gi am na yoon wu bari. Taxawaayi liggéeykat yi daldi bañ a liggéey dafa yomb a gis. Sàcc ak bóom nit ñu ngi ko def fu nekk. Nit ñi rab yi jàpp, dañuy rey góor, jigéen ak xale yu ndaw. Nit ñi dañoo bëgg lu bon ba xelam sànku ci ay ñaawteef, te xeetu lu bon gu nekk moo law ci kaw.”</w:t>
      </w:r>
    </w:p>
    <w:p>
      <w:pPr>
        <w:pStyle w:val="ArticleScripture"/>
        <w:jc w:val="left"/>
      </w:pPr>
      <w:r>
        <w:rPr>
          <w:rFonts w:ascii="Times New Roman" w:hAnsi="Times New Roman" w:eastAsia="Times New Roman" w:cs="Times New Roman"/>
        </w:rPr>
        <w:t>“Bañub noon nax na leer taxoon yoon, te dugal xol nit ñi ak bëgg-bopp ngir am njariñu boppam. ‘Yoon taxaw na fu sore: ndaxte dëgg dafa rot ci mbedd mi, te njub du man a dugg.’ Esayi 59:14. Ci mag yi dëkk yu mag yi am na mbooloo yu bare yu dund ci néew-doole ak tiis, ba jege ne amuñu lu ñuy lekk, fu ñuy dal, ak lu ñuy sol; waaye ci noonu dëkk yi sax am na ñeneen ñu am lu xol mën a bëgg rekk, ñu dund ci alal ju yomb, di sànni seen xaalis ci kër yu nu rafetale ba baax, ci taaru bopp, walla lu gën a bon, ci feesal bëgg-bakkan, ci naan biiñ, tabaag, ak yeneen yu bon yu yax xel mi, yàq seen mbirum xalaat, te suux ruu. Yuuxu nit ñi xiif di yéeg jëm kanam Yàlla, fekk ci bépp xeetu noot ak nàccu nit ñi di dajale alal yu réy lool.”</w:t>
      </w:r>
    </w:p>
    <w:p>
      <w:pPr>
        <w:pStyle w:val="ArticleScripture"/>
        <w:jc w:val="left"/>
      </w:pPr>
      <w:r>
        <w:rPr>
          <w:rFonts w:ascii="Times New Roman" w:hAnsi="Times New Roman" w:eastAsia="Times New Roman" w:cs="Times New Roman"/>
        </w:rPr>
        <w:t>“Benn yoon, bi ma nekk New York City, ci waxtu guddi am na ku ma woo ngir ma xool tabax yuuy yéeg dëkk dëkk ba jëm asamaan. Tabax yooyu dañu leen wax ne duñu lakk ci safara, te tabax nañu leen ngir màggal seen boroom ak ñi leen tabax. Gën a kawe, gën a kawe lañuy yéeg ci tabax yooyu, te ci seen biir jëfandikoo nañu fa jumtukaay ak yëf yu gën a jafe. Ñi boroomoon tabax yooyu nekkuñu ci a laaj seen bopp ne: ‘Naka lañu man a gën a màggale Yàlla?’ Boroom bi nekkuwoon ci seen xalaat.”</w:t>
      </w:r>
    </w:p>
    <w:p>
      <w:pPr>
        <w:pStyle w:val="ArticleScripture"/>
        <w:jc w:val="left"/>
      </w:pPr>
      <w:r>
        <w:rPr>
          <w:rFonts w:ascii="Times New Roman" w:hAnsi="Times New Roman" w:eastAsia="Times New Roman" w:cs="Times New Roman"/>
        </w:rPr>
        <w:t>«Ma waxoon ne: “Aa, bu ñi di wuttee seen alal noonu manoon a gis seen yoon ni Yàlla di ko gis! Ñu ngiy dajale yuute yu mag yu rafet, waaye seeni pexe ak seeni ràbbi nañoo doyadi ci bët yi Boroom àddina bi yépp. Duñu jàng ak dooley xol ak xel yépp ngir xam nan lañuy màggal Yàlla. Ñu fattalikuwulati lii, moom warugar bu njëkk bu nit.”»</w:t>
      </w:r>
    </w:p>
    <w:p>
      <w:pPr>
        <w:pStyle w:val="ArticleScripture"/>
        <w:jc w:val="left"/>
      </w:pPr>
      <w:r>
        <w:rPr>
          <w:rFonts w:ascii="Times New Roman" w:hAnsi="Times New Roman" w:eastAsia="Times New Roman" w:cs="Times New Roman"/>
        </w:rPr>
        <w:t>“Bi jëg yu kawe yii di yéeg, boroom yi bég nañu ak réy-réy gu am nafar gu metti ndaxte am nañu xaalis ngir jëfandikoo ci neexal seen bopp ak yóbbu seen dëkkandoo ci kiñaan. Lu bare ci xaalis bi ñu daan noonu di defaroon, amees na ko ci teg ju metti, ci sonal ak tëj ba ñàkk ña. Ñu fàtte ne ci asamaan ab konto bu bépp jëf-jëf ju business ñu ngi ko sax; jëf ju jubadi, mboolem naxante ak liggéeyu fen, bindees na fa. Waxtu wi ngi ñëw su fekkee ne ci seen nax ak seen réyréylu, nit ñi dinañu agsi ci bérab bu Boroom bi du leen may a romb; te dinañu xam ne muñug Yexowa am na kem-kàttan.”</w:t>
      </w:r>
    </w:p>
    <w:p>
      <w:pPr>
        <w:pStyle w:val="ArticleScripture"/>
        <w:jc w:val="left"/>
      </w:pPr>
      <w:r>
        <w:rPr>
          <w:rFonts w:ascii="Times New Roman" w:hAnsi="Times New Roman" w:eastAsia="Times New Roman" w:cs="Times New Roman"/>
        </w:rPr>
        <w:t>«Li ma nga gis ci sama kanam mooy ab jaaxle gu jëm ci safara. Nit ña xooloon tabax yu kawe yi te ñu yaakaar ne duñu lakk, naan: “Ñu wóor nañu ba mat sëkk.” Waaye tabax yooyu lakk nañu mel ni dañu leen defare ci tar. Masiin yi ñuy feyee safara mënuñu woon dara ngir taxawal yàqub gi. Ñiy feyee safara ñoom itam mënuñu woon doxal masiin yi.»</w:t>
      </w:r>
    </w:p>
    <w:p>
      <w:pPr>
        <w:pStyle w:val="ArticleScripture"/>
        <w:jc w:val="left"/>
      </w:pPr>
      <w:r>
        <w:rPr>
          <w:rFonts w:ascii="Times New Roman" w:hAnsi="Times New Roman" w:eastAsia="Times New Roman" w:cs="Times New Roman"/>
        </w:rPr>
        <w:t>“Jàngale naa ne su ma ne, bu waxtu Boroom bi àggee, su fekkee amul benn soppi ci xol yi ñu réyloo te bëgg kàttan ak mag, góor ñi dinañu gis ne loxo li doon loxo bu am doole ngir musal, dina nekk itam loxo bu am doole ngir alag. Amul benn kàttanu àddina bu man a tere loxo Yàlla. Amul benn jumtukaay bu ñuy jëfandikoo ci tabax kër yi bu leen man a aar ci alag, bu waxtu bi Yàlla dogal àggee ngir yónnee mbugal ci nit ñi ndax seen xeeb yoonam ak seen bëgg-bopp gu réy.”</w:t>
      </w:r>
    </w:p>
    <w:p>
      <w:pPr>
        <w:pStyle w:val="ArticleScripture"/>
        <w:jc w:val="left"/>
      </w:pPr>
      <w:r>
        <w:rPr>
          <w:rFonts w:ascii="Times New Roman" w:hAnsi="Times New Roman" w:eastAsia="Times New Roman" w:cs="Times New Roman"/>
        </w:rPr>
        <w:t>“Amul ñu bari, sax ci biir jàngalekat yi ak nit ñi di yor réew, yu xam sabab yi nekk ci suuf xaalis ak taxawaayu jamiiw bi nu nekk tey. Ñi yor yoonu nguur gi mënuñu saafara jafe-jafe bu yëngu ci yàqute gu ànd ak yoon, ñàkk doole, ñàkk alal bu tar, ak ay tooñ yu gën a yokku. Ñu ngi sonn ci neen te duñu man a tax liggéeyu njariñ yi nekk ci tund gu gën a wóor. Bu nit ñi dégluwoon bu baax njàngale Kàddug Yàlla, dinañu gis saafara jafe-jafe yi leen di jaaxal.”</w:t>
      </w:r>
    </w:p>
    <w:p>
      <w:pPr>
        <w:pStyle w:val="ArticleScripture"/>
        <w:jc w:val="left"/>
      </w:pPr>
      <w:r>
        <w:rPr>
          <w:rFonts w:ascii="Times New Roman" w:hAnsi="Times New Roman" w:eastAsia="Times New Roman" w:cs="Times New Roman"/>
        </w:rPr>
        <w:t>“Bind mi sellal mel ni Mbind mi diis na melokaanu àddina ji ci lu jiitu ñëw ñaareelu Almasi bi. Ci nit ñi di dajale alal yu réy jaarale ko ci sàcc ak naxar, Mbind mi wax na ne: ‘Dangeen dajale alal ngir fan yu mujj yi. Xool-leen, peyu liggéeykat yi góob seen tool yi, bi ngeen leen téye ak naxar, di yuuxu; te yuuxu ñi góob nag, agsi na ca noppi Boroom Sabaot. Dangeen dund ci neexal ak tàkkute ci kaw suuf; dangeen yaatal seen xol, ni ci bésu rendi. Dangeen daan ndeyjoor ba, ba rey ko; te du leen bañ.’ James 5:3–6.”</w:t>
      </w:r>
    </w:p>
    <w:p>
      <w:pPr>
        <w:pStyle w:val="ArticleScripture"/>
        <w:jc w:val="left"/>
      </w:pPr>
      <w:r>
        <w:rPr>
          <w:rFonts w:ascii="Times New Roman" w:hAnsi="Times New Roman" w:eastAsia="Times New Roman" w:cs="Times New Roman"/>
        </w:rPr>
        <w:t>“Waaye kan moo jàng moytu yi ñu joxe ci tektal yu jamono yi di am bu gaaw? Lan mooy xelal bi loolu di wàcce ci kaw nit ñi selloo ak àddina? Ban coppite lañuy gis ci seeni jikko? Du dara lu ëpp liñu gisoon ci jikkoj waa àddunab Nóoh. Ñu lëmboo ci liggéeyu àddina ak bànneex, nit ña nekkoon lu jiitu Mbeej mi “xamuñu dara ba ker gi ñëw, sweepp lépp.” Macë 24:39. Am nañu woon moytu yu jóge asamaan, waaye bañ nañu woon déglu. Te tay itam àddina, fekk mu bañ bu baax baax ba fàtte baatub moytu Yàlla, dafay gaaw gaaw dem jëm ci alkande gu dul jeex.”</w:t>
      </w:r>
    </w:p>
    <w:p>
      <w:pPr>
        <w:pStyle w:val="ArticleScripture"/>
        <w:jc w:val="left"/>
      </w:pPr>
      <w:r>
        <w:rPr>
          <w:rFonts w:ascii="Times New Roman" w:hAnsi="Times New Roman" w:eastAsia="Times New Roman" w:cs="Times New Roman"/>
        </w:rPr>
        <w:t>“Àddina bi yëngu ak xel mu xare. Yonent yi nekk ci Daniel saar fukki benn bi, mu ngi bëgga àgg ci matug yëppam. Léegi du yàgg, xew-xewi metit yi ñu wax ci yonent yi dinañu am.”</w:t>
      </w:r>
    </w:p>
    <w:p>
      <w:pPr>
        <w:pStyle w:val="ArticleScripture"/>
        <w:jc w:val="left"/>
      </w:pPr>
      <w:r>
        <w:rPr>
          <w:rFonts w:ascii="Times New Roman" w:hAnsi="Times New Roman" w:eastAsia="Times New Roman" w:cs="Times New Roman"/>
        </w:rPr>
        <w:t>“‘“Xoolleen, Boroom bi dafa yàq suuf si, dafa ko neenal, te dafa ko walbatte ko ci suuf, ba tasaar nit ñi ci dëkk…. Ndaxte ñoom dañoo tooñ yoon yi, soppi ndigal li, te fecci kóllëre gu sax ba fàww. Moo tax musiba gi lekk na suuf si, te ñi ci dëkk nekk ay way ju metti…. Mbégtey tabala yi dafa noppi, riirug ñi bég jeex na, te mbégte muusig xalam bi noppi na.’ Esayi 24:1–8.</w:t>
      </w:r>
    </w:p>
    <w:p>
      <w:pPr>
        <w:pStyle w:val="ArticleScripture"/>
        <w:jc w:val="left"/>
      </w:pPr>
      <w:r>
        <w:rPr>
          <w:rFonts w:ascii="Times New Roman" w:hAnsi="Times New Roman" w:eastAsia="Times New Roman" w:cs="Times New Roman"/>
        </w:rPr>
        <w:t>«Yalla na bés bi! ndax bésu Boroom bi jege na, te dina ñëw ni yàqute gu jóge ca Aji-Kàttan ga…. Peppu bi yàqu na ci suufu séen xeer-joor yi, dencukaay yi neen nañu, sàq yi daanu nañu, ndax dugub bi wow na. Naka la jur yi di luuy! Geer yi a ngi jaaxle, ndaxte amuñu pâtur; waaw, baña xar yi sax neen nañu.» «Reseñ bi wow na, garab figg bi metti na; garab grenad bi, garab tàndarma bi itam, ak garab pom bi, maanaam garab yépp yi ci tool bi, wow nañu: ndaxte mbégte wow na, ba tàgg ci doomi nit ñi.» Joel 1:15–18, 12.</w:t>
      </w:r>
    </w:p>
    <w:p>
      <w:pPr>
        <w:pStyle w:val="ArticleScripture"/>
        <w:jc w:val="left"/>
      </w:pPr>
      <w:r>
        <w:rPr>
          <w:rFonts w:ascii="Times New Roman" w:hAnsi="Times New Roman" w:eastAsia="Times New Roman" w:cs="Times New Roman"/>
        </w:rPr>
        <w:t>«“Sama xol baax na ci sama xol; … manuma noppi, ndax dégg nga, yaw sama bakkan, baatu trompet bi ak yuuxu xare bi. Yàqute ci kaw yàqute lañuy wax; ndax réew mépp sànku na.” Yeremi 4:19, 20.»</w:t>
      </w:r>
    </w:p>
    <w:p>
      <w:pPr>
        <w:pStyle w:val="ArticleScripture"/>
        <w:jc w:val="left"/>
      </w:pPr>
      <w:r>
        <w:rPr>
          <w:rFonts w:ascii="Times New Roman" w:hAnsi="Times New Roman" w:eastAsia="Times New Roman" w:cs="Times New Roman"/>
        </w:rPr>
        <w:t>«Maa gisoon na suuf si, te xool, mu amul mel te mu neen; ak asamaan yi it, te ñoom amuñu leer. Maa gisoon na tundi yi, te xool, dañuy lox; te tund yu ndaw yépp di yëngatu. Maa gisoon na, te xool, nit kenn amul fa, te picci asamaan yépp daw nañu. Maa gisoon na, te xool, bérab bu meññ doon àll bu mag, te dëkk yi yépp neexal nañu.» Aaya yu 23–26.</w:t>
      </w:r>
    </w:p>
    <w:p>
      <w:pPr>
        <w:pStyle w:val="ArticleScripture"/>
        <w:jc w:val="left"/>
      </w:pPr>
      <w:r>
        <w:rPr>
          <w:rFonts w:ascii="Times New Roman" w:hAnsi="Times New Roman" w:eastAsia="Times New Roman" w:cs="Times New Roman"/>
        </w:rPr>
        <w:t>«“Wóy! ndax bés boobu màgg na lool, ba kenn mënu koo méngale; mooy jamono jafe-jafe Yàqub; waaye dees na ko musal ci biir moom.” Jérémie 30:7.</w:t>
      </w:r>
    </w:p>
    <w:p>
      <w:pPr>
        <w:pStyle w:val="ArticleScripture"/>
        <w:jc w:val="left"/>
      </w:pPr>
      <w:r>
        <w:rPr>
          <w:rFonts w:ascii="Times New Roman" w:hAnsi="Times New Roman" w:eastAsia="Times New Roman" w:cs="Times New Roman"/>
        </w:rPr>
        <w:t>“Dund ñépp ci àddina sii dañoo taxaw ci wetu noon bi di jànkoonte ak Yàlla. Dund ñépp ñëwul ci kuyuboo. Am na ñu néew ñu takku, ñuy dëggu ci Yàlla; ndaxte Yowaana bind na ne: «Fi lañuy nekke ñi di sàmm ndigali Yàlla ak ngëmug Yeesu.» Peeñu ma 14:12. Léegi bëre bi dina metti lool ci diggante ñi di jaamu Yàlla ak ñi ko dul jaamu. Léegi lépp lu man a yëngu dina yëngu, ngir yi dul man a yëngu des.”</w:t>
      </w:r>
    </w:p>
    <w:p>
      <w:pPr>
        <w:pStyle w:val="ArticleScripture"/>
        <w:jc w:val="left"/>
      </w:pPr>
      <w:r>
        <w:rPr>
          <w:rFonts w:ascii="Times New Roman" w:hAnsi="Times New Roman" w:eastAsia="Times New Roman" w:cs="Times New Roman"/>
        </w:rPr>
        <w:t>“Seexnaab jiitu la ci Biibël bi. Xam na ne ay waxtoom dafa gàtt, te muy wut ci bépp fànn ngir weddi liggéeyu Boroom bi ci suuf si. Amul menn pexe ngir man a joxe xel ci li askanu Yàlla yi di jaar, ñi di dund ci suuf si, bu ndamu asamaan ak dellusi fitna yi ak bundxata yi jamono yu weesu yi booloo. Dinañu dox ci leer gi jóge ca gàngune Yàlla ga. Jaarale ko ci malaaka yi, jokkante bu sax dina am diggante asamaan ak suuf. Te Seexnaab, mi ëmb ci ay malaaka yu bon, te di wax ne mooy Yàlla, dina def kéemaan yu xeetu-xeet ngir nax, su fekkee ne man na, ba sax ña ñu tànn. Askani Yàlla duñu gis seen kaaraange ci def kéemaan, ndaxte Seexnaab dina roy kéemaan yi ñuy def. Askani Yàlla yi ñu nat te seetlu, seen kàttan dina nekk ci màndarga mi ñu wax ci Bàyyi-génn 31:12–18. War nañu taxaw ci Kàddug Dund gi: ‘Ndaxte bindees na ko.’ Loolu rekk mooy benn fondamaŋ bi ñuy man a taxaw ci kaaraange. Ñi fecci seen kóllëre ak Yàlla, bés booba dinañu nekk ci luñu amul Yàlla te amul yaakaar.”</w:t>
      </w:r>
    </w:p>
    <w:p>
      <w:pPr>
        <w:pStyle w:val="ArticleScripture"/>
        <w:jc w:val="left"/>
      </w:pPr>
      <w:r>
        <w:rPr>
          <w:rFonts w:ascii="Times New Roman" w:hAnsi="Times New Roman" w:eastAsia="Times New Roman" w:cs="Times New Roman"/>
        </w:rPr>
        <w:t>“Ñi koy jaamu Yàlla yi dees leen xam bu baax ci seen yar ak seen sàmm ndigalu ñenteel ba, ndaxte mooy tektal kàttanu bindig Yàlla te di seede ci sañ-sañam ci nit ngir mu ko ragal te jox ko màggal. Ñi bon ñi dees leen xam ci seen jéego ngir tas fàttaliku Bindkat bi te yékati sàrtu Room. Ci mbirum xare ba, bépp kiristaanité dina xaajoo ci ñaari mbooloo yu mag: ñi sàmm ndigali Yàlla ak ngëmug Yeesu, ak ñi jaamu rab wi ak nataalam te jot màndargaam. Doonte sax mbooloom diine ak nguur dinañoo boole seen kàttan ngir ga forcede ñépp, “yu ndaw ak yu mag, yu bare alal ak yu ñàkk, yu gor ak jaam,” ngir ñu jot màndargay rab wi, waaye askanu Yàlla du ko jot. Peeñu 13:16. Yonent bi dëkk Patmos gis “ñi not mbindi ci rab wi, ak ci nataalam, ak ci màndargaam, ak ci limu turam, taxaw ci géeju weer gi, yor xalamu Yàlla,” di woy woyu Muusaa ak Mbëkk mi. Peeñu 15:2.”</w:t>
      </w:r>
    </w:p>
    <w:p>
      <w:pPr>
        <w:pStyle w:val="ArticleScripture"/>
        <w:jc w:val="left"/>
      </w:pPr>
      <w:r>
        <w:rPr>
          <w:rFonts w:ascii="Times New Roman" w:hAnsi="Times New Roman" w:eastAsia="Times New Roman" w:cs="Times New Roman"/>
        </w:rPr>
        <w:t>“Nattu ragal ak ay nattu di yoon yi Yàlla. Xel mu aju ci xare mi ngi yëngu xeeti réew yi, dale ci benn boppu suuf ba ca beneen ba. Waaye ci biir jamono ju tiis jii di ñëw,—jamono ju tiis joo xam ne amaguloon lu mel noonu ginnaaw ba xeet amee,—nit ñi Yàlla tànn dinañu taxaw te duñu yëngu. Seytaane ak mbooloom maneesuñu leen a alag, ndaxte malaaka yu bare doole dinañu leen aar.” Testimonies, volume 9, 11–17.</w:t>
      </w:r>
    </w:p>
    <w:p>
      <w:pPr>
        <w:pStyle w:val="ArticleBody"/>
        <w:jc w:val="left"/>
      </w:pPr>
      <w:r>
        <w:rPr>
          <w:rFonts w:ascii="Times New Roman" w:hAnsi="Times New Roman" w:eastAsia="Times New Roman" w:cs="Times New Roman"/>
        </w:rPr>
        <w:t>Ñetti junni ñeent fukk ak ñeent junni, ñi nekk “nit ñi Yàlla nattu te seetlu” te di ay “nitam tànn”, “dinañu taxaw bu yënguwoo” bu “fitna yi jamono ju weesu” dellusee. Leer gi ñuy “doon dox ci” mooy leeru yëgleb bés bu juróom-ñaareel biir kër gu tej, muy xaacu guddi, te mooy leer gi xamle sosug melokaanu rab wi.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Jaar-jaaru Aaya boobu Ñent — Limub Ñent</dc:title>
  <dc:subject>Nattu ak Ndamli: Defarug Nataalu Rab wi ak Tëj gu Boroom xel yi</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