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nëbbu kàddu gu ñent-fukk ak juróom-benn — Limu juróom-benn</w:t>
      </w:r>
    </w:p>
    <w:p>
      <w:pPr>
        <w:pStyle w:val="ArticleSubtitle"/>
        <w:jc w:val="left"/>
      </w:pPr>
      <w:r>
        <w:rPr>
          <w:rFonts w:ascii="Arial" w:hAnsi="Arial" w:eastAsia="Arial" w:cs="Arial"/>
        </w:rPr>
        <w:t>Fukk ak benn 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Bi nuy jël ngir jàng jaar-jaaru tëdd bi, dinañu seet ñaari réereyi waxu yonent yi, biir ak biti, yi nu xam léegi ne dañuy juboo ak jaar-jaaru li tàmbalee ci jamono ji mujj ji ci ayet ñaar-fukk, ba ci sàrtu Dibeer bi ci ayet ñaar-fukk ak benn. Réere bu biir bu waxu yonent boobu, téereb Peeñ gi moo ko màndargaal ci saar fukk ak benn, ayet fukk ak benn. Réere bu biti bi, téereb Daniyeel moo ko màndargaal ci saar fukk ak benn, ayet fukk ak benn. Réere bu biti bi ci Daniyeel 11—ayet 11 agsi na ci jaar-jaar ci atum 2014, te réere bu biir bi ci Peeñ 11—ayet 11 agsi na ci jaar-jaar ci bésub 31 Desàmbar 2023. Réere bu biti bi day tektal bërrëb suuf si bu Réewub Republikaan, te réere bu biir bi day tektal bërrëb Protestaaŋ bu rab wu suuf wi.</w:t>
      </w:r>
    </w:p>
    <w:p>
      <w:pPr>
        <w:pStyle w:val="ArticleHeading"/>
        <w:jc w:val="left"/>
      </w:pPr>
      <w:r>
        <w:rPr>
          <w:rFonts w:ascii="Arial" w:hAnsi="Arial" w:eastAsia="Arial" w:cs="Arial"/>
        </w:rPr>
        <w:t>Etazüni bu Bennoo yi Amerik</w:t>
      </w:r>
    </w:p>
    <w:p>
      <w:pPr>
        <w:pStyle w:val="ArticleBody"/>
        <w:jc w:val="left"/>
      </w:pPr>
      <w:r>
        <w:rPr>
          <w:rFonts w:ascii="Times New Roman" w:hAnsi="Times New Roman" w:eastAsia="Times New Roman" w:cs="Times New Roman"/>
        </w:rPr>
        <w:t>Téereb Révélation bi xamale réew mi gën a am solo ci fan yu mujj yi. Réew moomu mooy rab wu jóge ci suuf, mi gaññ àddina bépp mu jaamu rab wu jóge ci géej, maanaam rab bu páp bi. Téereb Révélation bi xamale benn réew bu njëkk, benn mbootaayu fukki réew, ak benn kërceen gu fen. Réew mooy États-Unis, rab wu jóge ci suuf mi nekk ci saaru fukki ak ñett; kërceen gu fen gi mooy rab wu jóge ci géej mi nekk ci saaru fukki ak ñett; te mbootaayu bonte bu ñetti buur yu fukk yi ci Biibël bi mooy Nations Unies. Ñetti doole yooyu, yi ñu tegtal ni jaan, rab, ak waxkatu fen ci Révélation fukki ak juróom-benn, ñooy jiite àddina ba ci Armageddon.</w:t>
      </w:r>
    </w:p>
    <w:p>
      <w:pPr>
        <w:pStyle w:val="ArticleBody"/>
        <w:jc w:val="left"/>
      </w:pPr>
      <w:r>
        <w:rPr>
          <w:rFonts w:ascii="Times New Roman" w:hAnsi="Times New Roman" w:eastAsia="Times New Roman" w:cs="Times New Roman"/>
        </w:rPr>
        <w:t>Ñoom ñépp kennal leen ci Danyeel fukk ak benn, sarax yi ñent-fukk ba juróom-ñett-fukk ak juróom, fa kër gu dëggul gi di ñëw ci mujjam ci diggante géej yi ak tundu sell, bu ndawul te tedd, ci sarax bi juróom-ñett-fukk ak juróom, te loolu ci wàllug suuf dafa méngook Armageddon bu Peeñ mi wax. Sarax bi ñent-fukk dafa tàmbalee ci atum 1798, ba rab wu géej gi, muy kër gu dëggul gi, jotee gaañu gu dee, te xët wi mujj ci rab wu géej gi dekkiwaat, mooy jigéen ju njaaloo ju Peeñ mi ci sura fukk ak juróom-ñaar, di dee ñaareel yoon, ba tax xët wi jeex fa mu tàmbalee woon. Réew mi gëna am solo ci téereb Peeñ mi ak ci Danyeel mooy États-Unis, rab wu suuf gi ci Peeñ sura fukk ak ñett, ci sura bu ñaawtéef gi. Rab wu suuf gi itam mooy yonent wu dëggul wi ci sura fukk ak juróom-benn ci Peeñ mi, te ci sarax bi ñent-fukk ci Danyeel fukk ak benn, mooy woto yi, gaal yi ak kawal yi.</w:t>
      </w:r>
    </w:p>
    <w:p>
      <w:pPr>
        <w:pStyle w:val="ArticleHeading"/>
        <w:jc w:val="left"/>
      </w:pPr>
      <w:r>
        <w:rPr>
          <w:rFonts w:ascii="Arial" w:hAnsi="Arial" w:eastAsia="Arial" w:cs="Arial"/>
        </w:rPr>
        <w:t>Dëgg-dëgg gu mat nañu fenn lañu ci yépp.</w:t>
      </w:r>
    </w:p>
    <w:p>
      <w:pPr>
        <w:pStyle w:val="ArticleBody"/>
        <w:jc w:val="left"/>
      </w:pPr>
      <w:r>
        <w:rPr>
          <w:rFonts w:ascii="Times New Roman" w:hAnsi="Times New Roman" w:eastAsia="Times New Roman" w:cs="Times New Roman"/>
        </w:rPr>
        <w:t>Xeet wi nekk mbirum waxin yi nekk ci Daniel ak Apokalips ci fan yu mujj yi, mooy États-Unis, te Daniel sarax 11 tàmbalee na ci joxee tur bu leer njiitu mujj boobu xeet. Dëgg googu mooy facteru Biibël bu dëgër, bi Laodisée yu nekk ci Église Adventiste du Septième Jour di bañ, ndax da ñuy nëbb seen bopp ci ginnaaw genn dëgg gu matul. Dëgg gu matul gi ñuy nëbb ci ginnaawam ci mbir mii, mooy ne da ñuy dëppoo ne États-Unis mooy rab wu suuf wi ci Apokalips 13 te it mooy yonent bu fenn bi ci sarax 16; waaye dañuy bañ a gis ne Donald Trump mooy benn ci mbir yu njëkk ci yonent yu Biibël ci fan yu mujj yi. Yàlla soppikuwul mukk, te bi Mu doxalee ak Égypte, Firawon mooy benn mbir mu njëkk ci jaar-jaaru yonent ba; gannaaw loolu ak Babylone, Nebukadnetsar ak Belshazzar ñoo tudd. Cyrus dees na ko tudde. Darius dees na ko tudde. Biibël bi dafay joxee tur bu leer buur bu mujj bi ci rab wu suuf wi, te du jëf ju yomb. Adventisme xam na ku États-Unis di ci yonent yi ci jamono ju mujj ji, waaye manul a gis ne Yàlla dafay wax ak xeet bi ak njiitam ci bépp xàll yu yonent, te jaar-jaar yu sell yooyu yépp dañuy misaal fan yu mujj yi.</w:t>
      </w:r>
    </w:p>
    <w:p>
      <w:pPr>
        <w:pStyle w:val="ArticleHeading"/>
        <w:jc w:val="left"/>
      </w:pPr>
      <w:r>
        <w:rPr>
          <w:rFonts w:ascii="Arial" w:hAnsi="Arial" w:eastAsia="Arial" w:cs="Arial"/>
        </w:rPr>
        <w:t>Buuru ci Vision bu Mujj bi</w:t>
      </w:r>
    </w:p>
    <w:p>
      <w:pPr>
        <w:pStyle w:val="ArticleBody"/>
        <w:jc w:val="left"/>
      </w:pPr>
      <w:r>
        <w:rPr>
          <w:rFonts w:ascii="Times New Roman" w:hAnsi="Times New Roman" w:eastAsia="Times New Roman" w:cs="Times New Roman"/>
        </w:rPr>
        <w:t>Donald Trump mooy jëkkëréel mbir mi nekk ci gis-gisu mujj gu Danyeel, te mooy jeexitalu bépp gis-gis yu yonent yi, du ci téereb Danyeel rekk, waaye ci Biibël bépp.</w:t>
      </w:r>
    </w:p>
    <w:p>
      <w:pPr>
        <w:pStyle w:val="ArticleBody"/>
        <w:jc w:val="left"/>
      </w:pPr>
      <w:r>
        <w:rPr>
          <w:rFonts w:ascii="Times New Roman" w:hAnsi="Times New Roman" w:eastAsia="Times New Roman" w:cs="Times New Roman"/>
        </w:rPr>
        <w:t>Mbiri gi mujj ngir yéen bu mujj ci jaar-jaari yonent yi ci Kàddu Yàlla mooy Donald Trump. Moom mooy mandarga mi xamle tànk yu yonent bu mujj bu biti, ci mbiri kumpa bu aaya ñeent-fukk. Itam mooy lëkkaloo gi xamle te sampale sàrtu biir bi ci ñetti-fukk ak ñeent junni. Ñetti-fukk ak ñeent junni yi ñooy ñàjj bu Protestan bi nekk ci rab wu suuf wi ci Peeñu 13, te Donald Trump dafay tegu ñàjj bu Réewub Republik bi ci rab boobu. Rab wi mooy Sàrtu Réew mi bu Etazini, ni ko nguur gu republik bu samp ci sàrtu réew teewloo, gi njëkk a tëral wàññante diggante ñaar ñàjj ya, waaye mujj gi boole ñaar ñàjj ya ci benn nataalu rab wu géej wu paapal bi.</w:t>
      </w:r>
    </w:p>
    <w:p>
      <w:pPr>
        <w:pStyle w:val="ArticleBody"/>
        <w:jc w:val="left"/>
      </w:pPr>
      <w:r>
        <w:rPr>
          <w:rFonts w:ascii="Times New Roman" w:hAnsi="Times New Roman" w:eastAsia="Times New Roman" w:cs="Times New Roman"/>
        </w:rPr>
        <w:t>Rakk bu jigéen White di yokkal saa yu bari xêrëm wurus bi ci Daniel saar ñett ak yoonu Dibeeru fan yi mujj yi; kon, kan la Nebukadnesar di tegu? Adventisme dina la wax ne mooy États-Unis, rab wu suuf wi ci Apokalips saar fukk ak ñett, te loolu dafa tollook xamale ne Babilon moo sànniwoon Sadrak, Meshak ak Abednego ci safara si. Nebukadnesar la Biibël di wax ne mooy ki waraloon mbir mi ci waxtu yoonu Dibéer bi, kon kan la Nebukadnesar, bu dul président bi di nguuru waxtu bi yoonu Dibéer bu agsi ci lu yàggul?</w:t>
      </w:r>
    </w:p>
    <w:p>
      <w:pPr>
        <w:pStyle w:val="ArticleHeading"/>
        <w:jc w:val="left"/>
      </w:pPr>
      <w:r>
        <w:rPr>
          <w:rFonts w:ascii="Arial" w:hAnsi="Arial" w:eastAsia="Arial" w:cs="Arial"/>
        </w:rPr>
        <w:t>Ñettelu՝</w:t>
      </w:r>
    </w:p>
    <w:p>
      <w:pPr>
        <w:pStyle w:val="ArticleBody"/>
        <w:jc w:val="left"/>
      </w:pPr>
      <w:r>
        <w:rPr>
          <w:rFonts w:ascii="Times New Roman" w:hAnsi="Times New Roman" w:eastAsia="Times New Roman" w:cs="Times New Roman"/>
        </w:rPr>
        <w:t>Pexe bu mujj gi Daniel, maanaam peeñ mi ci dexu Hiddekel, dañu ko xaajale ci ñetti aaya yu méngoo ak melokaan yi ñetti malaaka yi nekk ci Peeñug Yàlla fukki ñent. Ñetti aaya yooyu dañuy tegu ci malaaka bu jëkk bi, ñaareel bi, ak ñetteel bi, waaye itam dañuy tegu ci bésub mujj gi Daniel. Baatam bu jëkk bi nekk ci aaya bu njëkk itam dafay tegu ci ñetti malaaka yi nekk ci Peeñug Yàlla fukki ñent, te ci def loolu màndargay Alfa ak Omega mooy jege ci aaya bu njëkk ak peeñ mi ci dexu Hiddekel.</w:t>
      </w:r>
    </w:p>
    <w:p>
      <w:pPr>
        <w:pStyle w:val="ArticleBody"/>
        <w:jc w:val="left"/>
      </w:pPr>
      <w:r>
        <w:rPr>
          <w:rFonts w:ascii="Times New Roman" w:hAnsi="Times New Roman" w:eastAsia="Times New Roman" w:cs="Times New Roman"/>
        </w:rPr>
        <w:t>Vision bu mujjig Daniel bi mujj ci néew yi mujj mi dafa teg ci sàmmu kàddu Ebrë “dëgg,” mi ñu tabax ak araf bu jëkk, bu fukk ak ñettëel, ak bu mujj te di ñaar-fukk ak ñaareel ci alfabee Ebrë. Saar bi fukk di wax ne Daniel mooy taalibe waxi yonent yi, te ci bés bu ñaar-fukk ak ñaareel bi moom dafay soppeeku, dëkkuwaayam jóge ci Laodise ba àgg ci Filadelfi. Gannaaw loolu, ñu dénk ko kàttan ngir mu xam yokkute xam-xam bi ñu ubbiwul woon, miñeel ci saar bi fukk ak ñaar. Saar bu jëkk ak bu mujj yi ci vision bi dañuy rëdd ne Daniel mooy misaal bu téeméer ak ñeent-fukk ak ñeent-junni, ñoom ñi di taalibe waxi yonent yu dëgg.</w:t>
      </w:r>
    </w:p>
    <w:p>
      <w:pPr>
        <w:pStyle w:val="ArticleScripture"/>
        <w:jc w:val="left"/>
      </w:pPr>
      <w:r>
        <w:rPr>
          <w:rFonts w:ascii="Times New Roman" w:hAnsi="Times New Roman" w:eastAsia="Times New Roman" w:cs="Times New Roman"/>
        </w:rPr>
        <w:t>«Lu nit ku man di yéesal ci xelam ak xam-xamam, bu mu bañ mukk a xalaat sax-benn yoon ne amul soxla ci seet bu xóot te sax ci Mbind mi Sell, ngir am leer gu gën a réy. Nun, ni ñu wooye nu nit ñépp ku nekk ci boppam, nu doon taalibey waxu yonent yi.» Témoignages, ñetteel bind 5, 708.</w:t>
      </w:r>
    </w:p>
    <w:p>
      <w:pPr>
        <w:pStyle w:val="ArticleBody"/>
        <w:jc w:val="left"/>
      </w:pPr>
      <w:r>
        <w:rPr>
          <w:rFonts w:ascii="Times New Roman" w:hAnsi="Times New Roman" w:eastAsia="Times New Roman" w:cs="Times New Roman"/>
        </w:rPr>
        <w:t>Saar bi jëkk bi dafa xamle dëgg yu mel ni yi nekk ci peeñu dexu Hiddekel, te saar bi jëkk ci peeñu dexu Hiddekel itam dafa xamle benn dëgg ak saar bu ñetteel bi te mujj bi. Téereb Daniel dafa yëngu ak màndargay Alfa ak Omega, ndaxte saar bi jëkk bi dafa xamle jëfandikoo bu ñetti yoon ci seetlu xarebu xebaar bu baax bu fàww, te saar bu fukk ak ñaar bi itam noonu la. Noonu it, ci biir ñetti saar yi defar peeñu mujj bu Daniel, saar bi jëkk bi mooy alfa, te saar bu ñetteel bi mooy omega. Loolu dafa ànd ak nattu bu jëkk bu Daniel ci li ñuy lekk, ak nattuam bu ñetteel te mujj bi, ba mu àttewoon ko Nebukadnesar gannaaw ñetti at. Nattu alfa bu Daniel 1 moo aju woon ci yoonu njàngum Biibël, ni ko lekk walla dund ci ñam wu Babilon mbaa ci lekkug meññent yi di tegtal.</w:t>
      </w:r>
    </w:p>
    <w:p>
      <w:pPr>
        <w:pStyle w:val="ArticleBody"/>
        <w:jc w:val="left"/>
      </w:pPr>
      <w:r>
        <w:rPr>
          <w:rFonts w:ascii="Times New Roman" w:hAnsi="Times New Roman" w:eastAsia="Times New Roman" w:cs="Times New Roman"/>
        </w:rPr>
        <w:t>Yërmande Daniel ci njubam ci yoonu “rëdd ci rëdd” moo tax bañu ko gis ne, “ci bépp mbirum xel ak xam-xam, bi buur laajee leen ko, mu fekk leen ñu gën fukk yoon bépp jibarukat ak bépp seetaanukat biddéew yi nekk ci béppam nguur.” Ci omega bu saar fukki ñaar, ñi xam-xam lañuy déggal bépp mbirum xel ak xam-xam yi yokkiku, bu Kàddug yonent bi ubbee. Saar fukki ñaar mooy omega bu saar benn, te mooy itam omega bu saar fukk, alfa gu peeñug Hiddekel. Ci boobu alfa, saar fukk, Daniel dafa dal ci xew-xewal ruu, muy méngoo ak ñi xam-xam ñiy dal ci xew-xewal xel ci saar fukki ñaar. Saar benn dafa fësal ne yoonu njàngum Biibël mooy li di may taalibey yonent gi dal ci dëgg gi, ci wàllu ruu ak ci wàllu xel, ngir muñu ko tàmme.</w:t>
      </w:r>
    </w:p>
    <w:p>
      <w:pPr>
        <w:pStyle w:val="ArticleBody"/>
        <w:jc w:val="left"/>
      </w:pPr>
      <w:r>
        <w:rPr>
          <w:rFonts w:ascii="Times New Roman" w:hAnsi="Times New Roman" w:eastAsia="Times New Roman" w:cs="Times New Roman"/>
        </w:rPr>
        <w:t>Mëngal way-jàngat yoon wi ci fan yu mujj yi ci càmmug waxu Yàlla yu dëgg, Danyeel ak ñetti nit ña yu màgg ñoo di boroom xel yi te duñu xam rekk yokkute xam-xam bi ñu ubbi ci waxtu mujj wi ci atum 1989, waaye itam xam nañu yokkute xam-xam bi ci 9/11. Ci mujjug mujj, xam nañu yokkute xam-xam bi ñu ubbi ci 31 Desàmbar 2023.</w:t>
      </w:r>
    </w:p>
    <w:p>
      <w:pPr>
        <w:pStyle w:val="ArticleBody"/>
        <w:jc w:val="left"/>
      </w:pPr>
      <w:r>
        <w:rPr>
          <w:rFonts w:ascii="Times New Roman" w:hAnsi="Times New Roman" w:eastAsia="Times New Roman" w:cs="Times New Roman"/>
        </w:rPr>
        <w:t>Ci seen bi diir gu leerug waxyu Yàlla, ñu soppiku jële ci yëngu-yëngu Laodise bu ñent-fukk ak ñeent junni ñaar-fukk ak ñeent junni ñaar-fukk ak ñeent junni ñaar-fukk ak ñeent (144,000) ci Église Adventiste du Septième Jour, ba jëfe ci yëngu-yëngu Filadelfi bu ñent-fukk ak ñeent junni (144,000). Bu soppi gi amee, ñu xaajale leen ak ñi dawoon ci vision bu seetu bu gilas.</w:t>
      </w:r>
    </w:p>
    <w:p>
      <w:pPr>
        <w:pStyle w:val="ArticleHeading"/>
        <w:jc w:val="left"/>
      </w:pPr>
      <w:r>
        <w:rPr>
          <w:rFonts w:ascii="Arial" w:hAnsi="Arial" w:eastAsia="Arial" w:cs="Arial"/>
        </w:rPr>
        <w:t>Bataaxalu Weddi nit ku jubadi Yàlla</w:t>
      </w:r>
    </w:p>
    <w:p>
      <w:pPr>
        <w:pStyle w:val="ArticleBody"/>
        <w:jc w:val="left"/>
      </w:pPr>
      <w:r>
        <w:rPr>
          <w:rFonts w:ascii="Times New Roman" w:hAnsi="Times New Roman" w:eastAsia="Times New Roman" w:cs="Times New Roman"/>
        </w:rPr>
        <w:t>Saar 10 ak 12 dafa waxi jur ci ñaar-fukk ak ñeent-fukk ak ñeent-junni ñi, ndaxte ñoom lañuy jëkk ak ñetteelu tànk yi ci taxawaayu dëgg. Bu ñu amee doole ci xew-xewu biir bi nekk ci peeñug seetu-bët bu nekk ci saar 10, te boolees ko ak leerug xam-xam bu ubbee ci Daniel 12, kon war nañu yéglee ndigalug ñaawteefu nit. Ndigalug ñaawteefu nit mooy luñu tegtal ci téerey Daniel ak Peeñu, te ndigalug ñaawteef gi dekkal nañu ko ci biir taxawaayu yonent bi ci nguur yi yonent-yone Bibil bi wax, ni ko Daniel tegale. Teñeelug yonent bi ci seede su ñaawteefu nit bi nekk ci téereb Daniel dafa mat sëkk ci saar 11. Saar 11 mooy jaar-jaaru nettali buy tàmbalee ca jeexitalu Babilon ak ndoorte nguuru Mede ak Perse. Kon dafay tàmbali ak gaaru dee bu Babilon jot, te loolu dafa mel ni gaaru dee bu paapooñ bi amoon ci 1798. Bu gaaru dee bu paapooñ yi wér jéexee ci yoonu Dibéer bu ñuy dikk, moom muy nekk boppu bennoo bu ñetti wàll yi: nàkk, rab wi ak yonent wu dëggul wi. Noonu itam mooy jigéen ji war ci rab wi ci Peeñu 17, te jigéen jooju am na ci kanamam turu “Babilon bu Mag bi” bindu. Ca yoonu Dibéer bu ñuy dikk la gaaru dee bu Babilon ak bu paapooñ bi ñépp wér jéex.</w:t>
      </w:r>
    </w:p>
    <w:p>
      <w:pPr>
        <w:pStyle w:val="ArticleBody"/>
        <w:jc w:val="left"/>
      </w:pPr>
      <w:r>
        <w:rPr>
          <w:rFonts w:ascii="Times New Roman" w:hAnsi="Times New Roman" w:eastAsia="Times New Roman" w:cs="Times New Roman"/>
        </w:rPr>
        <w:t>Ndóolug nit ki nit ñi melokaanoo, mi ngi feeñal daldi tàmbalee ca jamonoy Babilon ba agsi ci mujjug àddina, mooy taxawaayu téereb Daniel, te saar fukki benn ci téere boobu mooy bataaxal wax ju bitim-rew ju yoonent buy bind jaar-jaaramug ngelaw ga ci fan yu mujj yi. Seede su melokaanoo su nekk ci saar fukki benn, dafa méngoo ak di nekk ci biir juróom-benn aaya yu mujj yi ci saar boobu. Juróom-benn aaya yu mujj yi mooy bataaxalu melokaanoo nit, te juróom-benn aaya yu mujj yi itam ñoo ngi feeñ ci ak ci biir jaar-jaaru nettali bu nëbbu bi nekk ci aaya ñeent-fukk. Noonu téereb Daniel mi ngi wàññiku ba doon benn saar rekk, te saar boobu itam wàññiku ba doon juróom-benn aaya ci saar boobu sax, te loolu itam wàññiku ba doon jaar-jaaru nettali bu nëbbu bu genn-wàllug mujj gu benn aaya.</w:t>
      </w:r>
    </w:p>
    <w:p>
      <w:pPr>
        <w:pStyle w:val="ArticleBody"/>
        <w:jc w:val="left"/>
      </w:pPr>
      <w:r>
        <w:rPr>
          <w:rFonts w:ascii="Times New Roman" w:hAnsi="Times New Roman" w:eastAsia="Times New Roman" w:cs="Times New Roman"/>
        </w:rPr>
        <w:t>Saar fukk ak benn ñatt-fukk ak ñettelu araf bi, te arafu njëkk bi jiitu ko, arafu mujj bi topp ko ci alfabee Ebrë, te njëkk ak mujj da ñuy doon benn. Saar bu njëkk bi di wone ne ñi xam dees na leen beral ak ñi doyadi ci gis-gisu seetu, te saar bu mujj bi di wone ne ñi xam dees na leen beral ak ñi doyadi ci xallug lëndëm bi. Sellal gi xamal na nu ne màndargaalug téeméer ak ñeent-fukk ak ñeent junni nit ñi mooy “taxaw bu dëgër ci dëgg gi, ci xel ak ci ruu.” Saar fukk bi di wone màndargaalug téeméer ak ñeent-fukk ak ñeent junni nit ñi ci wàllu ruu, te saar fukk ak ñaar bi di wone ko ci wàllu xel. Saar fukk bi di wone ñetti laal ak ñetti jëfandoo ak mbind mi jógé asamaan. Saar fukk ak ñaar bi di wone sellalug ñett-jéego bu ñi xam ñi, te yokkug dëgg gu jaar ci waxi yonent yi ci wàllu xel moo ko yeggale ni ñu “sellal leen, weexal leen, nattaat leen.” Naka la saar fukk bi amee ñaari misaalu ñett, ak ñetti laal yi ak ñetti daje yi ak mbind mi jógé asamaan; noonu itam saar fukk ak ñaar bi am na jéego nattaat bu ñett-jéego, ak itam ñetti yonent-yaram yu jëm ci waxtu.</w:t>
      </w:r>
    </w:p>
    <w:p>
      <w:pPr>
        <w:pStyle w:val="ArticleBody"/>
        <w:jc w:val="left"/>
      </w:pPr>
      <w:r>
        <w:rPr>
          <w:rFonts w:ascii="Times New Roman" w:hAnsi="Times New Roman" w:eastAsia="Times New Roman" w:cs="Times New Roman"/>
        </w:rPr>
        <w:t>Ñetti fukk ci téereb fukk bi am na ñetti ndaje yu asamaan yu yóbbul màndargay dëgg, ndaxte ki njëkk ak ki mujj ci way-asamaan yi jëflante ak Daniel mooy malaaka Jibril, te ki ci digg bi mooy Mikael. Ñetti malaaka, waaye Almasi mooy malaaka bi nekk ci ñaareelu jéego bi. Ñetti laal yooyu di firi dooleel gu yokk ndànk-ndànk, ci ñetti jéego, ci kaw Daniel. Ci biir xaaj bi, Daniel tudde gis-gis bu seetaane bi ñetti yoon, te ci def loolu mu ngi tëral ñetti gis-gis yu seetaane yooyu ci biir juróom-ñaari ndigal yu jëm ci gis-gis bu mareh ci téereb fukk bi. Ñaari yoon baat bu Ebraayik bi di mareh soppiku na ko ne “melokaan,” te ñaari yeneen yoon ne “gis-gis,” te ñetti yeneen yoon itam soppiku na ko ne “gis-gis.” “Ñetti yeneen yoon” yooyu duñu mareh; ñooy waxin wu jigéen wu mareh, mooy marah. Téereb fukk bi am na ñetti laal yu dooleel gu yokk ndànk-ndànk, ñetti ndaje yu asamaan yu yóbbul màndargay dëgg, ak ñetti gis-gis yu seetaane yu bokk ci juróom-ñaari ndigal yu jëm ci feeñug Almasi.</w:t>
      </w:r>
    </w:p>
    <w:p>
      <w:pPr>
        <w:pStyle w:val="ArticleHeading"/>
        <w:jc w:val="left"/>
      </w:pPr>
      <w:r>
        <w:rPr>
          <w:rFonts w:ascii="Arial" w:hAnsi="Arial" w:eastAsia="Arial" w:cs="Arial"/>
        </w:rPr>
        <w:t>Melokaan</w:t>
      </w:r>
    </w:p>
    <w:p>
      <w:pPr>
        <w:pStyle w:val="ArticleBody"/>
        <w:jc w:val="left"/>
      </w:pPr>
      <w:r>
        <w:rPr>
          <w:rFonts w:ascii="Times New Roman" w:hAnsi="Times New Roman" w:eastAsia="Times New Roman" w:cs="Times New Roman"/>
        </w:rPr>
        <w:t>Ñaari yoon yi ñu tekki mareh ne mooy feeñ, méngoo ak ñaari yoon yi ñu ko tekki ne mooy peeñu. Benn ak benn, dañuy wax ne Kirist mooy xeetu màndarga buy feeñ mel ni ab tektal ci jaar-jaaru waxyu Yàlla. Ci Téereb Peeñ mi, saar fukki, malaaka mu ngi wàcc, di teg benn tànk ci suuf si ak beneen bi ci géej gi. Magget White xamal na nu ne malaaka boobu “du kenn ku gënuloon Yeesu Kirist ci boppam.” Malaakab Téereb Peeñ saar fukki mooy “feeñug” Kirist ci jaar-jaaru waxyu Yàlla. Mu feeñ ci aaya fukk ak ñett ci Daniel saar juróom-ñaar ak juróom-ñett, mel ni Palmoni, te dale ci Téereb Peeñ saar juróom-benn ba ci kanam mu feeñ mel ni Gaynde gu bokk ci xeeti Yuda. Daniel day màndargaal ñi ci mujjug jamono yi, ñiy topp feeñug-yaram yu waxyu Yàlla yi Kirist, fu mu mana dem. Su ñu takkoo ci def loolu ak ngëm, dees na leen jiite ba ca peeñug seetu-binnd ba, fa ñi amul ngëm daw.</w:t>
      </w:r>
    </w:p>
    <w:p>
      <w:pPr>
        <w:pStyle w:val="ArticleBody"/>
        <w:jc w:val="left"/>
      </w:pPr>
      <w:r>
        <w:rPr>
          <w:rFonts w:ascii="Times New Roman" w:hAnsi="Times New Roman" w:eastAsia="Times New Roman" w:cs="Times New Roman"/>
        </w:rPr>
        <w:t>Ñetti fukki ci tereb Daniel mi aju ci ñett-xët yi ci sellal gu ñëw ginnaaw xam-xam bi yokkute, bi ab waxu yonent bu ubbeeku, ànd na ak ñetti “yonent yu jëm ci waxtu,” yu di wone ñetti matuwaay yu wuute, kenn ku nekk ci ñetti saraxale yi. Junniy ak ñaar téeméer ak juróom-benn-fukk ak juróom-benn at yi ci aaya juróom-ñaareel bi, junniy ak ñaar téeméer ak juróom-ñeent-fukk ak benn at yi ci aaya fukk ak benn bi, ak junniy ak ñett téeméer ak ñett-fukk ak juróom-benn at yi ci aaya fukk ak ñaareel bi, dañuy ràññee ñetti aaya yu nekk ak ab yonent bu jëm ci waxtu, te bu matoon ci jaar-jaar, ginnaaw loolu waa Miller ñi xam ko ne mooy firnde gu jaar-jaar buy dëggal ndawtal bi ñuy yégle. Wax ba ñu wax ci aaya bi, matuwaayam ci jaar-jaar, ak njariñu waa Miller ñi jëfandikoo jaar-jaar boobu, dañuy seedeel matuwaayu mujj-a-mujj gi ci ñetti yonent yooyu. Waaye njëfandikoo waxtu bu waa Miller ñi doon defatul sax; moo tax ci aaya ya, xamle yu jëm ci waxtu war nañu leen jëfandikoo ni màndarga, waaye du ni waxtu. Màndargaa gi saxal nañu ko ci aaya ya, jaar ci jëfandikoo aaya bi, matuwaayu aaya bi ci jaar-jaar, ak waxin waa Miller ñi ci ndawtal bi.</w:t>
      </w:r>
    </w:p>
    <w:p>
      <w:pPr>
        <w:pStyle w:val="ArticleBody"/>
        <w:jc w:val="left"/>
      </w:pPr>
      <w:r>
        <w:rPr>
          <w:rFonts w:ascii="Times New Roman" w:hAnsi="Times New Roman" w:eastAsia="Times New Roman" w:cs="Times New Roman"/>
        </w:rPr>
        <w:t>Jàngoro fukki ñeennaareelu téere bi, ci mbirum ñàkk-déggu nit, dafa ñuuloo ci booloo, ci déggoo yi ak kóllëre yi. Kóllëre yu nit ñi, yi feeñ ci jaar-jaaru fukki ñeennaareelu téere bi, dañuy juuyoo ak Kóllëre Yàlla ji.</w:t>
      </w:r>
    </w:p>
    <w:p>
      <w:pPr>
        <w:pStyle w:val="ArticleScripture"/>
        <w:jc w:val="left"/>
      </w:pPr>
      <w:r>
        <w:rPr>
          <w:rFonts w:ascii="Times New Roman" w:hAnsi="Times New Roman" w:eastAsia="Times New Roman" w:cs="Times New Roman"/>
        </w:rPr>
        <w:t>«Ci fan yu mujjug àddina si, kóllëre Yàlla ak ñi di sàmm ay ndigalam dina yeesaat.» Review and Herald, 26 Féewriye 1914.</w:t>
      </w:r>
    </w:p>
    <w:p>
      <w:pPr>
        <w:pStyle w:val="ArticleBody"/>
        <w:jc w:val="left"/>
      </w:pPr>
      <w:r>
        <w:rPr>
          <w:rFonts w:ascii="Times New Roman" w:hAnsi="Times New Roman" w:eastAsia="Times New Roman" w:cs="Times New Roman"/>
        </w:rPr>
        <w:t>Roomo taxawal gis-gisu bi bépp, te bi Roomu paapal bi jëkk a waxu ci njeñ fukk ak benn baat, dañu ko màggale ni “ñi bàyyi kóllëre gu sell gi.” Rëdd bi ci biir ci Danyeel njeñ fukk ak benn, te moom itam moo di rëdd bi ci biir ci nettali bu nëbbu bu saar fukk, day tegtal ñi dugg ci kóllëre ak Yàlla ci fan yu mujj yi, te rëdd bi ci biti day xamale ñi bàyyi sax kóllëre googu. Ci wone wàll wi ñuy tudde ñi gëna amul njariñ ci yokkute xam-xam bi ci fan yu mujj yi, seen nettali bu biti dañu ko ràbbu ci xetu waxu yonent bi ci kow kóllëre nit ñi dañu dog.</w:t>
      </w:r>
    </w:p>
    <w:p>
      <w:pPr>
        <w:pStyle w:val="ArticleBody"/>
        <w:jc w:val="left"/>
      </w:pPr>
      <w:r>
        <w:rPr>
          <w:rFonts w:ascii="Times New Roman" w:hAnsi="Times New Roman" w:eastAsia="Times New Roman" w:cs="Times New Roman"/>
        </w:rPr>
        <w:t>Ci biir bu njëg ak ñeent fukki junni yi, am na ay melokaan yu bare ak ay misaal yu wone diggante kóllëre yi nekk ci diggante Yàlla ak ay nitam yu des ci mujjantéelu jamono. Melokaanu lim bi “fukk ak benn” mooy benn ci yooyu dëgg; te liëf bi nekk ci saar bi fukk ak benn, aaya fukk ak benn, miy xamle peeñu biti ak biir bu jamono yu mujj yi, dañoo koy dëgëral ndax Esayi day xamle sas ak liggéeyu nit ñi Yàlla bind ci kóllëream ci bés yu mujj yi, ci saar bi fukk ak benn ak aaya fukk ak benn.</w:t>
      </w:r>
    </w:p>
    <w:p>
      <w:pPr>
        <w:pStyle w:val="ArticleScripture"/>
        <w:jc w:val="left"/>
      </w:pPr>
      <w:r>
        <w:rPr>
          <w:rFonts w:ascii="Times New Roman" w:hAnsi="Times New Roman" w:eastAsia="Times New Roman" w:cs="Times New Roman"/>
        </w:rPr>
        <w:t>Te bés bu am nekk ci bés boobu, Boroom bi dina dellu yokk loxoom ñaareelu yoon ngir jëlaat bàyyikat xeetu askanam, yi desee, jóge Assiri, ak Misra, ak Patros, ak Kuus, ak Elam, ak Shinear, ak Hamat, ak dunu géej gi. Esaayi 11:11.</w:t>
      </w:r>
    </w:p>
    <w:p>
      <w:pPr>
        <w:pStyle w:val="ArticleHeading"/>
        <w:jc w:val="left"/>
      </w:pPr>
      <w:r>
        <w:rPr>
          <w:rFonts w:ascii="Arial" w:hAnsi="Arial" w:eastAsia="Arial" w:cs="Arial"/>
        </w:rPr>
        <w:t>Wesaare gi</w:t>
      </w:r>
    </w:p>
    <w:p>
      <w:pPr>
        <w:pStyle w:val="ArticleBody"/>
        <w:jc w:val="left"/>
      </w:pPr>
      <w:r>
        <w:rPr>
          <w:rFonts w:ascii="Times New Roman" w:hAnsi="Times New Roman" w:eastAsia="Times New Roman" w:cs="Times New Roman"/>
        </w:rPr>
        <w:t>Ci mujj màgg yi, nit ñu des ci Yàlla dinañu leen tasaaroo ñaari yoon, ba soxla ñu dajale leen. Ay ndimbal yu juróom-ñaareel ci Daniel fukki ak ñaar day wax ci tasaaroo nit ñi Yàlla ci mujj màgg yi; noonu, muy wone ne junni ak juróom-benni téeméer ak juróom-fukk fan yi ak juróom-benn fan, misaal lañu ci tasaaroo.</w:t>
      </w:r>
    </w:p>
    <w:p>
      <w:pPr>
        <w:pStyle w:val="ArticleScripture"/>
        <w:jc w:val="left"/>
      </w:pPr>
      <w:r>
        <w:rPr>
          <w:rFonts w:ascii="Times New Roman" w:hAnsi="Times New Roman" w:eastAsia="Times New Roman" w:cs="Times New Roman"/>
        </w:rPr>
        <w:t>Ma dégg naa góor ga sol yére wu weex wi, mi nekkoon ci kaw ndoxi dex gi, bi mu yékkatee ndeyjooram ak càmmoñam ba asamaan, te giñoo ci Ki dund ba fàww ne dina doon ab waxtu, ay waxtu, ak genn xaajub waxtu; te bu mu sàmmalee tas dooley xeetu ga sell ga, kon loolu lépp dina jeex. Daniel 12:7.</w:t>
      </w:r>
    </w:p>
    <w:p>
      <w:pPr>
        <w:pStyle w:val="ArticleBody"/>
        <w:jc w:val="left"/>
      </w:pPr>
      <w:r>
        <w:rPr>
          <w:rFonts w:ascii="Times New Roman" w:hAnsi="Times New Roman" w:eastAsia="Times New Roman" w:cs="Times New Roman"/>
        </w:rPr>
        <w:t>Ñaari seede yi dañu leen tasaare ci Téereb Peeñ mi, sarax bu fukk ak benn, gannaaw ba ñu joxe seeni seede.</w:t>
      </w:r>
    </w:p>
    <w:p>
      <w:pPr>
        <w:pStyle w:val="ArticleScripture"/>
        <w:jc w:val="left"/>
      </w:pPr>
      <w:r>
        <w:rPr>
          <w:rFonts w:ascii="Times New Roman" w:hAnsi="Times New Roman" w:eastAsia="Times New Roman" w:cs="Times New Roman"/>
        </w:rPr>
        <w:t>Bu ñu noppee seedeel seen seede, rab wu yéegëe ci xóot bu amul pënd bi dina xare ak ñoom, te dina leen not, ba noppi rey leen. Te seen yaram yu dee dina nekk ci mbedd mi ci dëkk bu mag bi, bi ñuy tudde ci xelam Sodoom ak Misra, fa sunu Boroom itam ñu ko daajee ci bant. Te nit ñi bokk ci xeet yi ak giir yi ak làkk yi ak réew yi dinañu gis seen yaram yu dee diirub ñetti fan ak genn-wàll, te duñu bàyyi seen yaram yu dee ñu denc leen ci bàmmeel. Te ñi dëkk ci kaw suuf dinañu bég ci seen kaw, te xéewlu, te dinañu yónnee ndaw ñu ci seen biir; ndaxte ñaar-ñi yonent yii daan nañu sonal ñi dëkk ci kaw suuf. Peeñu 11:7–10.</w:t>
      </w:r>
    </w:p>
    <w:p>
      <w:pPr>
        <w:pStyle w:val="ArticleBody"/>
        <w:jc w:val="left"/>
      </w:pPr>
      <w:r>
        <w:rPr>
          <w:rFonts w:ascii="Times New Roman" w:hAnsi="Times New Roman" w:eastAsia="Times New Roman" w:cs="Times New Roman"/>
        </w:rPr>
        <w:t>Ci verse bii ci topp, maanaam verse fukk ak benn, ñaari seede yi dekkiwaat nañu gannaaw seen dee ci mbeddum Sodom ak Ejipt. Dee boobu benn la Esekiel wone ni ab xuru yax yu tasaaroo, yu dee, te wow. Ñaari seede yi dafa tegu ci ñaari nag yu Républicain ak Protestant yu ñu reyoon ci atum 2020. Nag wu Protestant wi dee na ba ci seetam bu dul dëgg bu 18 Sulet 2020, te nag wu Républicain wi dee na ba ci palanteeru 2020 bi ñu sàcc. Esayi mi ngi won ne bu seede yi dekkiwaatee, li mu tudde ñu dajale leen ñaareelu yoon, su ko defee seede yooyu nekk nañu sañ-sañu ndaw li dajale liggéeykat yu waxtu fukki ak benn bi.</w:t>
      </w:r>
    </w:p>
    <w:p>
      <w:pPr>
        <w:pStyle w:val="ArticleScripture"/>
        <w:jc w:val="left"/>
      </w:pPr>
      <w:r>
        <w:rPr>
          <w:rFonts w:ascii="Times New Roman" w:hAnsi="Times New Roman" w:eastAsia="Times New Roman" w:cs="Times New Roman"/>
        </w:rPr>
        <w:t>Te ca bés booba, kennug Yese dina taxaw muy mandarga nit ñi; xeeti ñi dinañu ko seet, te noflaayam dina sell xel ba tar. Te dina am ca bés booba ne, Boroom bi dina yokkati loxoom ñaareelu yoon ngir jële delluwaat ndaw ñi des ci ay doomam, ñi desee ca Asiri, ak Misra, ak Patros, ak Kus, ak Elam, ak Sinar, ak Hamat, ak dëkki dunu géej yi. Te dina samp mandarga ci xeet yi, te dajale ñiñu génne Israyil, te dajale it ñi tasaaroo ci Yuda, jële leen ca ñeenti catu suuf. Esayi 11:10–12.</w:t>
      </w:r>
    </w:p>
    <w:p>
      <w:pPr>
        <w:pStyle w:val="ArticleBody"/>
        <w:jc w:val="left"/>
      </w:pPr>
      <w:r>
        <w:rPr>
          <w:rFonts w:ascii="Times New Roman" w:hAnsi="Times New Roman" w:eastAsia="Times New Roman" w:cs="Times New Roman"/>
        </w:rPr>
        <w:t>Bu Boroom bi jàppaat ay nitam ña ñaareelu yoon ngir dajale leen, mu dajale “ñi ñu génne ci Israyil.” “Ñi ñu génne ci Israyil” ñoo doon mandarga gi ñeel xeeti ñi dul Yawut yi, te moo tax war nañu leen a génne balaa ñu dajale leen. Ñu génne leen ba ci xuru Esekiel bu fees ak yaxu néew yi, te gannaaw ba ñu leen rey, ñu nekk ci mbedd mi, fa sunu Boroom itam dafa faa daajee, fekk beneen mbooloo ma di bég.</w:t>
      </w:r>
    </w:p>
    <w:p>
      <w:pPr>
        <w:pStyle w:val="ArticleScripture"/>
        <w:jc w:val="left"/>
      </w:pPr>
      <w:r>
        <w:rPr>
          <w:rFonts w:ascii="Times New Roman" w:hAnsi="Times New Roman" w:eastAsia="Times New Roman" w:cs="Times New Roman"/>
        </w:rPr>
        <w:t>Dégluleen kàddug Boroom bi, yéen ñi ragal ci kàddugëm; seen bokk yi leen bañoon, te ñu leen dàq ngir sama tur, nee nañu: “Na Boroom bi màggal!” waaye mooy feeñ ngir seen mbégte, te ñoom dees nañu rus. Esaayi 66:5.</w:t>
      </w:r>
    </w:p>
    <w:p>
      <w:pPr>
        <w:pStyle w:val="ArticleBody"/>
        <w:jc w:val="left"/>
      </w:pPr>
      <w:r>
        <w:rPr>
          <w:rFonts w:ascii="Times New Roman" w:hAnsi="Times New Roman" w:eastAsia="Times New Roman" w:cs="Times New Roman"/>
        </w:rPr>
        <w:t>Ñi ragal ci Kàddug Yàlla, seeni bokk leen a dàq te baña leen. Yeremi moo xamle li dal ci bokk yi baña woon njiital li.</w:t>
      </w:r>
    </w:p>
    <w:p>
      <w:pPr>
        <w:pStyle w:val="ArticleScripture"/>
        <w:jc w:val="left"/>
      </w:pPr>
      <w:r>
        <w:rPr>
          <w:rFonts w:ascii="Times New Roman" w:hAnsi="Times New Roman" w:eastAsia="Times New Roman" w:cs="Times New Roman"/>
        </w:rPr>
        <w:t>Moo tax na Boroom bi wax ne: Xool-leen, dinaa indi lu bon ci seen kaw, te duñu man a rëcc ci; te buñu maa woote sax, duma leen déglu. Jeremiah 11:11.</w:t>
      </w:r>
    </w:p>
    <w:p>
      <w:pPr>
        <w:pStyle w:val="ArticleBody"/>
        <w:jc w:val="left"/>
      </w:pPr>
      <w:r>
        <w:rPr>
          <w:rFonts w:ascii="Times New Roman" w:hAnsi="Times New Roman" w:eastAsia="Times New Roman" w:cs="Times New Roman"/>
        </w:rPr>
        <w:t>Mbeddum kàddu gu fukk ak benn bi mooy kóllëreg Yàlla, te yépp ci yonent yi dañuy wax ci fan yu mujj yi, ba tax na kóllëreg gi ñuy waxtaan mooy yeesalug kóllëreg gi ak ñeen-fukk ak ñeent-fukk ak ñeenti junni.</w:t>
      </w:r>
    </w:p>
    <w:p>
      <w:pPr>
        <w:pStyle w:val="ArticleScripture"/>
        <w:jc w:val="left"/>
      </w:pPr>
      <w:r>
        <w:rPr>
          <w:rFonts w:ascii="Times New Roman" w:hAnsi="Times New Roman" w:eastAsia="Times New Roman" w:cs="Times New Roman"/>
        </w:rPr>
        <w:t>Kàddu gi Boroom bi waxoon Yeremiya ne: “Dégluleen kàddu yi ci kóllëre gii, te waxleen ko góor yi Yuda ak waa dëkk Yerusalem. Te nga ne leen: ‘Nii la Aji Sax ji, Yàlla Israayil, waxe: Ku déggul kàddu yi ci kóllëre gii, alku nekk na ci kawam; kóllëre gi ma santoon seen baay ya ca bés ba ma leen génnee réewum Misra, génne leen ca furno bu tànk buy weñ ay weñ, ne leen: “Déggleen sama baat te def ko, ci lépp lu ma leen santaane; noonu ngeen doon sama xeet, man it ma doon seen Yàlla,” ngir ma matal giñ gi ma giñoon seen baay ya, di leen jox suuf su di tuur meew ak lem, ni mu mel tey ji.’” Noonu ma tontu ne: “Amiin, Aji Sax ji.”</w:t>
      </w:r>
    </w:p>
    <w:p>
      <w:pPr>
        <w:pStyle w:val="ArticleScripture"/>
        <w:jc w:val="left"/>
      </w:pPr>
      <w:r>
        <w:rPr>
          <w:rFonts w:ascii="Times New Roman" w:hAnsi="Times New Roman" w:eastAsia="Times New Roman" w:cs="Times New Roman"/>
        </w:rPr>
        <w:t>Noonu Boroom bi ne ma: “Yégleel lépp kàddu yii ci dëkk yi Yuda ak ci mbedd yi Yerusalem, nga wax ne: Dégluleen kàdduy kóllëre bii, te defleen ko. Ndaxte dama seedeeloon seen baay ya bu baax bés ba ma leen génnee réewum Misra, ba tey jii, di xëy ci suba te di seedeel, naan: ‘Sama baat déggal-leen.’ Waaye dégguñu, te jébbaluñu noppi seen, waaye ku nekk dox na ci xalaatu boppam bu bon; moo tax dinaa indi ci seen kaw kàdduy kóllëre bii yépp, yi ma leen digaloon ñu def, waaye defuñu ko.”</w:t>
      </w:r>
    </w:p>
    <w:p>
      <w:pPr>
        <w:pStyle w:val="ArticleScripture"/>
        <w:jc w:val="left"/>
      </w:pPr>
      <w:r>
        <w:rPr>
          <w:rFonts w:ascii="Times New Roman" w:hAnsi="Times New Roman" w:eastAsia="Times New Roman" w:cs="Times New Roman"/>
        </w:rPr>
        <w:t>Boroom bi ne ma: “Am na gis njubte bu ñu tëj ci biir góor-yu Yuda ak ci biir waa Yerusalem. Dañu dellu ca ñaawtéefu seen maam ya, ñoom ñi bañoon dégg samay wax; te topp nañu yeneen yàlla ngir jaamu leen. Kërug Israyil ak kërug Yuda dañu fecci sama kóllëre ga ma def ak seen baay ya. Moo tax Boroom bi waxe nii: Seetal, dinaa wàcce lu bon ci seen kaw, lu ñu dul man a rëccu; te sax su ñu ma woowee, duma leen déglu.” Yeremi 11:1–11.</w:t>
      </w:r>
    </w:p>
    <w:p>
      <w:pPr>
        <w:pStyle w:val="ArticleBody"/>
        <w:jc w:val="left"/>
      </w:pPr>
      <w:r>
        <w:rPr>
          <w:rFonts w:ascii="Times New Roman" w:hAnsi="Times New Roman" w:eastAsia="Times New Roman" w:cs="Times New Roman"/>
        </w:rPr>
        <w:t>Mbiri njàngat yi ci mbugalu Laodice ndax Askansëriis fanweer gu juróom-ñaareel yi Yeremiya tudde, Eskiyelam delloo na ko ci saaru fukk ak benn, sarax fukk ak benn.</w:t>
      </w:r>
    </w:p>
    <w:p>
      <w:pPr>
        <w:pStyle w:val="ArticleScripture"/>
        <w:jc w:val="left"/>
      </w:pPr>
      <w:r>
        <w:rPr>
          <w:rFonts w:ascii="Times New Roman" w:hAnsi="Times New Roman" w:eastAsia="Times New Roman" w:cs="Times New Roman"/>
        </w:rPr>
        <w:t>Dëkk bii du seen cin, te yéen itam dungeen nekk yàpp wi nekk ci biiram; waaye dinaa leen àtte ci diggu àlluwaayu Israyil. Ezekiel 11:11.</w:t>
      </w:r>
    </w:p>
    <w:p>
      <w:pPr>
        <w:pStyle w:val="ArticleBody"/>
        <w:jc w:val="left"/>
      </w:pPr>
      <w:r>
        <w:rPr>
          <w:rFonts w:ascii="Times New Roman" w:hAnsi="Times New Roman" w:eastAsia="Times New Roman" w:cs="Times New Roman"/>
        </w:rPr>
        <w:t>Yëgle gu rax ci wax ne tëj gi ci Ezekiel saar 9 mooy benn tëj boobu sax ci ñaar-fukk ak ñeent junni nit yi ci Révélation saar 7. Sar 11 ci saar 11 du lenn ludul yokkute ci nettali bu yëglekat Ezekiel di dëppoo ak àtte bi ci kaw kërgëm gu Seventh-day Adventist, gi Sister White tudde Yerusalem bu Ezekiel saar 9. Ñi jotul woon dëj bi, dañu leen àtte te alag leen ci peeñ mi nekk ci saar 9 ba 11.</w:t>
      </w:r>
    </w:p>
    <w:p>
      <w:pPr>
        <w:pStyle w:val="ArticleBody"/>
        <w:jc w:val="left"/>
      </w:pPr>
      <w:r>
        <w:rPr>
          <w:rFonts w:ascii="Times New Roman" w:hAnsi="Times New Roman" w:eastAsia="Times New Roman" w:cs="Times New Roman"/>
        </w:rPr>
        <w:t>Peeñu 9/11 bi nekk ci Ezekiel mi mooy wone ne ñi dul takku ci ngëm dañuy génne leen biti Yerusalem ngir àtte leen; noonu it mooy xamle teqale bu mujj bi ci ñi wax ne ñoom lañu di mbooloom jàngoro gu mujj gi, ni ko téereb Révélation nettali. Màndarga “fukk ak benn, fukk ak benn” mooy màndargay kóllëre gi ñaar-fukk ak ñeent junni nit ñi di dugg ak Yàlla. Buñu boolee lim yi, dañuy tekki ñaar-fukk ak ñaar, te loolu mooy benn ci fukk ciy ñaar téeméeri ak ñaar-fukk, benn ci màndargay booleb Yàllaay ak nitay.</w:t>
      </w:r>
    </w:p>
    <w:p>
      <w:pPr>
        <w:pStyle w:val="ArticleBody"/>
        <w:jc w:val="left"/>
      </w:pPr>
      <w:r>
        <w:rPr>
          <w:rFonts w:ascii="Times New Roman" w:hAnsi="Times New Roman" w:eastAsia="Times New Roman" w:cs="Times New Roman"/>
        </w:rPr>
        <w:t>Ñaari téeméer ak ñaar-fukk ci fanweer yi 677 ak 457 BC dafa boole waxu yonent bi Daniel bu ñaari junni ak ñetti téeméeri fan, ak waxu yoon wi Muusaa bu juróom-ñaari yoon. Lu bare mën nañu cee ràññee ci ñaari téeméer ak ñaar-fukk yooyu ni muy misaal liggéeyu jubbanti bi tambalee ba ñaari wax yu yonent yooyu dajee benn ci atum 1844. Lu bare it mën nañu cee wone ci li limub ñaar-fukk ak ñaar di misaal, ndaxte mooy asarwu ñaari téeméer ak ñaar-fukk, ni noonu it ci limub fukk ak benn. Li ma bëgg a ràññee fii mooy njaxlafte gi nekk diggante fukk ak benn ak ñaar-fukk ak ñaar.</w:t>
      </w:r>
    </w:p>
    <w:p>
      <w:pPr>
        <w:pStyle w:val="ArticleBody"/>
        <w:jc w:val="left"/>
      </w:pPr>
      <w:r>
        <w:rPr>
          <w:rFonts w:ascii="Times New Roman" w:hAnsi="Times New Roman" w:eastAsia="Times New Roman" w:cs="Times New Roman"/>
        </w:rPr>
        <w:t>Dina nu njëkk xalaat yii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nëbbu kàddu gu ñent-fukk ak juróom-benn — Limu juróom-benn</dc:title>
  <dc:subject>Fukk ak benn benn</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