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Jaar-jaar bu nëbbu aaya 40 — Nimero fukk</w:t>
      </w:r>
    </w:p>
    <w:p>
      <w:pPr>
        <w:pStyle w:val="ArticleSubtitle"/>
        <w:jc w:val="left"/>
      </w:pPr>
      <w:r>
        <w:rPr>
          <w:rFonts w:ascii="Arial" w:hAnsi="Arial" w:eastAsia="Arial" w:cs="Arial"/>
        </w:rPr>
        <w:t>Diggante gi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2026-05-14</w:t>
      </w:r>
    </w:p>
    <w:p>
      <w:pPr>
        <w:pStyle w:val="ArticleBody"/>
        <w:jc w:val="left"/>
      </w:pPr>
      <w:r>
        <w:rPr>
          <w:rFonts w:ascii="Times New Roman" w:hAnsi="Times New Roman" w:eastAsia="Times New Roman" w:cs="Times New Roman"/>
        </w:rPr>
        <w:t>Jaar-jaaru bu nëbbu ci Daniel benn-fukk ak benn, ayet ñeent-fukk, méngoo na ak jaar-jaaru mi ñu teg ci ayet fukk ba fukk ak juroom-benn ci benn chapitër boobu. Ci ayet fukk ba fukk ak juroom-benn, sër yi jëm ci rabu suuf bi ci Peeñu 13, ndax kàddug réew ma dëngoo ak Yàlla ci geem-geemu Réew-piblik bu Amerik, dañu ko tegu ci Donald Trump; sër yi jëm ci rabu Protestan bu dëngoo ak Yàlla ci Amerik, dañu ko tegu ci Maccabey yi; sër yi jëm ci rabu géej gi, maanaam paapaa-saa bi, dañu ko tegu ci “sàcc yi ci say nit”; te sër yi jëm ci njaay mi, dañu ko tegu ci ay buur yu wuute yu bëj-gànnaaru ak Phillip bu Maseduwan. Sër yi jëm ci ñaar-fukk ak ñent junni yi ak ñent-fukk ak ñent junni yi, dañu ko tegu ci Piyeer.</w:t>
      </w:r>
    </w:p>
    <w:p>
      <w:pPr>
        <w:pStyle w:val="ArticleHeading"/>
        <w:jc w:val="left"/>
      </w:pPr>
      <w:r>
        <w:rPr>
          <w:rFonts w:ascii="Arial" w:hAnsi="Arial" w:eastAsia="Arial" w:cs="Arial"/>
        </w:rPr>
        <w:t>Digg bi</w:t>
      </w:r>
    </w:p>
    <w:p>
      <w:pPr>
        <w:pStyle w:val="ArticleBody"/>
        <w:jc w:val="left"/>
      </w:pPr>
      <w:r>
        <w:rPr>
          <w:rFonts w:ascii="Times New Roman" w:hAnsi="Times New Roman" w:eastAsia="Times New Roman" w:cs="Times New Roman"/>
        </w:rPr>
        <w:t>Ci biir jaar-jaar bu nëbbu boobu, digg bi lañu baaxal ci ay yoon yu bari. Ñaari téeméeri ak juróom-fukk at yi tàmbalee ci 457 BC, jeex nañu ci 207 BC, ca diggu xeexi Raphia ak Panium, mooy ñaari xeex yu mujj yi taxawu ci wetu nit ñi ci sarax yu ndaw yi ci aaya 11 ba 15. Ñaari téeméeri ak juróom-fukk at yi jànq bu suuf si, yi tàmbalee ci 1776, dafa jeex ci 2026, mooy atum “midterm elections” ci péncum politig bu jànq bu suuf si. Piyeer nekk na ca Caesarea Philippi (Panium), ca digg ba ci ñetti yoon yi Kirist jëlé woon ci boppam ñetti taalibe rekk.</w:t>
      </w:r>
    </w:p>
    <w:p>
      <w:pPr>
        <w:pStyle w:val="ArticleBody"/>
        <w:jc w:val="left"/>
      </w:pPr>
      <w:r>
        <w:rPr>
          <w:rFonts w:ascii="Times New Roman" w:hAnsi="Times New Roman" w:eastAsia="Times New Roman" w:cs="Times New Roman"/>
        </w:rPr>
        <w:t>Ci yeari mboolem yu yamale yi, Piyeer mooy teewal ñi di yeesal te delloo waxtaanu artu bu jëm ci bol yi tudd fireballs ci Nashville. Turu Piyeer soppeeku na ci digganteb ay saar yi fukki benn ba ñaar-fukk-ñaar ci Macë, ni itam saaru diggantebu ay saar yi fukki benn ba ñaar-fukk-ñaar ci mbindum Abràam mise na xarafal njàng mi ne xaraf gu màgg gu kóllëre mooy njàngum xaraf-kat, te booleek saaru diggantebu ay saar yi fukki benn ba ñaar-fukk-ñaar ci Peeñu mi màndarga kóllëreg dee ci Peeñu gi saaru fukki juróom-ñaar. Digg bi mooy fa ñaar-teeméeri ak ñeent-fukki junni ñi soppeeku bàyyi nek Laodise ba nekk Filadelfi, te digganteb ñetti malaaka yi mooy malaaka ñaareel bi.</w:t>
      </w:r>
    </w:p>
    <w:p>
      <w:pPr>
        <w:pStyle w:val="ArticleBody"/>
        <w:jc w:val="left"/>
      </w:pPr>
      <w:r>
        <w:rPr>
          <w:rFonts w:ascii="Times New Roman" w:hAnsi="Times New Roman" w:eastAsia="Times New Roman" w:cs="Times New Roman"/>
        </w:rPr>
        <w:t>Ñaareelu ñaareel bi, walla diggante bi, mooy jamono ji ñaareelu nattu kër Yàlla gi, te muy topp nattu bu njëkk bi te di saxalekaay. Nattu bu njëkk bi ci atum 2024 mooy vision bu biti bi ñuy tabax ci màndarga Room, te nattu bu ñaareel bi mooy vision bu biir bi, marah (seetu-bopp) ci Almasi bi nekk ci Bérab bu Gëna Sell bi. Ci jaar-jaaru malaaka ñaareel bi, yégle gu “diggante guddi” gi dikk ngir dooleel yégle malaaka ñaareel bi.</w:t>
      </w:r>
    </w:p>
    <w:p>
      <w:pPr>
        <w:pStyle w:val="ArticleBody"/>
        <w:jc w:val="left"/>
      </w:pPr>
      <w:r>
        <w:rPr>
          <w:rFonts w:ascii="Times New Roman" w:hAnsi="Times New Roman" w:eastAsia="Times New Roman" w:cs="Times New Roman"/>
        </w:rPr>
        <w:t>Ci mboolem Millerite bu 1840, Josiah (li tekki “fondemaaŋu Yàlla”) Litch defar na jubanti ci njàngatam bu mu doon jàpp ne mooy wax jiirub Islam ci yëngu-yëngu ñaari woe yi, te ci 1844, Samuel Snow itam defar na jubanti ci wax ji ci atum 1843, ngir matal léebu fukki janq yi. Peter ci 2026 war na jubanti wax ji mu amul njariñ ci mbirum fireballs yu Nashville, ni ko lëral njeexital Millerite bu 1843, te mu yeggali itam yégleb Islam, ni ko liggéeyu Josiah Litch ci 1840 di misaalal. Ñaari xew-xewi Millerite yooyu ci 1840 ak 1844 dañuy tegtal dooleel yégleb malaaka bi njëkk ci 11 Ut 1840 ak dooleel yégleb malaaka bi ñaareel ci 17 Ut 1844. Bu ñu booloo, dañuy won dooleel yuxta bu guddi gi bi fireballs yu Nashville di wàcc.</w:t>
      </w:r>
    </w:p>
    <w:p>
      <w:pPr>
        <w:pStyle w:val="ArticleScripture"/>
        <w:jc w:val="left"/>
      </w:pPr>
      <w:r>
        <w:rPr>
          <w:rFonts w:ascii="Times New Roman" w:hAnsi="Times New Roman" w:eastAsia="Times New Roman" w:cs="Times New Roman"/>
        </w:rPr>
        <w:t>«Malaaka mi bokk ak ñaawtalu yëgleb malaaka bu ñetteel bi, war na leeral suuf si bépp ak ndamam. Fii dañuy wax ci jëf ju yaatu ci àddina bépp te am doole ju xewul woon. Yëngu-yëngu ñëwug Kirist mi ci at yi 1840–44, nekkoon na mbind mu màggu ci kàttanu Yàlla; yëgleb malaaka bu njëkk bi, yóbbu nañu ko ba ci bépp kër-yoonu mission ci àddina si, te ci yenn réew yi amoon na fa coono gu màgg gu bokk ci diine, gu kenn gisul woon ci benn réew gannaaw Reformaasioŋ bu xarnu fukki juróom benno ak juróom benno bi; waaye loolu yépp dinañu ko weesu ci yëngu-yëngu bu am doole lool, buy ànd ak artu mu mujj mi ci malaaka bu ñetteel bi.» The Great Controversy, 611.</w:t>
      </w:r>
    </w:p>
    <w:p>
      <w:pPr>
        <w:pStyle w:val="ArticleBody"/>
        <w:jc w:val="left"/>
      </w:pPr>
      <w:r>
        <w:rPr>
          <w:rFonts w:ascii="Times New Roman" w:hAnsi="Times New Roman" w:eastAsia="Times New Roman" w:cs="Times New Roman"/>
        </w:rPr>
        <w:t>Li jëfandikookat bi mooy lii: lu tax, ci biir bëpp dëkk yi nekk ci États-Unis, yëralu Yàlla tànn Nashville. Bi ñetteel musibaa ga agsee ci 9/11, Ñaari Tuur yi nekk New York ak Pentagon bi nekk Washington, DC, ñoom lañu doon jëme. Ñeenteel avion ba daanu ci suuf. Teewali rabu suuf gi mooy suuf, te teewali doole koom-koomam mooy New York, te teewali doole xareem mooy Pentagon bi. Bu États-Unis gañee àddina bi ngir nangu màndargay sañ-sañu pap bi ak sistemu politig gu kureel ak réew te mooy nataalu rab bi, daf koy def jaarale ko ci dooleem xare ak dooleem koom-koom; ndaxte Peeñu Yuhanna sura fukki ak ñett di wax ne rabu suuf gi jëfandikoo na doole ngir tere ñi takku ci njub ngir bañ a jaay mbaa jënd, te itam day rey ñi taxaw ngir bésub Noflaay bu juróom-ñaareelu Yàlla. Teewal gu yonent yi di wax ci lii jaar na ci “wër-wëri kër xare yi, way-toog xare yi (doole xare), ak gaal yi” (doole koom-koom), ci Daniel sura fukki ak benn, aaya ñeent-fukk.</w:t>
      </w:r>
    </w:p>
    <w:p>
      <w:pPr>
        <w:pStyle w:val="ArticleBody"/>
        <w:jc w:val="left"/>
      </w:pPr>
      <w:r>
        <w:rPr>
          <w:rFonts w:ascii="Times New Roman" w:hAnsi="Times New Roman" w:eastAsia="Times New Roman" w:cs="Times New Roman"/>
        </w:rPr>
        <w:t>Ci jamono wéyal gi junni téeméer ak ñeent fukki ñeent junni nit ñi, Islaam dafa door suuf su tedd si loo xamul dara ñeenti yoon. Bi njëkk mooy 9/11; ñaareel bi ak ñetteel bi mooy suuf su tedd su njëkk, ci dëgg-dëgg, te gannaaw loolu Nashville. Ñeenteel bi mooy suufu yëng-u Révélation fukk ak benn, te loolu mooy yoonu Dimaas. Ci wàllu Balaam ak ñetti malaaka yi, ñaari doore yu 7 Oktoobar 2023 ak Nashville dañuy tegu ñaari toolu reseñ yi ci Biibël, yu nit ñi Yàlla fas kóllëre ak moom.</w:t>
      </w:r>
    </w:p>
    <w:p>
      <w:pPr>
        <w:pStyle w:val="ArticleBody"/>
        <w:jc w:val="left"/>
      </w:pPr>
      <w:r>
        <w:rPr>
          <w:rFonts w:ascii="Times New Roman" w:hAnsi="Times New Roman" w:eastAsia="Times New Roman" w:cs="Times New Roman"/>
        </w:rPr>
        <w:t>Bu ñaawte bu rey bi ci paapóte bi jógat ci yoonu Dibeer, ñaareelu feeñug Jamonoy Lëndëm gi tàmbali. Jëkkëru ak ñetteelu ay musiba benn lañu, ndaxte Kirist dafa mas a wone mujje gi ak njàlbéen ga; noonu biddéew bu daanu bi mooy Mohammed ci jëkkëru musiba bi, moom mi wëlbët caabi ba ubbi Këru Xóot gu amul suuf, te gannaaw tuuti ginnaaw 9/11, ateyis bu Këru Xóot gu amul suuf rey na ñaari seede yi ci Peeñu Yàlla fukki benn. Ci yoonu Dibeer, ñaawte bu rey bu paapóte bi jógat, te rab wu Katolisism bi matal léebu waxi Yàlla gu sell gi ci juróom ñetteel bi (muy tegtal dekki). Kon nag ñaareelu jamono Jamonoy Lëndëm gi tàmbali, muy ñetteelu màndarga Balaam, bi mbaam mi waxe, daldi wëlbët caabi ba dellu ubbitewaat Këru Xóot gu amul suuf. Ginnaaw 9/11, ateyis, muy njàngat li, génn na ca Këru Xóot ga ngir xeex ak njiitu réew mi gën a bare alal, mi yënguël mboolem nguuru Gereg. Ci yoonu Dibeer, rab wu Peeñu Yàlla fukki juróom ñaar bi yéeg ca Këru Xóot gu amul suuf, te lëndëm baatati na jant bi.</w:t>
      </w:r>
    </w:p>
    <w:p>
      <w:pPr>
        <w:pStyle w:val="ArticleBody"/>
        <w:jc w:val="left"/>
      </w:pPr>
      <w:r>
        <w:rPr>
          <w:rFonts w:ascii="Times New Roman" w:hAnsi="Times New Roman" w:eastAsia="Times New Roman" w:cs="Times New Roman"/>
        </w:rPr>
        <w:t>Lu tax Nashville? Laaj bi ba tey jàppandikooagul? Nashville mooy màndargu tàmbalig jamono ju gàtt ji ci yégleb waxu yu guddi digg, te day tàmbali ak bëgg-bëggul jéexital yu yàqute yu Islaam indi, te muy jeexaat noonu. Yoonu Dibeer bi ci mujjum jamono jooju dafay teewal sàrtug marku rab wi ca États-Unis, ak tàmbalig yàqub dëkk yi. “Yàqub” mooy benn melokaan bu yonent ci mbirum Islaam.</w:t>
      </w:r>
    </w:p>
    <w:p>
      <w:pPr>
        <w:pStyle w:val="ArticleHeading"/>
        <w:jc w:val="left"/>
      </w:pPr>
      <w:r>
        <w:rPr>
          <w:rFonts w:ascii="Arial" w:hAnsi="Arial" w:eastAsia="Arial" w:cs="Arial"/>
        </w:rPr>
        <w:t>Yàquteb</w:t>
      </w:r>
    </w:p>
    <w:p>
      <w:pPr>
        <w:pStyle w:val="ArticleScripture"/>
        <w:jc w:val="left"/>
      </w:pPr>
      <w:r>
        <w:rPr>
          <w:rFonts w:ascii="Times New Roman" w:hAnsi="Times New Roman" w:eastAsia="Times New Roman" w:cs="Times New Roman"/>
        </w:rPr>
        <w:t>“Guddi ci weesu bi, ab xew-xew bu yéeme te am solo lool moo ma feeñaloon. Gis naa ab bolu safara bu réy di daanu ci diggante ay kër yu rafet lool, ba tax seen alag sa saa si. Dégg naa ñenn naan: ‘Xamoon nanu ne attey Yàlla dañuy ñëw ci kow suuf, waaye xamunu woon ne dinañu ñëw nii gaaw.’ Ñeneen naan: ‘Yéen xamoon ngeen ko! Lu tax nag waxuleen ko nu? Nun xamunu woon.’ Ci bépp wet dégg naa baat yu mel noonu di waxeesi.” Letter 217, 1904.</w:t>
      </w:r>
    </w:p>
    <w:p>
      <w:pPr>
        <w:pStyle w:val="ArticleHeading"/>
        <w:jc w:val="left"/>
      </w:pPr>
      <w:r>
        <w:rPr>
          <w:rFonts w:ascii="Arial" w:hAnsi="Arial" w:eastAsia="Arial" w:cs="Arial"/>
        </w:rPr>
        <w:t>Juróom Benn ak Fukkki Benn</w:t>
      </w:r>
    </w:p>
    <w:p>
      <w:pPr>
        <w:pStyle w:val="ArticleBody"/>
        <w:jc w:val="left"/>
      </w:pPr>
      <w:r>
        <w:rPr>
          <w:rFonts w:ascii="Times New Roman" w:hAnsi="Times New Roman" w:eastAsia="Times New Roman" w:cs="Times New Roman"/>
        </w:rPr>
        <w:t>Njàngum Yàlla “Juróom-ñeent ak benn fukk” mooy wone melokaanu nguuru Islaam ne mooy dee ak yàq, ndaxte tur ci kóoluteef mooy tegtal melokaan.</w:t>
      </w:r>
    </w:p>
    <w:p>
      <w:pPr>
        <w:pStyle w:val="ArticleBody"/>
        <w:jc w:val="left"/>
      </w:pPr>
      <w:r>
        <w:rPr>
          <w:rFonts w:ascii="Times New Roman" w:hAnsi="Times New Roman" w:eastAsia="Times New Roman" w:cs="Times New Roman"/>
        </w:rPr>
        <w:t>Te am nañu woon buur ci seen kaw, mooy malaakam xur wi amul pënd, mi tudd ci làkku Ebrë Abaddon, waaye ci làkku Gereg tudd na Apollyon. Peeñu Yàlla 9/11.</w:t>
      </w:r>
    </w:p>
    <w:p>
      <w:pPr>
        <w:pStyle w:val="ArticleBody"/>
        <w:jc w:val="left"/>
      </w:pPr>
      <w:r>
        <w:rPr>
          <w:rFonts w:ascii="Times New Roman" w:hAnsi="Times New Roman" w:eastAsia="Times New Roman" w:cs="Times New Roman"/>
        </w:rPr>
        <w:t>Abaddon tekki “yàqule mbaa bérabu yàqule,” te Apollyon tekki “ki di yàq.”</w:t>
      </w:r>
    </w:p>
    <w:p>
      <w:pPr>
        <w:pStyle w:val="ArticleScripture"/>
        <w:jc w:val="left"/>
      </w:pPr>
      <w:r>
        <w:rPr>
          <w:rFonts w:ascii="Times New Roman" w:hAnsi="Times New Roman" w:eastAsia="Times New Roman" w:cs="Times New Roman"/>
        </w:rPr>
        <w:t>«Malaaka yi dafa jëfandikoo ñenti ngelaw yi, te ñu melni fas mu mer buy seet a rëcc ngir daw ba wees ci kanam suuf si yépp, di yóbbu mbundum ak dee ci yoonam.»</w:t>
      </w:r>
    </w:p>
    <w:p>
      <w:pPr>
        <w:pStyle w:val="ArticleScripture"/>
        <w:jc w:val="left"/>
      </w:pPr>
      <w:r>
        <w:rPr>
          <w:rFonts w:ascii="Times New Roman" w:hAnsi="Times New Roman" w:eastAsia="Times New Roman" w:cs="Times New Roman"/>
        </w:rPr>
        <w:t>“Ndax nanu bëgg a nelaw ci wetu àddina gu dul jeex gi sax? Ndax nanu war a nekk ñu yàgg te tàngoorul, di sedd, te mel ni ñu dee? Éy, yalla na nu am ci sunuy mbooloy gëm yi Xel ak noflaayu Yàlla, mu wol ci ay nitam, ngir ñu taxaw ci seeni tànk te dund. War na nu gis ne yoon wi xat na, te bunt bi suufe na. Waaye bu nuy jaar ci bunt bu suufe boobu, yaatuwaayam amul àpp.” Manuscript Releases, volume 20, 217.</w:t>
      </w:r>
    </w:p>
    <w:p>
      <w:pPr>
        <w:pStyle w:val="ArticleBody"/>
        <w:jc w:val="left"/>
      </w:pPr>
      <w:r>
        <w:rPr>
          <w:rFonts w:ascii="Times New Roman" w:hAnsi="Times New Roman" w:eastAsia="Times New Roman" w:cs="Times New Roman"/>
        </w:rPr>
        <w:t>Yoonu Islaam bu ñetteelu musiba bi mooy yoonu Balaam ak mbaam mi. Yoonu fas wu meru wu Islaam, maanaam ñeenti ngelaw yu xuloo yi Yowaana wax, ngelaw gu tar gi Esayi wax, ak “ngelaw” walla “noot” bi Esekiyel wax ne dafa jóge ci ñeenti ngelaw yi, dafay jàpp yoon bu tàmbalee ci 9/11 te di jëme ci bunt bu “xat” te “jub”. Bunt boobu xat mooy ñetteelu màndarga-yoonu Balaam ak mbaam mi.</w:t>
      </w:r>
    </w:p>
    <w:p>
      <w:pPr>
        <w:pStyle w:val="ArticleScripture"/>
        <w:jc w:val="left"/>
      </w:pPr>
      <w:r>
        <w:rPr>
          <w:rFonts w:ascii="Times New Roman" w:hAnsi="Times New Roman" w:eastAsia="Times New Roman" w:cs="Times New Roman"/>
        </w:rPr>
        <w:t>Te malaakam Aji Sax jiituwaat, taxaw ci benn bërr bu xat, fa fu ñu mënu woon a wël ba ca ndeyjooram walla ca càmmoñam. Bi mbaam ma gisée malaakam Aji Sax ji, mu daanu ci suufu Balam; noonu merum Balam tàkk, mu dóor mbaam ma ak yedd. Te Aji Sax ji ubbi gémmiñu mbaam ma, mu ne Balam: Lan laa la def, ba nga maa dóor ñetti yoon yii? Nombres 22:26–28.</w:t>
      </w:r>
    </w:p>
    <w:p>
      <w:pPr>
        <w:pStyle w:val="ArticleBody"/>
        <w:jc w:val="left"/>
      </w:pPr>
      <w:r>
        <w:rPr>
          <w:rFonts w:ascii="Times New Roman" w:hAnsi="Times New Roman" w:eastAsia="Times New Roman" w:cs="Times New Roman"/>
        </w:rPr>
        <w:t>Yoonu ñetteelu musibaayub Yislaam ci ay alagoom dafa tàmbalee ci 11 Sàttumbar, bi Peeñu gi 18:1–3 mattee.</w:t>
      </w:r>
    </w:p>
    <w:p>
      <w:pPr>
        <w:pStyle w:val="ArticleScripture"/>
        <w:jc w:val="left"/>
      </w:pPr>
      <w:r>
        <w:rPr>
          <w:rFonts w:ascii="Times New Roman" w:hAnsi="Times New Roman" w:eastAsia="Times New Roman" w:cs="Times New Roman"/>
        </w:rPr>
        <w:t>“Xanaa agsi kàddu gi ma waxoon ne New York dinañu ko far ak benn gumb gu mag? Lii muskuma ko wax. Li ma wax mooy, ba ma doon xool kër yu mag ya ñuy tabax foofa, étage ci kaw étage, ma ne: ‘Anaa lu mel ni ay xew-xew yu tiis yu metti di am bu Boroom bi jógée ngir yëngal suuf si ak buum gu réy!’ Su boobaa, kàddu yi nekk ci Révélation 18:1–3 dinañu mat. Benn fanteru xel mooy, pàccu Révélation ci ñetteel-fukk ak juróom-ñett gépp mooy artu ci li di ñëw ci kaw suuf si. Waaye amuma leer gu matale ci lu jëm ci li di ñëw ci New York, ludul ne xam naa ne benn bés kër yu mag yooyu fa nekk dinañu daanu ndax yëngu-yëngu ak tasarey dooley Yàlla. Ci leer gi ma jot, xam naa ne yàqute am na ci àddina si. Benn wax rekk gu jóge ca Boroom bi, benn laal rekk ci dooleem ju mag, te tabax yu rëy yooyu dinañu daanu. Ay xew-xew dinañu am, te ragal gi nekk ci seen biir manunu koo xalaat sax.” Review and Herald, July 5, 1906.</w:t>
      </w:r>
    </w:p>
    <w:p>
      <w:pPr>
        <w:pStyle w:val="ArticleBody"/>
        <w:jc w:val="left"/>
      </w:pPr>
      <w:r>
        <w:rPr>
          <w:rFonts w:ascii="Times New Roman" w:hAnsi="Times New Roman" w:eastAsia="Times New Roman" w:cs="Times New Roman"/>
        </w:rPr>
        <w:t>Lii laaj bi des na ciw: Lu tax Nashville? Doj yi mel ni safara yu Nashville diir nañu benn xaalis bu wax ci kanam yàlla, fu benn xeetu Adventism di rus te, ci ni Joel waxe, “dagg nañu ko.” Xeetu keneen bi moom, dañu ko firndeel ne duñu rus mukk, te fees ak mbégte. Mbégte gu kanam yàlla gi du ngir àtte bi ñu indi ci Nashville ak États-Unis, waaye ngir sellal gi ñuy firndeel ci diggante ñi ci léeb bi am diwlin ak ñi amuñu diwlin. Diwlin ji am na lu bare lu muy firndeel, waaye benn ci maanaam yu gën a am solo mooy yégle butu guddi gi. Boppam yégle boobu tàmbalee ubbiku ndànk-ndànk ci mujjum atum 2023, te muy firndeel yokkute xam-xam bi ñuy bàyyi walla ñuy nangu. Oze moom leer na ne ñi bàyyi xam-xam boobu, dañu leen bàyyi ni saraxalekat yu Yàlla. Piyeer nekk na ci diggante tabaxu Léwítik ñaar-fukk ak ñett bi ba mu xam doj yi mel ni safara yu Nashville, te limu fanweer mooy firndeel saraxalekat yi.</w:t>
      </w:r>
    </w:p>
    <w:p>
      <w:pPr>
        <w:pStyle w:val="ArticleScripture"/>
        <w:jc w:val="left"/>
      </w:pPr>
      <w:r>
        <w:rPr>
          <w:rFonts w:ascii="Times New Roman" w:hAnsi="Times New Roman" w:eastAsia="Times New Roman" w:cs="Times New Roman"/>
        </w:rPr>
        <w:t>Sama nit dañoo nañu ndax amuñu xam-xam; ndaxte yaw danga bañ xam-xam, man itam dinaa la bañ, ba dootuloo ma saraxalekat; gannaaw fateliku nga yoonu sa Yàlla, man itam dinaa fateliku sa ñiir. Ose 4:6.</w:t>
      </w:r>
    </w:p>
    <w:p>
      <w:pPr>
        <w:pStyle w:val="ArticleBody"/>
        <w:jc w:val="left"/>
      </w:pPr>
      <w:r>
        <w:rPr>
          <w:rFonts w:ascii="Times New Roman" w:hAnsi="Times New Roman" w:eastAsia="Times New Roman" w:cs="Times New Roman"/>
        </w:rPr>
        <w:t>Wàllu “xam-xam” walla ñàkkam, mooy benn ci dëgg yi ànd ak agsi gi bu bolle-y safara yi Nashville. “Xam-xam” bu yëgleb, walla ñàkkam, mooy màndargaug tàmbali gi ci waare gi bu yuuxu guddi digg; te jamono jooju mujje na ci wàllu déggal Kàddu Yàlla, ni ko mbirum Sabat ak Dibéer di tegtal. Almasi dafa sax di won ne mujj gi ànd ak tàmbali gi, te ca tàmbali ga déggal Kàddu Yàlla mooy yonentaanu artu bi ñu joxoon Aadam ak Awa ca tool ba.</w:t>
      </w:r>
    </w:p>
    <w:p>
      <w:pPr>
        <w:pStyle w:val="ArticleBody"/>
        <w:jc w:val="left"/>
      </w:pPr>
      <w:r>
        <w:rPr>
          <w:rFonts w:ascii="Times New Roman" w:hAnsi="Times New Roman" w:eastAsia="Times New Roman" w:cs="Times New Roman"/>
        </w:rPr>
        <w:t>Wërum yëngu ndigal ci mujju ga maneesul a taxawal ci benn tool rekk bu fekkee ne “xeet yépp dinañu ci bokk,” ni ko Sœur White waxe. Mbiran Besub Noflaay ak Dibéer mooy dellusi nattu ndoorte bi ñu joxoon Adam ak Eve ci tool ba, te mu dellusi ci àddina bépp ci mujju ga. Nattu boobu tambali na ci yoonu Dibéer bi ci États-Unis, te loolu itam mooy mujju jamono ji ñuy yéglee xaacu guddi digg bi.</w:t>
      </w:r>
    </w:p>
    <w:p>
      <w:pPr>
        <w:pStyle w:val="ArticleBody"/>
        <w:jc w:val="left"/>
      </w:pPr>
      <w:r>
        <w:rPr>
          <w:rFonts w:ascii="Times New Roman" w:hAnsi="Times New Roman" w:eastAsia="Times New Roman" w:cs="Times New Roman"/>
        </w:rPr>
        <w:t>Yégle bataaxalub waar bi ne Almasi ngi ñëw, ñi ko jot rekk mooy ñi nangu yokkute xam-xam bi jóg ci ubbiwaayu bataaxalub peeñug Yeesu Kirist mi tambalee ci mujjug atum 2023. Nattu xam-xam, walla ñàkkam, mat na ci xareb Nashville bi. Natt bu leer bi, ci biir ñetti natt yi tambalee ca ubbiwaay ba ca 2023, dafa sukkandiku ci diwlin bi, moom mi di “xam-xam” bi nekk ci biir bataaxal gu yonent gi ñu ubbiwoon booba.</w:t>
      </w:r>
    </w:p>
    <w:p>
      <w:pPr>
        <w:pStyle w:val="ArticleBody"/>
        <w:jc w:val="left"/>
      </w:pPr>
      <w:r>
        <w:rPr>
          <w:rFonts w:ascii="Times New Roman" w:hAnsi="Times New Roman" w:eastAsia="Times New Roman" w:cs="Times New Roman"/>
        </w:rPr>
        <w:t>“Xam-xam” bi ñu ubbiwul woon, mooy nattu te ci mujj feeñ, ni diwlin bi di ñetteelu nattu ak nattu bu wone dëgg. Nattu boobu mooy tàmbalee jamono ji ñuy yégle bataaxal bu yuuxu guddi gi, te mu jeex ci nattu dégg-degg. Nattu boobu ci dégg-degg, ci Eew lañu ko matale, moom mi di naataange kër-cee-Kristen gi, ak ci Aadama, moom mi di naataange réew mi. Booloo googu ñaari mbir yooyu, dees na ko matal bu baax bu marku rab wi ñu koy gaawale. Nattu bi nekk ci tool bi, mooy nattu bi ci mujj. Nattu la ngir góor ak jigéen, te dafay boole kër-cee-Kristen gi ak réew mi, ñoom ñi di góor ak jigéen. Bataaxal bu artu bi, bi ñu ubbi te muy jiitu jëmu ci nattu mujj ci dégg-degg, garab gu “xam-xam” gu baax ak lu bon la ko naataange.</w:t>
      </w:r>
    </w:p>
    <w:p>
      <w:pPr>
        <w:pStyle w:val="ArticleBody"/>
        <w:jc w:val="left"/>
      </w:pPr>
      <w:r>
        <w:rPr>
          <w:rFonts w:ascii="Times New Roman" w:hAnsi="Times New Roman" w:eastAsia="Times New Roman" w:cs="Times New Roman"/>
        </w:rPr>
        <w:t>Nasville moo diirub njàngum Girig ci réewum rab wu suuf wi. Njàngum Girig mooy njàng mu dul dëgg, xam-xam bu bon la, te xam-xam bu baax mooy njàng mu dëgg. Benn saxaalu doxalin bu booloo xëy bu Ellen White mas a nangu ca bokk mooy Madison College, mi nekk Nashville, bi ñuy wooye “Athènes du Sud.” Nashville moo diirub Girig, walla njàng mu dul dëgg. Njàng mu dul dëgg mooy xam-xam mu dul dëgg. Solo si Nashville am dafa tollook misaalu New York City ak Pentagon.</w:t>
      </w:r>
    </w:p>
    <w:p>
      <w:pPr>
        <w:pStyle w:val="ArticleBody"/>
        <w:jc w:val="left"/>
      </w:pPr>
      <w:r>
        <w:rPr>
          <w:rFonts w:ascii="Times New Roman" w:hAnsi="Times New Roman" w:eastAsia="Times New Roman" w:cs="Times New Roman"/>
        </w:rPr>
        <w:t>Danu wéyal ci mbir yii ci artik bi ci topp.</w:t>
      </w:r>
    </w:p>
    <w:p>
      <w:pPr>
        <w:pStyle w:val="ArticleHeading"/>
        <w:jc w:val="left"/>
      </w:pPr>
      <w:r>
        <w:rPr>
          <w:rFonts w:ascii="Arial" w:hAnsi="Arial" w:eastAsia="Arial" w:cs="Arial"/>
        </w:rPr>
        <w:t>Baat 188, 1905</w:t>
      </w:r>
    </w:p>
    <w:p>
      <w:pPr>
        <w:pStyle w:val="ArticleScripture"/>
        <w:jc w:val="left"/>
      </w:pPr>
      <w:r>
        <w:rPr>
          <w:rFonts w:ascii="Times New Roman" w:hAnsi="Times New Roman" w:eastAsia="Times New Roman" w:cs="Times New Roman"/>
        </w:rPr>
        <w:t>«Bi ma nekkoon Nashville, dama doon wax ak nit ñi, te ci guddi ga, am naoon benn réy bòlóŋu safara bu jóge woon ci asamaan, wàcc ba daldi tëdd ci Nashville. Safara yaa ngi génn ci moom nii bàyyi xare yu mel ni bàyyi xaleef; kër yaa ngi lakk, kër yaa ngi yëngatu te daanu. Yenn sunuy nit taxawoon fa. “Lii mooy li nu yaakaaroon rekk,” la ñu wax, “yaakaaroon na nu lii.” Ñeneen ñaa ngi tëj seen loxo ci metit gu tar, di jooyu ca Yàlla ngir yërmande. “Xam ngeen ko,” la ñu wax, “xam ngeen ne lii dafa doon ñëw, te waxuleen benn baat ngir moytul nu!” Mel na ni dañuy bëgg a xar seen yaram, ndaxte waxuñu woon leen dara, walla joxuñu leen benn artu ci dara.» Manuscript 188,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Jaar-jaar bu nëbbu aaya 40 — Nimero fukk</dc:title>
  <dc:subject>Diggante gi</dc:subject>
  <dc:creator>Jeff Pippenger</dc:creator>
  <cp:keywords/>
  <dc:description>Generated by ArticleDigger from hidden_history\10_hidden_history.json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