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Taarix bu Nëbbi ci Saar fukk ak ñeent — Limu fukk ak ñaar</w:t>
      </w:r>
    </w:p>
    <w:p>
      <w:pPr>
        <w:pStyle w:val="ArticleSubtitle"/>
        <w:jc w:val="left"/>
      </w:pPr>
      <w:r>
        <w:rPr>
          <w:rFonts w:ascii="Arial" w:hAnsi="Arial" w:eastAsia="Arial" w:cs="Arial"/>
        </w:rPr>
        <w:t>Limu fukk ak ñaar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2026-05-23</w:t>
      </w:r>
    </w:p>
    <w:p>
      <w:pPr>
        <w:pStyle w:val="ArticleBody"/>
        <w:jc w:val="left"/>
      </w:pPr>
      <w:r>
        <w:rPr>
          <w:rFonts w:ascii="Times New Roman" w:hAnsi="Times New Roman" w:eastAsia="Times New Roman" w:cs="Times New Roman"/>
        </w:rPr>
        <w:t>Ñu bëgg naa wax ne su ñetti nit gisoon benn aksidaan u oto bi, ñetti seede yooyu dinañu wax juróom-ñaari xeetu nettali yu wuute ci benn yàqute boobu; waaye tey, ci jamono jii nga xam ne Xel Mu Sell mi mi ngi dëddu nit ñi, amul werante ne ci seede yooyu dina am ñi di sàkk ak fenn ci li ñu gis ngir saxal seen gis-gisu àddina bu bopp, te di gëm sax ne ci def loolu lañuy wone njubte. Ci jaar-jaaru cosaan bu nëbbu bi, am na ay xeetu sàrt yu barey dëggu yonent, yu tegtal seede yu wuute ci benn xew-xew yi. Ci Kàddu Yàlla amul fenn; waaye lu ci ëpp mooy firndeel nit ñi bu matul ci xew-xew yooyu. Naka la ko Biblia bi di seedeel jaar-jaar jii, bu ñu ko séddoo njub, seede yooyu yépp dañuy déggoo ak seen bopp.</w:t>
      </w:r>
    </w:p>
    <w:p>
      <w:pPr>
        <w:pStyle w:val="ArticleBody"/>
        <w:jc w:val="left"/>
      </w:pPr>
      <w:r>
        <w:rPr>
          <w:rFonts w:ascii="Times New Roman" w:hAnsi="Times New Roman" w:eastAsia="Times New Roman" w:cs="Times New Roman"/>
        </w:rPr>
        <w:t>Piyeer mooy màndargay junni téeméeri ñeent-fukk ak ñeent-fukk ñeent ñi ci jaar-jaar bii, te seedeem day tegtal jaar-jaaru yokkute gu tàmbalee ca naqar ga 18 Sulet 2020, ba ca yeewute ga 31 Desambar 2023, gannaaw loolu muy kenn ku bokk ci jéemantu njëkk bi ci vision bu biti bi, te ci topp jéemantu ñaareel bi ci vision bu biir bi, ngir mu toppiku ak jéemantu wóor-wóor bu fireballs yi ci Nashville, ba ca yékkati bàndira bi ngir xeet yi.</w:t>
      </w:r>
    </w:p>
    <w:p>
      <w:pPr>
        <w:pStyle w:val="ArticleBody"/>
        <w:jc w:val="left"/>
      </w:pPr>
      <w:r>
        <w:rPr>
          <w:rFonts w:ascii="Times New Roman" w:hAnsi="Times New Roman" w:eastAsia="Times New Roman" w:cs="Times New Roman"/>
        </w:rPr>
        <w:t>Donald Trump nekk na ci jaar-jaaru mboolem bi bu nëbbu, muy ki yënguël bépp ñi di globalistes, ñi ëmb àddina si yépp, pati Démocratique bi ak ñi RINO ci pati Républicain bi. Moom dafa matal melokaan yu waxees ci kàddug yonent yi, yi booleek nataalu rab wi, ndaxte dekkal na ko su ko deewee ci politig, muy juróom-ñaareel bi mi jóge ci juróom-ñaar ña. Fekk nañu ko ci bépp jaar-jaaru mboolem bi bu nëbbu, te dogal nañu ko mu nekk ci nguur gi ba “active despotism” di jëfandikoo njëkk ci États-Unis, gannaaw ga ci àddina si yépp. Protestantisme bu wacc ci ngëm, mi nekk moroomu Trump ci ñaari wàll yi ci rab bu suuf si, am na fa it ci jaar-jaaru Maccabées yi. Njàlbéen yu bari yu kàttanu njaay mi ci Nations Unies ak Russie seedeel nañu ci jaar-jaar bi. Papauté bi, ni sàcc yi ci sa xeet, am na fa ngir boole lépp ci benn te saxal vision bi.</w:t>
      </w:r>
    </w:p>
    <w:p>
      <w:pPr>
        <w:pStyle w:val="ArticleBody"/>
        <w:jc w:val="left"/>
      </w:pPr>
      <w:r>
        <w:rPr>
          <w:rFonts w:ascii="Times New Roman" w:hAnsi="Times New Roman" w:eastAsia="Times New Roman" w:cs="Times New Roman"/>
        </w:rPr>
        <w:t>Piyeer mooy yaw, yow mi ngay jàng, soppeku bi. Piyeer mooy kenn ku nekk ngir bokk ci biir banneraay ñaari téeméeri junni ak ñeent fukk ak ñeent ñaar. Piyeer taxaw na ci digg bi, mooy diggu yoon yu bare ci waxi yonent yi, te ci ngëm mu ngi dugg ci Barab bu Gën a Sell bi, di fa jot soppe gu nekk ndigal wu matale ci peeñu Kirist. Piyeer mungi ci Tundu Soppeku bi, fa mu wara soppeku ba mel ni Kirist, fekk États-Unis di sos melokaanu rab wi.</w:t>
      </w:r>
    </w:p>
    <w:p>
      <w:pPr>
        <w:pStyle w:val="ArticleScripture"/>
        <w:jc w:val="left"/>
      </w:pPr>
      <w:r>
        <w:rPr>
          <w:rFonts w:ascii="Times New Roman" w:hAnsi="Times New Roman" w:eastAsia="Times New Roman" w:cs="Times New Roman"/>
        </w:rPr>
        <w:t>“Bokk yi, war na nu am gën a néew ci sunu bopp te am gën a bari ci Yàlla. Moom dafay bëgg dooley Kàngiis gi; waaye ci lu bare, kàttanu sunu nit ñi dañu ko jëlal ay mbir yu yeyoowul. Diir bu bari lañuy joxe ay xalaat yu tuuti ak ay laaj yu ndaw. Yàlla bëgg na nu yéeg ca tund wa, gën a jub ci kanamam. Nungi dugg cib jafe-jafe bu réy, buy laaj, gën a yeneen jamono yépp li dale ba àddina sosoo, njébbalu gu mat sëkk gu kenn ku tudd turu Kirist soxla. Liggéeyu Yàlla dafay laaj lépp lu nekk ci nun. Waaye sunu nit ñi duñu def mukk njébbalu googu suuful xol yi soppeeku. Soxla nañu soppeeku ni ko Piyeer soxla woon. Bu ñu demee noonu dundalewu, Kirist man na ne leen: ‘Dëgëral sa bokk yi,’ ‘Samm samay xarit,’ ‘Samm samay ndaw xarit.’”</w:t>
      </w:r>
    </w:p>
    <w:p>
      <w:pPr>
        <w:pStyle w:val="ArticleScripture"/>
        <w:jc w:val="left"/>
      </w:pPr>
      <w:r>
        <w:rPr>
          <w:rFonts w:ascii="Times New Roman" w:hAnsi="Times New Roman" w:eastAsia="Times New Roman" w:cs="Times New Roman"/>
        </w:rPr>
        <w:t>“Bu kàttanu Yàlla boolee ak jégo nit, liggéey bi dina law ni safara ci gàññi gu wow. Yàlla dina jëfandikoo ay mbooloo yu nit du man a xam seen cosaan; malaaka yi dinañu def liggéey bu nit ñi manoon a am barkeem ci moom, su ñu nekkoonul a bañ a tontu woo yi Yàlla leen di woo. Léegi dees na jox nit liggéey bi. Ndax dina ko jël? Fekk na ci jamono jii bunt yu bare yu ubbi te xàjjuwul ci kanamu ñi liggéey. Ndax dinañu dugg ci yooyu bunt? Kan moo waajal, bu Boroom bi ko woowee, ne: “Maa ngi nii, Boroom bi, yónni ma”? Wooteb Maseduwaan di ñëw ci nun ci ay ñaan yu metti yu jóge ci bépp xët yu àddina si: “Ñëwal te dimbali nu.”” Review and Herald, December 15, 1885.</w:t>
      </w:r>
    </w:p>
    <w:p>
      <w:pPr>
        <w:pStyle w:val="ArticleBody"/>
        <w:jc w:val="left"/>
      </w:pPr>
      <w:r>
        <w:rPr>
          <w:rFonts w:ascii="Times New Roman" w:hAnsi="Times New Roman" w:eastAsia="Times New Roman" w:cs="Times New Roman"/>
        </w:rPr>
        <w:t>War nuy ñëw ci tund bi te soppeeku, ni Piyeeroon soppeeku woon, te bu nu ko defee, dees na nu setal, ni Esayi setaloo woon. Setal gi dees na ko wone ne mu mat, bu dooley Yàlla booloo ak jéego nit. Woote gu Maseduwaa gi am na ci jaar-jaaru nettali bu fàddug bu aaya ñeent-fukk bi.</w:t>
      </w:r>
    </w:p>
    <w:p>
      <w:pPr>
        <w:pStyle w:val="ArticleScripture"/>
        <w:jc w:val="left"/>
      </w:pPr>
      <w:r>
        <w:rPr>
          <w:rFonts w:ascii="Times New Roman" w:hAnsi="Times New Roman" w:eastAsia="Times New Roman" w:cs="Times New Roman"/>
        </w:rPr>
        <w:t>“Jamono ji jot na nu ñu def ay jëf yu wóor ci sunuy dëkk. Jàngal Luug 21. Lii mooy yégleb bi ñeel jamono jii, te bind na ko ngir xeetu mujj gi. War na nu bañ a bàyyi dara mu dugal seen bopp ci diggante nun ak liggéey bi Yàlla jox nu nu def. War nañu def ay jëf yu xëcc ngir indi dëgg gi ci kanam ñi nekk ci dëkk yi.</w:t>
      </w:r>
    </w:p>
    <w:p>
      <w:pPr>
        <w:pStyle w:val="ArticleScripture"/>
        <w:jc w:val="left"/>
      </w:pPr>
      <w:r>
        <w:rPr>
          <w:rFonts w:ascii="Times New Roman" w:hAnsi="Times New Roman" w:eastAsia="Times New Roman" w:cs="Times New Roman"/>
        </w:rPr>
        <w:t>“Bu kenn du ñàkk ngir settu nit ñi ak leen a xam-xamal seen ñaawteef. Bépp xuloo war na taxaw. War nanu bëggante ni bokk-doomu ndey-ji. Na nu yéeg ca tundu ba ak Yàlla, ngir nu dellusi ak leerug ndamu Yàlla buy feeñ ci sunu kaw. Benn bérab rekk la nu mën a ci jot, mooy ca tundu ba ak Yàlla. Am na liggéey bu war a am ci jàngat Kàddu Boroom bi ni mu feeñale ko ci Yoonam. Jàng gu bare amoon na ci anam bu yomb, waaye ñaata la ci nekk jàngat gu dëgg? Kirist dundoon ci biir nit ñi te waare na ci àddina bi saxal yi wér-wér yu Yoon woowu.”</w:t>
      </w:r>
    </w:p>
    <w:p>
      <w:pPr>
        <w:pStyle w:val="ArticleScripture"/>
        <w:jc w:val="left"/>
      </w:pPr>
      <w:r>
        <w:rPr>
          <w:rFonts w:ascii="Times New Roman" w:hAnsi="Times New Roman" w:eastAsia="Times New Roman" w:cs="Times New Roman"/>
        </w:rPr>
        <w:t>“Liggéey bi dina gaaw a ñàkkal ci njubte. War na nu gën a takku te gën a sellal sunuy jéff ngir yokk ko ba mu mat. Waxtu wi agsi na ba tax waru nu yem ci nekk rekk ci yëngu-yëngu, waaye war na nu dajale sunu yëngu-yëngu gi ngir mu am njariñ te feeñal dooleem. Su nu jëfandikoo woon yeneen waxtu yu gën bari ci tundu bi ak Yàlla, sunu liggéey dina gën a am njariñ.”</w:t>
      </w:r>
    </w:p>
    <w:p>
      <w:pPr>
        <w:pStyle w:val="ArticleScripture"/>
        <w:jc w:val="left"/>
      </w:pPr>
      <w:r>
        <w:rPr>
          <w:rFonts w:ascii="Times New Roman" w:hAnsi="Times New Roman" w:eastAsia="Times New Roman" w:cs="Times New Roman"/>
        </w:rPr>
        <w:t>“Am na leen gëna am doole gu gën a wóor ci sunu waare. Saamaru Xelum mi war na ñu ko delloo a nooleel te yónnee ko ak doole. Ndax danuy jëf ni góor ñi nekk ak mboolem dëgg-dëgg yi aju ci ba fàww? Danu bëgg dooley Xelum Mu Sell mi jëm kanam te matal liggéeyu Yàlla ci suuf si.” Australian Union Conference Recorder, 1 octobre 1906.</w:t>
      </w:r>
    </w:p>
    <w:p>
      <w:pPr>
        <w:pStyle w:val="ArticleBody"/>
        <w:jc w:val="left"/>
      </w:pPr>
      <w:r>
        <w:rPr>
          <w:rFonts w:ascii="Times New Roman" w:hAnsi="Times New Roman" w:eastAsia="Times New Roman" w:cs="Times New Roman"/>
        </w:rPr>
        <w:t>Ci tundu bi, mooy Barab bu Gëna Sell bi itam, la Yàllaay ak sunu nit ñaareel booleeku, te Luug 21 mooy wax ju ñeel maas bu mujj bi, ñiy joxe artu bu mujj bi ci dëkk yi. Artu gi ñeel dëkk yi, liggéey la malaaka yi dinañu matal bu fekkee nu bañ a dikk ci tundu bi ngir soppeeku ci Melokaanam. Liggéey gi ñeel na dëkk yi, ndax maas bu mujj bi dund na ci jamono ju “junniy dëkk” war a yàqu. Jamono ju yonent-yoon bu yàqug dëkk yi tambalee na ak boloy safara Nashville, te liggéeyu artu gi foofa la tàmbali, te liggéey boobu dees ko ràññee ci Luug 21. At yi di weesu, nu wone nañu ba noppi ne Luug 21 mooy artu ci mbirum Islama gu ñetteelu ay.</w:t>
      </w:r>
    </w:p>
    <w:p>
      <w:pPr>
        <w:pStyle w:val="ArticleBody"/>
        <w:jc w:val="left"/>
      </w:pPr>
      <w:r>
        <w:rPr>
          <w:rFonts w:ascii="Times New Roman" w:hAnsi="Times New Roman" w:eastAsia="Times New Roman" w:cs="Times New Roman"/>
        </w:rPr>
        <w:t>Ci Luka 21, Yeesu nettaliwone jaar-jaari bindoo bi tambalee ak bañu Israayil bu yàgg bi, maanaam xeetu nit ñi Yàlla tànn woon, ba ci mujjug jamonoy lëndëm yi te fitna paap yi indi, te gannaaw loolu ci duggu ci màndarga yi ubbëwoon jaar-jaari Millerite. Jaar-jaari Millerite mooy misaal jaar-jaari ñi téeméeri junni ak ñeent-fukk ak ñeent.</w:t>
      </w:r>
    </w:p>
    <w:p>
      <w:pPr>
        <w:pStyle w:val="ArticleScripture"/>
        <w:jc w:val="left"/>
      </w:pPr>
      <w:r>
        <w:rPr>
          <w:rFonts w:ascii="Times New Roman" w:hAnsi="Times New Roman" w:eastAsia="Times New Roman" w:cs="Times New Roman"/>
        </w:rPr>
        <w:t>Ñu daanu ci gémmiñu sabar bi, te dees leen nangu ay jaam ba dem ci xeet yépp; te Yerusalem dees ko tër ci suufu tànku xeeti ñi dul Yawut yi, ba kera yu xeeti ñi dul Yawut yi mat. Te dina am ay mandarga ci jant bi, ak ci weer wi, ak ci biddéew yi; te ci kaw suuf, xeet yi dinañu nekk ci tiis ak jaaxle; géej gi ak yoomam yi di riir; xolu nit ñi di xàddi ndax ragal ak xaar-xaaru lii di ñëw ci kaw suuf; ndax kàttani asamaan yi dinañu yëngu. Te bu boobaa dinañu gis Doomu nit ki di ñëw ci niir ak kàttan ak ndam lu réy. Luug 21:24–27.</w:t>
      </w:r>
    </w:p>
    <w:p>
      <w:pPr>
        <w:pStyle w:val="ArticleBody"/>
        <w:jc w:val="left"/>
      </w:pPr>
      <w:r>
        <w:rPr>
          <w:rFonts w:ascii="Times New Roman" w:hAnsi="Times New Roman" w:eastAsia="Times New Roman" w:cs="Times New Roman"/>
        </w:rPr>
        <w:t>Yowaana, ciibéeru fukki ñaar-fukk ak benn ci Kàddug Yàlla bu njëkk bi Tuddu Njàlbéen, dafa wone ne 1,260 at yi nguurug paap bi yàgg woon, ci waxu yonent, ñu ko joxoon “xeeti ñi dul Yawut”; te Luug mooy wone ne ci atum 1798, jamonoy xeeti ñi dul Yawut mat na. Gannaaw loolu Kirist wax na ci màndarga yi nekk ci jant, weer ak biddéew yi te di tënk yëngu-yëngu Millerite bi, di tàggat ak ne: “tiisug xeet yi, ak njàqare; géej gi ak yumbam yi di riir; xolug nit ñi di xàddi ndax ragal, ak ndax xool loo xewxew yi ngiy ñëw ci suuf.” “Tiisug xeet yi” ci Luug mooy “merug xeet yi” ci Njàlbéen.</w:t>
      </w:r>
    </w:p>
    <w:p>
      <w:pPr>
        <w:pStyle w:val="ArticleScripture"/>
        <w:jc w:val="left"/>
      </w:pPr>
      <w:r>
        <w:rPr>
          <w:rFonts w:ascii="Times New Roman" w:hAnsi="Times New Roman" w:eastAsia="Times New Roman" w:cs="Times New Roman"/>
        </w:rPr>
        <w:t>Xeeti yi mer, te sa meróor jot na, te waxtu néew yi jot na ngir àtte leen, te nga jox pey sa jaam yi, yonent yi, ak ñi sell yi, ak ñiy ragal sa tur, ndaw ak mag; te nga alag ñiy alag suuf si. Apokalips 11:18.</w:t>
      </w:r>
    </w:p>
    <w:p>
      <w:pPr>
        <w:pStyle w:val="ArticleBody"/>
        <w:jc w:val="left"/>
      </w:pPr>
      <w:r>
        <w:rPr>
          <w:rFonts w:ascii="Times New Roman" w:hAnsi="Times New Roman" w:eastAsia="Times New Roman" w:cs="Times New Roman"/>
        </w:rPr>
        <w:t>“Meru Yàlla” feeñ na ci juróom-ñaari musiba yu mujj yi, te mu tàmbali bu Mikaayel jógée taxaw te xéyub nit ñi tëj. Merug xeeti xeet yi mooy ab jamono ju jëm ci tëjub xéyub nit ñi. Merug xeeti xeet yi tàmbali na ca 9/11, bi Islaam bu ñetteelu ay moo taxawee, noonu di màndarga njëlbéenu taw bi mujj ba.</w:t>
      </w:r>
    </w:p>
    <w:p>
      <w:pPr>
        <w:pStyle w:val="ArticleScripture"/>
        <w:jc w:val="left"/>
      </w:pPr>
      <w:r>
        <w:rPr>
          <w:rFonts w:ascii="Times New Roman" w:hAnsi="Times New Roman" w:eastAsia="Times New Roman" w:cs="Times New Roman"/>
        </w:rPr>
        <w:t>“Gis naa ne mer xeeti yi, meru Yàlla ak jamono ji ñuy àtte ñi dee, nekk nañu ay mbir yu wuutoo te xeexuloo, benn di topp benn; te itam ne Mixael nekkagul woon ci boppam ngir jóg, te jamonoy tiis bi mel ni bu mukk amagul woon, tàmbaliagul woon ba tey. Léegi xeeti yi di mer, waaye bu sunu Saraxalekat bu Mag bi sàgganee liggéeyam ci kër Yàlla gu sell gi, dina jóg, sol yére yi aju ci feyu mbugal, te noonu dinañu tuur juróom-ñaari musiba yu mujj ya.”</w:t>
      </w:r>
    </w:p>
    <w:p>
      <w:pPr>
        <w:pStyle w:val="ArticleScripture"/>
        <w:jc w:val="left"/>
      </w:pPr>
      <w:r>
        <w:rPr>
          <w:rFonts w:ascii="Times New Roman" w:hAnsi="Times New Roman" w:eastAsia="Times New Roman" w:cs="Times New Roman"/>
        </w:rPr>
        <w:t>“Gis naa ne ñent malaaka yi dinañu téy ñent ngelaw yi ba ker liggéeyu Yeesu jeexee ci kër gu sell ga, te gannaaw loolu dinañu ñëw juróom-ñaari mboolem musiba yu mujj yi.” Early Writings, 36.</w:t>
      </w:r>
    </w:p>
    <w:p>
      <w:pPr>
        <w:pStyle w:val="ArticleBody"/>
        <w:jc w:val="left"/>
      </w:pPr>
      <w:r>
        <w:rPr>
          <w:rFonts w:ascii="Times New Roman" w:hAnsi="Times New Roman" w:eastAsia="Times New Roman" w:cs="Times New Roman"/>
        </w:rPr>
        <w:t>Ci jamono Milerit bi, merug xeeti yi, walla ni ko Luug bindee, “tiisug xeeti yi,” Islam moo ko yeggale.</w:t>
      </w:r>
    </w:p>
    <w:p>
      <w:pPr>
        <w:pStyle w:val="ArticleScripture"/>
        <w:jc w:val="left"/>
      </w:pPr>
      <w:r>
        <w:rPr>
          <w:rFonts w:ascii="Times New Roman" w:hAnsi="Times New Roman" w:eastAsia="Times New Roman" w:cs="Times New Roman"/>
        </w:rPr>
        <w:t>“Ci at ak 1838, Tirki dugg ci xare ak Ejipt. Waa Ejipt baaxoon lool ngir daane dooley Tirki. Ngir tere loolu, ñent yi mag yi ci Europ — Angleter, Rusi, Otriş, ak Pruus — dugg ci mbir mi ngir taxawal nguurug Tirki.” Uriah Smith, Synopsis of Present Truth, 218.</w:t>
      </w:r>
    </w:p>
    <w:p>
      <w:pPr>
        <w:pStyle w:val="ArticleBody"/>
        <w:jc w:val="left"/>
      </w:pPr>
      <w:r>
        <w:rPr>
          <w:rFonts w:ascii="Times New Roman" w:hAnsi="Times New Roman" w:eastAsia="Times New Roman" w:cs="Times New Roman"/>
        </w:rPr>
        <w:t>Ci atum 1838, liñu wax ni “mbirum penku bi” dafa yëngal xeeti àddina yi, te “mbirum penku bi” mooy Lislaam, ngelaw gu penku gi ci Biibël bi. Taarixu Milerit bi gis na xeeti àddina yi ñu yëngu ndax Lislaam, te gannaaw loolu Boroom bi dikk ci niir yi ba ca Kawar gu Gën a Sell ga, ngir muy misaalal ba Boroom bi di dikke ci niir yi ci Ñëwëm Ñaareelam. Bala muy dikk ci niir yi, Lislaam day sonal xeeti àddina yi, te loolu mooy yëgle bi ñu jox Piyeer mu xamal ko dëkk yi lu jiitu alagug “junniy dëkk.” Jamonoy alagug dëkk yi tàmbalee na ak boloy safara yu Nashville.</w:t>
      </w:r>
    </w:p>
    <w:p>
      <w:pPr>
        <w:pStyle w:val="ArticleScripture"/>
        <w:jc w:val="left"/>
      </w:pPr>
      <w:r>
        <w:rPr>
          <w:rFonts w:ascii="Times New Roman" w:hAnsi="Times New Roman" w:eastAsia="Times New Roman" w:cs="Times New Roman"/>
        </w:rPr>
        <w:t>«Mbaa xel nekkoon ci askanu Yàlla ngir xam yàggul-yàggulug alag bu nekk ci kanam juróom-ñaari at yu barey dëkk, tey lu ëpp ci ñoom joxees na leen ba ci bokk ak xërëm! Waaye ñu bare ci ñi war a yégle dëgg, dañuy jiiñ te di daan seeni bokk. Bu kàttanu soppi gi jóge ci Yàlla dikkée ci xel yi, soppe gu leer dina am. Nit ñi duñu ame bëgg-bëggu xel ngir seetaan ay sikkim te yàq. Duñu taxaw ci bérab bu tere leer gi leeral àddina si. Seeni sikkim, seeni jiiñ, dinañu jeex. Kàttani noon yi da ñu ngi dajale ngir xare. Jàppante yu tar yu ngi ci sunu kanam. Dajleen, samay bokk yu góor ak yu jigéen, dajleen. Tàmbalee booleek Kirist. “Buleen wax ne, Ab mbootaay,... te buleen ragal seen ragal, te buleen tiit. Sellalleen Boroom mbooloom xare yi moom ci boppam; te na moom nekk seen ragal, te na moom nekk seen tiit. Te dina nekk ab kërug dëkkandoo gu sell; waaye dina nekk ab doj wu nit ñi di xeeb, ak ab xeer wu ñuy tëq ci ñaari kër yi Israyil, ab fiir ak ab laqu waay dëkk Yerusalem. Te ñu bare ci seen biir dinañu xeeb, te daanu, te dammiku, te ñu fiir leen, te jàpp leen.”</w:t>
      </w:r>
    </w:p>
    <w:p>
      <w:pPr>
        <w:pStyle w:val="ArticleScripture"/>
        <w:jc w:val="left"/>
      </w:pPr>
      <w:r>
        <w:rPr>
          <w:rFonts w:ascii="Times New Roman" w:hAnsi="Times New Roman" w:eastAsia="Times New Roman" w:cs="Times New Roman"/>
        </w:rPr>
        <w:t>“Àddina mooy ab teatr. Aktëër yi, mooy waa dëkkam, dañuy waajal ngir def seen wàll ci drama bu mag bu mujj bi. Yàlla dees na ko fàtte. Ci biir mbooloo yu mag yi ci nit ñi, amul benn bennoo, ludul su nit ñi booloo ngir jot seen mébet bopp. Yàlla mungi xool. Ay mébétam ci mbirum ay taalibeem yu koy weddi dinañu am yoon. Àddina joxeesu ko ci loxo nit ñi, doonte Yàlla may na yàqute ak teguwaay yi ngir ab diir yore kàttan. Am na doole ju jóge suuf, di liggéey ngir indi ñaari xëtu yu mag yu mujj yi ci drama bi,—Seytaane di ñëw mel ni Almasi, te di liggéey ak bépp nax naxug njubadi ci ñi di takkoo seen bopp ci mbooloo yu sutura. Ñi di jébbalu ci bëgg-bëggu takkoo, dañuy jëfandikoo pexe yi noon bi. Sabab bi dina toppandikoo ak ay meññeefam.”</w:t>
      </w:r>
    </w:p>
    <w:p>
      <w:pPr>
        <w:pStyle w:val="ArticleScripture"/>
        <w:jc w:val="left"/>
      </w:pPr>
      <w:r>
        <w:rPr>
          <w:rFonts w:ascii="Times New Roman" w:hAnsi="Times New Roman" w:eastAsia="Times New Roman" w:cs="Times New Roman"/>
        </w:rPr>
        <w:t>“Tooñ gi jeges na ci kem ci àppu am. Ajumtax ak jaxasoo fees na àddina, te tiit bu réy dina dikk léegi ci kaw nit ñi. Muju àddina jege na lool. Nun ñi xam dëgg gi, war nanu waajal sunu bopp ngir li nar a daldi xëy ci àddina, ni yéemu gu réy gu ëpp doole.” Review and Herald, September 10, 1903.</w:t>
      </w:r>
    </w:p>
    <w:p>
      <w:pPr>
        <w:pStyle w:val="ArticleBody"/>
        <w:jc w:val="left"/>
      </w:pPr>
      <w:r>
        <w:rPr>
          <w:rFonts w:ascii="Times New Roman" w:hAnsi="Times New Roman" w:eastAsia="Times New Roman" w:cs="Times New Roman"/>
        </w:rPr>
        <w:t>“Bokk yi ngir juum ak xaalisxaalis” dañuy sos ni meññeelub sistem bi ñu wooye ci Sister White “njàng mu kawe,” te moom itam mo ko jàpp ni “sirru bàkkaar.” Kër-yàlla Parthenon bu Nashville mooy màndargay njàng mu dul dëgg mi léegi di jur “juum ak xaalisxaalis” bi yor “kilifteef ab diir.” Bollo yu safara yi ci Nashville, Islam moo leen indi, te dañuy tegtal àttey Yàlla ci kaw “garabu xam-xamu lu baax ak lu bon.” Bu ñu dóor Nashville, xàjjaat bu gàtt buy yégle yuuxu guddi digg bi tambali, te mu indi ba ci yoonu Dibéeri, fa ñaawtéef “mbootaay” bi Esayi wax jëfandikoo yëngu-yëngoom mu mujj, bi àddina diñu ko gaññee nangu nguur gu benn-wàllu àddina gi ñu jëfandikoo ci Njàlbéen ga fukki ak ñett ni melokaanu rab wi. Li Esayi wax ci mbootaay bu bon boobu ànd na ak tëj gi ci kaw téeméeri ak ñeent-fukk ak ñeenti junni nit.</w:t>
      </w:r>
    </w:p>
    <w:p>
      <w:pPr>
        <w:pStyle w:val="ArticleScripture"/>
        <w:jc w:val="left"/>
      </w:pPr>
      <w:r>
        <w:rPr>
          <w:rFonts w:ascii="Times New Roman" w:hAnsi="Times New Roman" w:eastAsia="Times New Roman" w:cs="Times New Roman"/>
        </w:rPr>
        <w:t>Buleen: “Kóllëre,” ci ñépp ñi nit ñi di wax ne: “Kóllëre”; te buleen ragal seen ragal, te buleen tiit. Sellal-leen Boroom gàngoor yi moom ci boppam; te na moom doon seen ragal ak seen tiit. Kon dina nek kër gu sell; waaye itam dina nek doj wu nit ñi di tëbb ak xeer wu nara tax ñu mer ñaari kër yi Israyil, ak fiir ak pièj ngir waa Yerusalem. Te ñu bare ci seen biir dinañu tëbb, daanu, dammiku, te ñu jàpp leen ci pièj ba ñu neex.</w:t>
      </w:r>
    </w:p>
    <w:p>
      <w:pPr>
        <w:pStyle w:val="ArticleScripture"/>
        <w:jc w:val="left"/>
      </w:pPr>
      <w:r>
        <w:rPr>
          <w:rFonts w:ascii="Times New Roman" w:hAnsi="Times New Roman" w:eastAsia="Times New Roman" w:cs="Times New Roman"/>
        </w:rPr>
        <w:t>Dëŋkal seede ba, téy yoonu Yàlla bi ci samay taalibe. Te man, dinaa xaar Boroom bi, mi nëbb jëmmam ci kërgóo Giigob, te dinaa koy séentu. Xoolleen, man ak xale yi Boroom bi jox ma, nu ngi doon ay màndarga ak ay kéemaan ci Israyil, yu jóge ci Boroom màbb yi, miy dëkk tundu Siyoŋ. Bu ñu leen nee: “Seetleen ca ñi am rab yi ak ca ñi di luxat, ñiy wax ak baat yu suufe te di yëngatu,” ndax du yéen a di seet seen Yàlla? ndax ñuy laaj ñi dee ngir ñi dund? Ca yoon wa ak ca seede ba! Su ñuy waxul ni kàddu gii waxe, mooy ndax amuñu leer ci ñoom. Esayi 8:12–20.</w:t>
      </w:r>
    </w:p>
    <w:p>
      <w:pPr>
        <w:pStyle w:val="ArticleBody"/>
        <w:jc w:val="left"/>
      </w:pPr>
      <w:r>
        <w:rPr>
          <w:rFonts w:ascii="Times New Roman" w:hAnsi="Times New Roman" w:eastAsia="Times New Roman" w:cs="Times New Roman"/>
        </w:rPr>
        <w:t>Wàll wi jóge ci Sister White fésal ne ab waxtu bu “jàqale ak yàqule” di jëme ci “Seytaane di ñëw ni Kirist.” Seytaane feeñu, di roy waxtaanu Kirist, ci yoonu Dibéer bi.</w:t>
      </w:r>
    </w:p>
    <w:p>
      <w:pPr>
        <w:pStyle w:val="ArticleScripture"/>
        <w:jc w:val="left"/>
      </w:pPr>
      <w:r>
        <w:rPr>
          <w:rFonts w:ascii="Times New Roman" w:hAnsi="Times New Roman" w:eastAsia="Times New Roman" w:cs="Times New Roman"/>
        </w:rPr>
        <w:t>“Ci yoon wi ñàkk yoon wu Yàlla, buy fexe sas ndombo gu Papase, sunu réew dina dogoo boppam bu baax ak njub. Bu Protestantiis amee ba tàllal loxoom jallale ko ci biir xàjj bi ngir jàpp loxol dooleb Room, bu mu yegg jallale xur wi ngir lëkkandoo ak Espiritism, bu ko defee, ci ndikël boobu ñetti benn boole, suñu réew weddee bépp njàlbéen wu Sàrtam ngir ni mu doon nguur gu Protestan te Réew miit, te mu samp ay pexe ngir lawal fen ak naxari Papase, kon dinañu xam ne waxtu jëf ju yéemeju Seytaane jot na, te mujj gi jege na.” Testimonies, volume 5, 451.</w:t>
      </w:r>
    </w:p>
    <w:p>
      <w:pPr>
        <w:pStyle w:val="ArticleBody"/>
        <w:jc w:val="left"/>
      </w:pPr>
      <w:r>
        <w:rPr>
          <w:rFonts w:ascii="Times New Roman" w:hAnsi="Times New Roman" w:eastAsia="Times New Roman" w:cs="Times New Roman"/>
        </w:rPr>
        <w:t>Jamono “jaaxle ak yàquute” bi dafay am bu jiitu yoonu Dibeer bi. Tuuti laata yoonu Dibeer bi, ci jamono ji mel ni ndaje mokkaayu Exeter ak fukki fan yi ñu doon nekk ca néeg bu kawe ga, lu jiitu Pentekot, ñaar-fukk ak ñeent-fukk ak ñeent junni ñi war nañu “dajoo bu baax, samay bokk yu góor ak yu jigéen, … lëkkaloo ak Kirist.” Tàmme bi dafay am laata yoonu Dibeer bi, te ci taarix boobu la mbootaay bu bon boobu tàmbalee ay jëfam yu mujj yi ngir taxawal benn nguur gu àddina bépp.</w:t>
      </w:r>
    </w:p>
    <w:p>
      <w:pPr>
        <w:pStyle w:val="ArticleBody"/>
        <w:jc w:val="left"/>
      </w:pPr>
      <w:r>
        <w:rPr>
          <w:rFonts w:ascii="Times New Roman" w:hAnsi="Times New Roman" w:eastAsia="Times New Roman" w:cs="Times New Roman"/>
        </w:rPr>
        <w:t>Ci jamono biir bi, Almasi dina doon kër gu sell ngir ñi jub; waaye dina doon xeeru tënt ngir ñi bon. Dina doon “fiilu ak laas ngir waa Yerusalem,” mooy “ñu bare” ñi daanu; waaye ngir ñi néew ñi ñu biir, “Moom” dina nekk seen “ragal.”</w:t>
      </w:r>
    </w:p>
    <w:p>
      <w:pPr>
        <w:pStyle w:val="ArticleBody"/>
        <w:jc w:val="left"/>
      </w:pPr>
      <w:r>
        <w:rPr>
          <w:rFonts w:ascii="Times New Roman" w:hAnsi="Times New Roman" w:eastAsia="Times New Roman" w:cs="Times New Roman"/>
        </w:rPr>
        <w:t>“Ragal” Yàlla mooy li Hawa ñàkk, te ñiy ragal Yàlla am nañu beneen xeetu ragal bu wuute ak ragal gi ñu yóbbu ci ñi bari ñiy tàbbi. Ñaari xeetu ragal yooyu mooy mandarga yiy wone ñiy weesu ak ñiy lajj ci jéegub nattu gi. Ñiy weesu, dañu leen tëj; ñi dul weesu, limu juróom a leen di tegtal, ndaxte “dinañu tàbbi, te daanu, te damm, te ñu jàpp leen ci laas, te ñu nappa leen.” Jamonoy tëj gi, gi ñu mel ni muy xew bala sartug Dibéer bi, bi amee ab diirub jaxasoo ak yàqute, moo di bi léebu fukki janq yi mat.</w:t>
      </w:r>
    </w:p>
    <w:p>
      <w:pPr>
        <w:pStyle w:val="ArticleBody"/>
        <w:jc w:val="left"/>
      </w:pPr>
      <w:r>
        <w:rPr>
          <w:rFonts w:ascii="Times New Roman" w:hAnsi="Times New Roman" w:eastAsia="Times New Roman" w:cs="Times New Roman"/>
        </w:rPr>
        <w:t>Ñi ñu néew ñi ñu tëj ci màndarga, te juuyook ak ña bare ñi di daanu, ñooy ñi “xaar” Boroom bi; noonu, loolu mooy won ñaayoon yi xel mu rafet ñi “xaaroon.” Am na itam benn xaaru yonent bu sell ak bu dul sell ci biir ñaari wàll yi bokk ci janq yi, te loolu mengoo ak ñaari xeetu ragal.</w:t>
      </w:r>
    </w:p>
    <w:p>
      <w:pPr>
        <w:pStyle w:val="ArticleScripture"/>
        <w:jc w:val="left"/>
      </w:pPr>
      <w:r>
        <w:rPr>
          <w:rFonts w:ascii="Times New Roman" w:hAnsi="Times New Roman" w:eastAsia="Times New Roman" w:cs="Times New Roman"/>
        </w:rPr>
        <w:t>«“Bi boroom bi yéexee, ñoom ñépp nelawoon te doon sédd.” Ci yéexug boroom séy bi, dañuy tektal jàllug waxtu wa ñu doon xaar Boroom bi, tiisug yéem-yéem ga, ak mel ni yéex ga. Ci jamono jooju bu amul wóor, mbégtey ñi gën a nees te xol yu xaajale yi tàmbalee gaw a sànku, te seeni jëf yàqu ndànk-ndànk; waaye ñi seen ngëm sampoon na ci xam-xam bu kenn ci Bibl bi, amoon nañu doj wu taxaw ci suufu seeni tànk, wu doyul ngelaw yiy jóge ci tiisug yéem-yéem ga màbb. “Ñoom ñépp nelawoon te doon sédd;” benn xeetu nit ñi ci ñakk njàll ak bàyyi seeni ngëm, te beneen xeet bi di muñ a xaar ba leer gu gën a sete di ñëw. Waaye ci guddi gu nattu gi, ñi mujj ñooñu mel ni dañoo ñàkk, ba ci benn tollu, seen cëy ak seen wërgu-yaram ci Boroom bi. Ñi xol seen xaajale ak ñi nees dootuñu man a wéeru ci ngëmu seeni bokk. Ku nekk war na taxaw walla daanu ci boppam.” The Great Controversy, 395.</w:t>
      </w:r>
    </w:p>
    <w:p>
      <w:pPr>
        <w:pStyle w:val="ArticleBody"/>
        <w:jc w:val="left"/>
      </w:pPr>
      <w:r>
        <w:rPr>
          <w:rFonts w:ascii="Times New Roman" w:hAnsi="Times New Roman" w:eastAsia="Times New Roman" w:cs="Times New Roman"/>
        </w:rPr>
        <w:t>Ñi ñoom ñi xaar ci anam wu sell, dañoo wara nekk “ay màndarga ak ay kéemaan” bu ñu leen yékkati nekk ni bannereet ci àddina si ci yoonu Dibeer bi, ba fàttali gi ci garab gu xam-xamu lu baax ak lu bon di tegtal xam-xamu “ñi am xel yu xam lu kumpa, ak jibar yu di xool tuuti-tuuti, tey jàngaat,” ak xam-xam bi ñu ràññee ci wax ji ne: “ci yoon ak ci seede bi.” Mooy benn nattu bi woon ci Eew ak Aadama. Ndax danuy nangu njàng mu dëgg boole te jaxase ak njuumte, walla danuy taxaw ci “nii la Boroom bi waxe,” ndaxte su ñuy waxul ni Kàddu gii waxe, mooy ndax amul leer ci ñoom. Njàng mu dëgg ak njàng wu dëgmaladi mooy benn rëdd gu mag gu dëgg ci xuloo bu mag bi nekk diggante Kirist ak Seytaane. Nashville mooy màndargay jàngale ci waxu Yàlla, ni Sodom di màndargay saaga ak yëngu-yëngu yu ñaaw, te ni New York di màndargay dooley koom-koomu Etazini, te Pentagon di màndargay dooley soldaareem.</w:t>
      </w:r>
    </w:p>
    <w:p>
      <w:pPr>
        <w:pStyle w:val="ArticleBody"/>
        <w:jc w:val="left"/>
      </w:pPr>
      <w:r>
        <w:rPr>
          <w:rFonts w:ascii="Times New Roman" w:hAnsi="Times New Roman" w:eastAsia="Times New Roman" w:cs="Times New Roman"/>
        </w:rPr>
        <w:t>Piyeer taxaw na ci buntu xeexu safara yu mag yi ci Nashville, ci Panium ak ca tund wa, te loolu moo di melokaanu nattu kër Yàlla ga. Mu xam ne Àddinaat bu juróom-ñaareel fan yi ci jamono jii, maanaam Laodicean Seventh-day Adventism, bëgg nañu ko yedd ak toroxal ko bu safara yu mag yi wàccee; te Nashville, États-Unis ak àddina si war nañu leen a yëgle. Bataaxalu Islaam dëggal na ndaw yi, ni safara ga wàcce woon ci Karmel dëggale ne Eliya mooy yonent bu dëgg bi. Waaye yëgleb yëq ci Nashville du rekk Islaam bu ñetteelu musiba bi, rawatina itam ban xeetu jumtukaay a ñuy jëfandikoo ci dal gu taf-taf gi. Bàkkanu yëgleb yëq bi war na firndeel lu tax ñu may Islaam mu indi àtte, àtte boobu mooy tambali jamono ju ay junni dëkk yu bari di yàqu. Su ñu waxee lu jiitu ne Islaam dina jur ab dal gu taf-taf ci Nashville, loolu dina dëggal ndaw yi; waaye su loolu rekk la yëgleb bi def, kon yëgleb gu matul la.</w:t>
      </w:r>
    </w:p>
    <w:p>
      <w:pPr>
        <w:pStyle w:val="ArticleBody"/>
        <w:jc w:val="left"/>
      </w:pPr>
      <w:r>
        <w:rPr>
          <w:rFonts w:ascii="Times New Roman" w:hAnsi="Times New Roman" w:eastAsia="Times New Roman" w:cs="Times New Roman"/>
        </w:rPr>
        <w:t>Bolu safara yi nekk ci Nashville yi mooy àttey Yàlla buy tàmbalee ab waxtu bu gàtt buy jeex ci yoonu Dibéer bi, te mel ni ni ko nekkoon ca tàmbaliinu jamono ji, moom itam mooy àttey Yàlla. Yàlla waxoon na Adam ak Awa lu jiitu ci lan moo doon nattu bi, ak lan la doon ay njariñu lu metti yi su fekkee ne dañu laaj nattu bi. Sœur White fësal na solo gi nekk ci manees na xalaat “juboo ak sabab ba ci njariñam,” te Biibël bi wax na ne “rëbb” bu amul “sababu” du ñëw.</w:t>
      </w:r>
    </w:p>
    <w:p>
      <w:pPr>
        <w:pStyle w:val="ArticleScripture"/>
        <w:jc w:val="left"/>
      </w:pPr>
      <w:r>
        <w:rPr>
          <w:rFonts w:ascii="Times New Roman" w:hAnsi="Times New Roman" w:eastAsia="Times New Roman" w:cs="Times New Roman"/>
        </w:rPr>
        <w:t>Ni melokaan buy taxawul, ni hadin buy naaw, noonu la mbuub mu amul sabab du dikk. Kàddu yu xel 26:2.</w:t>
      </w:r>
    </w:p>
    <w:p>
      <w:pPr>
        <w:pStyle w:val="ArticleBody"/>
        <w:jc w:val="left"/>
      </w:pPr>
      <w:r>
        <w:rPr>
          <w:rFonts w:ascii="Times New Roman" w:hAnsi="Times New Roman" w:eastAsia="Times New Roman" w:cs="Times New Roman"/>
        </w:rPr>
        <w:t>Bòllé xon yi ci Nashville ñoo di “jëfandikoo bi,” ak “màndarga bi” buy ñëw. Baatu waare bi war na bokk “seetlu bi” walla “li ko waral.” Baatu yonent Yonasi du woon rekk xamale ne yàqute dina am ci ñaar-fukki fan, waaye mu jur ndell ak soppeeku gu tàmbalee ci buur ba ba ci mbooloo mépp. Li ñu xamale moo tax buur ba ak nitam yi dëddu seen yoon yu bon. Yonasi waxoon na leen yàqute biy ñëw, te waxoon na leen itam ne loolu ndax seeni dundin yu ñaaw ak seeni jëf yu bon.</w:t>
      </w:r>
    </w:p>
    <w:p>
      <w:pPr>
        <w:pStyle w:val="ArticleScripture"/>
        <w:jc w:val="left"/>
      </w:pPr>
      <w:r>
        <w:rPr>
          <w:rFonts w:ascii="Times New Roman" w:hAnsi="Times New Roman" w:eastAsia="Times New Roman" w:cs="Times New Roman"/>
        </w:rPr>
        <w:t>Ba ci wax jëli buurub Ninive, mu jóg ci gangunam, summi mbubbam bàyyi ko, sol yére wu metti, toog ci dóomat. Te santañ ñu yégle ko te siiwal ko ci biir Ninive, ci ndigalub buur bi ak ay magam, naan: Bu nit mbaa rab, jur gi mbaa gàtt gi, mos dara; bu ñu lekk, bu ñu naan ndox. Waaye na nit ak rab sol yére wu metti, te woo Yàlla ak doole; waaw, na ku nekk dëddu yoonam wu bon, ak fitna wi nekk ci ay loxoom. Yunuus 3:6–8.</w:t>
      </w:r>
    </w:p>
    <w:p>
      <w:pPr>
        <w:pStyle w:val="ArticleBody"/>
        <w:jc w:val="left"/>
      </w:pPr>
      <w:r>
        <w:rPr>
          <w:rFonts w:ascii="Times New Roman" w:hAnsi="Times New Roman" w:eastAsia="Times New Roman" w:cs="Times New Roman"/>
        </w:rPr>
        <w:t>Islaam mooy kàttanug buxum, te juróom-ñaari buxum yi nekk ci Peeñu 8 ba 11, ak itam ci saar 16, am nañu ay melokaani wax yu sax ci yoon wuy tekki. Ñeenti buxum yu jëkk yi dañoo doon àttey yoon ci kaw Room gu emperëer, ndax li mu joxe woon yoonu dibeer bu njëkk bi ci atum 321. Ñaari buxum yi ci topp dañoo doon àttey yoon ci kaw Room gu paap, ndax li mu joxe woon yoonu dibeer ci atum 538. Juróom-ñaari buxum yi nekk ci Peeñu 8 ba 11 dañuy mel ni juróom-ñaari musiba yu mujj yi ci Peeñu 16, te loolu mooy àttey Yàlla ci kaw nit ñi ngir ñu di dëgëral dibeer.</w:t>
      </w:r>
    </w:p>
    <w:p>
      <w:pPr>
        <w:pStyle w:val="ArticleBody"/>
        <w:jc w:val="left"/>
      </w:pPr>
      <w:r>
        <w:rPr>
          <w:rFonts w:ascii="Times New Roman" w:hAnsi="Times New Roman" w:eastAsia="Times New Roman" w:cs="Times New Roman"/>
        </w:rPr>
        <w:t>Bataaxal waareb Nashville bi war a xamle tànki yuy jiite ci yoonu alxames, te ci kaw seede gu wax ci yonent yi, àtte bi moo topp sabab bi, du mooy jiitu ko. Àtte bi mooy njariñu doxalin alxames bi. Juróomi seede yi ci jaar-jaaru màggat wu xóot wu aaya ñent-fukk bi, yi nuy xool, jox nañu seede yu wuute, waaye bu ñu deme ni seede yu nit, mboolem rëddooy yonent yi dañuy booloo benn. Ngir xamle tànki yiy jëm ci yoonu alxames bu mujj bi ci États-Unis, loolu am na bi Piyeer boole seede Donald Trump ngir leerale njariñu bolu safara yi Nashville.</w:t>
      </w:r>
    </w:p>
    <w:p>
      <w:pPr>
        <w:pStyle w:val="ArticleBody"/>
        <w:jc w:val="left"/>
      </w:pPr>
      <w:r>
        <w:rPr>
          <w:rFonts w:ascii="Times New Roman" w:hAnsi="Times New Roman" w:eastAsia="Times New Roman" w:cs="Times New Roman"/>
        </w:rPr>
        <w:t>Artu Nashville jox ci àddina mooy ne Yàlla dafa tàmbalee àtteem bu mujj ci nit ñi ak xeet yi ci booba. Noonu jamono ju réyug yàqute dëkk yi tàmbali, te gaaw la jëm ci yoonu Dibeer, fa ngàntug réew ak bàkkaar toppu àq réew ak alkande. Gannaaw loolu Seytaane dikk na ngir di naxal nit ñi ci wone melokaanu Kirist, te kureelu bon ga sampu, bi fukki buur yi déggoo jox seen nguur ñi sàcc say nit, ñiy taxawal gis-gis bi. Artu Nashville fees na ci jaar-jaar boo xam ne moo jiitu Nashville, ni ko Donald Trump tegtale ci sàkk nataalu rab wa. Yégleb Trump mooy trompetu artu bi jiitu boloballi safara yu Nashville.</w:t>
      </w:r>
    </w:p>
    <w:p>
      <w:pPr>
        <w:pStyle w:val="ArticleBody"/>
        <w:jc w:val="left"/>
      </w:pPr>
      <w:r>
        <w:rPr>
          <w:rFonts w:ascii="Times New Roman" w:hAnsi="Times New Roman" w:eastAsia="Times New Roman" w:cs="Times New Roman"/>
        </w:rPr>
        <w:t>Dina yokkute mbir yii ci bind bi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Taarix bu Nëbbi ci Saar fukk ak ñeent — Limu fukk ak ñaar</dc:title>
  <dc:subject>Limu fukk ak ñaar</dc:subject>
  <dc:creator>Jeff Pippenger</dc:creator>
  <cp:keywords/>
  <dc:description>Generated by ArticleDigger from hidden_history\12_hidden_history.json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