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 bu Fukk ak Juróom-benn bi — Nimero Juróom-Ñent```</w:t>
      </w:r>
    </w:p>
    <w:p>
      <w:pPr>
        <w:pStyle w:val="ArticleSubtitle"/>
        <w:jc w:val="left"/>
      </w:pPr>
      <w:r>
        <w:rPr>
          <w:rFonts w:ascii="Arial" w:hAnsi="Arial" w:eastAsia="Arial" w:cs="Arial"/>
        </w:rPr>
        <w:t>Ñaaree ñaarel bi — Xaaj 2</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Rakk bu jigéen bu tudd White wax na ci ay yoon yu bari ne pàcc bi nekk ci Esayi bi Yeesu jàngoon ci jàngu mbooloo mi ca Nasaret, du wax rekk liggéeyam, waaye itam moo doon misaalal sunu liggéey. Matug am ndawug liggéey boobu bu ñu soloon ngir ko, ñi ñuy def màndarga gi ci ñent fukk ak ñeent junni, mooy ñooy ko matal ci yoon wu mat.</w:t>
      </w:r>
    </w:p>
    <w:p>
      <w:pPr>
        <w:pStyle w:val="ArticleScripture"/>
        <w:jc w:val="left"/>
      </w:pPr>
      <w:r>
        <w:rPr>
          <w:rFonts w:ascii="Times New Roman" w:hAnsi="Times New Roman" w:eastAsia="Times New Roman" w:cs="Times New Roman"/>
        </w:rPr>
        <w:t>Xelum Boroom bi nekk ci sama kaw; ndaxte Boroom bi moo ma fal ngir yégle xebaar bu baax ñi woyof; yónnee na ma ngir faj xol yu dagg, ngir yégle njotlu ñi ñu tëj, ak ubbiir kaso bi ñi ñu lëj; ngir yégle atum Boroom bi buyu nangu, ak bésub feyu sunu Yàlla; ngir diisóo ñépp ñi dëj; ngir jagleel ñi dëj ci Siyon, ngir jox leen taaru ngir dóomu taal, diwlin mbégte ngir naqar, mbubb mu cant ngir xelum metit; ngir ñu tudde leen garab yu njub, njaxlafu Boroom bi, ngir mu màggaloo. Te ñoom dinañu tabax weer-gu mag yi, dinañu yékkati yàqute yu njëkk yi, te dinañu defar dëkk yu yàqu yi, yàqute yu ay maas yu bare. Te doxandéem yi dinañu taxaw di sàmm seeni jur, te doomi xeet yi dul seeny bokk dinañu doon seeni beykat ak seeni beykat reseñ. Waaye yéen, dees na leen wax Saraxalekatu Boroom bi; nit ñi dinañu leen tudde Ndaggalukati sunu Yàlla: dina ngeen lekk alalu xeeti àddina yi, te ci seen ndam ngeen di bég ci yéen. Ndaxte ngir seen rusit dinañu am ñaari cër; te ngir gàcce gi dinañu bég ci seen cër: moo tax ci seen suuf dinañu moom ñaari cër; mbég mu fàww dina nekk ci ñoom. Esayi 61:1–7.</w:t>
      </w:r>
    </w:p>
    <w:p>
      <w:pPr>
        <w:pStyle w:val="ArticleBody"/>
        <w:jc w:val="left"/>
      </w:pPr>
      <w:r>
        <w:rPr>
          <w:rFonts w:ascii="Times New Roman" w:hAnsi="Times New Roman" w:eastAsia="Times New Roman" w:cs="Times New Roman"/>
        </w:rPr>
        <w:t>Ci mbind mi, nun taxawoon a tàmbalee xamle “waxtu, weer, bés ak at” yi taxawoon ci yonent gi bu ñetti téeméeri ak juróom-benn-fukk ak benn at ak fukk ak juróom bés. Waxtu amatul, ba tax na ñaari yeneen waxi waxtu yi ñoom ñépp war nañu leen jëfandikoo ci misaal ci fan yu mujj yi, foofu la melokaani yonent yi ci njàqare njaar ak ñaareel bi di dellusi ci ñetteel njàqare bi. “At” bi mooy “at wu Yàlla Boroom bi nangoo,” te itam mooy “bésu feyu sunu Yàlla.”</w:t>
      </w:r>
    </w:p>
    <w:p>
      <w:pPr>
        <w:pStyle w:val="ArticleBody"/>
        <w:jc w:val="left"/>
      </w:pPr>
      <w:r>
        <w:rPr>
          <w:rFonts w:ascii="Times New Roman" w:hAnsi="Times New Roman" w:eastAsia="Times New Roman" w:cs="Times New Roman"/>
        </w:rPr>
        <w:t>“Bës bi,” mooy “bësub musiba bi,” bésu feyug yool ak feyub toppandoo, ni ko Muusa tëral.</w:t>
      </w:r>
    </w:p>
    <w:p>
      <w:pPr>
        <w:pStyle w:val="ArticleScripture"/>
        <w:jc w:val="left"/>
      </w:pPr>
      <w:r>
        <w:rPr>
          <w:rFonts w:ascii="Times New Roman" w:hAnsi="Times New Roman" w:eastAsia="Times New Roman" w:cs="Times New Roman"/>
        </w:rPr>
        <w:t>Man maye moomug, ak man maye feyyuñ; seen tànk dina rëcc ba ci jamono ji mu war, ndax bésub seen musiba jege na, te li leen di dikkal gaaw na. Deuteronomy 32:35.</w:t>
      </w:r>
    </w:p>
    <w:p>
      <w:pPr>
        <w:pStyle w:val="ArticleBody"/>
        <w:jc w:val="left"/>
      </w:pPr>
      <w:r>
        <w:rPr>
          <w:rFonts w:ascii="Times New Roman" w:hAnsi="Times New Roman" w:eastAsia="Times New Roman" w:cs="Times New Roman"/>
        </w:rPr>
        <w:t>Ci kàdduy Esayi, mooy “at mu nangu” ak “bésub feyug mbugal,” te bésub feyug mbugal boobu mooy “bésub musiba” bu Muuse, fa tànku Laodise di lluuy, ba ñuy jot pey ak mbugal. Waxtu rëy gu yëngu-yëngub suuf gi, bésub musiba bi, at mu nangu mi, ak weer wi jëkk, ñoom ñépp a dëppook ak yoonu Dibéeri. Kàddug “weer” ci Yoel mooy kàddu gu ñu yokk, waaye kàddu gu ñu yokk googu jub na. Tekkikatu yi yokk nañu kàddug “weer” ngir méngoo ak dëgg gi ne tawub mujj gi ñëw na ci weer wi jëkk.</w:t>
      </w:r>
    </w:p>
    <w:p>
      <w:pPr>
        <w:pStyle w:val="ArticleScripture"/>
        <w:jc w:val="left"/>
      </w:pPr>
      <w:r>
        <w:rPr>
          <w:rFonts w:ascii="Times New Roman" w:hAnsi="Times New Roman" w:eastAsia="Times New Roman" w:cs="Times New Roman"/>
        </w:rPr>
        <w:t>Kon nag seen nag yéen, yéen doomi Siyon, te bég ci seen Boroom Yàlla; ndaxte mo leen jox taw bu njëkk bi ci natt, te dina wàcceel leen taw, taw bu njëkk bi ak taw bu mujj bi ci weer bu njëkk bi. Joel 2:23.</w:t>
      </w:r>
    </w:p>
    <w:p>
      <w:pPr>
        <w:pStyle w:val="ArticleBody"/>
        <w:jc w:val="left"/>
      </w:pPr>
      <w:r>
        <w:rPr>
          <w:rFonts w:ascii="Times New Roman" w:hAnsi="Times New Roman" w:eastAsia="Times New Roman" w:cs="Times New Roman"/>
        </w:rPr>
        <w:t>Baati “weer” mooy teginu xalaat, waaye bokkul ci bind mi ñu yiw. Ci Ebre, li ñu wax rekk mooy ne taw yi dina ñëw “ci njëkk bi” walla “ni ci njëkk bi” — muy tekki ne Yàlla dina delloo taw yi ci seen waxtu wu yoon, ni mu nekkoon ca jamono yu njëkk ya. Rakku jigéen White day méngale yoon wu bare yëngu-yëngu Millerite bi diggante 1840 ak 1844 ak Pentekot ngir melokaanal taw wu mujj wi ci fan yu mujj yi. Taw wu mujj wi day ñëw “ni ci njëkk bi,” te loolu mooy Pentekot, te loolu la Rakku jigéen White di méngale yoon wu bare ak yoonu Dibeer bi.</w:t>
      </w:r>
    </w:p>
    <w:p>
      <w:pPr>
        <w:pStyle w:val="ArticleScripture"/>
        <w:jc w:val="left"/>
      </w:pPr>
      <w:r>
        <w:rPr>
          <w:rFonts w:ascii="Times New Roman" w:hAnsi="Times New Roman" w:eastAsia="Times New Roman" w:cs="Times New Roman"/>
        </w:rPr>
        <w:t>“Beneen bi bokk ci waxu yégle gu ñetteelu malaaka bi, mooy leeral suuf sépp ak ndamam. Fii dañuy wax jëf ju yaatu ci addina bépp te am doole ju ñu daanul gis. Yëngu-yëngu ngëneel bi ci at yi 1840–44 dafa woon feeñ gu tedd ci dooley Yàlla; yégleb malaaka bi jëkk dafa àgg ba ci bépp poste misiyonéer ci addina, te ci yenn réew am na woon farlu gu réy ci mbirum diine gu kenn gisul woon ci benn réew gannaaw Coppiteg ñatteelu téeméeri at bi; waaye yooyu dees na leen rawale ak yëngu-yëngu gu mag gi ci suufu artu mujj gi ci yégleb ñetteelu malaaka bi.</w:t>
      </w:r>
    </w:p>
    <w:p>
      <w:pPr>
        <w:pStyle w:val="ArticleScripture"/>
        <w:jc w:val="left"/>
      </w:pPr>
      <w:r>
        <w:rPr>
          <w:rFonts w:ascii="Times New Roman" w:hAnsi="Times New Roman" w:eastAsia="Times New Roman" w:cs="Times New Roman"/>
        </w:rPr>
        <w:t>“Liggéey bi dina mel ni bu Bésub Pantekot bi. Naka lañu joxe woon ‘taw bi njëkk,’ ci tuuru Xelum Sell mi ca ubite xebaar bu baax bi, ngir jur saxalug pepp gu wert gi, noonu itam dees na joxe ‘taw bi mujj’ ci jeexitalam ngir ñoral mbey mi. ‘Kon dinañu xam, bu nu saxee di xam Aji Sax ji: génnam waajal nañu ko ni suba; te dina ñëw ci nun ni taw, ni taw bi mujj ak taw bi njëkk ci suuf si.’ Ose 6:3. ‘Na leen bég, yéen doom Siyon, te na ngeen bànneex ci Boroom bi seen Yàlla: ndaxte jox na leen taw bi njëkk ci yam, te dina wàcceel leen taw, taw bi njëkk ak taw bi mujj.’ Yoel 2:23. ‘Ci fan yu mujj yi, Yàlla nee, dinaa tuur sama Xel ci kaw bépp yaram.’ ‘Te dina am ne, képp ku woo turu Boroom bi, dees na ko musal.’ Jëf ya 2:17, 21.”</w:t>
      </w:r>
    </w:p>
    <w:p>
      <w:pPr>
        <w:pStyle w:val="ArticleScripture"/>
        <w:jc w:val="left"/>
      </w:pPr>
      <w:r>
        <w:rPr>
          <w:rFonts w:ascii="Times New Roman" w:hAnsi="Times New Roman" w:eastAsia="Times New Roman" w:cs="Times New Roman"/>
        </w:rPr>
        <w:t>“Jëf ju mag yu xebaar bu baax bi warul jeex ak wone gu gën a néew gu kàttanu Yàlla, ba mu mel ni li mu tàmbalee. Yonent yi matoon ci tuurug taw bu njëkk bi ca ndoorteel xebaar bu baax bi, dinañu dellu a mataat ci taw bu mujj bi ci jeexitalam. Fii la nekk ‘jamono yi ngëmblaxu’ yi ndawli bi Piyeer doon xool ci kanam bi mu nee: ‘Kon nag tuubleen te soppikuleen, ngir seeni bàkkaar ñu far, bu ko defee jamono yi ngëmblaxu dinañu jóge ci kanamu Boroom bi; te dina yónnee Yeesu.’ Jëf ya 3:19, 20.” The Great Controversy, 611.</w:t>
      </w:r>
    </w:p>
    <w:p>
      <w:pPr>
        <w:pStyle w:val="ArticleBody"/>
        <w:jc w:val="left"/>
      </w:pPr>
      <w:r>
        <w:rPr>
          <w:rFonts w:ascii="Times New Roman" w:hAnsi="Times New Roman" w:eastAsia="Times New Roman" w:cs="Times New Roman"/>
        </w:rPr>
        <w:t>Pàntikot mooy “ubbi” walla “ndorteel” liggéeyu xebaar bu baax bi, te taw bu mujj ba ci “mujj” mooy “jeexital” bi. Li njëkk mooy màndarga li mujj. Weeru njëkk wi di wone tuurug Xel mu Sell mi ca yoonu Dibeer ba.</w:t>
      </w:r>
    </w:p>
    <w:p>
      <w:pPr>
        <w:pStyle w:val="ArticleScripture"/>
        <w:jc w:val="left"/>
      </w:pPr>
      <w:r>
        <w:rPr>
          <w:rFonts w:ascii="Times New Roman" w:hAnsi="Times New Roman" w:eastAsia="Times New Roman" w:cs="Times New Roman"/>
        </w:rPr>
        <w:t>“Benn kenn du nit ñu manul a jot moom benn ci ndawtalug Yàlla fekk sunuy jikko am na ci benn tuuma walla benn sobé. Bàyyi nañu ko ci sunu loxo, ngir nu faj sunuy nàkk ci jikko, te sellal kërug xel mi ci bépp sobé. Noonu nag tawu mujj ma dina wàcc ci sunu kaw, ni tawu njëkk ma wàcce woon ci taalibey Yeesu ca Bésub Pentekot ba. …</w:t>
      </w:r>
    </w:p>
    <w:p>
      <w:pPr>
        <w:pStyle w:val="ArticleScripture"/>
        <w:jc w:val="left"/>
      </w:pPr>
      <w:r>
        <w:rPr>
          <w:rFonts w:ascii="Times New Roman" w:hAnsi="Times New Roman" w:eastAsia="Times New Roman" w:cs="Times New Roman"/>
        </w:rPr>
        <w:t>“Yéen bokk yi, lu ngeen di def ci jëf ju mag ji ñu jagleel waajal? Ñi bokk ak addina, dañuy jël bindu addina te waajal ngir màndargay rab wi. Ñi dul wóor seen bopp, ñi di suufeel seen bopp kanam Yàlla te setal seen xol ak seen ruux ci topp dëgg gi, ñoom ñoo ngiy jot melokaanu asamaan te waajal ngir kaaraange Yàlla ci seen jë. Bu ndigël gi génnee te màndarga ma ñu ci tàmp, seen jikko dina des set wecc, amul benn tuuma, ba fàww.” Testimonies, volume 5, 214, 216.</w:t>
      </w:r>
    </w:p>
    <w:p>
      <w:pPr>
        <w:pStyle w:val="ArticleBody"/>
        <w:jc w:val="left"/>
      </w:pPr>
      <w:r>
        <w:rPr>
          <w:rFonts w:ascii="Times New Roman" w:hAnsi="Times New Roman" w:eastAsia="Times New Roman" w:cs="Times New Roman"/>
        </w:rPr>
        <w:t>“Werante” bu njëkk bàkku dundug dibeer bi la, “waxtu” buy yëngu suuf bu réy bi mooy yoonu dibeer bi, “bës” bu musiba, peyug delloo ak feyug mbañeel mooy yoonu dibeer bi, te “at” bu nanguwóor bi it mooy yoonu dibeer bi. Téeméeri at ak juróom-fukk yi ci waxu yonent bi ci njëkk mbañeel bi dafa jeex ci yoonu dibeer bi, fa ñetti téeméeri at ak juróom-benn fukk ak benn at ak fukki fan yi di tàmbali.</w:t>
      </w:r>
    </w:p>
    <w:p>
      <w:pPr>
        <w:pStyle w:val="ArticleScripture"/>
        <w:jc w:val="left"/>
      </w:pPr>
      <w:r>
        <w:rPr>
          <w:rFonts w:ascii="Times New Roman" w:hAnsi="Times New Roman" w:eastAsia="Times New Roman" w:cs="Times New Roman"/>
        </w:rPr>
        <w:t>Mu wax malaaka bu juróom-benn bi, mi yoroon trompet bi ne: “Yiwal ñeenti malaaka yi ñu yeewoon ci dex gu mag gu Efrat.” Noonu ñu yiwi ñeenti malaaka ya, yi ñu waajaloon ngir waxtu, ak bés, ak weer, ak at, ngir rey ñetteelu nit ñi. Peeñu 9:14, 15</w:t>
      </w:r>
    </w:p>
    <w:p>
      <w:pPr>
        <w:pStyle w:val="ArticleBody"/>
        <w:jc w:val="left"/>
      </w:pPr>
      <w:r>
        <w:rPr>
          <w:rFonts w:ascii="Times New Roman" w:hAnsi="Times New Roman" w:eastAsia="Times New Roman" w:cs="Times New Roman"/>
        </w:rPr>
        <w:t>“Ñeenti malaaka yi” yu “ñu yeewoon ci dex gu mag gi Euufraates” dees leen “yiwi” ci waxtu bi yoonu Dibeer di tàmbalee. Ci kaaraange waxi Yàlla lañu “waajal” ngir waxtu, bés, weer ak atum ñaareelu musiba, ngir rey ñetteel ci nit ñi. États-Unis dees na ko rey niki juróomeelu buur gi ci kàddug yonent yi ci Biibël bi ci yoonu Dibeer; te États-Unis mooy benn ñetteel ci booloo bu ñett-fànn bi ñuy taxawal ci yoonu Dibeer. Ñaareelu musiba bi dees ko delloo ci ñetteelu musiba bi, ni ñaareelu malaaka bi dees ko delloo ci ñetteelu malaaka bi.</w:t>
      </w:r>
    </w:p>
    <w:p>
      <w:pPr>
        <w:pStyle w:val="ArticleBody"/>
        <w:jc w:val="left"/>
      </w:pPr>
      <w:r>
        <w:rPr>
          <w:rFonts w:ascii="Times New Roman" w:hAnsi="Times New Roman" w:eastAsia="Times New Roman" w:cs="Times New Roman"/>
        </w:rPr>
        <w:t>Ñaari ñenti ngelaw ya bàyyikoo nañu ko ci 9/11, te loolu mooy màndargaal njàlbéenu tëj mi ci askan wi di téeméeri junni ak ñeent-fukk ak ñeent, te ci saa si topp nag, tere nañu ko. Bu ñi dañuy tekki ci Esayi ba benn-fukk ak benn, ñi di jooy, ñu dëfërle leen, dees na leen dëfër ak tuur gu mat sëkk gu Dëfërkat bi ca yoonu alxames bi, te loolu it mooy “waxtu” buur su mag ba. Ñi di jooy ci at mu nangu gi, ñoom sax ñooy ña ngay gis di jooy ci Esekiyel juróom-ñeent, ñi jot màndargaalu Yàlla. Yeesu tàmbalee na liggéeyam ak wax ji mu jële ci Esayi ba benn-fukk ak benn, te Sister White jëmale na kàddug pronouncementam ak sunu liggéey.</w:t>
      </w:r>
    </w:p>
    <w:p>
      <w:pPr>
        <w:pStyle w:val="ArticleScripture"/>
        <w:jc w:val="left"/>
      </w:pPr>
      <w:r>
        <w:rPr>
          <w:rFonts w:ascii="Times New Roman" w:hAnsi="Times New Roman" w:eastAsia="Times New Roman" w:cs="Times New Roman"/>
        </w:rPr>
        <w:t>«Kirist bi yégle woon ay liggéey ci àddina bi ba mu jàngée ci ab kàggu waxu Yàlla ci sinagogu Nasaret, jële ko ci waxu yonent Esayi: “Xelal Boroom bi nekk na ci sama kaw, ndax da ma sol ci di waare xebaar bu baax bi ci ñi néew; yónnee na ma ngir wéral ñi xol seen dagg, ngir yégle yiñ fésal ñi ñu jàpp ne, ak delloo gis-gis gi ci gumbë yi, ngir bàyyi ñi ñu sonal mu nekk ci seen moom, ngir waare at mu Boroom bi nangu.” Ndaw liggéey la woon ji nekkoon ci kanamam!—Di waare at mu Boroom bi nangu. Jamono jooju dafay boole maas yu bare, muy yàgg ba wees ay xarnu, te muy yokku xarnu ba xarnu, fekk waxtu nattu gi dafa nekk. Yàlla mu ngi xaar ngir dégg ñaan ak tàggat gi; mu ngi xool ngir gis nit ñi di jegeñsi ko, moom rekk mi man a dimbali nu. Dafa bëgg lool a baal seeni bàkkaar, te nangu leen ni ay doomam. Dina nangu bépp bakkan bu tuub te suufe ku ñëw ci moom; ndaxte liggéey boobu la Yàlla solal Doomam ju amul moroom.»</w:t>
      </w:r>
    </w:p>
    <w:p>
      <w:pPr>
        <w:pStyle w:val="ArticleScripture"/>
        <w:jc w:val="left"/>
      </w:pPr>
      <w:r>
        <w:rPr>
          <w:rFonts w:ascii="Times New Roman" w:hAnsi="Times New Roman" w:eastAsia="Times New Roman" w:cs="Times New Roman"/>
        </w:rPr>
        <w:t>“Waaye lu tax Kirist du mottali wax ji ñu bind ci Esayi? Lu tax mu bàyyi xët wi ne, ‘ak bésu mbugalu sunu Yàlla’? Xaaj bu mujj bii ci kàddu gii, ni xaaj bu jëkk bi, dëgg la woon. Te Kirist weddiwul dëgg gi ci ay noppeem, ci bàyyi benn xaaj ci ay waxam te mu joxoon ko yonentam bu mu tànn. Waaye xët wii bu mujj mooy li ay déggkatam bëggoon a sax ci seet, te ñoo doon jaar ci toppi ko, di yégle atte ci kaw ñépp ñi bokkul ci seen ngëm gu diine. Fàww ñu jox nit ña ay waxi dëgg ak njub ak baal, waaye dañu leen jàngaloon ne Yàlla bañ na àddina si yépp su ñuy wax ne ay xeet yu dul Yawut. Melokaanu Yàlla bu Baay lañu woon soppiku ba fàww, di ko suul ci suufu cosaani nit. Signs of the Times, 14 Sulet 1897.”</w:t>
      </w:r>
    </w:p>
    <w:p>
      <w:pPr>
        <w:pStyle w:val="ArticleScripture"/>
        <w:jc w:val="left"/>
      </w:pPr>
      <w:r>
        <w:rPr>
          <w:rFonts w:ascii="Times New Roman" w:hAnsi="Times New Roman" w:eastAsia="Times New Roman" w:cs="Times New Roman"/>
        </w:rPr>
        <w:t>“Liggéeyu nit ñi Yàlla ci jamono jii dañu ko nettali ci kàdduy xel mu sell yi mel ni ñuy tekki liggéeyu Almasi bi: ‘Xelu Boroom bi Yàlla nekk na ci man, ndaxte Boroom bi fal na ma ngir yégle xibaar bu baax ñi woyof yi; yónni na ma ngir faj xol yu damm yi, ngir waxe goreel ñi ñu jàpp, ak ubitey kaso yi ñi ñu tëj; ngir yégle atum nangu gu Boroom bi, ak bésub feyug sunu Yàlla; ngir dëfël ñépp ñi di jooy, ngir sampal ñi di jooy ci Siyon, ngir jox leen rafetlu teek ndànk, diwlin mbégte teeku jooy, yéréb cant teeku xel mu metti; ngir ñu leen wooye garabi njub, njambaaru Boroom bi, ngir mu yelloo.’”</w:t>
      </w:r>
    </w:p>
    <w:p>
      <w:pPr>
        <w:pStyle w:val="ArticleScripture"/>
        <w:jc w:val="left"/>
      </w:pPr>
      <w:r>
        <w:rPr>
          <w:rFonts w:ascii="Times New Roman" w:hAnsi="Times New Roman" w:eastAsia="Times New Roman" w:cs="Times New Roman"/>
        </w:rPr>
        <w:t>«“Ñoom ñi dina yékkati mboolem yàqu ya yàgg, ñoom dina yékkati bérab yi daawoon, te ñoom dina ñu defar dëkk yi yàquoon, muy yàquwaay yi maasoon ci ay maas yu bare.”» Lake Union Herald, 11 Nowàmbar 1908.</w:t>
      </w:r>
    </w:p>
    <w:p>
      <w:pPr>
        <w:pStyle w:val="ArticleBody"/>
        <w:jc w:val="left"/>
      </w:pPr>
      <w:r>
        <w:rPr>
          <w:rFonts w:ascii="Times New Roman" w:hAnsi="Times New Roman" w:eastAsia="Times New Roman" w:cs="Times New Roman"/>
        </w:rPr>
        <w:t>Bala nu dem ci yokkute ñaareelu ay waaye ci biir ñetteelu ay waaye, war nañu fàttaliku ne, boppu wax ji war nañu ko xam ci teg “rëdd ci kaw rëdd.” Loolu mooy wone ne bépp “waxtu,” “bës,” “weer” ak “at” ci Kàddu Yu Sell bi, bu méngoo ak jumtukaayu yoonu Dibeer, war nañu itam koo jëfandikoo ci waajalug Islaam ngir dóor yoonu Dibeer.</w:t>
      </w:r>
    </w:p>
    <w:p>
      <w:pPr>
        <w:pStyle w:val="ArticleBody"/>
        <w:jc w:val="left"/>
      </w:pPr>
      <w:r>
        <w:rPr>
          <w:rFonts w:ascii="Times New Roman" w:hAnsi="Times New Roman" w:eastAsia="Times New Roman" w:cs="Times New Roman"/>
        </w:rPr>
        <w:t>Ci misaal, baat bu ne “waxtu” gisoo na rekk ci benn téereb Kóllëre gu Yàgg gi, te téere boobu mooy téereb Daniel. Ci Daniel, “waxtu” ñu ko wax juróomi yoon.</w:t>
      </w:r>
    </w:p>
    <w:p>
      <w:pPr>
        <w:pStyle w:val="ArticleScripture"/>
        <w:jc w:val="left"/>
      </w:pPr>
      <w:r>
        <w:rPr>
          <w:rFonts w:ascii="Times New Roman" w:hAnsi="Times New Roman" w:eastAsia="Times New Roman" w:cs="Times New Roman"/>
        </w:rPr>
        <w:t>Képp ku dul suux te sujjóot, dinañu ko sànni ci diggu furnaa bu safara buy lakk ci saa si. … Léegi nag, su ngeen waajaloo ne, saa su ngeen déggée baatub kakalam, wiit, xalam, saakbut, saalteri, ak dilsimeer, ak bépp xeetu mbëggel, ngeen sujjóot di màggal nataal bi ma def; baax na: waaye su ngeen ko màggalul, dinañu leen sànni ci saa si ci diggu furnaa bu safara buy lakk; te kan mooy Yàlla ji leen man a musal ci samay loxo? Daniel 3:6, 15.</w:t>
      </w:r>
    </w:p>
    <w:p>
      <w:pPr>
        <w:pStyle w:val="ArticleBody"/>
        <w:jc w:val="left"/>
      </w:pPr>
      <w:r>
        <w:rPr>
          <w:rFonts w:ascii="Times New Roman" w:hAnsi="Times New Roman" w:eastAsia="Times New Roman" w:cs="Times New Roman"/>
        </w:rPr>
        <w:t>Rakku White di jëfandikoo yoon wu bari Daniel ñatt, te moo tax “waxtu wi benn” di jëm ci yoonu Dibéer. Ci Daniel saar ñent, Daniel dafa jaaxlelu “benn waxtu” bi muy xeex ngir firi àtte biy ñëw ci Nebukadnesar.</w:t>
      </w:r>
    </w:p>
    <w:p>
      <w:pPr>
        <w:pStyle w:val="ArticleScripture"/>
        <w:jc w:val="left"/>
      </w:pPr>
      <w:r>
        <w:rPr>
          <w:rFonts w:ascii="Times New Roman" w:hAnsi="Times New Roman" w:eastAsia="Times New Roman" w:cs="Times New Roman"/>
        </w:rPr>
        <w:t>Noonu Daniyel, mi tuddoon Beltesaṣar, daldi nax ba benn waxtu, te xalaatam jàq ko. Buur bi wax, ne: «Beltesaṣar, bul na la gént gi mbaa firiiram jàq.» Beltesaṣar tontu ne: «Sama sang, na gént gi wàcc ci ñi la bañ, te firiiram ci say noon.» Daniyel 4:19.</w:t>
      </w:r>
    </w:p>
    <w:p>
      <w:pPr>
        <w:pStyle w:val="ArticleBody"/>
        <w:jc w:val="left"/>
      </w:pPr>
      <w:r>
        <w:rPr>
          <w:rFonts w:ascii="Times New Roman" w:hAnsi="Times New Roman" w:eastAsia="Times New Roman" w:cs="Times New Roman"/>
        </w:rPr>
        <w:t>Danyeel ne ñàkk xel diirub “benn waxtu” bi muy seet a xam ni muy waxe ak Nebukadnesar mbugal gi di ñëw ci moom. Danyeel dafa tegu ci yonnentekatu malaaka bu njëkk bi yégle ne “waxtu” mbugal gi agsi na. Kàddug waxam gi ñu jox Nebukadnesar, te gannaaw benn at, mbugal gi ci Bàbilon ñu yóbbu ko ci Nebukadnesar.</w:t>
      </w:r>
    </w:p>
    <w:p>
      <w:pPr>
        <w:pStyle w:val="ArticleScripture"/>
        <w:jc w:val="left"/>
      </w:pPr>
      <w:r>
        <w:rPr>
          <w:rFonts w:ascii="Times New Roman" w:hAnsi="Times New Roman" w:eastAsia="Times New Roman" w:cs="Times New Roman"/>
        </w:rPr>
        <w:t>Ci waxtu loolu la mbir ma mat ci Nebukadnesar; te ñu génne ko ci biir nit ñi, mu lekk ñax ni yakk, te sawaram daldi tooy ak ndoxum xeybaara asamaan, ba kàwaram yaa ngi màgg ni gannax yiir, te weñam ya ni bànni picc. Daniel 4:33.</w:t>
      </w:r>
    </w:p>
    <w:p>
      <w:pPr>
        <w:pStyle w:val="ArticleBody"/>
        <w:jc w:val="left"/>
      </w:pPr>
      <w:r>
        <w:rPr>
          <w:rFonts w:ascii="Times New Roman" w:hAnsi="Times New Roman" w:eastAsia="Times New Roman" w:cs="Times New Roman"/>
        </w:rPr>
        <w:t>Daniyeel mi ngi yégle yoonu Dibéer bu bëgg a ñëw ci gaaw, te bu agsee, mooy “waxtu” àtte bu aju ci Bàbilon. Ñaari “waxtu” yi ñoo ngi misaal benn yoonu Dibéer bi, moom mi di waxtu yëngu-yëngu suuf su mag si. Nebukadnesar mooy alfa, te Belshassar mooy omega ci nettali Bàbilon; te Belshassar dees na ko rey ci gudi gi sax ba loxo ga bindee ci miir mi.</w:t>
      </w:r>
    </w:p>
    <w:p>
      <w:pPr>
        <w:pStyle w:val="ArticleScripture"/>
        <w:jc w:val="left"/>
      </w:pPr>
      <w:r>
        <w:rPr>
          <w:rFonts w:ascii="Times New Roman" w:hAnsi="Times New Roman" w:eastAsia="Times New Roman" w:cs="Times New Roman"/>
        </w:rPr>
        <w:t>Ci waxtu woowu loxo yi génne loxoy nit, bind ci wetug candaleer bi, ci kaw pendaay mi nekk ci miirub kërug buur bi; te buur ba gis xaaju loxo wi doon bind. Daniel 5:5.</w:t>
      </w:r>
    </w:p>
    <w:p>
      <w:pPr>
        <w:pStyle w:val="ArticleBody"/>
        <w:jc w:val="left"/>
      </w:pPr>
      <w:r>
        <w:rPr>
          <w:rFonts w:ascii="Times New Roman" w:hAnsi="Times New Roman" w:eastAsia="Times New Roman" w:cs="Times New Roman"/>
        </w:rPr>
        <w:t>“Waxtu wu benn” boobu la mbind mi feeñ ci miir gi di won jamono bi yoonu dimanche bi ñu bind di yàq “miir” mi tax ñu teqale kërk ak nguur ci yoonu dimanche bi, te noonu Babilon mu jeex, ni itam États-Unis di jeex, moom miy juróomeelu nguur gi ci kàddug waxi Yàlla yi ci Biibël bi. Naka juróomeelu nguur gi, États-Unis mooy doole ji nguur di sañ-sañ ci juróom-ñaar-fukk at yu misaal ci Isaïe 23, ba ñu fàtte jigéen ju ñaaw ju Tir. Nguur walla buur bi Isaïe wax mooy fan yi juróom-ñaar-fukk at, te nguur gi nguuruwoon juróom-ñaar-fukk at ci waxi Yàlla yi ci Biibël bi mooy Babilon. Mbëggeel Belshatsar, moom Babilonam, dafay misaalal bërebu États-Unis, ci yoonu dimanche bi, fa mbind mi ci miir gi méngoo ak wax ji muy wax ni gaynde ci Apocalipse 13.</w:t>
      </w:r>
    </w:p>
    <w:p>
      <w:pPr>
        <w:pStyle w:val="ArticleBody"/>
        <w:jc w:val="left"/>
      </w:pPr>
      <w:r>
        <w:rPr>
          <w:rFonts w:ascii="Times New Roman" w:hAnsi="Times New Roman" w:eastAsia="Times New Roman" w:cs="Times New Roman"/>
        </w:rPr>
        <w:t>Ci Kàddu Yàlla gu mujj ga fukk ak juróom-ñett, atte bi ci Babilon tàmbalee na ci ndigal alxamesu Dëll bés bi ci aaya ñent, baat bu ñaareel bi feeñale ne atteem di ñëw ci benn waxtu, te itam ci benn bés.</w:t>
      </w:r>
    </w:p>
    <w:p>
      <w:pPr>
        <w:pStyle w:val="ArticleScripture"/>
        <w:jc w:val="left"/>
      </w:pPr>
      <w:r>
        <w:rPr>
          <w:rFonts w:ascii="Times New Roman" w:hAnsi="Times New Roman" w:eastAsia="Times New Roman" w:cs="Times New Roman"/>
        </w:rPr>
        <w:t>Noonu ma déggene beneen baat buy jóge asamaan, di wax ne: “Génleen ci moom, yéen samay nit, ngir ngeen bañ a bokk ci ay bàkkaaram, te ngeen bañ a jot ci ay mbugalam. Ndaxte ay bàkkaaram dajale nañu ba agg asamaan, te Yàlla fàttaliku na ay tooñam. Fayeen ko ni mu leen fayee, te yokkleen ko ñaari yoon ci li mu def; ci kaas bi mu feesaloon, feesalleen ko ñaari yoon. Ni mu yékkati boppam te dund ak yoxoslu, noonu it yokkleen ko metit ak naqar; ndaxte mu naan ci xolam ne: ‘Toogu naa ci buur bu jigéen, dul jigéen ju waynde, te duma gis mukk naqar.’ Moo tax ay mbugalam dinañu dikk ci benn bés: dee, ak jooy, ak xiif; te dinañu ko lakk lépp ak safara, ndaxte Boroom bi Yàlla miy àtte moom am na doole. Te buur yi ci suuf, yi ak moom def njaaloo te dund ak yoxoslu, dinañu ko jooy te di ko mettit, bu ñu gisee saxaaru ni ñu koy lakk, taxaw fu sore ndax ragalu metitam, di wax ne: ‘Aka kaw, aka kaw, Babel, dëkk bu mag ba, dëkk bu am doole! Ndaxte sa àtte agsi na ci benn waxtu rekk.’ Peeñug Yoxaan 18:4–10.”</w:t>
      </w:r>
    </w:p>
    <w:p>
      <w:pPr>
        <w:pStyle w:val="ArticleBody"/>
        <w:jc w:val="left"/>
      </w:pPr>
      <w:r>
        <w:rPr>
          <w:rFonts w:ascii="Times New Roman" w:hAnsi="Times New Roman" w:eastAsia="Times New Roman" w:cs="Times New Roman"/>
        </w:rPr>
        <w:t>Si wóor ne, atte bu jëkk bu njëkk ci kaw Babilon tàmbalee na ca yoonu Dibéer bu kàddu ñeente ba, bi Yàlla woowee baneen juróom-mbaamam génn Babilon. Yowaana màggal na waxtu atteam ba muy benn “bës” ak benn “waxtu,” di dëggal ne misaalu waxtu yi war nañu leen deggoo ci misaal.</w:t>
      </w:r>
    </w:p>
    <w:p>
      <w:pPr>
        <w:pStyle w:val="ArticleBody"/>
        <w:jc w:val="left"/>
      </w:pPr>
      <w:r>
        <w:rPr>
          <w:rFonts w:ascii="Times New Roman" w:hAnsi="Times New Roman" w:eastAsia="Times New Roman" w:cs="Times New Roman"/>
        </w:rPr>
        <w:t>Pàkka bés bu ñu war a sàmm ci jëkkërinu weer wi, te Pàkka méngoo ak bant ba, mi dellu di méngoo ak yoonu Dibéer bi.</w:t>
      </w:r>
    </w:p>
    <w:p>
      <w:pPr>
        <w:pStyle w:val="ArticleScripture"/>
        <w:jc w:val="left"/>
      </w:pPr>
      <w:r>
        <w:rPr>
          <w:rFonts w:ascii="Times New Roman" w:hAnsi="Times New Roman" w:eastAsia="Times New Roman" w:cs="Times New Roman"/>
        </w:rPr>
        <w:t>Te Boroom bi waxoon Musaa ak Aaróon ci réewum Misra, ne: “Weeri bii mooy doon ci yéen njàlbéenu weer yi; mooy doon ci yéen weer wu njëkk ci at mi. Waxleen mbooloom Israyil gépp, ne: Ci bésub fukki fan ak benn ci weer wii, ku nekk war naa jël xar, mel ni kërug baayam, xar bu njëkk ci kër. Bu fekkee ne kër ga ndaw na ba manul a matal xar ba, kon moom ak dëkkandoom ga gëna jege ak këram dañuy ko jël mel ni limub nit ñi; ku nekk, mel ni ni muy lekk, noonu ngeen di waññi limu xar ba. Seen xar war naa amul benn sikk, góor gu am atum benn; jëleen ko ci xar yi walla ci bëy yi. Dangeen koy sàmm ba bésub fukki fan ak ñeent ci weer boobu; te mbooloo mépp mi, di mbooloom Israyil, dinañu ko rey ngoon. Exod 12:1–6.”</w:t>
      </w:r>
    </w:p>
    <w:p>
      <w:pPr>
        <w:pStyle w:val="ArticleBody"/>
        <w:jc w:val="left"/>
      </w:pPr>
      <w:r>
        <w:rPr>
          <w:rFonts w:ascii="Times New Roman" w:hAnsi="Times New Roman" w:eastAsia="Times New Roman" w:cs="Times New Roman"/>
        </w:rPr>
        <w:t>Bésub Pàkk bi mooy njàlbéenug jamonoy Pentekot, te moo tax muy mel ni Pentekot, te Pentekot itam dafa jéppoo ak yoonu Dibéer bi. Tabernaakl bi dañu ko taxawal ca bés bu njëkk ba ci weer wu njëkk wa, te loolu dafa mel ni taxawaayu jàngoor gi gëna not, ni benn ràññeeñ ci yoonu Dibéer bi. “Waxtu,” “bés,” “weer,” ak “at” yu njàqare ñaareel bi dañuy màggal yoonu Dibéer bi, te líne ci kaw líne, kenn ku nekk ci yooyu waxi jamono dafa jéppoo ak yoonu Dibéer bi bu fekkee ne dëkkaloo gi nangu na ko. Ca yoonu Dibéer bi, ñaareelu jamonoy fitna bu baawaan bi tambali, bi njëkk ba doon 1,260 at yi jur saraxalekat yi ca jamono jooju di woo Boroom bi ci juróomeelu màndarga ga ak laaj bi ne “ba kañ,” ba kera ba dooleb baawaan bi di àttees. Ci ñaareelu sangu deretu baawaan bi, Yeesu xamal na ay nitam ne waruñu jàq ci li ñuy wax bu ñu leen fitnaalee.</w:t>
      </w:r>
    </w:p>
    <w:p>
      <w:pPr>
        <w:pStyle w:val="ArticleScripture"/>
        <w:jc w:val="left"/>
      </w:pPr>
      <w:r>
        <w:rPr>
          <w:rFonts w:ascii="Times New Roman" w:hAnsi="Times New Roman" w:eastAsia="Times New Roman" w:cs="Times New Roman"/>
        </w:rPr>
        <w:t>Waaye bu ñu leen yóbbu, te jébbal leen, buleen jàppale lu jiitu ci li ngeen war a wax, te buleen ko xalaat ba noppi; waaye lu ñu leen may ci waxtu woowu, waxleen ko: ndaxte du yéen a wax, waaye Xel Mu Sell mi. Mark 13:11.</w:t>
      </w:r>
    </w:p>
    <w:p>
      <w:pPr>
        <w:pStyle w:val="ArticleBody"/>
        <w:jc w:val="left"/>
      </w:pPr>
      <w:r>
        <w:rPr>
          <w:rFonts w:ascii="Times New Roman" w:hAnsi="Times New Roman" w:eastAsia="Times New Roman" w:cs="Times New Roman"/>
        </w:rPr>
        <w:t>Ci njëkkaléel ci njëkk tiis bi, nit ñi dafañu leen sonal diirub téeméeri at ak juróom-fukk. At yooyu tàmbalee nañu ci 27i Sulet 1299 te jeex nañu ci 27i Sulet 1449, ba ñenti malaaka ya bàyyi ñenti ngelaw yi ñu waajaloon ngir waxtu wi, bés bi, weer wi, ak at mi, ngir rey ñetti cér ci nit ñi. Diirub sonal boobu dafay tegtal diirub sampug nataalu rab wi ci États-Unis. Diir boobu mooy fukki fan ak juróom yi ñu tegtal ci Léwítig 23, dale ko ca màggalu trompet yi ba ci Pentekot. Diirub sosug nataalu rab wi moo joge 9/11 ba ca yoonu Dibéer bi, waaye diirub yégleb xibaaru yuuxub guddi gi mooy ab fractal bu sosug nataalu rab wi dale ko 9/11 ba ca yoonu Dibéer bi.</w:t>
      </w:r>
    </w:p>
    <w:p>
      <w:pPr>
        <w:pStyle w:val="ArticleBody"/>
        <w:jc w:val="left"/>
      </w:pPr>
      <w:r>
        <w:rPr>
          <w:rFonts w:ascii="Times New Roman" w:hAnsi="Times New Roman" w:eastAsia="Times New Roman" w:cs="Times New Roman"/>
        </w:rPr>
        <w:t>Tambali ak mujjugug ngir bàyyi baat yi itam mooy alfa ak omega bu sàrtal meloŋ rabu malaa. Benn xeetu nit dafa di tabax jikko ngir màndarga Yàlla; beneen xeetu nit mooy di tabax meloŋ rabu malaa. Waxtu woowu ci États-Unis dafa tollook waxtu wu mel noonu ci àddina si, bi tambalee ci yoonu Dibéer. “Weer” mooy misaal bu fitna bi di gaawaare ngir ñu samp meloŋ ma, ba noonu weer wi ci yoonu Dibéer, ni ko aaya fukk ak juróom ci Peeñu ñentël waxe, itam moo tegu ci fitna bu Islaam bi di am bi ñuy samp meloŋ rabu malaa ci àddina si.</w:t>
      </w:r>
    </w:p>
    <w:p>
      <w:pPr>
        <w:pStyle w:val="ArticleBody"/>
        <w:jc w:val="left"/>
      </w:pPr>
      <w:r>
        <w:rPr>
          <w:rFonts w:ascii="Times New Roman" w:hAnsi="Times New Roman" w:eastAsia="Times New Roman" w:cs="Times New Roman"/>
        </w:rPr>
        <w:t>Amna beneen jëfandikoo yu yeneen ci waxu yonent bi ngir ni waxu yonent bu ñaareelu musiba, ak waxtoom ak bésam ak weeram ak atam, di tegtal yoonu Dibeer ak bàyyi Isalaam mu dóor Etazini; waaye war nañu jàll ba ci yeneen poñ.</w:t>
      </w:r>
    </w:p>
    <w:p>
      <w:pPr>
        <w:pStyle w:val="ArticleBody"/>
        <w:jc w:val="left"/>
      </w:pPr>
      <w:r>
        <w:rPr>
          <w:rFonts w:ascii="Times New Roman" w:hAnsi="Times New Roman" w:eastAsia="Times New Roman" w:cs="Times New Roman"/>
        </w:rPr>
        <w:t>Ci jamono yu yees, diiru juróom-benn weer yu mujj yii walla noonu, daan naa ñaan ci lool ne Lislaam bu ñetti ay “woe” yi am na jokkoo yu yoon ci waxu yonent yi ak ñetti malaaka yi. Dale ko ci yeneen waxi Yakub ci fan yu mujj yi ne Yudaay mooy “garab-u-rezen” gi ñu takk ci “mbaam” mi, ba ci Kirist buy yiwi mbaam mi lu jiitu duggu-am gu ndam, ak yeneen rëdd yu mel noonu, Lislaam bu njëkk “woe” bi ak ñaareelu “woe” bi moo di mesaj bu yonent bi jox doole mesaju malaaka bu njëkk bi ak bu ñaareel bi, te Lislaam bu ñetteelu “woe” bi moo di mesaj bu yonent bu malaaka bu ñetteel bi.</w:t>
      </w:r>
    </w:p>
    <w:p>
      <w:pPr>
        <w:pStyle w:val="ArticleBody"/>
        <w:jc w:val="left"/>
      </w:pPr>
      <w:r>
        <w:rPr>
          <w:rFonts w:ascii="Times New Roman" w:hAnsi="Times New Roman" w:eastAsia="Times New Roman" w:cs="Times New Roman"/>
        </w:rPr>
        <w:t>Lu yàggul, am na benn sapit ci ab téere bu A. T. Jones bind, te mu jox dëggu benn bi, waaye ci beneen yoon. Jones dafa jëfandikoo xam-xamu yoonu wax ak tabaxug Kàddug Peeñ mi ngir wone ne maneesul a taxawal ñetti trompeti musiba yu mujj yi ci benn wet, te taxawal ñetti yonnente yi ci benn wet. Dafa fësal ne maneesul a taxawal malaaka bu njëkk bi ci benn wet, te taxawal bu ñaareel bi ci benn wet, te itam maneesul a taxawal bu ñetteel bi ci benn wet, te taxawal ñaar ñi ko jiitu ci benn wet. Njabootam Jones mooy ñetti malaaka yi, te bi muy tabax layam ci mbokkute gu ñu manul a daggante gi am ci diggante ñetti malaaka yi, day firndeel ci yoxo yu mel noonu sax ne trompet yi nekk ci Peeñ 9 maneesuñoo a dagganteek ñetti malaaka yi nekk ci Peeñ 14. Dinaa jeexal wax ji ak sapitu Jones bi.</w:t>
      </w:r>
    </w:p>
    <w:p>
      <w:pPr>
        <w:pStyle w:val="ArticleHeading"/>
        <w:jc w:val="left"/>
      </w:pPr>
      <w:r>
        <w:rPr>
          <w:rFonts w:ascii="Arial" w:hAnsi="Arial" w:eastAsia="Arial" w:cs="Arial"/>
        </w:rPr>
        <w:t>SÀRRGU XI. BÀTÀAXAL MALAKA BU ÑETTEEL BI</w:t>
      </w:r>
    </w:p>
    <w:p>
      <w:pPr>
        <w:pStyle w:val="ArticleScripture"/>
        <w:jc w:val="left"/>
      </w:pPr>
      <w:r>
        <w:rPr>
          <w:rFonts w:ascii="Times New Roman" w:hAnsi="Times New Roman" w:eastAsia="Times New Roman" w:cs="Times New Roman"/>
        </w:rPr>
        <w:t>“TONT bu am solo yu am njariñ ji tey tey, ‘Lanuy def?’ man nañ koo joxe ak wóor ci ndigal li Juróom-ñaari Buur yi di wax ak ci berab bi réew yu mag yi tey nekk; ndaxte tont boobu, Kàddug Yàlla moo ko joxe ci saxal boobu.”</w:t>
      </w:r>
    </w:p>
    <w:p>
      <w:pPr>
        <w:pStyle w:val="ArticleScripture"/>
        <w:jc w:val="left"/>
      </w:pPr>
      <w:r>
        <w:rPr>
          <w:rFonts w:ascii="Times New Roman" w:hAnsi="Times New Roman" w:eastAsia="Times New Roman" w:cs="Times New Roman"/>
        </w:rPr>
        <w:t>“Nungi gis na, Ñatti Buur yi juróom-ñaari mujj yi ak Ñaari Wo yi dañoo lëkkaloo bu bañ a tas. Ci diggante Buur yi juróom-ñaari ñépp—gannaaw buuruñe ñeenteel bi jeexee, te bala buuruñe juróomeel bi tàmbalee—bind nañu ne: ‘Noonu ma xool, dégg malaaka muy naaw ci diggante asamaan, muy wax ak baat bu kawe: Wo, wo, wo, ci kaw waa suuf si, ndax yeneen baat yi ci buuruñe yi ñetti malaaka yi, yi dese ngir liit.’ Peeñu gi 8:13.”</w:t>
      </w:r>
    </w:p>
    <w:p>
      <w:pPr>
        <w:pStyle w:val="ArticleScripture"/>
        <w:jc w:val="left"/>
      </w:pPr>
      <w:r>
        <w:rPr>
          <w:rFonts w:ascii="Times New Roman" w:hAnsi="Times New Roman" w:eastAsia="Times New Roman" w:cs="Times New Roman"/>
        </w:rPr>
        <w:t>“Ne ñetti musiba yooyu am ñàkk xàjjaat ak ñetti bu mujj ci Juróom-ñaari Trompet yi, kenn ak benn, loolu amul benn werante ci ndaxte, bi ñetteelu Malaaka ba noppee wol, bind nañu ne: ‘Benn musiba wees na; te xool-leen, ñaar yeneen di ñëw gannaaw loolu.’ Peeñu gi 9:12. Te bi juróomeelu trompet ba noppee, bind nañu ne: ‘Ñaareelu musiba wees na; te xool-leen, ñetteelu musiba di ñëw gaaw. Te juróom-ñaareelu malaaka ba wol.’ Peeñu gi 11:15.”</w:t>
      </w:r>
    </w:p>
    <w:p>
      <w:pPr>
        <w:pStyle w:val="ArticleScripture"/>
        <w:jc w:val="left"/>
      </w:pPr>
      <w:r>
        <w:rPr>
          <w:rFonts w:ascii="Times New Roman" w:hAnsi="Times New Roman" w:eastAsia="Times New Roman" w:cs="Times New Roman"/>
        </w:rPr>
        <w:t>“Léegi, anj bii yégle ñëwug Ñetti Musiba yi, te mu lëkkale bu baax ak yooyu Ñetti Musiba yi, ñoom itam di luñu lëkkale bu baax ak ñetti bu mujj yi ci Juróom-Ñaar ñiit yi, moom lañuy boole ak ‘Ñetteelu Anj’ bi nekk ci Peeñug Yàlla 14.</w:t>
      </w:r>
    </w:p>
    <w:p>
      <w:pPr>
        <w:pStyle w:val="ArticleScripture"/>
        <w:jc w:val="left"/>
      </w:pPr>
      <w:r>
        <w:rPr>
          <w:rFonts w:ascii="Times New Roman" w:hAnsi="Times New Roman" w:eastAsia="Times New Roman" w:cs="Times New Roman"/>
        </w:rPr>
        <w:t>«Ngir lii man naa gis ni itam wóor na lool te amul benn xel yu ci yàggu, nañu tàmbalee ak Bët-bu-ñetteel bi ci Yégleb 14, te jéem a topp ci ginnaaw njaxlafam yu jub ci seen tàmbali.»</w:t>
      </w:r>
    </w:p>
    <w:p>
      <w:pPr>
        <w:pStyle w:val="ArticleScripture"/>
        <w:jc w:val="left"/>
      </w:pPr>
      <w:r>
        <w:rPr>
          <w:rFonts w:ascii="Times New Roman" w:hAnsi="Times New Roman" w:eastAsia="Times New Roman" w:cs="Times New Roman"/>
        </w:rPr>
        <w:t>“Wax ji jëkk ci mbind mi ci mbirum ‘Malaaka bu ñetteel bi’ mooy: ‘Noonu malaaka bu ñetteel bi topp leen.’ Apokalips 14:9. Loolu day wone ne am na ñeneen yu ko jiituwoon, ñoom ñi Malaaka bu ñetteel bi ‘toppoon.’”</w:t>
      </w:r>
    </w:p>
    <w:p>
      <w:pPr>
        <w:pStyle w:val="ArticleScripture"/>
        <w:jc w:val="left"/>
      </w:pPr>
      <w:r>
        <w:rPr>
          <w:rFonts w:ascii="Times New Roman" w:hAnsi="Times New Roman" w:eastAsia="Times New Roman" w:cs="Times New Roman"/>
        </w:rPr>
        <w:t>«Kon nag nag li jiitu bi, ñëwal beneen malaaka.» Loolu day won ne am na itam malaaka bu ko jiituwoon, te bu bii toppée kooku, mu tax mu doon «beneen».</w:t>
      </w:r>
    </w:p>
    <w:p>
      <w:pPr>
        <w:pStyle w:val="ArticleScripture"/>
        <w:jc w:val="left"/>
      </w:pPr>
      <w:r>
        <w:rPr>
          <w:rFonts w:ascii="Times New Roman" w:hAnsi="Times New Roman" w:eastAsia="Times New Roman" w:cs="Times New Roman"/>
        </w:rPr>
        <w:t>«Delluleen léegi ci juróomeelu aaya ba: “Te gis naa beneen malaaka.” Lii itam dëggal na ne am na malaaka bu jiituwoon, loolu moo tax kii, bi muy wër ci diggante asamaan, di “beneen.”»</w:t>
      </w:r>
    </w:p>
    <w:p>
      <w:pPr>
        <w:pStyle w:val="ArticleScripture"/>
        <w:jc w:val="left"/>
      </w:pPr>
      <w:r>
        <w:rPr>
          <w:rFonts w:ascii="Times New Roman" w:hAnsi="Times New Roman" w:eastAsia="Times New Roman" w:cs="Times New Roman"/>
        </w:rPr>
        <w:t>“Bu nu gannaat ci téereb Peeñug Yàlla, dunu fekk benn malaaka, su dul malaakam Trompet bu juróomeel-ba-benni bi, ba kera nu agsee ci sar wi jëkk ci ñetteel fukki xaaj bi; te foofa nu jàng ne: ‘Te gis naa beneen malaaka bu am doole.’ Wax jii, ni ko nekkoon bu njëkk, dëggal na ne, bala bii, am na malaaka, moo tax bi bii feeñee, ñu wax ko ne mooy ‘beneen.’”</w:t>
      </w:r>
    </w:p>
    <w:p>
      <w:pPr>
        <w:pStyle w:val="ArticleScripture"/>
        <w:jc w:val="left"/>
      </w:pPr>
      <w:r>
        <w:rPr>
          <w:rFonts w:ascii="Times New Roman" w:hAnsi="Times New Roman" w:eastAsia="Times New Roman" w:cs="Times New Roman"/>
        </w:rPr>
        <w:t>“Bu nu gën a weer gannaaw, duñu fa gis benn malaaka, lu dul malaakay Tròmpet bu Juroomeel ak bu Juróomeel bi, ba kera nu agsi ci verse bu mujj bu saar wi juróom-ñett; te foofa la nu agsi ci ki njëkk bi, ndaxte jàng nanu: ‘Ma xool, ma dégg malaaka’—du ‘baneen malaaka,’ waaye ci njëlbéenam, ‘malaaka.’”</w:t>
      </w:r>
    </w:p>
    <w:p>
      <w:pPr>
        <w:pStyle w:val="ArticleScripture"/>
        <w:jc w:val="left"/>
      </w:pPr>
      <w:r>
        <w:rPr>
          <w:rFonts w:ascii="Times New Roman" w:hAnsi="Times New Roman" w:eastAsia="Times New Roman" w:cs="Times New Roman"/>
        </w:rPr>
        <w:t>“Noonu, tambale ak Apokalips 8:13, am na ay séri bu taxawul benn yoon rekk ci malaaka yi, ñuy lëkkalante ak kàddu bi ‘baneen,’ ba ci Yëttelu Ñetteelu Malaaka bi ci Apokalips 14, ak yégleem. Noonu:”</w:t>
      </w:r>
    </w:p>
    <w:p>
      <w:pPr>
        <w:pStyle w:val="ArticleScripture"/>
        <w:jc w:val="left"/>
      </w:pPr>
      <w:r>
        <w:rPr>
          <w:rFonts w:ascii="Times New Roman" w:hAnsi="Times New Roman" w:eastAsia="Times New Roman" w:cs="Times New Roman"/>
        </w:rPr>
        <w:t>« Maa gis, te dégg malaaka bu nekk. » Peeñu 8:13.</w:t>
      </w:r>
    </w:p>
    <w:p>
      <w:pPr>
        <w:pStyle w:val="ArticleScripture"/>
        <w:jc w:val="left"/>
      </w:pPr>
      <w:r>
        <w:rPr>
          <w:rFonts w:ascii="Times New Roman" w:hAnsi="Times New Roman" w:eastAsia="Times New Roman" w:cs="Times New Roman"/>
        </w:rPr>
        <w:t>« “Te gis naa beneen malaaka bu am doole.” Peeñu 10:1. »</w:t>
      </w:r>
    </w:p>
    <w:p>
      <w:pPr>
        <w:pStyle w:val="ArticleScripture"/>
        <w:jc w:val="left"/>
      </w:pPr>
      <w:r>
        <w:rPr>
          <w:rFonts w:ascii="Times New Roman" w:hAnsi="Times New Roman" w:eastAsia="Times New Roman" w:cs="Times New Roman"/>
        </w:rPr>
        <w:t>« “Te gis naa beneen malaaka.” Peeñu gi 14:6. »</w:t>
      </w:r>
    </w:p>
    <w:p>
      <w:pPr>
        <w:pStyle w:val="ArticleScripture"/>
        <w:jc w:val="left"/>
      </w:pPr>
      <w:r>
        <w:rPr>
          <w:rFonts w:ascii="Times New Roman" w:hAnsi="Times New Roman" w:eastAsia="Times New Roman" w:cs="Times New Roman"/>
        </w:rPr>
        <w:t>“«Te beneen ma malaaka mu des.» Kàddug 8.”</w:t>
      </w:r>
    </w:p>
    <w:p>
      <w:pPr>
        <w:pStyle w:val="ArticleScripture"/>
        <w:jc w:val="left"/>
      </w:pPr>
      <w:r>
        <w:rPr>
          <w:rFonts w:ascii="Times New Roman" w:hAnsi="Times New Roman" w:eastAsia="Times New Roman" w:cs="Times New Roman"/>
        </w:rPr>
        <w:t>«“Te malaaka bu ñetteel bi topp leen.” Saar 9.»</w:t>
      </w:r>
    </w:p>
    <w:p>
      <w:pPr>
        <w:pStyle w:val="ArticleScripture"/>
        <w:jc w:val="left"/>
      </w:pPr>
      <w:r>
        <w:rPr>
          <w:rFonts w:ascii="Times New Roman" w:hAnsi="Times New Roman" w:eastAsia="Times New Roman" w:cs="Times New Roman"/>
        </w:rPr>
        <w:t>«Xeyna melo bi ci topp yi di ci suuf dina jariñ ci leeral lëkkaloo bi nekk diggante malaaka mi yégle Ñetti Musiba yi ci ñetti trompet yu mujj yi ci juróom-ñaar fukk yi, ak Yëgleb Bañëxataat bi ñetteel ci Peeñu 14:»</w:t>
      </w:r>
    </w:p>
    <w:p>
      <w:pPr>
        <w:pStyle w:val="ArticleScripture"/>
        <w:jc w:val="left"/>
      </w:pPr>
      <w:r>
        <w:rPr>
          <w:rFonts w:ascii="Times New Roman" w:hAnsi="Times New Roman" w:eastAsia="Times New Roman" w:cs="Times New Roman"/>
        </w:rPr>
        <w:t>“1eel Buum bi Nguur gi 8:7”</w:t>
      </w:r>
    </w:p>
    <w:p>
      <w:pPr>
        <w:pStyle w:val="ArticleScripture"/>
        <w:jc w:val="left"/>
      </w:pPr>
      <w:r>
        <w:rPr>
          <w:rFonts w:ascii="Times New Roman" w:hAnsi="Times New Roman" w:eastAsia="Times New Roman" w:cs="Times New Roman"/>
        </w:rPr>
        <w:t>“Ñaareelu liit bi Peeñu gi 8:8</w:t>
      </w:r>
    </w:p>
    <w:p>
      <w:pPr>
        <w:pStyle w:val="ArticleScripture"/>
        <w:jc w:val="left"/>
      </w:pPr>
      <w:r>
        <w:rPr>
          <w:rFonts w:ascii="Times New Roman" w:hAnsi="Times New Roman" w:eastAsia="Times New Roman" w:cs="Times New Roman"/>
        </w:rPr>
        <w:t>“Buur gu ñetteel bi — Peeñu gi 8:10”</w:t>
      </w:r>
    </w:p>
    <w:p>
      <w:pPr>
        <w:pStyle w:val="ArticleScripture"/>
        <w:jc w:val="left"/>
      </w:pPr>
      <w:r>
        <w:rPr>
          <w:rFonts w:ascii="Times New Roman" w:hAnsi="Times New Roman" w:eastAsia="Times New Roman" w:cs="Times New Roman"/>
        </w:rPr>
        <w:t>“Ñente trompeet bi 4 Revelation 8:12 «Ab malaaka»—Ay, ay, ay. Revelation 8:13.</w:t>
      </w:r>
    </w:p>
    <w:p>
      <w:pPr>
        <w:pStyle w:val="ArticleScripture"/>
        <w:jc w:val="left"/>
      </w:pPr>
      <w:r>
        <w:rPr>
          <w:rFonts w:ascii="Times New Roman" w:hAnsi="Times New Roman" w:eastAsia="Times New Roman" w:cs="Times New Roman"/>
        </w:rPr>
        <w:t>“Buuro 5e bi Pexe 9:1–11 / Njàqare jëkk”</w:t>
      </w:r>
    </w:p>
    <w:p>
      <w:pPr>
        <w:pStyle w:val="ArticleScripture"/>
        <w:jc w:val="left"/>
      </w:pPr>
      <w:r>
        <w:rPr>
          <w:rFonts w:ascii="Times New Roman" w:hAnsi="Times New Roman" w:eastAsia="Times New Roman" w:cs="Times New Roman"/>
        </w:rPr>
        <w:t>“Buur waat ba 6eelu” Peeñu gi 9:13 ba 11:13 Ñaareelu musiba “Beneen malaaka bu am kàttan.” Peeñu gi 10:1</w:t>
      </w:r>
    </w:p>
    <w:p>
      <w:pPr>
        <w:pStyle w:val="ArticleScripture"/>
        <w:jc w:val="left"/>
      </w:pPr>
      <w:r>
        <w:rPr>
          <w:rFonts w:ascii="Times New Roman" w:hAnsi="Times New Roman" w:eastAsia="Times New Roman" w:cs="Times New Roman"/>
        </w:rPr>
        <w:t>“Buuro 7eelu Kàddug Yàlla 11:13–19 Ñetteelu Musiba “Beneen malaaka. Kàddug Yàlla 14:6</w:t>
      </w:r>
    </w:p>
    <w:p>
      <w:pPr>
        <w:pStyle w:val="ArticleScripture"/>
        <w:jc w:val="left"/>
      </w:pPr>
      <w:r>
        <w:rPr>
          <w:rFonts w:ascii="Times New Roman" w:hAnsi="Times New Roman" w:eastAsia="Times New Roman" w:cs="Times New Roman"/>
        </w:rPr>
        <w:t>«“Beneen amoonene benn.” Peeñu Yàlla 14:6»</w:t>
      </w:r>
    </w:p>
    <w:p>
      <w:pPr>
        <w:pStyle w:val="ArticleScripture"/>
        <w:jc w:val="left"/>
      </w:pPr>
      <w:r>
        <w:rPr>
          <w:rFonts w:ascii="Times New Roman" w:hAnsi="Times New Roman" w:eastAsia="Times New Roman" w:cs="Times New Roman"/>
        </w:rPr>
        <w:t>«“Malaaka bu ñetteel ba topp leen.” Peeñu gi 14:9.»</w:t>
      </w:r>
    </w:p>
    <w:p>
      <w:pPr>
        <w:pStyle w:val="ArticleScripture"/>
        <w:jc w:val="left"/>
      </w:pPr>
      <w:r>
        <w:rPr>
          <w:rFonts w:ascii="Times New Roman" w:hAnsi="Times New Roman" w:eastAsia="Times New Roman" w:cs="Times New Roman"/>
        </w:rPr>
        <w:t>“Li lépp man nañu gis ko bu baax ci xalaat bu gëna xóot ci li Baatu Ñettéelu Malaaka bi di moom ci boppam: Ci lu ñu koy waxe, kàddu gi ne ‘Ñettéelu Malaaka bi’ feeñal na bu leer ne muy ñettéelu ci ab séri bu am ñetti malaaka. Naka lañu ko baaxaloon ba noppi, séri bii bu ñetti malaaka, ku nekk yore ab baat, am na ci saraxal gën a màgg baay yi ci Tërëlin gi, saaru 14, aaya 6–12. Baat yu ñetti malaaka yooyu dañuy booleeku te àgg ci ñettéelu bi, te moomu du noppi di riir ba keroog góobug suuf si mat, te ñu waajal ko ngir dikkug Boroom bi ngir góob ko.”</w:t>
      </w:r>
    </w:p>
    <w:p>
      <w:pPr>
        <w:pStyle w:val="ArticleScripture"/>
        <w:jc w:val="left"/>
      </w:pPr>
      <w:r>
        <w:rPr>
          <w:rFonts w:ascii="Times New Roman" w:hAnsi="Times New Roman" w:eastAsia="Times New Roman" w:cs="Times New Roman"/>
        </w:rPr>
        <w:t>“Baatu Malaaka bu Ñetteel bi ci boppam, ni ñu koy yéglee ci waxi Malaaka bu Ñetteel bi, mooy lii: ‘Noonu malaaka bu ñetteel bi topp leen, di wax ak baat bu kawe: Su kenn màggalée rab wi ak nataalam, te nangu màndargaam ci jëwam walla ci loxoom, kooku dina naan biiñu merum Yàlla, bi ñu tuur te jaxasul dara ci kaasu mërëm gaam; te dina sonn ak safara ak xonq ci kanamu malaakay sell yi, ak ci kanamu Xar mi: te saxaaru seen toroxte dina yéeg ba fàww ak ba fàww; te amuñu noppalu guddi ak bëccëg, ñiy màggal rab wi ak nataalam, ak képp ku nangu màndargay turam. Fii mooy muñug gaayi Yàlla yi: fii la nekk ñiy sàmm ndigali Yàlla, ak ngëmug Yeesu.’”</w:t>
      </w:r>
    </w:p>
    <w:p>
      <w:pPr>
        <w:pStyle w:val="ArticleScripture"/>
        <w:jc w:val="left"/>
      </w:pPr>
      <w:r>
        <w:rPr>
          <w:rFonts w:ascii="Times New Roman" w:hAnsi="Times New Roman" w:eastAsia="Times New Roman" w:cs="Times New Roman"/>
        </w:rPr>
        <w:t>«Li mooy Yëgleb Malaaka bu ñetteel bi ni mu taxawee, weesu ci ñaar yi ci des. Waaye, ci dëgg-dëgg, maneesu ko a seet ni lu beru; te maneesu ko it a def mu taxaw boppam mel ni moom rekk mooy benn yëgleb bu kenn-benn, bu ñuy yónnee àddina si; ndaxte baat yu njëkk yi ci mbiram nee nañu: “Malaaka bu ñetteel bi topp na LËN.” Noonu, ci baat yu njëkk yu yëgleb bi ci boppam, yóbbu nañu nu, du ci benn rekk, waaye ci ñaar yi ko jiitu. Te baat bu Gereg bi ñu tekki “topp” mooy waxul topp ku beru, mbaa topp rekk; waaye mooy “topp ak,” ni xarekat yi di topp seen njiit, mbaa surga yi seen sang; moo tax, “topp kenn ci lu mu nekk; bàyyi sa bopp ñu jiite ko.” Bu ñu ko waxee ci yëf, dafay tekki topp ci séq; topp “ni ag jéexitalu lu nekk lu jiitu woon.” Noonu, ci lu jëm ci nit ñi, Malaaka bu ñetteel bi topp ak ñaar yi ko jiitu; te yëglebam, ci ni muy mbir, dafay topp ni ag njariñ walla ag jéexitalu li jiitu woon.»</w:t>
      </w:r>
    </w:p>
    <w:p>
      <w:pPr>
        <w:pStyle w:val="ArticleScripture"/>
        <w:jc w:val="left"/>
      </w:pPr>
      <w:r>
        <w:rPr>
          <w:rFonts w:ascii="Times New Roman" w:hAnsi="Times New Roman" w:eastAsia="Times New Roman" w:cs="Times New Roman"/>
        </w:rPr>
        <w:t>“Waaye ci Ñaareel bi itam bind nañu ci moom ne: ‘Te beneen malaaka topp ko.’ Ni Ñetteel Malaaka di topp Ñaareel bi, noonu la itam Ñaareel Malaaka di topp Këru jiitu bi. Te ci Këru jiitu bi bind nañu ne: ‘Te gis naa beneen malaaka muy naaw,’ ak yeneen. Moo di ki jëkk ci sérii bii bu ñett. Beneen topp na ko; te Ñetteel Malaaka topp na leen. Am na lëntu ci toftale pexe bi ci seen jógsi; waaye bu ñett ñi jógsee ndax seen toftale, kon dañuy demandoo benn. Këru jiitu bi yégle ay waxam; Ñaareel bi topp ko, booleek Këru jiitu bi; Ñetteel bi topp leen, booleek leen; ba tax, bu ñett ñi boolee, te di demandoo ci seen kàttan gu benn, dañuy sos benn yégle bu mag, bu ñett-fann, bu baat bu xumb. Ñoom ñépp a war ngir sàkku Baatu Ñetteel Malaaka ba mu mat; te Baatu Ñetteel Malaaka mënul añu koo yégle dëgg-dëgg te duñu yégle lépp.”</w:t>
      </w:r>
    </w:p>
    <w:p>
      <w:pPr>
        <w:pStyle w:val="ArticleScripture"/>
        <w:jc w:val="left"/>
      </w:pPr>
      <w:r>
        <w:rPr>
          <w:rFonts w:ascii="Times New Roman" w:hAnsi="Times New Roman" w:eastAsia="Times New Roman" w:cs="Times New Roman"/>
        </w:rPr>
        <w:t>“Kon nag mooy, lan mooy ñetti waarey yëgle bi ci ay xaajam yu wuute?—Lii mooy njëkk bi: ‘Noonu gis naa beneen malaaka muy naaw ci digg asamaan, yor xibaar bu baax bu sax ba fàww ngir yégle ko ñi dëkk ci suuf, ak xeet wu nekk, ak giir wu nekk, ak làkk wu nekk, ak nit ñépp, di wax ak baat bu réy ne: Ragal-leen Yàlla, te jox ko ndam; ndaxte waxtu atteem agsi na: te jaamu-leen Ki sàkk asamaan, ak suuf, ak géej, ak teeni ndox yi.’”</w:t>
      </w:r>
    </w:p>
    <w:p>
      <w:pPr>
        <w:pStyle w:val="ArticleScripture"/>
        <w:jc w:val="left"/>
      </w:pPr>
      <w:r>
        <w:rPr>
          <w:rFonts w:ascii="Times New Roman" w:hAnsi="Times New Roman" w:eastAsia="Times New Roman" w:cs="Times New Roman"/>
        </w:rPr>
        <w:t>“Li ci ñaareel bi: ‘Ba noppi malaaka beneen topp ko, naan: Babilon daanu na, daanu na, dëkk bu mag ba, ndaxte moo tax xeeti àddina yépp naan biiñu merum saay-saayam.’”</w:t>
      </w:r>
    </w:p>
    <w:p>
      <w:pPr>
        <w:pStyle w:val="ArticleScripture"/>
        <w:jc w:val="left"/>
      </w:pPr>
      <w:r>
        <w:rPr>
          <w:rFonts w:ascii="Times New Roman" w:hAnsi="Times New Roman" w:eastAsia="Times New Roman" w:cs="Times New Roman"/>
        </w:rPr>
        <w:t>“Te fii mooy ñetteel bi: ‘Te malaaka mu ñetteel mi topp leen, wax ak baat bu mag ne: Ku man a sujjóot rab wu bon wa ak nataalam, te jot màndargaam ci jëram walla ci loxoom, kooku dina naan biiñu merug Yàlla, bi ñu sotti te jeexalul dara ci kaasu meram; te dees na ko sonal ak safara ak xonq ci kanamu malaaka yu sell yi ak ci kanamu Xar mi: te saxaaru seen sonal dina yéeg ba fàww ak ba fàww: te amuñu noppalu bëccëg ak guddi, ñiy sujjóot Rab wu bon wa ak nataalam, ak képp ku jot màndargu turam. Fii la muñug gaayi Yàlla yi nekk: fii la ñi sàmm ndigali Yàlla yi ak ngëmu Yeesu nekk.’”</w:t>
      </w:r>
    </w:p>
    <w:p>
      <w:pPr>
        <w:pStyle w:val="ArticleScripture"/>
        <w:jc w:val="left"/>
      </w:pPr>
      <w:r>
        <w:rPr>
          <w:rFonts w:ascii="Times New Roman" w:hAnsi="Times New Roman" w:eastAsia="Times New Roman" w:cs="Times New Roman"/>
        </w:rPr>
        <w:t>“Ab gis xool ci baat yi nekk ci benn ku nekk ci ñaari ndigal yii dina feeñal xalaat bi nekk ci baatub Gereeg bi ñuy wax ‘toppe,’ te mooy tekki ne ‘toppe ngir moomeel njariñ walla njiitu lu ci ëpp.’ Ki jëkk gi yore xibaar bu baax bu sax ba fàww, ngir waare ko ci mbindéef mu nekk; di woo ñépp ngir ñu ragal Yàlla, jox Ko ndam, te jaamu Ko; ndaxte waxtuw àtteem agsi na. Bañ a nangoo ndigal bii jëkk mooy jur xaalisub yoon wi, te niki séqoo bu bañ boobu, xaalis boobu mooy li ñu melal ci kàddu yi ci Malaaka bi Ñaareel, mi ko topp. Te ndax bañ a nangoo Ndigal bi Jëkk; ak ndax séqoo yi bawoo ci bañ boobu, ni ñu ko yégle ci bi Ñaareel; am na xaalisub yoon wu bees, ni séqoo su gën a yàgg, buy laaj ne Malaaka bi Ñetteel topp leen, di waare ak baat bu réy artalam gu metti gi ci lu bon lu tiis ya juróo, te muy ñaari séqoo yu baña nangoo Ndigal bi Jëkk.”</w:t>
      </w:r>
    </w:p>
    <w:p>
      <w:pPr>
        <w:pStyle w:val="ArticleScripture"/>
        <w:jc w:val="left"/>
      </w:pPr>
      <w:r>
        <w:rPr>
          <w:rFonts w:ascii="Times New Roman" w:hAnsi="Times New Roman" w:eastAsia="Times New Roman" w:cs="Times New Roman"/>
        </w:rPr>
        <w:t>“Te baat ne baat ak jëfug Malaaka bu Ñetteel bi bokk ak bu njëkk bi, loolu leer na ci ay waxam yu mujj yii: ‘Fii la ñi nekk, ñiy sàmm ndigali Yàlla ak ngëmug Yeesu;’ ndaxte loolu mooy saa su nekk mbir mi waare ci waarey xebaar bu baax bu dul jeex. Mooy li gën a nekk ci ragal Yàlla ak jox ko ndam, ak jaamu ‘ki bind asamaan ak suuf ak géej gi ak bëti ndox yi.’ Sàmm ndigali Yàlla ak ngëmug Yeesu rekk moo man a may benn bàkkar-kat mu nekk taxaw ci waxtuw àtteem, bi malaaka bu njëkk bi wax ne ‘agsi na.’</w:t>
      </w:r>
    </w:p>
    <w:p>
      <w:pPr>
        <w:pStyle w:val="ArticleScripture"/>
        <w:jc w:val="left"/>
      </w:pPr>
      <w:r>
        <w:rPr>
          <w:rFonts w:ascii="Times New Roman" w:hAnsi="Times New Roman" w:eastAsia="Times New Roman" w:cs="Times New Roman"/>
        </w:rPr>
        <w:t>“Buub baat yu mujj ci gannaaw waxi malaaka ñetteel bi mooy: ‘ma dégg baat bu jóge asamaan, ne ma: Bindal: barkeel na ñi dee ci Boroom bi dale fii jant—li dale ci jamono jii ba ñëw.’—daje ci jamono jii. Peeñu 14:13. Te ci saa siit, topp na ko wax yii: ‘Ma xool, te gis ab niir bu weex; te ci kaw niir ba am ku toog, mel ni Doomu nit ki, yor ca boppam kaalaama wurus, te ca loxoom am nag gu ñaw bu xare. Noonu beneen malaaka génn ca kër Yàlla ga, wax ak baat bu réy ak ki toogoon ci niir ba: Sànni sa nag, ngir góob; ndaxte waxtu wi jot na ngir nga góob, ndaxte ngóobug suuf si mat na. Kon ki toogoon ci niir ba sànni nagam ci suuf si; te góobees na suuf si.’ Peeñu 14:14–16. Te ‘ngóob mi mooy jeexital àddina si.’ Macë 13:39.”</w:t>
      </w:r>
    </w:p>
    <w:p>
      <w:pPr>
        <w:pStyle w:val="ArticleScripture"/>
        <w:jc w:val="left"/>
      </w:pPr>
      <w:r>
        <w:rPr>
          <w:rFonts w:ascii="Times New Roman" w:hAnsi="Times New Roman" w:eastAsia="Times New Roman" w:cs="Times New Roman"/>
        </w:rPr>
        <w:t>“Teewat: Malaaka bu ñetteel bi ci naataal mu am solo moo ngi waare ñépp ngir ñu moytu jaamu rab wa ak nataalam, lu ñu doon mën a nekk nag; te, ci Peeñu gi 19:11–21, danuy gis ne rab wa ak nataalam dañuy nekk ‘dund’ ba ker Yàlla bi dikkee ci niiri asamaan, te ‘ñoom ñaar ñépp’ dañu leen rey ak leerug dikkam.”</w:t>
      </w:r>
    </w:p>
    <w:p>
      <w:pPr>
        <w:pStyle w:val="ArticleScripture"/>
        <w:jc w:val="left"/>
      </w:pPr>
      <w:r>
        <w:rPr>
          <w:rFonts w:ascii="Times New Roman" w:hAnsi="Times New Roman" w:eastAsia="Times New Roman" w:cs="Times New Roman"/>
        </w:rPr>
        <w:t>“Yëf yii wone ne Baatu Malaaka Bu Ñetteel bi mooy benn yégle gu mag, gu ñetti wàll, gu kàddu bu dégg ba sori, buy dem ca xeet yépp ak giir yépp ak làkk yépp ak nit ñépp, tuuti lu jiitu ñëw ba ñaareelu Boroom bi; te mooy li yóombal mbeyum suuf si ba mat, di waajal nit ñi ñu waajal ngir Boroom bi, ni yégle Yaxya Miy Sóob Mbegteel bi waajale yoon wi ngir ñëw ba jëkk bu Boroom bi. Kon nag mooy yégleg Yàlla bu mujj, bu tëj, ci àddina si.”</w:t>
      </w:r>
    </w:p>
    <w:p>
      <w:pPr>
        <w:pStyle w:val="ArticleScripture"/>
        <w:jc w:val="left"/>
      </w:pPr>
      <w:r>
        <w:rPr>
          <w:rFonts w:ascii="Times New Roman" w:hAnsi="Times New Roman" w:eastAsia="Times New Roman" w:cs="Times New Roman"/>
        </w:rPr>
        <w:t>«Léegi nag, ganna am na nu am xamle bu baax ci li Baatu Ñetteelu Malaaka mooy ci boppam, jokkoo boobu baat ak réew yu mag yi tey man na gëna leer bu ñu xool “Jamono ji Baatu Ñetteelu Malaaka” di.».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 bu Fukk ak Juróom-benn bi — Nimero Juróom-Ñent```</dc:title>
  <dc:subject>Ñaaree ñaarel bi — Xaaj 2</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