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Jaar-jaaru Aayaare bu Ñeent-Fukk ak Benn — Nimero Ñaar-Fukk</w:t>
      </w:r>
    </w:p>
    <w:p>
      <w:pPr>
        <w:pStyle w:val="ArticleSubtitle"/>
        <w:jc w:val="left"/>
      </w:pPr>
      <w:r>
        <w:rPr>
          <w:rFonts w:ascii="Arial" w:hAnsi="Arial" w:eastAsia="Arial" w:cs="Arial"/>
        </w:rPr>
        <w:t>Ñaareel ñaareel — Cér bu juróom-ñaareel — Ezekiel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2026-07-29</w:t>
      </w:r>
    </w:p>
    <w:p>
      <w:pPr>
        <w:pStyle w:val="ArticleBody"/>
        <w:jc w:val="left"/>
      </w:pPr>
      <w:r>
        <w:rPr>
          <w:rFonts w:ascii="Times New Roman" w:hAnsi="Times New Roman" w:eastAsia="Times New Roman" w:cs="Times New Roman"/>
        </w:rPr>
        <w:t>Ndax deggu la ci xam-xamu Biibël jàng ci ni ñu man a jàpp Yonent Esëkiel ne am na ñetti-fukki at ci ay kàddoom yu njëkk.</w:t>
      </w:r>
    </w:p>
    <w:p>
      <w:pPr>
        <w:pStyle w:val="ArticleScripture"/>
        <w:jc w:val="left"/>
      </w:pPr>
      <w:r>
        <w:rPr>
          <w:rFonts w:ascii="Times New Roman" w:hAnsi="Times New Roman" w:eastAsia="Times New Roman" w:cs="Times New Roman"/>
        </w:rPr>
        <w:t>Léegi, ci atum ñetti fukki at ak benn, ci weer wu ñenteel, ci bésu juróomeelu bés bi ci weer wa, bi ma nekkee ci diggante jaami ñi ci wetu dexu Kebar, asamaan yi ubiku, te gis naa peeñug Yàlla. Ci bésu juróomeelu bés bi ci weer wa, mooy atum juróomeel bi ci njaamu Buur Yeoyakin, kàddug Boroom bi dikkoon na bu leer ci Yexeskel, saraxalekat bi, doomu Buzi, ci réewu Kalde yi, ci wetu dexu Kebar; te loxob Boroom bi nekk na fa ci moom. Yexeskel 1:1–3.</w:t>
      </w:r>
    </w:p>
    <w:p>
      <w:pPr>
        <w:pStyle w:val="ArticleBody"/>
        <w:jc w:val="left"/>
      </w:pPr>
      <w:r>
        <w:rPr>
          <w:rFonts w:ascii="Times New Roman" w:hAnsi="Times New Roman" w:eastAsia="Times New Roman" w:cs="Times New Roman"/>
        </w:rPr>
        <w:t>Am ñenn gëm ne “atum ñett-fukk bi” mi ngi sukkandiku ci benn wareef jubilee bu xeeb, bi tambalee ak buur Yosiya te mu jeexee ak aaya benn ci saraxu ñeent-fukk bi.</w:t>
      </w:r>
    </w:p>
    <w:p>
      <w:pPr>
        <w:pStyle w:val="ArticleScripture"/>
        <w:jc w:val="left"/>
      </w:pPr>
      <w:r>
        <w:rPr>
          <w:rFonts w:ascii="Times New Roman" w:hAnsi="Times New Roman" w:eastAsia="Times New Roman" w:cs="Times New Roman"/>
        </w:rPr>
        <w:t>Ci at ak ñaar-fukk ak juróom-ñett baat ci sunu jaamug njaam, ca ndoorteelu at mi, ca fukki bésub weer wi, ca ñent-fukk ak ñentelu at baat bi ginnaaw ba dëkk ba daanu, ca bés boobu sax loxob Boroom bi nekkoon na ci man, te yóbbu ma fa. Ezekiel 40:1.</w:t>
      </w:r>
    </w:p>
    <w:p>
      <w:pPr>
        <w:pStyle w:val="ArticleBody"/>
        <w:jc w:val="left"/>
      </w:pPr>
      <w:r>
        <w:rPr>
          <w:rFonts w:ascii="Times New Roman" w:hAnsi="Times New Roman" w:eastAsia="Times New Roman" w:cs="Times New Roman"/>
        </w:rPr>
        <w:t>Aji waxtukat yu aju ci xàllu téereb Biibël di tëral aaya bu njëkk bu saarent fukki ñent gi ci 28 Awril walla 22 Oktoobar atum 573 laata Kirist. Yépp yonent yi dañuy màggal fan yi mujj, ba tax bés bu daanu bi, maanaam 22 Oktoobar atum 573 laata Kirist, mooy bésu omega bu benn rëdd woo xam ne tambalee woon na juróom-fukki at yu jiitu ci li ñuy wax “Jàllug Baax bu Mag bu Yosiya” ci 5 Mee atum 622 laata Kirist.</w:t>
      </w:r>
    </w:p>
    <w:p>
      <w:pPr>
        <w:pStyle w:val="ArticleBody"/>
        <w:jc w:val="left"/>
      </w:pPr>
      <w:r>
        <w:rPr>
          <w:rFonts w:ascii="Times New Roman" w:hAnsi="Times New Roman" w:eastAsia="Times New Roman" w:cs="Times New Roman"/>
        </w:rPr>
        <w:t>Limu ñett ñatt fukki mooy misaalu saraxalekat yi, ndaxte dañuy tàmbalee seen liggéey bu ñu amee ñett ñatt fukki at. Su fekkee ne aaya bu njëkk ba bu ñetteel ci Esekiyel 1 di wax ne atam dafa tollu ci ñett ñatt fukki, walla muy rekk misaal bu saraxalekat, kon itam dees na ko tegu ci nit ku am ñett ñatt fukki at. Su fekkee ne ñett ñatt fukki at yi ci aaya bi jëkk, ni ñeneen ñi gëm ko, di tegtal atum ñett ñatt fukki ba ca bés bu mag bu Jósiya defoon Paskaa gaaw ga ca atum 622 BC, kon itam njariñi yonent yi ci mbir moomu du soppi, benn lañuy doon.</w:t>
      </w:r>
    </w:p>
    <w:p>
      <w:pPr>
        <w:pStyle w:val="ArticleBody"/>
        <w:jc w:val="left"/>
      </w:pPr>
      <w:r>
        <w:rPr>
          <w:rFonts w:ascii="Times New Roman" w:hAnsi="Times New Roman" w:eastAsia="Times New Roman" w:cs="Times New Roman"/>
        </w:rPr>
        <w:t>Yosiya tekki “fondamaŋ,” te màggal Bésub Jàllam gu Magam moo tàmbalee jamono yuubile yi jeexee ci 22 Oktoobar, ci Bésub Njotlu, atum 573 kanam Kirist. “Rëddub yuubile” bi jóge ci Yosiya ba 22 Oktoobar méngoo ak jaar-jaaru nettali 1840 ba 1844. Fondamaŋ yi 1840 dañoo teewaloon buur Yosiya, te itam Yosiya Litch. 22 Oktoobar dafa teewaloon li ñuy wol yékkati buubub yuubile, ànd ak buubub Bésub Njotlu.</w:t>
      </w:r>
    </w:p>
    <w:p>
      <w:pPr>
        <w:pStyle w:val="ArticleScripture"/>
        <w:jc w:val="left"/>
      </w:pPr>
      <w:r>
        <w:rPr>
          <w:rFonts w:ascii="Times New Roman" w:hAnsi="Times New Roman" w:eastAsia="Times New Roman" w:cs="Times New Roman"/>
        </w:rPr>
        <w:t>Te nga wara juróom-ñaar yu at yi ngir sa bopp, juróom-ñaar yoon juróom-ñaar at; te diiru juróom-ñaar wara yu at yi dina nekk ci yaw ñeent-fukk ak juróom-ñent at. Noonu nga war a santaane bu xewu Yoweel bi baat ci bésub fukk wa ci weer wa juróom-ñaar; ci bésub jéggal ba ngeen war a tàggat santaane bi ba mu baat ci seen réew mépp. Leviticus 25:8, 9.</w:t>
      </w:r>
    </w:p>
    <w:p>
      <w:pPr>
        <w:pStyle w:val="ArticleBody"/>
        <w:jc w:val="left"/>
      </w:pPr>
      <w:r>
        <w:rPr>
          <w:rFonts w:ascii="Times New Roman" w:hAnsi="Times New Roman" w:eastAsia="Times New Roman" w:cs="Times New Roman"/>
        </w:rPr>
        <w:t>Esekiyel nekk na ci rëdd-u Jubile bi dale ci buur Yosiya ba ci 22 Oktoobar, rëdd wu teewal malaaka bu njëkk ak ñaareel bi ci Peeñu Yàlla fukk, li dox dale ci 1840 ba 1844. Esekiyel dafay teewal Millerite yi ci malaaka bu njëkk ak ñaareel bi, ak téeméer ak ñeent-fukk ak ñeent junniy nit ñi ci malaaka bu ñetteel bi. Esekiyel dafay teewal sarxalkatu téeméer ak ñeent-fukk ak ñeent junniy nit ñi, waaye jëfandikoom gu mag ci waxu yonent mooy ne, moom ab yonent la.</w:t>
      </w:r>
    </w:p>
    <w:p>
      <w:pPr>
        <w:pStyle w:val="ArticleHeading"/>
        <w:jc w:val="left"/>
      </w:pPr>
      <w:r>
        <w:rPr>
          <w:rFonts w:ascii="Arial" w:hAnsi="Arial" w:eastAsia="Arial" w:cs="Arial"/>
        </w:rPr>
        <w:t>Yonent, Saraxalekat ak Buur</w:t>
      </w:r>
    </w:p>
    <w:p>
      <w:pPr>
        <w:pStyle w:val="ArticleBody"/>
        <w:jc w:val="left"/>
      </w:pPr>
      <w:r>
        <w:rPr>
          <w:rFonts w:ascii="Times New Roman" w:hAnsi="Times New Roman" w:eastAsia="Times New Roman" w:cs="Times New Roman"/>
        </w:rPr>
        <w:t>Am na ñetti nit ñi ci Biibël ñoo tàmbalee liggéey ci biir ndam gi bu ñetti fukk at. Ak Esegiyel amoon na Dawuda ak Yuusufa. Ndaxte ñoom ñépp tàmbalee liggéey ci biir ñetti fukk at, ñoom ñépp saraxalekat lañu. Dawuda mooy màndargay buur bi, Yuusufa mooy saraxalekat bi, te Esegiyel mooy Yonent bi ci buur-gi gu ndam gu ñettiwul, gi taxaw ci Yonent, Saraxalekat ak Buur.</w:t>
      </w:r>
    </w:p>
    <w:p>
      <w:pPr>
        <w:pStyle w:val="ArticleBody"/>
        <w:jc w:val="left"/>
      </w:pPr>
      <w:r>
        <w:rPr>
          <w:rFonts w:ascii="Times New Roman" w:hAnsi="Times New Roman" w:eastAsia="Times New Roman" w:cs="Times New Roman"/>
        </w:rPr>
        <w:t>Waaye naka nu nu man a jëfandikoo yonent bi Esekiyel muy misaal, moom ab saraxalekat la, te bu ñu ko jëfandikoo ci jaar-jaaru joobale bi tàmbalee ci Yosiya ba 22 Oktoobar, Esekiyel ab saraxalekat la buy tegtal saraxalekat ci waxtu tëj biirug téeméeri juróom-ñeent fukki junni ñaari-fukki ñeent ñi, ni ko jaar-jaaru at 1840 ba 1844 ak buur Yosiya ba 22 Oktoobar 573 JKK wone.</w:t>
      </w:r>
    </w:p>
    <w:p>
      <w:pPr>
        <w:pStyle w:val="ArticleHeading"/>
        <w:jc w:val="left"/>
      </w:pPr>
      <w:r>
        <w:rPr>
          <w:rFonts w:ascii="Arial" w:hAnsi="Arial" w:eastAsia="Arial" w:cs="Arial"/>
        </w:rPr>
        <w:t>Ñaar fukk ak ñaar</w:t>
      </w:r>
    </w:p>
    <w:p>
      <w:pPr>
        <w:pStyle w:val="ArticleBody"/>
        <w:jc w:val="left"/>
      </w:pPr>
      <w:r>
        <w:rPr>
          <w:rFonts w:ascii="Times New Roman" w:hAnsi="Times New Roman" w:eastAsia="Times New Roman" w:cs="Times New Roman"/>
        </w:rPr>
        <w:t>Biibël bi wone na Yexeskeel dafa doon liggéey ci yoonu ndawi at yu mat ñaar-fukk ak ñaar. “Ñaar-fukk ak ñaar” mooy misaal gi taxaw ngir téerey téeméeri ak ñeent-fukk ak ñeent-junni ñi, ñoom ñi di màndarga Yàlla gi booleek nit ñaar. Ci jaar-jaaru nettali bi teew ci màggalu Bésub Jéggi ba Yosiya ba ci xët wu ñeent-fukk ngir màggalu Jubile 22 Oktoobar, Bésub Jéggi bu Yosiya dafa doon misaal liggéeyu Josiah Litch ci 1838 ak 1840. Liggéey boobu mooy woon joxe yégle waxtuw yonent yi ci ay musiba yu jëkk ak ñaareel. Léegi manees na gis ne yonentu musiba yu jëkk ak ñaareel yaa ngi gën a yaatu lool ba ña njëkk ya xamoon ko.</w:t>
      </w:r>
    </w:p>
    <w:p>
      <w:pPr>
        <w:pStyle w:val="ArticleBody"/>
        <w:jc w:val="left"/>
      </w:pPr>
      <w:r>
        <w:rPr>
          <w:rFonts w:ascii="Times New Roman" w:hAnsi="Times New Roman" w:eastAsia="Times New Roman" w:cs="Times New Roman"/>
        </w:rPr>
        <w:t>Esekiel, mi doon ci yonent Yàlla yi ci Biibël bi, mooy ki waxe ay bés yu gën a leer ci ay bindam, ba mu ëpp bépp bindkat bu nekk ci Biibël bi.</w:t>
      </w:r>
    </w:p>
    <w:p>
      <w:pPr>
        <w:pStyle w:val="ArticleBody"/>
        <w:jc w:val="left"/>
      </w:pPr>
      <w:r>
        <w:rPr>
          <w:rFonts w:ascii="Times New Roman" w:hAnsi="Times New Roman" w:eastAsia="Times New Roman" w:cs="Times New Roman"/>
        </w:rPr>
        <w:t>Esekiyel mooy omega bu “bëccëg = at” ci waxu yoon ci Kàddu Yàlla. Ci téereb Nimero, alfa bi ci màndargay “bëccëg-at” feeñ na ci njëkk ñàkk dégg-dégg ba ca Kadesh, ga tax ñaar-fukk at yu wër ci màndiŋ ma. Ñàkk dégg-dégg bu mujj bi, walla omega bi, mooy li Esekiyel di tegtal ci ñeentelu xaaj ba Yerusalem yàqu.</w:t>
      </w:r>
    </w:p>
    <w:p>
      <w:pPr>
        <w:pStyle w:val="ArticleHeading"/>
        <w:jc w:val="left"/>
      </w:pPr>
      <w:r>
        <w:rPr>
          <w:rFonts w:ascii="Arial" w:hAnsi="Arial" w:eastAsia="Arial" w:cs="Arial"/>
        </w:rPr>
        <w:t>Alfa</w:t>
      </w:r>
    </w:p>
    <w:p>
      <w:pPr>
        <w:pStyle w:val="ArticleScripture"/>
        <w:jc w:val="left"/>
      </w:pPr>
      <w:r>
        <w:rPr>
          <w:rFonts w:ascii="Times New Roman" w:hAnsi="Times New Roman" w:eastAsia="Times New Roman" w:cs="Times New Roman"/>
        </w:rPr>
        <w:t>Gannaaw fan yi ngeen seetee réew mi, maanaam ñeent-fukk fan, fan bu nekk ñu jàpp ko at, ngeen yóbbu seeni bàkkaar ñeent-fukk at, te ngeen xam sama dindi kóllëre bi. Man Boroom bi wax naa ko; wóor na ne dinaa ko def mbooloo buy ñaaw jëf jépp ji, ji dajale ci sama kaw: ci màndiŋ mi lañuy jeexee, te fa lañuy dee. Nombres 14:34, 35.</w:t>
      </w:r>
    </w:p>
    <w:p>
      <w:pPr>
        <w:pStyle w:val="ArticleHeading"/>
        <w:jc w:val="left"/>
      </w:pPr>
      <w:r>
        <w:rPr>
          <w:rFonts w:ascii="Arial" w:hAnsi="Arial" w:eastAsia="Arial" w:cs="Arial"/>
        </w:rPr>
        <w:t>Omega</w:t>
      </w:r>
    </w:p>
    <w:p>
      <w:pPr>
        <w:pStyle w:val="ArticleScripture"/>
        <w:jc w:val="left"/>
      </w:pPr>
      <w:r>
        <w:rPr>
          <w:rFonts w:ascii="Times New Roman" w:hAnsi="Times New Roman" w:eastAsia="Times New Roman" w:cs="Times New Roman"/>
        </w:rPr>
        <w:t>Nelal ci sa càmmoñam, te yebal ca tooñu kër Israayil ci moom; ni limub fan yi nga war a nelaw ci kawam, noonu ngay yeb seen tooñu. Ndaxte man teg naa ci yow at yu seen tooñu, mengook limub fan yi, ñetti téeméeri ak juróom-fukk fan; noonu ngay yeb tooñub kër Israayil. Bu nga leen matalee, nga delluatal a nelaw ci sa càmmoñam ndeyjoor, te ngay yeb tooñub kër Yuda ñeent-fukk fan; fan bu nekk def naa ko at. Kon nag, jublul sa kanam jëm ci wërug Yerusalem, te sa loxo bu baarekk bi mu feeñ, te nga wax ci kàddug yonent yu ko di jëm ci kawam. Ezekiel 4:4–7.</w:t>
      </w:r>
    </w:p>
    <w:p>
      <w:pPr>
        <w:pStyle w:val="ArticleBody"/>
        <w:jc w:val="left"/>
      </w:pPr>
      <w:r>
        <w:rPr>
          <w:rFonts w:ascii="Times New Roman" w:hAnsi="Times New Roman" w:eastAsia="Times New Roman" w:cs="Times New Roman"/>
        </w:rPr>
        <w:t>Yàlla ba Kàdes ak yàqub Yerusalem dañuy tegtal njàmbaarug alfa ak omega, di tegtal itam njàngatub “bés buy at”. “Njàngatub bés buy at” mooyoon sart bu njëkk bi ci way-Millerite yi, te ci jaar-jaaru at yi 1840 ba 1844, ni ko xeetu ci rëddub Jubile bu buur Yosiya ba 22 Oktoobar. Esekiyel moo wone ay bés yu ëpp ñeneen yonent yépp. Ci biir waxtu yi Esekiyel di tëral, rëddub Jubile bi dañu ko xàmmee, loolu di boole seedam Esekiyel bu jëkk ak jaar-jaaru malaaka bu njëkk ak bu ñaareel, te gannaaw loolu ak jaar-jaaru malaaka bu ñetteel.</w:t>
      </w:r>
    </w:p>
    <w:p>
      <w:pPr>
        <w:pStyle w:val="ArticleBody"/>
        <w:jc w:val="left"/>
      </w:pPr>
      <w:r>
        <w:rPr>
          <w:rFonts w:ascii="Times New Roman" w:hAnsi="Times New Roman" w:eastAsia="Times New Roman" w:cs="Times New Roman"/>
        </w:rPr>
        <w:t>Ci topp ak “rëdd-u Yoweel bi”, Esekieel tëdd na ci wëtam benn téeméer ak juróom-ñent-fukk ak juróom-ñent fan, gannaaw loolu mu tëdd ci beneen wëtam ñent-fukk fan. “Ñent téeméeri ak fanweer” mooy mandarga kóllëreg yu yàgg ya ak yu bees ya, ndaxte digeb kóllëreg bañ-bañu Abràm ci ñent téeméeri at yu ñu wara nekk jaam ci Misra fekk na seedeem bu ñaareel bi ci fanweer at ak ndawtal bi Pool. Benn boole, Abràm, (gannaaw Ibraaima) bu “mag ja”, ak Sawul, (gannaaw Pool) bu “bees ba”, da ñoo boole seede yi ngir samp ñent téeméeri ak fanweer at ni mandarga kóllëreg gu fàww gi. “Ñett téeméeri ak juróom-ñent-fukk fan” “danga yeb bàkkaaru kër Israyel.” “Te” “danga yeb bàkkaaru kër Yuda ñent-fukk fan.” Bu ñu boolee, wët gu ndeyjoor gi ak wët gu camm gi ñoo yam ak Abràm ak Pool.</w:t>
      </w:r>
    </w:p>
    <w:p>
      <w:pPr>
        <w:pStyle w:val="ArticleBody"/>
        <w:jc w:val="left"/>
      </w:pPr>
      <w:r>
        <w:rPr>
          <w:rFonts w:ascii="Times New Roman" w:hAnsi="Times New Roman" w:eastAsia="Times New Roman" w:cs="Times New Roman"/>
        </w:rPr>
        <w:t>Kóllëre gi doon dafa nekk ci yéene topp ak bañ a topp—dund walla dee. Sàrgu bés ak at ci jaar-jaaru Millerite nekkoon mbirum dund walla dee, te jaar-jaar boobu malaaka bu njëkk baa xamle ko ni xebaar bu baax bu dul jeex. “Xebaar bu baax” mooy itam mbirum dund walla dee, te mbirum nattu dund walla dee ci jaar-jaaru Millerite mooyoon ci biir déeg-déegu sart bu nekk: benn bés dafa yem ak benn at. Kéddug yëgle ga dooleel yooni malaaka bu njëkk mooy woon kàddug wax ci ñetti téeméeri at ak juróom-benn-fukk ak benn fan yu tekki ci ñaareelu ay. Ci biir ñetti téeméeri juróom-ñent-fukk fan yi Esekiyel tëddewoon ci wetam càmmoñ, am na foññug ñetti téeméeri juróom-benn-fukk ak benn at ak juróom-benn-fukk fan yi di waxu jamono ci ñaareelu ay. Lii dafay soxla xam-xamu yonent ngir xarale yoonu wax ji ba jub, waaye du lu gën a néew lu dul liggéey bu sax buy dox bu Gaynde gi dëkk ci giiru Yuda di ubbi firndeel xebaaru yu guddi.</w:t>
      </w:r>
    </w:p>
    <w:p>
      <w:pPr>
        <w:pStyle w:val="ArticleBody"/>
        <w:jc w:val="left"/>
      </w:pPr>
      <w:r>
        <w:rPr>
          <w:rFonts w:ascii="Times New Roman" w:hAnsi="Times New Roman" w:eastAsia="Times New Roman" w:cs="Times New Roman"/>
        </w:rPr>
        <w:t>Maa ngi wax ne war nañu jàpp Esekiyel ni màndarga giir junni ak ñeent fukk ak ñeent junni ñaar-fukk, waaye ci li gën a am solo, ni màndarga mayug Xel mu Yëgle bi, muy feeñ ci woneb ab yonent bu mujj-jamono, mbaa ci woneb askanu kóllëre gi xam piriñsiiwu “rëdd ci kaw rëdd” gi.</w:t>
      </w:r>
    </w:p>
    <w:p>
      <w:pPr>
        <w:pStyle w:val="ArticleBody"/>
        <w:jc w:val="left"/>
      </w:pPr>
      <w:r>
        <w:rPr>
          <w:rFonts w:ascii="Times New Roman" w:hAnsi="Times New Roman" w:eastAsia="Times New Roman" w:cs="Times New Roman"/>
        </w:rPr>
        <w:t>Maa ngi sax ne leeru Ezekiel ci yeneen ñaari téeméeri juróom-benn ak fukk ak benn at ak fukk ak juróom-ñett fan yi, dafa dëppook waajur nit ku yor palaas buy sànni xarala yi ci biir ndab li gën a mag.</w:t>
      </w:r>
    </w:p>
    <w:p>
      <w:pPr>
        <w:pStyle w:val="ArticleBody"/>
        <w:jc w:val="left"/>
      </w:pPr>
      <w:r>
        <w:rPr>
          <w:rFonts w:ascii="Times New Roman" w:hAnsi="Times New Roman" w:eastAsia="Times New Roman" w:cs="Times New Roman"/>
        </w:rPr>
        <w:t>Damay wax ne leer gi jóge ci Ezekiel mooy benn pàcc bu am solo lool ci yégleb doxalin bi mujj, bu njëg ëllëg kër Yàlla gi.</w:t>
      </w:r>
    </w:p>
    <w:p>
      <w:pPr>
        <w:pStyle w:val="ArticleBody"/>
        <w:jc w:val="left"/>
      </w:pPr>
      <w:r>
        <w:rPr>
          <w:rFonts w:ascii="Times New Roman" w:hAnsi="Times New Roman" w:eastAsia="Times New Roman" w:cs="Times New Roman"/>
        </w:rPr>
        <w:t>Esekiyel nekk na ci 22 Oktobar ci benn waajur gi ci saar ñent-fukk, te foofa lañu maye Esekiyel peeñu kër Yàlla gu ëllëg. Kër gi mooy kër gi ñeel ñaar-fukk ak ñeent junni nit, te ci loolu Esekiyel mooy màndarga boobu lim. Kuréelu boobu dinañu weesu ñaari nattu balaa ñuy agsi ci ñetteelu nattu bi ak nattu bu leerale dëgg. Nataal bi dafay wone ne Esekiyel jot na leeram ci biir kër Yàlla ga, ba tax na leer gi mu jur, ni mu nekk màndarga, di tegtal leer gi jóge bu ñu duggee ci Barab bu Gëna Sell, ci jàppale ak Daniel saar fukk.</w:t>
      </w:r>
    </w:p>
    <w:p>
      <w:pPr>
        <w:pStyle w:val="ArticleBody"/>
        <w:jc w:val="left"/>
      </w:pPr>
      <w:r>
        <w:rPr>
          <w:rFonts w:ascii="Times New Roman" w:hAnsi="Times New Roman" w:eastAsia="Times New Roman" w:cs="Times New Roman"/>
        </w:rPr>
        <w:t>Leeru Njàngatug Yeesu Kirist bi ñu ubbi, dañu ko ubbi ci lu jiitu ndax seetlu jeex.</w:t>
      </w:r>
    </w:p>
    <w:p>
      <w:pPr>
        <w:pStyle w:val="ArticleScripture"/>
        <w:jc w:val="left"/>
      </w:pPr>
      <w:r>
        <w:rPr>
          <w:rFonts w:ascii="Times New Roman" w:hAnsi="Times New Roman" w:eastAsia="Times New Roman" w:cs="Times New Roman"/>
        </w:rPr>
        <w:t>Mu ne ma: “Bulul waxi yeneen ci téere bii ci kàddug waxu Yàlla bi; ndaxte waxtu wi jege na. Ku jubulul, na sax ci jubadiam; te ku sobe, na sax ci sobeem; te ku jub, na sax ci njubam; te ku sell, na sax ci selleem.” Peeñu 22:10, 11.</w:t>
      </w:r>
    </w:p>
    <w:p>
      <w:pPr>
        <w:pStyle w:val="ArticleBody"/>
        <w:jc w:val="left"/>
      </w:pPr>
      <w:r>
        <w:rPr>
          <w:rFonts w:ascii="Times New Roman" w:hAnsi="Times New Roman" w:eastAsia="Times New Roman" w:cs="Times New Roman"/>
        </w:rPr>
        <w:t>“jamono ji si kanam” ci wetu ndaw laata xarnu yoon bi tëj ci saraxalekat fukki ak benn, te noonu nag Palanteeru Yeesu Kirist mi dafa ubbeeku ci jamono jooju, ndaxte “jamono ji si kanam.”</w:t>
      </w:r>
    </w:p>
    <w:p>
      <w:pPr>
        <w:pStyle w:val="ArticleScripture"/>
        <w:jc w:val="left"/>
      </w:pPr>
      <w:r>
        <w:rPr>
          <w:rFonts w:ascii="Times New Roman" w:hAnsi="Times New Roman" w:eastAsia="Times New Roman" w:cs="Times New Roman"/>
        </w:rPr>
        <w:t>Wàccug Yeesu Kirist bi, bi Yàlla ko jox ngir won ay jaamam yi li war a gaaw a am; te yónnee ko, te xamale ko ci ay màndarga, jaarale ko ci malaakam, jox ko jaamam Yowaana: moom mi seede kàddug Yàlla, ak seedeel Yeesu Kirist, ak lépp lu mu gis. Ku koy jàng barkeel nga; te ñi dégg baat yi ci waxu wax ji, te sàmm yi ci bind, barkeel nañu: ndaxte waxtu wi jege na. Wàccug Yowaana 1:1–3.</w:t>
      </w:r>
    </w:p>
    <w:p>
      <w:pPr>
        <w:pStyle w:val="ArticleBody"/>
        <w:jc w:val="left"/>
      </w:pPr>
      <w:r>
        <w:rPr>
          <w:rFonts w:ascii="Times New Roman" w:hAnsi="Times New Roman" w:eastAsia="Times New Roman" w:cs="Times New Roman"/>
        </w:rPr>
        <w:t>Jëfandikook bu Laodise bu Àddinaas yi di Sabat bu Juróom-ñeent bi jeex na ci yoonu Dibeer, te ci saraxal gi nekk ci saar ñentelu Ezekiyel, Àddinaas gi di Sabat bu Juróom-ñeent bi feeñal nañu ko ni Yerusalem. Foofa, ñi di jooy te di wattoo ndax ñaawtéef yi ñuy def ci réew mi ak ci kërgëm gi, ñoom lañu jox màndarga. Màndargaal gi am na ba ngelaw yi jóge penku, di Islaam, di merloo xeeti àddina yi, tuuti laata jëfandikook bi jeex. Ci juróom-ñetteelu saar bi nekk ci Ezekiyel, ñenti maas yu Àddinaas gi di Sabat bu Juróom-ñeent bi àgg nañu ci jeexital, te maas wu ñenteel wi sax feeñ na ci ñaar-fukk ak juróom ñaar ñi jiite, ñiy sujjóotal jant bi.</w:t>
      </w:r>
    </w:p>
    <w:p>
      <w:pPr>
        <w:pStyle w:val="ArticleBody"/>
        <w:jc w:val="left"/>
      </w:pPr>
      <w:r>
        <w:rPr>
          <w:rFonts w:ascii="Times New Roman" w:hAnsi="Times New Roman" w:eastAsia="Times New Roman" w:cs="Times New Roman"/>
        </w:rPr>
        <w:t>Gis-gis boobu joxe na ko ci misaal benn bés bala yoonu Dibeer digg, walla bu jege jege ci tëj gëstu mayug mucc, ni ko juróom-benn, juróom-benn, juróom-benn di tektale.</w:t>
      </w:r>
    </w:p>
    <w:p>
      <w:pPr>
        <w:pStyle w:val="ArticleScripture"/>
        <w:jc w:val="left"/>
      </w:pPr>
      <w:r>
        <w:rPr>
          <w:rFonts w:ascii="Times New Roman" w:hAnsi="Times New Roman" w:eastAsia="Times New Roman" w:cs="Times New Roman"/>
        </w:rPr>
        <w:t>Te xew ci juróom-ben at mi, ci weeru juróom-ben bi, ci juróomel fan bi, bi ma toogee sama kër, te magi Yuda ya toog fa sama kanam, loxo Boroom bi Yàlla dikk na foofa ci man. Noonu ma gis, te xoolal, am na benn melokaan bu mel ni safara: dale ci melokaanu ndamam ba suuf, safara; te dale ci ndamam ba kaw, melokaanu leer, ni melokaanu xànjar. Mu joxe melokaanu loxo, jàpp ma ci yenn bu sama bopp; te Xel mi yékkati ma diggante suuf ak asamaan, yóbbu ma ci peeñu Yàlla yi Yerusalem, ba ca bunt bu biir bi jublu ca bëj-gànnaar, fa nekkoon toogu nataalu kiiñaan gi, giy tax mu am kiiñaan. Te xoolal, ndamu Yàllay Israyil nekk na fa, ni peeñ ga ma gisoon ca xuru ba. Ezekiel 8:1–4.</w:t>
      </w:r>
    </w:p>
    <w:p>
      <w:pPr>
        <w:pStyle w:val="ArticleBody"/>
        <w:jc w:val="left"/>
      </w:pPr>
      <w:r>
        <w:rPr>
          <w:rFonts w:ascii="Times New Roman" w:hAnsi="Times New Roman" w:eastAsia="Times New Roman" w:cs="Times New Roman"/>
        </w:rPr>
        <w:t>Peeñu atum juroomeelu atum weer ak bés bu juroomeel bi ñëw na lu jiitu “666,” te loolu mooy misaal bu yoonu Dibéer, bi jamono ji ñuy jox nit ñi ngir seetlugee deewee ci Adventisme bu Laodise. Peeñu boobu dafa nekkoon “ni mu mel ci peeñu” bi Esekiyel “gisoon ca xàll ba.” Peeñu bi mu gisoon ca xàll ba, am na ci kanam, ci saar bi ñetteel.</w:t>
      </w:r>
    </w:p>
    <w:p>
      <w:pPr>
        <w:pStyle w:val="ArticleScripture"/>
        <w:jc w:val="left"/>
      </w:pPr>
      <w:r>
        <w:rPr>
          <w:rFonts w:ascii="Times New Roman" w:hAnsi="Times New Roman" w:eastAsia="Times New Roman" w:cs="Times New Roman"/>
        </w:rPr>
        <w:t>Ba noppi ma, demsi jëm ci xàndor ga; te xool, ndamug Boroom bi taxawoon fa, ni ndam ga ma gisoon ca dexu Kebar; ba noppi ma daanu ci sama kanam. Ezekiyel 3:23.</w:t>
      </w:r>
    </w:p>
    <w:p>
      <w:pPr>
        <w:pStyle w:val="ArticleBody"/>
        <w:jc w:val="left"/>
      </w:pPr>
      <w:r>
        <w:rPr>
          <w:rFonts w:ascii="Times New Roman" w:hAnsi="Times New Roman" w:eastAsia="Times New Roman" w:cs="Times New Roman"/>
        </w:rPr>
        <w:t>Pexe gu “plain”, maanaam gu atum juróom-benni at, weer wu juróom-benni, ak bés wu juróom, mooy pexe bi Esekiyel gisoon bu njëkk ca dexu Kebar.</w:t>
      </w:r>
    </w:p>
    <w:p>
      <w:pPr>
        <w:pStyle w:val="ArticleScripture"/>
        <w:jc w:val="left"/>
      </w:pPr>
      <w:r>
        <w:rPr>
          <w:rFonts w:ascii="Times New Roman" w:hAnsi="Times New Roman" w:eastAsia="Times New Roman" w:cs="Times New Roman"/>
        </w:rPr>
        <w:t>Léegi am nax, ci atum ñetti fukk, ci weeru ñeenteel bi, ci bésu juróomeelu weer wa, bi ma nekkee ci biir jaam ña ca wetu dexu Kebar, asamaan yi ubiku, te gis naa ay peeñu Yàlla. Ezekiyel 1:1.</w:t>
      </w:r>
    </w:p>
    <w:p>
      <w:pPr>
        <w:pStyle w:val="ArticleBody"/>
        <w:jc w:val="left"/>
      </w:pPr>
      <w:r>
        <w:rPr>
          <w:rFonts w:ascii="Times New Roman" w:hAnsi="Times New Roman" w:eastAsia="Times New Roman" w:cs="Times New Roman"/>
        </w:rPr>
        <w:t>“Pexe yu Yàlla” yi Esëkiyel “gis” ca wetu dexu Kebar, mooy pexe bu yam bi, te moom itam mooy pexe bi nekk ci Esëkiyel tereb juróom-ñett ba juróom-benn. Pexe yooyu dañu leen wone ci nekkinu Esëkiyel muy xool biir kër Yàlla ga, foofa la pexe bu xoolukaay “marah” bi ci tereb fukk di mat. Esëkiyel dafay tegtal ñi bokk ci leerug waxi Yàlla gu génn ci Barab bu Gën a Sell bi, bi Yeesu Kirist buy feeñal ci Kanam gu Sell gi di génneeku, just bu njëkku laata waxtu jébbale gi tëj.</w:t>
      </w:r>
    </w:p>
    <w:p>
      <w:pPr>
        <w:pStyle w:val="ArticleBody"/>
        <w:jc w:val="left"/>
      </w:pPr>
      <w:r>
        <w:rPr>
          <w:rFonts w:ascii="Times New Roman" w:hAnsi="Times New Roman" w:eastAsia="Times New Roman" w:cs="Times New Roman"/>
        </w:rPr>
        <w:t>Bu nu xamne yoonu Jubile bi bu buur Yoosiya, bi tàmbalee ci Bësu Weccu gi ba mu àggee 22 Oktoobar, da nuy xamale misaalu màggalu njiitu nawete gi ak màggalu nooru at gi, ni ñu ko tëral ci Lewe 23. Foofa, ñaari mboolooy màggal yooyu, gu nawete gi ak gu nooru at gi, ñu leen tëral ak ñaar-fukk ak ñaar ay aaya bu nekk, ni liggéeyu Esekiel itam nekkoon ñaar-fukk ak ñaar at. Su ñuy jàppale Esekiel ci atum fanweeri bi ci yoonu Jubile bi, loolu di may ndimbal ngir juddug Esekiel méngoo ak yeesalug Yoosiya. Su dee ne am na fanweer at ci atum fanweeri bi ci wër-giiru Jubile bi, kon Esekiel dina juddu ci waxtu soppiteg Yoosiya.</w:t>
      </w:r>
    </w:p>
    <w:p>
      <w:pPr>
        <w:pStyle w:val="ArticleBody"/>
        <w:jc w:val="left"/>
      </w:pPr>
      <w:r>
        <w:rPr>
          <w:rFonts w:ascii="Times New Roman" w:hAnsi="Times New Roman" w:eastAsia="Times New Roman" w:cs="Times New Roman"/>
        </w:rPr>
        <w:t>Esekiel mooy misaalu ñi ci ngëm dugg ci Bu Sell Bi gën a Sell. Bi ñu fa aggee, dañuy gis roda yi nekk ci biir roda yi, te yooyu di tegtal xeet bu jaxasoo ci jokkoo nit ñi. Ni ko deme ak Yowaana ci Peeñu gi, saar 10, Esekiel dafa teewal Millerite yi, waaye gën a jub ci ñaar-fukk ak ñeent junni nit ñi. Kàddug waxtuëm wu tolloo ci ñetti téeméeri at ak juróom-benn fan ak juróom-ñett benn fanam, muy xamle àtte bu mujj gi ci Adventisme bu Laodise, bokk ak alag Yérusalem, te mu ëmb jumtukaayu ñett-fukk ak juróom-ñaar ak ñeent-fukk.</w:t>
      </w:r>
    </w:p>
    <w:p>
      <w:pPr>
        <w:pStyle w:val="ArticleBody"/>
        <w:jc w:val="left"/>
      </w:pPr>
      <w:r>
        <w:rPr>
          <w:rFonts w:ascii="Times New Roman" w:hAnsi="Times New Roman" w:eastAsia="Times New Roman" w:cs="Times New Roman"/>
        </w:rPr>
        <w:t>Moo am na misaalu at ñent téeméeri at fanweer.</w:t>
      </w:r>
    </w:p>
    <w:p>
      <w:pPr>
        <w:pStyle w:val="ArticleBody"/>
        <w:jc w:val="left"/>
      </w:pPr>
      <w:r>
        <w:rPr>
          <w:rFonts w:ascii="Times New Roman" w:hAnsi="Times New Roman" w:eastAsia="Times New Roman" w:cs="Times New Roman"/>
        </w:rPr>
        <w:t>Mu ëmbale diiru ñenti at yiw 1333 ba 1337, 1449 ba 1453 ak 1840 ba 1844.</w:t>
      </w:r>
    </w:p>
    <w:p>
      <w:pPr>
        <w:pStyle w:val="ArticleBody"/>
        <w:jc w:val="left"/>
      </w:pPr>
      <w:r>
        <w:rPr>
          <w:rFonts w:ascii="Times New Roman" w:hAnsi="Times New Roman" w:eastAsia="Times New Roman" w:cs="Times New Roman"/>
        </w:rPr>
        <w:t>Dina tàmbali sunuy xalaat ci mbir mii gën a am solo bii ci artikel bi ci topp.</w:t>
      </w:r>
    </w:p>
    <w:p>
      <w:pPr>
        <w:pStyle w:val="ArticleScripture"/>
        <w:jc w:val="left"/>
      </w:pPr>
      <w:r>
        <w:rPr>
          <w:rFonts w:ascii="Times New Roman" w:hAnsi="Times New Roman" w:eastAsia="Times New Roman" w:cs="Times New Roman"/>
        </w:rPr>
        <w:t>“Ci peeñ yi ñu joxoon Esayi, Esekiyel ak Yowaana, gis nanu ni asamaan lëkkale bu baax ak xew-xew yi di am ci suuf, ak ni yéene Yàlla ëpp solo ci ñi takku ci moom.” Testimonies, volume 5, 753.</w:t>
      </w:r>
    </w:p>
    <w:p>
      <w:pPr>
        <w:pStyle w:val="ArticleScripture"/>
        <w:jc w:val="left"/>
      </w:pPr>
      <w:r>
        <w:rPr>
          <w:rFonts w:ascii="Times New Roman" w:hAnsi="Times New Roman" w:eastAsia="Times New Roman" w:cs="Times New Roman"/>
        </w:rPr>
        <w:t>“Kirist moom ci boppam moo nekkoon Boroom kër Yàlla ga. Bu ko dee bàyyi, ndamam dina dem—moom ndam la woon bu feeñoon ci Kóolute gu Sell gi gën a Sell, ca kaw jàmmuwaay ba, fa nga xam ne sarxalkat bu mag ba rekk moo fa doon dugg benn yoon ci at mi, ca bés bu mag bu njotul, ak deretu sarax ba ñu reyoon (mi doon misaal deretu Doomu Yàlla bi ñu tuur ngir bàkkaar yi àddina), te mu wësu ko ci sarxaluwaay ba. Loolu mooyoon Shekinah, kër-gu-feeñ gu Yexowa.”</w:t>
      </w:r>
    </w:p>
    <w:p>
      <w:pPr>
        <w:pStyle w:val="ArticleScripture"/>
        <w:jc w:val="left"/>
      </w:pPr>
      <w:r>
        <w:rPr>
          <w:rFonts w:ascii="Times New Roman" w:hAnsi="Times New Roman" w:eastAsia="Times New Roman" w:cs="Times New Roman"/>
        </w:rPr>
        <w:t>“Dafa ne doon ndamam lañu feeñaloon Esayi, ba mu waxee ne: ‘Ci at mi buur Ujja deewee, gis naa it Boroom bi mu toog ci gàngune gu kawe te yéeg, te mbubbam feesal kër Yàlla ga’ [Esayi 6:1–8 quoted].” The Seventh-day Adventist Bible Commentary, volume 4, 1139.</w:t>
      </w:r>
    </w:p>
    <w:p>
      <w:pPr>
        <w:pStyle w:val="ArticleScripture"/>
        <w:jc w:val="left"/>
      </w:pPr>
      <w:r>
        <w:rPr>
          <w:rFonts w:ascii="Times New Roman" w:hAnsi="Times New Roman" w:eastAsia="Times New Roman" w:cs="Times New Roman"/>
        </w:rPr>
        <w:t>“Peeñ gi Yàlla joxoon Esayi moo wone nekkinu askanu Yàlla ci mujjug fan yi. Ñoom am nañu ndam lii, di gis ci ngëm liggéey bi di dox ci kër Yàlla ga nekk ci asamaan. ‘Te ubbis nañu kër Yàlla ga nekk ci asamaan, te gis nañu ci biiram kër ga sarxal baayimaam.’ Bi ñuy xool ci ngëm dencukaay bu sell ba gën a sell, te gis liggéeyu Almasi bi ci kër Yàlla ga nekk ci asamaan, dañuy xam ne ñoom ay nit ñu am tuuti wax yu sellul,—askanu nit ñu seen làmmiñ waxoon yéeféer yu bare, te seen may yi sellalewuñu leen, jëfandikoo wuñu leen ngir ndamu Yàlla. Te sax yaakaarwëñ nañu bu baax, bu ñu di méngale seen néew doole ak seen yàqute ak sellug ak taaru jikko ju màgg ju Almasi. Waaye su ñoom, ni Esayi, nangu nañu xel mi Boroom bi bëgg a def ci xol, su ñu toroxal seen bakan fa kanam Yàlla, yaakaar am na ci ñoom. Gànnaayu digeb gi nekk na ci kaw gàngune ga, te liggéey bi ñu defaloon Esayi dees na ko def ci ñoom. Yàlla dina tontu ñaani yi jóge ci xol wu réccu.”</w:t>
      </w:r>
    </w:p>
    <w:p>
      <w:pPr>
        <w:pStyle w:val="ArticleScripture"/>
        <w:jc w:val="left"/>
      </w:pPr>
      <w:r>
        <w:rPr>
          <w:rFonts w:ascii="Times New Roman" w:hAnsi="Times New Roman" w:eastAsia="Times New Roman" w:cs="Times New Roman"/>
        </w:rPr>
        <w:t>“Li Yàlla bind ci jëf ju mag te tedd jii mooy dajale garab yi ñu góob ngir denc leen ci sàkk bu asamaan; ndaxte suuf si war naa fees ak ndamu Boroom bi. Kon bu kenn bañ a tiit bu ñuy gis ay ñaawtéef yu di noot te ñuy dégg wax yu jóge ci gémmiñ yu sobe. Bu kàttani lëndëm yi taxaw ci xare ngir di weddi askanu Yàlla; bu Seytaane dajale ay mbooloom ngir mujj gu mag gu xare bi, te kàttanam mel ni mu réy lool te di bëgg a noot lépp, gis-gis gu leer gu ndamu Yàlla, gangune ga kawe te yékkati, te ñu wër ko ak xaaranu digeb, dina jox dëfar, wóor, ak jàmm.” Review and Herald, December 22, 1896.</w:t>
      </w:r>
    </w:p>
    <w:p>
      <w:pPr>
        <w:pStyle w:val="ArticleScripture"/>
        <w:jc w:val="left"/>
      </w:pPr>
      <w:r>
        <w:rPr>
          <w:rFonts w:ascii="Times New Roman" w:hAnsi="Times New Roman" w:eastAsia="Times New Roman" w:cs="Times New Roman"/>
        </w:rPr>
        <w:t>«Ci wetu dexu Kebar, Esekiyel gis na mbëx mu mel ni mu ngi jóge bëj-gànnaar, “niir gu mag, ak safara su di déndoo boppam, te leer gi wër ko, te ci biiram mel ni melo xonq buy neex.” Ay rota yu bare, yu dajale seen bopp, dañoo doon yëngu ndax ñeenti mbind mu dund. Fu kawe lool ci yépp “amoon na fa melokaanu gàngune, ni melokaanu doj-u safir; te ci kaw melokaanu gàngune ga amoon na melokaan ni melokaanu nit ku nekk ci kawam.” “Te feeñoon na ci kerub yi melokaanu loxou nit ci suuf seeni laaf.” Esekiyel 1:4, 26; 10:8. Rota yaa ngi woon lale ci yamale bu jafe, ba ci njàlbéen ñu mel ni ñu nekk ci jaxasoo; waaye dañoo doon yëngu ci jàmm gu mat sëkk. Mbindey asamaan yu loxou bi nekk ci suuf laafi kerub ya di dooleel te di leen jiite, ñoo doon taxawal rota yooyu; te ci seen kaw, ci kaw gàngune gu safir ga, Mu Fàww mi moo fa nekkoon; te wër gàngune ga amoon na xarcin, muy màndargay yërmande Yàlla.»</w:t>
      </w:r>
    </w:p>
    <w:p>
      <w:pPr>
        <w:pStyle w:val="ArticleScripture"/>
        <w:jc w:val="left"/>
      </w:pPr>
      <w:r>
        <w:rPr>
          <w:rFonts w:ascii="Times New Roman" w:hAnsi="Times New Roman" w:eastAsia="Times New Roman" w:cs="Times New Roman"/>
        </w:rPr>
        <w:t>“Naka la ëmb yu melni komplikasioŋ yi nekkoon ci biir njubalu loxo wi nekk ci suufu laaf yi cherubim yi, noonu itam, njaxlaf bu kompliké bu xew-xewu nit ñi nekk na ci suufu saytu Yàlla. Ci biir xeex ak riibum xeet yi, Ki toog ci kaw cherubim yi mu ngi ba tey jiite mbir yi ci suuf.”</w:t>
      </w:r>
    </w:p>
    <w:p>
      <w:pPr>
        <w:pStyle w:val="ArticleScripture"/>
        <w:jc w:val="left"/>
      </w:pPr>
      <w:r>
        <w:rPr>
          <w:rFonts w:ascii="Times New Roman" w:hAnsi="Times New Roman" w:eastAsia="Times New Roman" w:cs="Times New Roman"/>
        </w:rPr>
        <w:t>“Jàmmi réew yi, yi benn ci ginnaaw benn jël seen waxtu ak seen berab yu ñu leen séddale, te ci seen xelul di seede ci dëgg gi ñoom ci seen bopp xamunuñu li mu tekki, wax na nu. Yàlla may na bépp réew ak bépp nit ci jamono jii ab berab ci planam bu mag ba. Tey, nit ñi ak réew yi dañuy nattale ak fil à plomb bi nekk ci loxo Ki dul juum. Ñépp, ci seen tànn bopp, dañuy dogal seen peet, te Yàlla mooy jiite lépp ngir matal ay mébetam.</w:t>
      </w:r>
    </w:p>
    <w:p>
      <w:pPr>
        <w:pStyle w:val="ArticleScripture"/>
        <w:jc w:val="left"/>
      </w:pPr>
      <w:r>
        <w:rPr>
          <w:rFonts w:ascii="Times New Roman" w:hAnsi="Times New Roman" w:eastAsia="Times New Roman" w:cs="Times New Roman"/>
        </w:rPr>
        <w:t>“Jaar-jaariñ bi I AM bu màgg bi tëral ci Kàdduam, di boole lëkk ak lëkk ci jéemantu yónent gi, dale ci ba fàww lu weesu ba noppi ci ba fàww lu ñëw, moo nu di wax fan lañu tollu tey ci doxalin jamono yi, ak li ñu man a xaar ci jamono jiy ñëw. Lépp lu yónent waxoon ne dina am, ba ci jamono bii nu toll tey, bindees na ko ci xëti jaar-jaar; te mën nanu wóolu ne lépp lu des a ñëw dina am mataliku ci njëgëlam.” Education,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Jaar-jaaru Aayaare bu Ñeent-Fukk ak Benn — Nimero Ñaar-Fukk</dc:title>
  <dc:subject>Ñaareel ñaareel — Cér bu juróom-ñaareel — Ezekiel</dc:subject>
  <dc:creator>Jeff Pippenger</dc:creator>
  <cp:keywords/>
  <dc:description>Generated by ArticleDigger from hidden_history\20_hidden_history.json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