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Aayaat Ñeent-fukk ak Ñaar bi feeñul - Nimeero Ñaar-fukk ak Ñaar</w:t>
      </w:r>
    </w:p>
    <w:p>
      <w:pPr>
        <w:pStyle w:val="ArticleSubtitle"/>
        <w:jc w:val="left"/>
      </w:pPr>
      <w:r>
        <w:rPr>
          <w:rFonts w:ascii="Arial" w:hAnsi="Arial" w:eastAsia="Arial" w:cs="Arial"/>
        </w:rPr>
        <w:t>Esekiyel Limu 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Esekiel mooy saraxalekat bu nekk ci jamono jiñu dëjje téerey benn téeméer ak ñeent-fukk ak ñeent-junni. Ci xaaj bu njëkk, yóbbu nañu Esekiel ba ci kër Yàlla ga.</w:t>
      </w:r>
    </w:p>
    <w:p>
      <w:pPr>
        <w:pStyle w:val="ArticleScripture"/>
        <w:jc w:val="left"/>
      </w:pPr>
      <w:r>
        <w:rPr>
          <w:rFonts w:ascii="Times New Roman" w:hAnsi="Times New Roman" w:eastAsia="Times New Roman" w:cs="Times New Roman"/>
        </w:rPr>
        <w:t>Noonu amoon na ci at ak ñett-fukk, ci weer wu ñenteel bi, ca juróomeelu bésu weer wa, bi ma nekkee ak ñiñu jaamle woon ci wetu dexu Kebar, asamaan yi ubbeeku, te gis naa ay peeñu Yàlla. Ca juróomeelu bésu weer wa, moom mi doon at wu juróomeel wi ginnaaw njaamug buur Yeoyakin, kàddug Boroom bi dikkal ci anam wu leer seet Yexeskeel, saraxalekat bi, doomu Buusi, ca réewum Kalde yi, ci wetu dexu Kebar; te loxob Boroom bi nekk fa ci kawam.</w:t>
      </w:r>
    </w:p>
    <w:p>
      <w:pPr>
        <w:pStyle w:val="ArticleScripture"/>
        <w:jc w:val="left"/>
      </w:pPr>
      <w:r>
        <w:rPr>
          <w:rFonts w:ascii="Times New Roman" w:hAnsi="Times New Roman" w:eastAsia="Times New Roman" w:cs="Times New Roman"/>
        </w:rPr>
        <w:t>Noonu ma xool, te gis naa ngelaw lu dëgër gu jóge bëj-gànnaar, ak niir gu mag, ak safara suy mel ni muy tëmbalikoo ci boppam, ak leer gu ko wër; te ca biiram mel ni rànk bu mel ni amber, di jóge ci biir safara ba. Te itam ca biiram génn na ni melow ñeenti mbindeef yu dund. Te seen mel moo doon lii: ñu amoon melow nit. Ku nekk ci ñoom amoon ñeenti kanam, te ku nekk amoon ñeenti laaf. Te seen tànk yu jub la woon; te suufu seen tànk mel ni suufu tànku nag wu ndaw; te ñuy werante mel ni xànjar wu ñu sellal ba muy tàggat. Te ñu amoon loxo nit ci suuf seen laaf ci seen ñeenti wet; te ñoom ñépp ñent amoon seen kanam ak seen laaf. Seen laaf takkooku woon benn ak benn; duñu soppiku woon su ñuy dox; ku nekk dafa doon dem jublu ci kanam. Te ci mbirum melow seen kanam, ñoom ñépp ñent amoon kanamu nit, ak kanamu gaynde ci ndeyjooram; te ñoom ñépp ñent amoon kanamu nag ci càmmoñam; ñoom ñépp ñent it amoon kanamu picc miir. Noonu la seen kanam meloon; te seen laaf yu yiw woon ca kaw; ñaari laafu ku nekk takkooku woon benn ak benn, te ñaari laaf yu des daan nañu muur seen yaram.</w:t>
      </w:r>
    </w:p>
    <w:p>
      <w:pPr>
        <w:pStyle w:val="ArticleScripture"/>
        <w:jc w:val="left"/>
      </w:pPr>
      <w:r>
        <w:rPr>
          <w:rFonts w:ascii="Times New Roman" w:hAnsi="Times New Roman" w:eastAsia="Times New Roman" w:cs="Times New Roman"/>
        </w:rPr>
        <w:t>Ñu dem jëm kanam rekk, kenn ku nekk ci njubteem; fu ruuh bi bëggoon dem, fa lañu dem, te duñu dellu ginnaaw bi ñuy dem. Naka noonu it, melokaanu mbindéef yu dund ya dafa mel ni ay xonq yu safara buy lakk, te mel ni leer yi; safara ba di yéeg di wàcc ci diggante mbindéef yu dund ya; te safara ba leer na lool, te melax génn ci safara ba. Mbindéef yu dund ya di daw, di dellusi, ni melokaanu melax buy tàkk. Ba ma doon xool mbindéef yu dund ya, gis naa ab wërsëg ci suuf, wet ci mbindéef yu dund ya, bu ànd ak ñenti kanam yi. Melokaanu wërsëg ya ak seen tabax dafa mel ni doxalin bu beril; te ñoom ñépp ñenti amoon benn melokaan; te seen melokaan ak seen tabax mel ni ab wërsëg ci biir beneen wërsëg. Bi ñuy dem, ci seen ñenti wet lañuy jaar; te duñu soppiku bi ñuy dem. Naka noonu it ci seen gàngune yi, kawees ga taxoon a ragal; te seen gàngune ya fees nañu ak bët yu wër lépp ci ñoom ñépp ñenti. Bi mbindéef yu dund ya demee, wërsëg ya it dem ak ñoom; te bi ñu yékkatee suuf, wërsëg ya it yékkatiwaat nañu. Fu ruuh bi bëggoon dem, fa lañuy dem, ndax seen ruuh dafa jëm fa; te wërsëg ya yékkatiwaat nañu, ba ànd ak ñoom; ndax ruuhu mbindéef yu dund ya nekkoon na ci wërsëg ya.</w:t>
      </w:r>
    </w:p>
    <w:p>
      <w:pPr>
        <w:pStyle w:val="ArticleScripture"/>
        <w:jc w:val="left"/>
      </w:pPr>
      <w:r>
        <w:rPr>
          <w:rFonts w:ascii="Times New Roman" w:hAnsi="Times New Roman" w:eastAsia="Times New Roman" w:cs="Times New Roman"/>
        </w:rPr>
        <w:t>Bi ñu demoon, ñoom itam dañu dem; te bu ñu taxawoon, ñoom itam dañu taxaw; te bu ñu leen yékkatee woon suuf, wil yi itam dañu yéeg ànd ak ñoom; ndax ruuhu mbind mi dundoon nekk na woon ci wil ya. Te melokaanu tàkkus gi ca kaw bopp yi mbind mi dund yi, mel na woon ni leeru kristal bu tiitlu, ñu tàllal ko ca kaw seen bopp. Te ci suufu tàkkus ga la seen laaf ya nekkoon yu jub, kenn ku nekk jublu ci moroomam; ku nekk am na ñaari laaf yu mu muuralee wii wet, te ku nekk am na ñaari yu mu muuralee wale wet, seen yaram. Te bi ñuy dem, ma dégg riirlu seen laaf ya, ni riirlu ndox mu bare, ni baatu Aji-Kàttan gi, baatu wax, ni riirlu mbooloo mu bare; bu ñu taxawee, dañuy wàcce seen laaf ya. Te amoon na baat bu jóge ca tàkkus ga nekkoon ca kaw seen bopp, bi ñu taxawee, te wàcce seen laaf ya. Te ca kaw tàkkus ga nekkoon ca kaw seen bopp, amoon na lu mel ni gànguna, lu niru doj safir; te ca kaw lu mel ni gànguna ga, amoon na lu mel ni melokaanu nit ku nekk ca kawam. Te gis naa lu mel ni leeru xànjar, ni melokaanu safara wu ko wër ci biiram, dale ca melokaanu ay ndiggam yéeg ba ca kaw; te dale ca melokaanu ay ndiggam wàcc ba ca suuf, gis naa lu mel ni safara, te leer gu wër ko. Ni melokaanu arc-en-ciel bi nekk ci niir ci bésu taw, noonu la melokaanu leer ga wër ko meloon. Loolu mooy melokaanu niroogu ndamu Aji Sax ji. Bi ma ko gisee, ma daanu ci sama kanam, te ma dégg baatu kenn kuy wax. Ezekiel 1:1–28.</w:t>
      </w:r>
    </w:p>
    <w:p>
      <w:pPr>
        <w:pStyle w:val="ArticleScripture"/>
        <w:jc w:val="left"/>
      </w:pPr>
      <w:r>
        <w:rPr>
          <w:rFonts w:ascii="Times New Roman" w:hAnsi="Times New Roman" w:eastAsia="Times New Roman" w:cs="Times New Roman"/>
        </w:rPr>
        <w:t>“Esekiyel, yonent bu metti, yonent yónnee ci suufug Kalde yi, am na peeñ gu muy jàngale benn njàng mi ci ngëm ci Yàlla ju mag ju Israyil. Bi mu nekkoon ci wetu dexu Kebar, meloon na ne mbëx mu réy dañëwoon bawoo bëj-gànnaar, ‘niir gu réy, ak safara suy tëbb ci boppam, ak leer gu ko wër, te ci diggam mel ni xonqub amber.’ Ay wërsëg yu bari, yu am melow yu yéeme, di jaxasoo ci seen biir, ñoo doon yëngu ndax ñeenti mbindeef yu dund yi. Kawe loolu lépp amoon na fa ‘melow gàngune gu mel ni doj-u safir: te ci kaw melow gàngune ga amoon na melow bu ni melow nit ku nekk ci kawam.’ ‘Te ci lu jëm ci melow mbindeef yu dund yi, seen melow dafa ni xemberu safara buy lakk, ak ni melow làmp yi: muy dem te dikk ci diggante mbindeef yu dund yi; te safara si leer na, te ci safara sa la melax génne woon.’ ‘Te feeñoon na ci diggante serub yi melow loxob nit ci suuf seeni laaf.’”</w:t>
      </w:r>
    </w:p>
    <w:p>
      <w:pPr>
        <w:pStyle w:val="ArticleScripture"/>
        <w:jc w:val="left"/>
      </w:pPr>
      <w:r>
        <w:rPr>
          <w:rFonts w:ascii="Times New Roman" w:hAnsi="Times New Roman" w:eastAsia="Times New Roman" w:cs="Times New Roman"/>
        </w:rPr>
        <w:t>“Am na ay rueda yi nekk ci biir yeneen rueda ci njël wu yombul woon a xam ba, ci njëkk gis-gis, mu mel ni Yexeskeel gis na lépp a ngi ci jaxasoo. Waaye bi ñu doon dëy, dafa doon ak seetaan bu rafet, ak jub gu mat te ci àndandoo gu mat. Bindeef yu asamaan yi moo doon jëfandikoo rueda yooyu, te, fu ko gën a mag, ca kaw gàngune safir bu ndam li, Moom miy Ba Fàww mi moo fa nekk; te wër-gaaru gàngune ga amoon na xoncob mel ni tawfeex, te loolu mooy màndarga yiw ak mbëggeel. Bi ndamu xew-xew ba diisoon ko lool, Yexeskeel dafa suul ci kanamam, ba keroog baat bu ko santoon mu jóg, mu dégg kàddug Boroom bi. Noonu ñu jox ko benn yéglebu artu ngir Israayil.” Testimonies, 751.</w:t>
      </w:r>
    </w:p>
    <w:p>
      <w:pPr>
        <w:pStyle w:val="ArticleScripture"/>
        <w:jc w:val="left"/>
      </w:pPr>
      <w:r>
        <w:rPr>
          <w:rFonts w:ascii="Times New Roman" w:hAnsi="Times New Roman" w:eastAsia="Times New Roman" w:cs="Times New Roman"/>
        </w:rPr>
        <w:t>Atum buur Usiya deewee, gis naa Boroom bi mu toog ci kaw gàngune gu kawe te yékkati, te xoolam feesal kër Yàlla ga. Kawam taxawoon serafiin yi; ku nekk amoon juróom-benn laaf: ñaari laaf la sàmm ci kanamam, ñaari laaf la sàmm ci tànkam, te ñaari laaf la wey. Kenn di wootee kenn naan: Sell, sell, sell mooy Boroom mbooloom yi: suuf sépp fees na ci ndamam. Te banqaasi bunt bi yéngu ci baat bu ka wootee, te kër ga fees ak saxaar. Noonu ma ne: Yàlla baaxul ci man! ndax sànku naa; ndax nit ku ay tuñ yu setul laa, te dëkk naa ci diggante xeet wu ay tuñam setul; ndax seetaan naa Buur bi, Boroom mbooloom yi. Noonu kenn ci serafiin yi neewal ci man, yor doj wu tàng ci loxoom, bi mu jële ak pakkat ci saraxalukaay ba; te mu teg ko ci sama gémmiñ, naan: Xool, lii laal na sa tuñ; te sa tooñ tegg nañu ko, te sa bàkkaar setees nañu ko. Te itam dég naa baatu Boroom bi mu naan: Kan laay yónni, te kan moo nu demeel? Noonu ma ne: Maa ngi fii; yónni ma. Esayi 6:1–8.</w:t>
      </w:r>
    </w:p>
    <w:p>
      <w:pPr>
        <w:pStyle w:val="ArticleScripture"/>
        <w:jc w:val="left"/>
      </w:pPr>
      <w:r>
        <w:rPr>
          <w:rFonts w:ascii="Times New Roman" w:hAnsi="Times New Roman" w:eastAsia="Times New Roman" w:cs="Times New Roman"/>
        </w:rPr>
        <w:t>“Gis-gis bi ñu waxoon dafa ñëw ci Yexeceel ba xelam fees ak xalaat yu lëndëm te di ko jébbal ay ñàkk yaakaar yu tar. Mu gis suuf si ay maamam dëkk woon ne dafa nekk lu yàqu te neen. Dëkk ba nekkoon woon fees ak nit ñi deesul ko dëkkeeati. Baatub mbégte ak woyug cant deesul leen déggati ci biiram miiramam. Yonent bi ci boppam nekkoon doxandéem ci réew mu dulam, fa namm gu amul kemtale ak soxor gu bonoon di buurloo. Li mu gis ak li mu dégg ci nootug nit ak njubadi nit ñi dafa sonal ay ruuam, ba tax mu di jooy jooy bu metti guddi ak bëccëg. Waaye misaal yu yéeme yi ñu ko won woon ci kanamam ca wetu dexu Kebar, yees nañu ko ne am na kàttan gu jiitu te ëpp kàttanu buur yu àddina. Kaw buur yu réy yu reyréylu te soxor yu Asiri ak Babilon, Yàlla ju yërmande te di dëgg moo toogoon ci gànguneem.”</w:t>
      </w:r>
    </w:p>
    <w:p>
      <w:pPr>
        <w:pStyle w:val="ArticleScripture"/>
        <w:jc w:val="left"/>
      </w:pPr>
      <w:r>
        <w:rPr>
          <w:rFonts w:ascii="Times New Roman" w:hAnsi="Times New Roman" w:eastAsia="Times New Roman" w:cs="Times New Roman"/>
        </w:rPr>
        <w:t>“Jafe-jafe yu mel ni ay wërul te seetaan ba sëq ci yëngut yu xumb, yi nga gisoon ci yonent bi ni dañoo dugg ci noonu njaxlaf, dañoo nekkoon ci ngëmug loxo gu dul jeex. Xelum Yàlla, mi mu ko won ni muy yëngu di jiite jafe-jafe yooyu, moo génne harmony ci biir njaxlaf; noonu itam àddina bépp nekkoon ci suufam. Milyoŋ yu barey mbind mu sell te yékkatiwoon dañoo doon waajal ci kàddugëm ngir daan dooley ak pexe yu nit ñu bon yi, te indi lu baax ñi koy takku.”</w:t>
      </w:r>
    </w:p>
    <w:p>
      <w:pPr>
        <w:pStyle w:val="ArticleScripture"/>
        <w:jc w:val="left"/>
      </w:pPr>
      <w:r>
        <w:rPr>
          <w:rFonts w:ascii="Times New Roman" w:hAnsi="Times New Roman" w:eastAsia="Times New Roman" w:cs="Times New Roman"/>
        </w:rPr>
        <w:t>“Ci ni mel noonu, ba Yàlla nekkoon ci jamono ju Mu bëggee ubbi ci Yowaana mi Mu soppe njàngum mbooloom gëmkat yi ci jamono yi di ñëw, Mu jox ko xel mu dalal ci mbëggeel ak sàmmuug Musalkat bi ci wàllu xeeti askanam, dafa ko feeñal ‘Kenn ku mel ni Doomu nit ki,’ di dox ci diggante cantelaab yi, yi doon misaal juróom-ñaar yiir yi. Bi Yowaana gisoon ko jàppandi yu mag yu mujj yi mbooloom gëmkat yi di am ak dooley suuf, joxees na ko itam mu gis ndam li mujj ak musalug ñi takku ci ngëm. Mu gis mbooloom gëmkat yi nekk ci xeex bu bon buy rey ak rab wi ak nataalam, te jamono ja nekk di daldi gaawloo jaamu rab woowu ci njaaxle dee. Waaye bi mu xoolee weesu ndiixtal ak riirub xare ba, mu gis mbooloo ci tundu Siyon, ànd ak Xar-mi, te fu ñu wara am màndargay rab wi, am nañu ‘tur wu Baay bi bindees ci seen jë.’ Te dellu na gis ‘ñi daan rab wi, ak nataalam, ak màndargaam, ak limub turam, taxaw ci géeju verre gi, yor armbul Yàlla yi,’ di woy woyug Muusaa ak Xar-mi.”</w:t>
      </w:r>
    </w:p>
    <w:p>
      <w:pPr>
        <w:pStyle w:val="ArticleScripture"/>
        <w:jc w:val="left"/>
      </w:pPr>
      <w:r>
        <w:rPr>
          <w:rFonts w:ascii="Times New Roman" w:hAnsi="Times New Roman" w:eastAsia="Times New Roman" w:cs="Times New Roman"/>
        </w:rPr>
        <w:t>“Jàngale yii ñu ngi ñu jariñal. War nañu saxal sunu ngëm ci Yàlla, ndaxte am na jamono ju nekk ci sunu kanam te dina nattu xol yi. Kirist, bi mu nekkoon ci tundu Oliw yi, waxaat na att yu tiit yi waroon jiitu dikkam ñaareel bi: ‘Dingeen dégg xibaaru xare ak yégleyu xare.’ ‘Xeet dina jóg ci kaw xeet, nguur ci kaw nguur: te dina am xiif, ak mbas, ak yëngu-yëngu suuf yu bari ci bérab yu bare. Loolu lépp mooy ndoorte metit yi.’ Naka la yonent yii jot a am wérante bu ci des ci yàqug Yerusalem, noonu itam dañoo gën a jëm ci bés yu mujj yi.”</w:t>
      </w:r>
    </w:p>
    <w:p>
      <w:pPr>
        <w:pStyle w:val="ArticleScripture"/>
        <w:jc w:val="left"/>
      </w:pPr>
      <w:r>
        <w:rPr>
          <w:rFonts w:ascii="Times New Roman" w:hAnsi="Times New Roman" w:eastAsia="Times New Roman" w:cs="Times New Roman"/>
        </w:rPr>
        <w:t>“Nungi taxawunu ci bunt ba ngëna xam ne mbir yu mag te am solo lool di ñëw. Yonent yi mu ngi gaaw a mat. Boroom bi mungi ci bunt bi. Dinaa ag lu yàggul ñu ubbi ci sunu kanam jamono ju fees ak njàqare ci ñépp ñi dund. Werante yi weesu woon dinañu leen delloo; werante yu bees dinañu am. Li war a xew ci sunu àddina am na lu kenn xalaatagul sax. Seexaan bi mu ngi liggéey jaarale ko ci nit ñi. Ñi di jéem a soppi Dastuur bi ngir am yoon wu di gañe nit ñi ngir sàmm Dibéer, xamuñu bu baax li muy jur. Jafe-jafe ju mag jege na nu.”</w:t>
      </w:r>
    </w:p>
    <w:p>
      <w:pPr>
        <w:pStyle w:val="ArticleScripture"/>
        <w:jc w:val="left"/>
      </w:pPr>
      <w:r>
        <w:rPr>
          <w:rFonts w:ascii="Times New Roman" w:hAnsi="Times New Roman" w:eastAsia="Times New Roman" w:cs="Times New Roman"/>
        </w:rPr>
        <w:t>“Waaye jaam Yàlla yi waruñu wéeru seen bopp ci jafe-jafe gu mag guii. Ci peeñ yi ñu waxoon Esayi, Esekiel ak Yowaana, gis nañu ni asamaan lëkkale lool ak xew-xew yi di am ci kaw suuf, ak ni yërmandey Yàlla di mag ci ñi ko dëggal. Àddina amul ku nekkul Boroom. Pexe bu xew-xew yi di ñëw nekk na ci loxo Boroom bi. Màggug asamaan gi yor na cérug xeeti àddina, itam ak mbirum mbooloom, ci ay loxoom.”</w:t>
      </w:r>
    </w:p>
    <w:p>
      <w:pPr>
        <w:pStyle w:val="ArticleScripture"/>
        <w:jc w:val="left"/>
      </w:pPr>
      <w:r>
        <w:rPr>
          <w:rFonts w:ascii="Times New Roman" w:hAnsi="Times New Roman" w:eastAsia="Times New Roman" w:cs="Times New Roman"/>
        </w:rPr>
        <w:t>“Nuy maye sunu bopp lool ci xel ngir yëngu, metit ak jàq-jëf ci liggéeyu Boroom bi. Nit ñu yemul duñu bàyyi leen ñu yëngal ñoom rekk sëriñu yëngu ak njub. War nañu wóolu Yàlla, gëm ko, te dem kanam. Wottu bu sonnul dara gi ci yooni ndaw yi ci asamaan, ak seen liggéey bu dul noppi ci séen ministeer ak nit ñi nekk ci suuf, day won ne loxob Yàlla moo di jiite wilum bi nekk ci biir beneen wil. Jàngalekat bu Sell bi mi ngi wax bépp kuy defar ci liggéeyam, ni Mu ko waxee Siris ca jamono ju yàgg ja: ‘Maa la takkal woon ngànnaay, doonte xamoo Ma.’”</w:t>
      </w:r>
    </w:p>
    <w:p>
      <w:pPr>
        <w:pStyle w:val="ArticleScripture"/>
        <w:jc w:val="left"/>
      </w:pPr>
      <w:r>
        <w:rPr>
          <w:rFonts w:ascii="Times New Roman" w:hAnsi="Times New Roman" w:eastAsia="Times New Roman" w:cs="Times New Roman"/>
        </w:rPr>
        <w:t>«Ci peeñu Esekiyeel, Yàlla amoon na loxoom ci suuf laaf yiiru kerub yi. Loolu ngir jàngal ay jaamam ne, dooley Yàlla mooy jox ñoom ndam. Dina liggéey ak ñoom bu ñu wacc bàkkaar te sell ci xol ak ci dund.»</w:t>
      </w:r>
    </w:p>
    <w:p>
      <w:pPr>
        <w:pStyle w:val="ArticleScripture"/>
        <w:jc w:val="left"/>
      </w:pPr>
      <w:r>
        <w:rPr>
          <w:rFonts w:ascii="Times New Roman" w:hAnsi="Times New Roman" w:eastAsia="Times New Roman" w:cs="Times New Roman"/>
        </w:rPr>
        <w:t>“Leer gu nekk ci diggante mbindeef yu dund yi te di daw ni melax, mooy firndeel gaaw-gaaw gi liggéey bii di dem ba mu mat. Kooku du nelaw, te mu ngi sax ci liggéey ngir am ndam ci matal ay xalaatam, man na yóbbu liggéeyam bu mag bi ak jub, te lépp di ànd ak yoonu jàmm. Li mel ni lu jaxasoo te lëjël ci xel yu néew yi, loxob Boroom bi man naa koo denc ci tëral gu mat. Moom man naa sàkku ay yoon ak ay jumtukaay ngir yàq mébetu nit ñaaw ñi, te dina jaxaseb xel yi ak pexe yi ñiy fexe lor askanam.”</w:t>
      </w:r>
    </w:p>
    <w:p>
      <w:pPr>
        <w:pStyle w:val="ArticleScripture"/>
        <w:jc w:val="left"/>
      </w:pPr>
      <w:r>
        <w:rPr>
          <w:rFonts w:ascii="Times New Roman" w:hAnsi="Times New Roman" w:eastAsia="Times New Roman" w:cs="Times New Roman"/>
        </w:rPr>
        <w:t>“Bokk yi, léegi du jamono jooju ngir jooy ak xel bu metti, du jamono ngir joxe sa bopp ci sikki-sàkki ak gëmadi. Kirist du léegi Musalkat buy nekk ci bàmmeelu bees bu Yuusufa, bu ñu tëj ak doj wu réy te taxawal ci móom màndargay Room; nun am nanu Musalkat bu dekkiwaat. Moom mooy Buur bi, Boroom mbooloom asamaan yi; toog na ci diggante kerube yi; te ci biir xeex ak riib-ràbbiy xeeti àddina yi, moom dafa sàmm ay doomam ba léegi. Ki ngiy nguuru ci asamaan yi mooy sunu Musalkat. Moom day natt nattoo wu nekk. Moom day xool safara ju metti ji war a nattu bépp bakkan. Bu dëkk yu dëgër yu buur yi daanee, bu bant yuy meram Yàlla jam ci xolu noonam yi, askanam dinañu nekk ci kaaraange ci ay loxoom.” Testimonies, volim 5, 752–754.</w:t>
      </w:r>
    </w:p>
    <w:p>
      <w:pPr>
        <w:pStyle w:val="ArticleBody"/>
        <w:jc w:val="left"/>
      </w:pPr>
      <w:r>
        <w:rPr>
          <w:rFonts w:ascii="Times New Roman" w:hAnsi="Times New Roman" w:eastAsia="Times New Roman" w:cs="Times New Roman"/>
        </w:rPr>
        <w:t>Esekiyel dafay ñi doon ñi war a bokk ci ñi téeméeri junni ak ñeent fukk ak ñeent, te ndimbal ci ndimbal, ay jaar-jaaram ci kër Yàlla ga ànd na ak jaar-jaari Isayas ak Yowaana ci biir kër Yàlla ga. Léegi nu ngi nekk ci nattu kër Yàlla ga, mooy ñaareelu nattu ci ñetti nattu yi di tëj ñi téeméeri junni ak ñeent fukk ak ñeent. Jamono jooju mooy sellal gi Yonnent Biir Kóllëre gi matale ngir amal Malasi ñett. Jéego sellal gu ñetti nattu, mooy “furno” bu safara bu Malasi wax, bi “war a nattu baken bu nekk.” Bi malaaka bu ñetteel bi agsee ci 22 Oktoobar 1844, Yonnent Biir Kóllëre gi gaaw na ñëw ci sa kër Yàlla, te mu yóbbu janq yi xam-xam ci nettali boobu dugg ca Barab Bu Gën a Sell ba, ngir tëj ay way-jàmmam; waaye janq yi ci nettali boobu dafañu rebel, te ci 1856 yëngu-yëngu Millerite bu Filadelfiya soppikoo na ba muy yëngu-yëngu Millerite bu Laodise, te ci 1863 mu nekk mbooloom Adventist bu Bésub Juróom-ñaar bu Laodise.</w:t>
      </w:r>
    </w:p>
    <w:p>
      <w:pPr>
        <w:pStyle w:val="ArticleBody"/>
        <w:jc w:val="left"/>
      </w:pPr>
      <w:r>
        <w:rPr>
          <w:rFonts w:ascii="Times New Roman" w:hAnsi="Times New Roman" w:eastAsia="Times New Roman" w:cs="Times New Roman"/>
        </w:rPr>
        <w:t>Ñetteelu ñetteelu, mi agsi ka ñëw ci lu gaaw ci 22 Oktoobar 1844, dëddu na faam nekkam ci 1863, te gannaaw loolu dellusi na ci 11 Sàttumbar 2001. Ñaari fukk ak juróom-ñent at gannaaw loolu, nattu kër Yàlla gi 22 Oktoobar 1844 doon misaalal, léegi dañu koy delloo. Juróom-ñent ak ñaar-fukk ci misaal mooy asaka gu yonent buy tekki ñaari téeméer ak juróom-fukk, te ñaari téeméer ak juróom-fukk mooy misaal bu ñu di jëfandikoo ngir jaar-jaar gi wàcce ci aaya fukk ak benn ba fukk ak juróom ci Daniel fukk ak benn. Ñaari téeméer ak juróom-fukk, ak it juróom-ñent ak ñaar-fukk, ay misaal lañu ci benn wilu bi nekk ci biir visionu kër sell gi ci Ezekiel. Juróom-ñent ak ñaar-fukk mooy misaal bu mel ni xeetu ñi xam ak ñi bon ci matug jëf-jëf gu nattu gu am ñetti jéego, gi ñu tektalee ci liggéeyu laabal gi Yonnente Kóllëre gi matal.</w:t>
      </w:r>
    </w:p>
    <w:p>
      <w:pPr>
        <w:pStyle w:val="ArticleBody"/>
        <w:jc w:val="left"/>
      </w:pPr>
      <w:r>
        <w:rPr>
          <w:rFonts w:ascii="Times New Roman" w:hAnsi="Times New Roman" w:eastAsia="Times New Roman" w:cs="Times New Roman"/>
        </w:rPr>
        <w:t>Macë 25 am naññ ñetti léebu, te léebu bu nekk di xamle beeñu diggante ñi xelal ak ñi bon ci waxtu sëllalug ñaar-fukk ak ñeent junni. Yaakaaru askanu Yàlla, ni ko xëññee ci bàññ bi, mooy ne ñoom dañuy nekk janq bu xelal, te yor diwlinu yëgle gu yulet bi ci guddi digg. Seen yaakaar mooy it ne dañuy leen àtte ni surga yu takku yu dëggu ci seen saytu, ci jëfandikoo kàttan yu gaaraaw yi ñu leen dénk ngir saytu ci seen jamono ngir màggat seen nattu bopp. Seen yaakaar mooy ne dañuy leen àtte ni xar yu tënd Yàlla, toog ci ndijooram, te duñu bëy ci càmmoñam. Juróom-ñeent ak juróom mooy màndarga beeñu diggante ñi xelal ak ñi bon ci waxtu sëllalug ñaar-fukk ak ñeent junni. Juróom-ñeent ak juróom benn la ci rotiy Esékiel.</w:t>
      </w:r>
    </w:p>
    <w:p>
      <w:pPr>
        <w:pStyle w:val="ArticleScripture"/>
        <w:jc w:val="left"/>
      </w:pPr>
      <w:r>
        <w:rPr>
          <w:rFonts w:ascii="Times New Roman" w:hAnsi="Times New Roman" w:eastAsia="Times New Roman" w:cs="Times New Roman"/>
        </w:rPr>
        <w:t>Ci at ak juróom-ñeent-fukki at juróom-ñaaru atum sunu njaamug nàkk, ca tàmbaliwaatu at ma, ca fukki fan waxtu weer wa, ca ñent-fukki at ak ñeent gannaaw bi dëkk ba ñu dóor ko, ca bés boobu sax loxob Boroom bi nekk na ci man, te yóbbu ma foofa. Ezekiel 40:1.</w:t>
      </w:r>
    </w:p>
    <w:p>
      <w:pPr>
        <w:pStyle w:val="ArticleBody"/>
        <w:jc w:val="left"/>
      </w:pPr>
      <w:r>
        <w:rPr>
          <w:rFonts w:ascii="Times New Roman" w:hAnsi="Times New Roman" w:eastAsia="Times New Roman" w:cs="Times New Roman"/>
        </w:rPr>
        <w:t>At ak juróom-ñenteel ci jaar-jaare njaam gaa moom la 22 Oktoobar di wone, te mooy itam tëjug bunt bu njëkk ci jàmmu yoon wu Yàlla. Ci 22 Oktoobar 1844, ab bunt ubbiku na te beneen bunt tëju, ba ñaari xeet yu nit ñi séddoo.</w:t>
      </w:r>
    </w:p>
    <w:p>
      <w:pPr>
        <w:pStyle w:val="ArticleScripture"/>
        <w:jc w:val="left"/>
      </w:pPr>
      <w:r>
        <w:rPr>
          <w:rFonts w:ascii="Times New Roman" w:hAnsi="Times New Roman" w:eastAsia="Times New Roman" w:cs="Times New Roman"/>
        </w:rPr>
        <w:t>Te bind ci malaakam mbooloom Filadelfi, bindal lii: Nii la wax ka sell ki, ka dëgg ki, kiy yor caabi Daawuda, mooy ubbi te kenn mënu ko tëj, te mooy tëj te kenn mënu ko ubbi. Xam naa say jëf. Xoolal, tek naa sa kanam bunt bu ubbeeku, te kenn mënu ko tëj, ndaxte am nga doole ju tuuti, te sàmm nga sama kàddu, te weddiwuloo sama tur. Peeñu Yuhanna 3:7, 8.</w:t>
      </w:r>
    </w:p>
    <w:p>
      <w:pPr>
        <w:pStyle w:val="ArticleBody"/>
        <w:jc w:val="left"/>
      </w:pPr>
      <w:r>
        <w:rPr>
          <w:rFonts w:ascii="Times New Roman" w:hAnsi="Times New Roman" w:eastAsia="Times New Roman" w:cs="Times New Roman"/>
        </w:rPr>
        <w:t>Kirist jàngalekat Filadelfi ne mu ne xam seeni jëf, te moo ubbi ci kanamu mbooloom Filadelfi bunt bu ubbiku. Bunt boobu, “ca caabi Daawuda” la ubbiku, mooy caabi gi ñu teg ci Eliyaakim.</w:t>
      </w:r>
    </w:p>
    <w:p>
      <w:pPr>
        <w:pStyle w:val="ArticleScripture"/>
        <w:jc w:val="left"/>
      </w:pPr>
      <w:r>
        <w:rPr>
          <w:rFonts w:ascii="Times New Roman" w:hAnsi="Times New Roman" w:eastAsia="Times New Roman" w:cs="Times New Roman"/>
        </w:rPr>
        <w:t>Te bés na ci bés boobu, dinaa woo sama jaam Eliyaakim doomu Hilkiya: dinaa ko sol sa mbubb, dëgëral ko ak sa takkukaay, te dinaa dénk sa nguur ci ay loxoom; te dina doon baay bu waa Yerusalem, ak kër gi Yuda. Te caabi kërug Daawuda dinaa ko teg ci xtamam; kon dina ubbii, kenn du téj; te dina tëj, kenn du ubbii. Esayi 22:20–22.</w:t>
      </w:r>
    </w:p>
    <w:p>
      <w:pPr>
        <w:pStyle w:val="ArticleBody"/>
        <w:jc w:val="left"/>
      </w:pPr>
      <w:r>
        <w:rPr>
          <w:rFonts w:ascii="Times New Roman" w:hAnsi="Times New Roman" w:eastAsia="Times New Roman" w:cs="Times New Roman"/>
        </w:rPr>
        <w:t>Bés bi Eliakim woowee, ñu tàgg ko ak Shebna bu bon.</w:t>
      </w:r>
    </w:p>
    <w:p>
      <w:pPr>
        <w:pStyle w:val="ArticleScripture"/>
        <w:jc w:val="left"/>
      </w:pPr>
      <w:r>
        <w:rPr>
          <w:rFonts w:ascii="Times New Roman" w:hAnsi="Times New Roman" w:eastAsia="Times New Roman" w:cs="Times New Roman"/>
        </w:rPr>
        <w:t>Noonu la Boroom bi, Yàlla Aji Mbooloom yi, waxe: Demal, jëgëlu ci kiirkat bii, ci seetukaay bii di Shebna, mi nekk ci kaw kër ga, te nga ne ko: Lan nga fi am? te kan nga fi am, ba nga xaralal sa bopp ab bàmmeel fii, ni kuy xaralal ab bàmmeel ca kaw, te di xëcc boppam kër dëkkukaay ci doj? Xoolal, Boroom bi dina la yóbbu ak ngàllug njaam bu réy, te dina la muur dëgg. Dinaa la wëlbëtal bu metti, sànni la mel ni bool ci suuf su yaatu: foofa ngay dee, te foofa la wota yi ngay tudde sa ndam di neesal kër sa sang. Esaayi 22:15–18.</w:t>
      </w:r>
    </w:p>
    <w:p>
      <w:pPr>
        <w:pStyle w:val="ArticleBody"/>
        <w:jc w:val="left"/>
      </w:pPr>
      <w:r>
        <w:rPr>
          <w:rFonts w:ascii="Times New Roman" w:hAnsi="Times New Roman" w:eastAsia="Times New Roman" w:cs="Times New Roman"/>
        </w:rPr>
        <w:t>Tasale ñaari janq yi ak janq yu ñakk xel, gi matale woon misaalu Shebna ak Eliakim, am na ci 22 Oktoobar 1844, te itam ci juróom-ñeenti at ak ñaar-fukk baññug Yowoyakin, mooy 22 Oktoobar 573 bala Krist. Ci Ezekiel saar 8, ñi bon bi nekk ci biir Adventism, ñi Yerusalem di tegtal, ñoom lañuy tegtale ci juróom-ñaari nit ñuy sujjóotal jant bi. Yàqute Yerusalem di tegtal yoonu Dibeer bi, te loolu itam mooy màndarga bi jeexal jamono jëllug téereb juróom-ñeenti-fukk ak ñeenti junni nit. Jamonoy jëll woowu tambalee na ci 11 Sàntambar 2001, te Yeesu mooy Alfa ak Omega, ba tax 11 Sàntambar 2001, ni mu doon njalbeenug jëll gi, di wone jeexital gi ci yoonu Dibeer bi.</w:t>
      </w:r>
    </w:p>
    <w:p>
      <w:pPr>
        <w:pStyle w:val="ArticleBody"/>
        <w:jc w:val="left"/>
      </w:pPr>
      <w:r>
        <w:rPr>
          <w:rFonts w:ascii="Times New Roman" w:hAnsi="Times New Roman" w:eastAsia="Times New Roman" w:cs="Times New Roman"/>
        </w:rPr>
        <w:t>11 Septambar 2001, am na ko doon ci mboolooji Minneapolis yu 1888, ndaxte Sœur White wax na ne ba kër yu mag yi nekk New York daanoo ci 9/11, Apokalips 18:1–3 amoon na yeggëg. Ca jamono jooju, ni ci 1888, mu wax ne malaaka bi nekk ci Apokalips fukk ak juróom-ñaar wàcci na ngir leeral suuf si ak ndamam. Buntug 1888, moom mi dafa ko méngale ak buntug Koré, Datan ak Abiram, ñoom itam amoon nañu ñaari téeméeri ak juróom-fukk nit ñu ràññee ci seen ngànt, te bokkoon ci seen réerug gëm-gëm. Ñaari téeméeri ak juróom-fukk way-bunt yi ci buntug Koré ak ñi bokk ak moom ci taarixu njàlbéenu Israayil gu yàgg, dañoo doon misaal buy tegtal ñaar-fukk ak juróom nit ña nga xam ne dañoo sukkandiku woon jant bi ci mujju Israayil gu yàgg.</w:t>
      </w:r>
    </w:p>
    <w:p>
      <w:pPr>
        <w:pStyle w:val="ArticleBody"/>
        <w:jc w:val="left"/>
      </w:pPr>
      <w:r>
        <w:rPr>
          <w:rFonts w:ascii="Times New Roman" w:hAnsi="Times New Roman" w:eastAsia="Times New Roman" w:cs="Times New Roman"/>
        </w:rPr>
        <w:t>Ñaar-fukk ak juróom ñaari njiiti Adventisme bu Laodise bi, di sujjóot ci yoonu Dibeer, ak ñaar téeméer ak juróom-fukk ci 9/11, dañuy wone jamonoy lakk bi ak misaalu ñaar-fukk ak juróom, (te mooy misaalu xeexale diggante ñi xam ak ñi bon) ngir màndarga tàmbali ak jeexitalu jamonoy lakk bi. Muy ñaar téeméer ak juróom-fukki ñu fippu woon ci jamonoy Muusaa, walla ñaar-fukk ak juróomi góor ña ci Esekiyel saar 8, walla ñetti seede yi ci Mata saar 25 yu aju ci xeexale bi, walla atum ñaar-fukk ak juróom bu ñépp jaamoon ci Esekiyel 40; gis-gisi misaalu ñaar-fukk ak juróom yépp, dañuy ànd ak ñetti diir yu ñaar téeméer ak juróom-fukk at, yu àgg seen muj ci 207 BC, 313 ak 2026, ci seen séen.</w:t>
      </w:r>
    </w:p>
    <w:p>
      <w:pPr>
        <w:pStyle w:val="ArticleBody"/>
        <w:jc w:val="left"/>
      </w:pPr>
      <w:r>
        <w:rPr>
          <w:rFonts w:ascii="Times New Roman" w:hAnsi="Times New Roman" w:eastAsia="Times New Roman" w:cs="Times New Roman"/>
        </w:rPr>
        <w:t>Ñaar-fukk ak juróom mooy, ni ñuy waxe, benn mbubb mu ànd ak ñaar-fukk ak juróom, buy yóbbu mboolem rëdd yu ñaar-fukk ak juróom ci matug yépp. Mu nekk benn ci buntu-yon yi ci waxu yonent yi nguur gi, yi ñu jox Piyeer, ngir indi leer ci jaar-jaaru nettali bu nëbb bi ci aaya ñeent-fukk. Ñu telah faral di teg ko ci kaw lu ëpp ñetti seede ne aaya fukk ba juróom-ñeent yi ci Daniel fukki benn dañuy tegtal benn rëdd buy boole jaar-jaaru mboolem jamono li dale 1989 ba ci yoonu Dibeer, moomu di jaar-jaaru bu nëbb bi ci aaya ñeent-fukk. Gaynde gi cosaanu Yuda mi ngi léegi di ubbiwaat wëli Esëkieel yi, bi Mu jaglee jaar-jaaru bu nëbb bi di ubbi, ngir matale xebaaru Yuuxu Digg-bi ci fan yu mujj yi.</w:t>
      </w:r>
    </w:p>
    <w:p>
      <w:pPr>
        <w:pStyle w:val="ArticleBody"/>
        <w:jc w:val="left"/>
      </w:pPr>
      <w:r>
        <w:rPr>
          <w:rFonts w:ascii="Times New Roman" w:hAnsi="Times New Roman" w:eastAsia="Times New Roman" w:cs="Times New Roman"/>
        </w:rPr>
        <w:t>Ci ay mbind yi, nuy wéyal di wax ji ngir xamale baat yu Ezekiel, yi di misaal jëfandikoo yu ñu bare ci jamono yu mujj yi. Sareetu Ezekiel benn, ci njëlbéenu mbind mi, ak wàll wi ko àndal ci *Testimonies*, téeré wureel juróom, dinañu nekk sunu cosaanu màggat gu sax bi nuy dox ci mbind yi. Bu ñu teg baat yi ci seen bérab bu baax, te ci seen diggante yu jub ak yeneen baat yi ci jaar-jaari waxi Yonent yi, dinañu wone ne at yi ñetti téeméeri ak juróom-benn ak fanweer ak juróom-ñett yi, yi joxoon doole malaaka bu njëkk bi ci 11 ut 1840, Ezekiel itam daf leen di misaal ni ñetti téeméeri ak juróom-fukk at, yu lëkkalook at ak genn ak genn-wàll ci wërgi-yaram Yerusalem; te jotug leer gu yonent gii di xamale yékkati alama bi ci téeméeri ak ñeent-fukk ak ñeent ñaar-fukk ñaar-fukk.</w:t>
      </w:r>
    </w:p>
    <w:p>
      <w:pPr>
        <w:pStyle w:val="ArticleBody"/>
        <w:jc w:val="left"/>
      </w:pPr>
      <w:r>
        <w:rPr>
          <w:rFonts w:ascii="Times New Roman" w:hAnsi="Times New Roman" w:eastAsia="Times New Roman" w:cs="Times New Roman"/>
        </w:rPr>
        <w:t>27i Sulet 1299 ba 1337 dafay firi fanweer ak juróom-ñaari at ci njàlbéenu téeméeri ak juróom-fukk at yi (juróom-ñetti weer) ci Peeñu Yowaana 9:10. Téeméeri ak juróom-fukk at yooyu jokkoo na ak ñetti téeméeri ak juróom-benn-fukk ak benn at ak fukk ak juróom-ñett fan yi ci aaya 15. Noonu, njàlbéenu ñaari jamono yi dafa defar benn rëdd wuy wax ci kàddug yonent, te mu yegg ci matug wax-jàngatub 1838 ak 1840, bi Josiah Litch waxoon, te muy màndargaal yéeg ak ame dooley yëngu-yëngu Millerite bi. Jaar-jaaruwoowu ci njàlbéenu Adventism mooy màndargaal yéegug téeméeri ak ñeent-fukk ak ñeent ñaari junni ñi ngir nekk màndarga bu njëkk laata yoonu Dimaas bi. Noonu, ñetti téeméeri ak juróom-benn-fukk at yi ci Ezekiel, ak benn at ak genn-wàll ak genn-ñar (1.5) ci wër-gëddug Yerusalem, dañuy màndargaal mujjug rëdd wuy wax ci kàddug yonent wi tàmbalee woon ci 1299.</w:t>
      </w:r>
    </w:p>
    <w:p>
      <w:pPr>
        <w:pStyle w:val="ArticleBody"/>
        <w:jc w:val="left"/>
      </w:pPr>
      <w:r>
        <w:rPr>
          <w:rFonts w:ascii="Times New Roman" w:hAnsi="Times New Roman" w:eastAsia="Times New Roman" w:cs="Times New Roman"/>
        </w:rPr>
        <w:t>Lii ñu wara xalaat bu baax mooy wax ji nekk ci *Testimonies*, wàll wu juróomeel bi, lu jiitu mbind mi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Aayaat Ñeent-fukk ak Ñaar bi feeñul - Nimeero Ñaar-fukk ak Ñaar</dc:title>
  <dc:subject>Esekiyel Limu Ñett</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