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nëbbi bu Saróom ñeent-fukk ak ñett - Nimero ñaar-fukk ak ñett</w:t>
      </w:r>
    </w:p>
    <w:p>
      <w:pPr>
        <w:pStyle w:val="ArticleSubtitle"/>
        <w:jc w:val="left"/>
      </w:pPr>
      <w:r>
        <w:rPr>
          <w:rFonts w:ascii="Arial" w:hAnsi="Arial" w:eastAsia="Arial" w:cs="Arial"/>
        </w:rPr>
        <w:t>Esekiyel Nimeero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Ñu tudde Ezekiyel ne mooy “yonent buy jooy ndax naqar,” ndaxte mooy misaalu ñaar-fukk ak ñeent junni ak téeméer ñeent-fukk ak ñeent, ñi ci saraxal 9 ci téereem di naqar (di xel bu metti te di jooy) ndax yëf yu ñaaw yi ñuy def ci réew mi ak ci kër gu Yàlla gi. Ci xët wi jële ci Testimonies bi nu waxoon ci mbind mi weesu, Sëriñ Bu Jigéen White bindoon ne: “Yonent bi boppamoon doxandéem la woon ci réew wu dul réewam, fa ñaawte gu amul kem ak yërmande gu soxor di nguuru ci kaw. Li mu gisoon ak li mu déggoon ci fitna ak tooñu nit ñi metti na woon lool xolam, ba tax mu doon naqar bu metti guddi ak bëccëg.”</w:t>
      </w:r>
    </w:p>
    <w:p>
      <w:pPr>
        <w:pStyle w:val="ArticleBody"/>
        <w:jc w:val="left"/>
      </w:pPr>
      <w:r>
        <w:rPr>
          <w:rFonts w:ascii="Times New Roman" w:hAnsi="Times New Roman" w:eastAsia="Times New Roman" w:cs="Times New Roman"/>
        </w:rPr>
        <w:t>Ñetti junni ak ñeent fukki junni ñenti ñi mooy “ñi ñu gën a génne ci Israyil,” ñi ñu tasaaroo, ni ko Ezekiel di tektal ci li ñu ko jël ca njaamug toq. Jëf juñu di tëj màndarga ji ñu tektal ci Ezekiel 9 mooy benn ak li nekk ci Peeñu 7, te ñaari aaya yooyu itam ñu leen di wone ne dañuy ame ci fan yu mujj yi.</w:t>
      </w:r>
    </w:p>
    <w:p>
      <w:pPr>
        <w:pStyle w:val="ArticleScripture"/>
        <w:jc w:val="left"/>
      </w:pPr>
      <w:r>
        <w:rPr>
          <w:rFonts w:ascii="Times New Roman" w:hAnsi="Times New Roman" w:eastAsia="Times New Roman" w:cs="Times New Roman"/>
        </w:rPr>
        <w:t>«Màndargu jaamu Yàlla yi nii mooy benn mbir mi ñu wonoon Esekiyel ci peeñ mi.» Testimonies to Ministers, 445.</w:t>
      </w:r>
    </w:p>
    <w:p>
      <w:pPr>
        <w:pStyle w:val="ArticleBody"/>
        <w:jc w:val="left"/>
      </w:pPr>
      <w:r>
        <w:rPr>
          <w:rFonts w:ascii="Times New Roman" w:hAnsi="Times New Roman" w:eastAsia="Times New Roman" w:cs="Times New Roman"/>
        </w:rPr>
        <w:t>Bàyyi ci nguur gi, Yàlla di jox kerub yi ndigal, te ñoom itam di saytu wil yi. Ezekiel war na woon a xam ci peeñ mi ne Yàlla mooy kilifa, sax ci jamono ji lépp daan mel ni mu ngi ci jaxasoo. Rakku jigéen White wax na “ci noonu itam” gannaaw ba mu wane tëralinu Yàlla ci kaw nguur gi, di jox kerub yi ndigal, ñi doon saytu mbir yi ci suuf si, ni mu ko melalé ci yeneen waxam ci Yowaana ci kër Yàlla ga, fa Kirist daan dox ci diggante juróom-ñaari mbooloo yi. Ezekiel ak Yowaana ay misaal lañu ci ñi dund ci waxtu tëj-kàrt bi bu téeméeri ñeent-fukk ak ñeent, ñi, ni waxu wax ju Sell mi bindee ko, “Li nar a am ci sunu àddina bii, ba tey kenn xalaatu ko sax.”</w:t>
      </w:r>
    </w:p>
    <w:p>
      <w:pPr>
        <w:pStyle w:val="ArticleBody"/>
        <w:jc w:val="left"/>
      </w:pPr>
      <w:r>
        <w:rPr>
          <w:rFonts w:ascii="Times New Roman" w:hAnsi="Times New Roman" w:eastAsia="Times New Roman" w:cs="Times New Roman"/>
        </w:rPr>
        <w:t>Ndax ci dëgg, bi Rakku Jigéen White bindee kàddu yooyu, dañoo doon dëgg; waaye ci waxtu màndargaal bi, dañuy jot seen mat gu mat. Ñaari fukki at yi weesu, mbaa lu ni mel, ndax danga woona xalaat ne li léegi di xew addina si dina ànd ak dalug mbind mi bariy njéexital yi ñuy wax lokust yu Islaam? Lokust yi, nik araf ci Islaam ci wet gu ñenteel ci Téereb Peeñ, dañuy ëmb itam tukki ak jógub lokust yi ci tabaxug dund gu dëgg gi, di demug lokust yi dëkk suuf-saalumu Afrig. Yooyu lokust yu di daanu ci mbooloo, seen yoonu tukki ci Afrig dafa jàppandoo ak jëfandikook suuf yi Islaam nangu woon. Islaam mooy askanu Ismaël, te yaayu Ismaël mooy Hajar. Hajar tekki na “daw” walla “dàqoo.” Ci làkku Arab, tur wi dafa faral di ñu bind ko Hajar (هاجر), te dafa booleek benn sapoor bu nu may Hijra (tukki/dawug Muhammad). Xeetu juddugu Islaam jëmoon na ak duññug lokust yi rekk, waaye seen xeet dafa ëmb itam tekkiinu tukki. Ndax kenn mas naa soññ ne dugub nit ñi ci anam gu yoonulul mooy feeñug lokust bu Islaam?</w:t>
      </w:r>
    </w:p>
    <w:p>
      <w:pPr>
        <w:pStyle w:val="ArticleBody"/>
        <w:jc w:val="left"/>
      </w:pPr>
      <w:r>
        <w:rPr>
          <w:rFonts w:ascii="Times New Roman" w:hAnsi="Times New Roman" w:eastAsia="Times New Roman" w:cs="Times New Roman"/>
        </w:rPr>
        <w:t>Ndax kenn bañoon ne kominis yi ci àddina si dinañu samp benn alliyaaŋs ak mbooloom Islamaam yu bari yi? Islamaam ak doole jiituwaay ajanaa ci àddina si itam, ñoom ñaar, dañuy yéegé ci kàmb gu dul am suuf, ni ko Ndaje 9/11 waxe seen benn-benn; te kàmb gu dul am suuf gi dafa tey màndargaal feeñug dooley Seytaane. Ñaar ñi bokk ci alliyaaŋs bii léegi, ci dëgg-gi Mbind mi, ay jumtukaay lañu yu Seytaane.</w:t>
      </w:r>
    </w:p>
    <w:p>
      <w:pPr>
        <w:pStyle w:val="ArticleScripture"/>
        <w:jc w:val="left"/>
      </w:pPr>
      <w:r>
        <w:rPr>
          <w:rFonts w:ascii="Times New Roman" w:hAnsi="Times New Roman" w:eastAsia="Times New Roman" w:cs="Times New Roman"/>
        </w:rPr>
        <w:t>“‘Bu ñu demee [ngi jeexal] seeni seede.’ Jamono ji ñaari seede yi waroon a wax yonent ci yéréy naqar jeex na ci atum 1798. Bi ñuy jëgësi ci mujju seen liggéey ci kumpa, war a xëccook ñoom jaamu kàttan ga ñuy tekk ci wax ji nekk ‘rab wu yéegëe ci xur wu xottul bi.’ Ci bari réewi Ëroop, ay kàttan yi doon nguuru ci Mbooloom Dine ak ci Réew mi, di nañu leen doon saytu ay téeméeri at ak njiitu Seytaane jaarale ko ci papaas bi. Waaye fii, dañuy wone benn fésal gu bees gu kàttanu Seytaane.” The Great Controversy, 268.</w:t>
      </w:r>
    </w:p>
    <w:p>
      <w:pPr>
        <w:pStyle w:val="ArticleBody"/>
        <w:jc w:val="left"/>
      </w:pPr>
      <w:r>
        <w:rPr>
          <w:rFonts w:ascii="Times New Roman" w:hAnsi="Times New Roman" w:eastAsia="Times New Roman" w:cs="Times New Roman"/>
        </w:rPr>
        <w:t>Ci bi, Sœur White tudde ne, ñëwug soosiyaalisam bi am na ci jamono Révolution française bi, te itam mu fësal ne Seytaane moom itam dafa yor kàttanu pap bi. Kàttanu pap bi itam génn na ci kàmb gu amul pënd gu nekk ci Apokalips 17, te ci Apokalips 9, Lislaam mooy saxaar si jóge ci kàmb gu amul pënd ga. Waaye mbir mi sax nekk na: ndax waxu xel mu sell mi dafa bëgg a wax dëgg-dëgg ne, “Xew-xew yi ñuy àndal ci sunu àddina, ba tey kenn sax xalaatu leenagul”? Kan moo xalaat woon ne Lislaam dina leeral léegi ci seen bopp ci réewi Europe te léegi muy wàccsi ci réewi Amerika yi? Ndax yow nga xalaat woon ne njaxlaayi bañ bi dinañu tas ci kow suuf si yépp, ci loxoy globalist yi ci Mbooloom Xeeti Àddina yi, Mbooloom Europea bi, ak pati démocratique bu États-Unis?</w:t>
      </w:r>
    </w:p>
    <w:p>
      <w:pPr>
        <w:pStyle w:val="ArticleBody"/>
        <w:jc w:val="left"/>
      </w:pPr>
      <w:r>
        <w:rPr>
          <w:rFonts w:ascii="Times New Roman" w:hAnsi="Times New Roman" w:eastAsia="Times New Roman" w:cs="Times New Roman"/>
        </w:rPr>
        <w:t>Kan mooñ ne kër yëngu-yëngu yi dinañu leen daan ndax booloo gu komuniste ak islaamik, gi nit ñi fay ci xaalisu wareef bu askan wi, te ñoom doonuñu woon ne seen xaalisu wareef dinañu ko jëfandikoo ngir yàq réew mi di joxe xaalis woowu.</w:t>
      </w:r>
    </w:p>
    <w:p>
      <w:pPr>
        <w:pStyle w:val="ArticleBody"/>
        <w:jc w:val="left"/>
      </w:pPr>
      <w:r>
        <w:rPr>
          <w:rFonts w:ascii="Times New Roman" w:hAnsi="Times New Roman" w:eastAsia="Times New Roman" w:cs="Times New Roman"/>
        </w:rPr>
        <w:t>Kan moo xalaat ne Great Britain dina yàgglu ci yokk ak taxawal ne jigéen yu weex yi ñu leen di jëfandikoo ci ay mbooloo ngir saaga leen, dëj leen, téj leen, te rey leen ci turu Islam? Ñu bare di fésal ne bépp sistemu kominis bu masa am ci jaar-jaaru nit ñi dafa doon kuy aji yàqu bu mat sëkk; waaye meññeefu sosialisimu Britain itam, noonu la doon ab àtteb daan ci sosialisim, ni ñàkka-jarinu xalaat yu ekonomig ak yu politig yi sistem bi di taxawale.</w:t>
      </w:r>
    </w:p>
    <w:p>
      <w:pPr>
        <w:pStyle w:val="ArticleBody"/>
        <w:jc w:val="left"/>
      </w:pPr>
      <w:r>
        <w:rPr>
          <w:rFonts w:ascii="Times New Roman" w:hAnsi="Times New Roman" w:eastAsia="Times New Roman" w:cs="Times New Roman"/>
        </w:rPr>
        <w:t>Kan moo xalaat ne dinañu may jaaykat yi ci àddina bi ñu duggale ay poison ngir yeggale reylu mbooloo mu ëpp fukk ak juróom-ñaari milyoŋi nit?</w:t>
      </w:r>
    </w:p>
    <w:p>
      <w:pPr>
        <w:pStyle w:val="ArticleBody"/>
        <w:jc w:val="left"/>
      </w:pPr>
      <w:r>
        <w:rPr>
          <w:rFonts w:ascii="Times New Roman" w:hAnsi="Times New Roman" w:eastAsia="Times New Roman" w:cs="Times New Roman"/>
        </w:rPr>
        <w:t>Kan moomoon ne nit ñu mel ni George Soros, Bill Gates ak Anthony Fauci dinañu leen bàyyi mujjal seeni jëf yu bon yu seytane te kenn du leen teg dara ci kaw?</w:t>
      </w:r>
    </w:p>
    <w:p>
      <w:pPr>
        <w:pStyle w:val="ArticleBody"/>
        <w:jc w:val="left"/>
      </w:pPr>
      <w:r>
        <w:rPr>
          <w:rFonts w:ascii="Times New Roman" w:hAnsi="Times New Roman" w:eastAsia="Times New Roman" w:cs="Times New Roman"/>
        </w:rPr>
        <w:t>Bi Bëñu Rak White waxee ne duñu soññiku ci xew-xew yi ñuy def, moo ko waxee ci dalub waxtu bi ñu di tëj mi ak ñeent fukki junni ak ñeent téeméer ñi. Mu doon topp ay kàdduyam ci waareb Kirist ci Macë 24, fa mu bind ne: “Jàngale yii ngir sunu njariñ lañu. War nañu samp sunu ngëm ci Yàlla, ndaxte am na lu nekk ci sunu kanam bu yàggul, di waxtu bu di jéem xelu nit ñi. Kirist, ci Tundu Oliw ya, nettalee àtte yu tiit ya yi war a jiitu delluseem ñaareel.”</w:t>
      </w:r>
    </w:p>
    <w:p>
      <w:pPr>
        <w:pStyle w:val="ArticleBody"/>
        <w:jc w:val="left"/>
      </w:pPr>
      <w:r>
        <w:rPr>
          <w:rFonts w:ascii="Times New Roman" w:hAnsi="Times New Roman" w:eastAsia="Times New Roman" w:cs="Times New Roman"/>
        </w:rPr>
        <w:t>Jàngoro yi mu doon a wax ci léegi, mooy misaalu Esecceel ak Yowaana ñoom ñaar ci kër Yàlla ga, di jàng ngir xam ne Yàlla mooy kilifte lépp. Ci jaaxle ak weddi gu tàmbalee léegi, jaaxle ak weddi gu dul dara lu moy yokkiku bi jaar yi di dem kanam, ñi di ndaw yi Yàlla, ni ko misaalal Esecceel ak Yowaana rekkul ci kër Yàlla ga waaye itam Esayi, duñu man a jaar ci jaar-jaar ba ni mu yelloo ngir màggal Boroom bi, suñu xamul ne sax mbir yi nu masul a xalaat benn yoon itam nekk nañu ci kilifte Yàlla.</w:t>
      </w:r>
    </w:p>
    <w:p>
      <w:pPr>
        <w:pStyle w:val="ArticleBody"/>
        <w:jc w:val="left"/>
      </w:pPr>
      <w:r>
        <w:rPr>
          <w:rFonts w:ascii="Times New Roman" w:hAnsi="Times New Roman" w:eastAsia="Times New Roman" w:cs="Times New Roman"/>
        </w:rPr>
        <w:t>Benni wili yu taqook ak yeneen wili yi dajale, dañuy boole xew-xew yi kenn masul leen xeel, te ñoom lañu di xew ci waxtu tëj bi tambalee ci 9/11. Jàngoro yi war a jàngees, ñi leen di jàng rekk mooy ñi, ci ngëm, dugg ci Bérab bu Gëna Sell bi, te gis Kirist ak leeram di leer ci Kaw Kër gu njëkkal bi. Bu ndam loolu gisees ni ko Daniyel wone ci saar fukki, kureel gi leer gi jariñal day weesu ak ñi dawoon ginnaaw peeñ mi.</w:t>
      </w:r>
    </w:p>
    <w:p>
      <w:pPr>
        <w:pStyle w:val="ArticleScripture"/>
        <w:jc w:val="left"/>
      </w:pPr>
      <w:r>
        <w:rPr>
          <w:rFonts w:ascii="Times New Roman" w:hAnsi="Times New Roman" w:eastAsia="Times New Roman" w:cs="Times New Roman"/>
        </w:rPr>
        <w:t>Man maa, Daniel, ma gis ma peeñ ga: nit ñi nekkoon ak man gisuñu peeñ ga; waaye tiit bu réy daldi leen jàpp, ba ñu daw ngir nëbb seen bopp. Daniel 10:7.</w:t>
      </w:r>
    </w:p>
    <w:p>
      <w:pPr>
        <w:pStyle w:val="ArticleBody"/>
        <w:jc w:val="left"/>
      </w:pPr>
      <w:r>
        <w:rPr>
          <w:rFonts w:ascii="Times New Roman" w:hAnsi="Times New Roman" w:eastAsia="Times New Roman" w:cs="Times New Roman"/>
        </w:rPr>
        <w:t>Amna lu ëpp a bari ci màggat gi nekkoon ci mbind mi weesu, waaye bu nuy tàmbalee tëj mbind mii, dinañu jëfandikoo benn wërsëg. Nu xamlewoon ci mbind mi mujj ne limu ñaar-fukk ak juróom benn am na tekkiinu misaal, te lu jiitu loolu nu jël woon waxtu ci limu fanweer. Leer gi jóge ci téereb Ezekiel du rekk lim yu misaal; waaye am na njariñ bu bare ñu njëkk a xam porokaraam yu misaal yooyu, bala ñuy tàmbali a génne leer ci biir jaxasoo gi.</w:t>
      </w:r>
    </w:p>
    <w:p>
      <w:pPr>
        <w:pStyle w:val="ArticleHeading"/>
        <w:jc w:val="left"/>
      </w:pPr>
      <w:r>
        <w:rPr>
          <w:rFonts w:ascii="Arial" w:hAnsi="Arial" w:eastAsia="Arial" w:cs="Arial"/>
        </w:rPr>
        <w:t>Fukk ak juróom-ñaar</w:t>
      </w:r>
    </w:p>
    <w:p>
      <w:pPr>
        <w:pStyle w:val="ArticleBody"/>
        <w:jc w:val="left"/>
      </w:pPr>
      <w:r>
        <w:rPr>
          <w:rFonts w:ascii="Times New Roman" w:hAnsi="Times New Roman" w:eastAsia="Times New Roman" w:cs="Times New Roman"/>
        </w:rPr>
        <w:t>Ñetti wax ak ñaar téeméer ak juróom-fukk at yi ñetti, dañuy wone ab diirub fukk ak juróom-ñaar at, te mu tambalee ci mujju jaar-jaaru kërceg Smurna. Li dale ci 313 ba 330, fukk ak juróom-ñaar at yi dañuy misaal sampug nataalu rab wu rëy wi.</w:t>
      </w:r>
    </w:p>
    <w:p>
      <w:pPr>
        <w:pStyle w:val="ArticleBody"/>
        <w:jc w:val="left"/>
      </w:pPr>
      <w:r>
        <w:rPr>
          <w:rFonts w:ascii="Times New Roman" w:hAnsi="Times New Roman" w:eastAsia="Times New Roman" w:cs="Times New Roman"/>
        </w:rPr>
        <w:t>Ñaari at ak juróom-fukk ak juróom-fukki at yi tambalee ci 457 BC jeex nañu ci 207 BC, fukk at gannaaw xareb Raphia te juróom-ñett at bala xareb Panium. Dale ci Raphia ba Panium am na fukk ak juróom-ñaar at, te loolu mooy tey yiñub jaar-jaareb bu nëbbu bi ci aayañaar-fukk, ni ko aaya yi fukk ak benn ba fukk ak juróom benn tëral ci Daniel benn-fukk ak benn.</w:t>
      </w:r>
    </w:p>
    <w:p>
      <w:pPr>
        <w:pStyle w:val="ArticleBody"/>
        <w:jc w:val="left"/>
      </w:pPr>
      <w:r>
        <w:rPr>
          <w:rFonts w:ascii="Times New Roman" w:hAnsi="Times New Roman" w:eastAsia="Times New Roman" w:cs="Times New Roman"/>
        </w:rPr>
        <w:t>Ptolemee IV Filopator (itam ñu xam ko ni Ptolemee IV) mooy buur bi amoon ndam ci xareb Rafia bi ci atum 217 bala Kirist. Moom moo nguuruwoon, ci ni mu doon buur (ak farao), ci Misra gu Ptoleme yi dale ca atum 221 bala Kirist ba 204 bala Kirist; kon nag mu nguuru na fukk ak juróom-ñar at. Tambali na nguuruam lu jiitu xareb Rafia, waaye dee na lu jiitu xareb Panium.</w:t>
      </w:r>
    </w:p>
    <w:p>
      <w:pPr>
        <w:pStyle w:val="ArticleBody"/>
        <w:jc w:val="left"/>
      </w:pPr>
      <w:r>
        <w:rPr>
          <w:rFonts w:ascii="Times New Roman" w:hAnsi="Times New Roman" w:eastAsia="Times New Roman" w:cs="Times New Roman"/>
        </w:rPr>
        <w:t>Xareb Rafiya, mi mel ni mu waru Ukreen, tambalee na atum 2014 bi États-Unis jurale ab yoonu benn soppiku melo ci Ukreen. Ptolémée IV, buur bu bëj-gànnaar bi, mooy misaal Vladimir Putin, mi tambalee nguuram ci atum 2000, mooy at mi jiitu tàmpeb tëj biir ñent fukk ak ñeent junni nit ñi ci atum 2001. Ni ko deme woon ak Ptolémée, noonu itam Putin tambalee nguuru balaa xareb Ukreen bi, mi xareb Rafiya di misaal, tambalee ci atum 2014. Balaa Paniyum, Putin, ni ko Ptolémée di misaal, dees na ko dindi. Putin tambalee nguuru ci atum 2000, ba tax mu ànd ak tàmpeb waxtu tëj bi mi tambalee at mi ca topp, maanaam ci 2001. Fukk ak juróom-ñaar at yu misaal, yi Ptolémée di tektal, dañuy waxal diggante jamono ji Putin di nguuru, te moom daf koy defe ci biir waxtu tëj bi.</w:t>
      </w:r>
    </w:p>
    <w:p>
      <w:pPr>
        <w:pStyle w:val="ArticleBody"/>
        <w:jc w:val="left"/>
      </w:pPr>
      <w:r>
        <w:rPr>
          <w:rFonts w:ascii="Times New Roman" w:hAnsi="Times New Roman" w:eastAsia="Times New Roman" w:cs="Times New Roman"/>
        </w:rPr>
        <w:t>Trump miñ nañu ko ci jeexital ñaari téeméeri ak juróom-fukk at yi tàmbalee ci 457 BC, nekk na ci benn jaar-jaaru mbootaay bu nëbbu, mooy jaar-jaaru mbootaay bu Putin nekk, te mooy jaar-jaaru mbootaay bu am fukk ak juróom-ñar at, di tàmbalee ca xareb Raphia. Naga gi (Putin) ak yonent bu dëggul bi (Trump) nekk nañu ci jaar-jaaru mbootaay bu nëbbu boobu. Ci jaar-jaaru mbootaay boobu, rab wi, mi ñu tekk ni “sàcc yi ci sa askan wi,” te muy misaal kàttanu paap ba, nekk na ci mujj ga fukk ak juróom-ñar at yi, dale ca Raphia ba ca Panium.</w:t>
      </w:r>
    </w:p>
    <w:p>
      <w:pPr>
        <w:pStyle w:val="ArticleBody"/>
        <w:jc w:val="left"/>
      </w:pPr>
      <w:r>
        <w:rPr>
          <w:rFonts w:ascii="Times New Roman" w:hAnsi="Times New Roman" w:eastAsia="Times New Roman" w:cs="Times New Roman"/>
        </w:rPr>
        <w:t>At mi 321 moo taxaw bi Sunday law ci Réewum Ini Setaa, te 321 nekk na ci biir ab jamono bu fukk ak juróom-ñaari at, dale ci Edict of Milan ci 313 ba ci seddoo gi amoon ci nguur ga ci 330.</w:t>
      </w:r>
    </w:p>
    <w:p>
      <w:pPr>
        <w:pStyle w:val="ArticleBody"/>
        <w:jc w:val="left"/>
      </w:pPr>
      <w:r>
        <w:rPr>
          <w:rFonts w:ascii="Times New Roman" w:hAnsi="Times New Roman" w:eastAsia="Times New Roman" w:cs="Times New Roman"/>
        </w:rPr>
        <w:t>Jaar-jaar gi ñu tektal dale ci Màggal Bésub Jéggi wa Bu Magu Yosiya, ni ñu koy woowe, mooy tàmbalee ñaareel-fukk ak juróom-ñaareel wàllu Jubile bi ci Yawut yi. Li dale ci Bésub Jéggi wa Yosiya, mi doon yeesal gu gëna mag ci Kàddug Kóllëre gu Yàgg ba ci 22 Oktoobar, dafay tektal jaar-jaari Millerite bi dale 11 Ut 1840 ba ci 22 Oktoobar 1844, waaye li gëna am solo mooy ne dafay tektal itam jaar-jaaru 9/11 ba ci yoonu Dibéeri. Waxtu sellalug téeméeri ak ñeent-fukk ak ñeent-junni ñi, ñu ngi koy tektale ci ñaareel-fukk ak juróom-ñaareel wàllu Jubile bi, dale ci Yosiya ba ci 22 Oktoobar. Fukk ak juróom-ñaari mooy misaal bu ñu boole ak xew-xewi mag yi ci waxtu sellal gi, te lim wu fukk ak juróom-ñaari mooy bérab bu wëli Esekiel yi daje.</w:t>
      </w:r>
    </w:p>
    <w:p>
      <w:pPr>
        <w:pStyle w:val="ArticleBody"/>
        <w:jc w:val="left"/>
      </w:pPr>
      <w:r>
        <w:rPr>
          <w:rFonts w:ascii="Times New Roman" w:hAnsi="Times New Roman" w:eastAsia="Times New Roman" w:cs="Times New Roman"/>
        </w:rPr>
        <w:t>Ci biir bu ñu nëbb ci saraxu benn-fukk ak ñeentelu Daniel, ni ko ay sarax yu fukki ak benn ba fukki ak juróom-benn ci benn saar boobu tektalee, njàngat mi ñuy wax “dragon” dafa bokk ak limu “17” ci nguurug Ptolemy. Jaar-jaaru nettali bu saraxu fukki ak benn di xarebu Raphia ba ci saraxu fukki ak juróom-benn di xarebu Raphia mooy “17” at. Jaar-jaaru nettali boobu moo teg Donald Trump ci diggante juróom-ñaari xare yooyu tektal “17” at. Nataalu rab wi ñu sos te taxawal ko Trump ci États-Unis, “17” at la ko tektal, dale ko ci 313 ba 330. Ci saraxu benn ci saar bu benn, Ezekiel nekk na ci atum ñetti-fukk ba ci juróom-ñeentel yokkute “17” bi. Ndax mas nga gis gént ne limu fukk ak juróom-ñaar moo tektal benn ci wëliis yi Ezekiel gisoon ci Barab bu Gën a Sell bi?</w:t>
      </w:r>
    </w:p>
    <w:p>
      <w:pPr>
        <w:pStyle w:val="ArticleBody"/>
        <w:jc w:val="left"/>
      </w:pPr>
      <w:r>
        <w:rPr>
          <w:rFonts w:ascii="Times New Roman" w:hAnsi="Times New Roman" w:eastAsia="Times New Roman" w:cs="Times New Roman"/>
        </w:rPr>
        <w:t>Esekiyel mooy misaalu ñi ci jamonoy mbind mi, ñi duggee ci kaw ga gën a sell ci ngëm. Ñoom ñoo di saraxalekat yi Piyeer wax.</w:t>
      </w:r>
    </w:p>
    <w:p>
      <w:pPr>
        <w:pStyle w:val="ArticleScripture"/>
        <w:jc w:val="left"/>
      </w:pPr>
      <w:r>
        <w:rPr>
          <w:rFonts w:ascii="Times New Roman" w:hAnsi="Times New Roman" w:eastAsia="Times New Roman" w:cs="Times New Roman"/>
        </w:rPr>
        <w:t>Yéen itam, ni ay doj yu dund, dañu leen tabax ngir ngeen doon kër gu xel, saraxalekat yu sell, ngir jébbal sarax yu xel, yu Yàlla nangoo jaarale ko ci Yeesu Kirist. 1 Piyeer 2:5.</w:t>
      </w:r>
    </w:p>
    <w:p>
      <w:pPr>
        <w:pStyle w:val="ArticleBody"/>
        <w:jc w:val="left"/>
      </w:pPr>
      <w:r>
        <w:rPr>
          <w:rFonts w:ascii="Times New Roman" w:hAnsi="Times New Roman" w:eastAsia="Times New Roman" w:cs="Times New Roman"/>
        </w:rPr>
        <w:t>Ñoo leen ko dénk ngir ñu jottali benn yëgle ci nit ñi nekk woon askanu kóllëre Yàlla bu njëkk, ñi Yàlla di weesu ca jamono jooju; doonte dees na leen artu lu jiitu, askanu kóllëre Yàlla bu njëkk boobu du gis mbaa dégg.</w:t>
      </w:r>
    </w:p>
    <w:p>
      <w:pPr>
        <w:pStyle w:val="ArticleScripture"/>
        <w:jc w:val="left"/>
      </w:pPr>
      <w:r>
        <w:rPr>
          <w:rFonts w:ascii="Times New Roman" w:hAnsi="Times New Roman" w:eastAsia="Times New Roman" w:cs="Times New Roman"/>
        </w:rPr>
        <w:t>Noonu ma ne ma: “Doomu nit ki, lekkal sa biir, feesal sa bëñ ak téere bii may la.” Noonu ma ko lekk; te mu nekk ci sama gémmiñ ni lewul ci neex. Mu ne ma: “Doomu nit ki, demal ca kërug Israayil, wax leen sama wax yi. Ndaxte yónnee wuñu la ca xeet wu wax waxu doxandéem ak làkk wu metti, waaye ca kërug Israayil; du ca xeet yu bare yu wax waxu doxandéem ak làkk wu metti, ñi nga dul man a xam seen wax. Ndax bu ma la yónnee woon ca ñoom, dinañu la déglu woon. Waaye kërug Israayil du la déglu, ndaxte dañu ma bëggul a déglu; ndaxte kërug Israayil gépp ñooy nit ñu dëgër ci kanam te dëgër ci xol. Xoolal, def naa sa kanam mu dëgër ci seen kanam, te sa jë ci seen jë. Ni diamànd bu gën a dëgër doj, noonu laa defee sa jë; bul leen ragal, te bul tiit seen melokaan, doonte ñu nekk kër gu béey.” Ezekiel 3:3–9.</w:t>
      </w:r>
    </w:p>
    <w:p>
      <w:pPr>
        <w:pStyle w:val="ArticleBody"/>
        <w:jc w:val="left"/>
      </w:pPr>
      <w:r>
        <w:rPr>
          <w:rFonts w:ascii="Times New Roman" w:hAnsi="Times New Roman" w:eastAsia="Times New Roman" w:cs="Times New Roman"/>
        </w:rPr>
        <w:t>Yàlla jox na Ezekiel ndigal mu yégle benn bataaxal ci nit ñi nekkoon ci këllgóob gu jëkk gi, ñi Protestan yi ci jaar-jaaru Millerite di tegtal, ak mbooloom Eglise Adventiste du Septième Jour bu Laodicée ci fan yu mujj yi. Su fekkee ne mu bañ a yégle bataaxal bi, deretu ña ñu artul dina nekk ci kawam.</w:t>
      </w:r>
    </w:p>
    <w:p>
      <w:pPr>
        <w:pStyle w:val="ArticleScripture"/>
        <w:jc w:val="left"/>
      </w:pPr>
      <w:r>
        <w:rPr>
          <w:rFonts w:ascii="Times New Roman" w:hAnsi="Times New Roman" w:eastAsia="Times New Roman" w:cs="Times New Roman"/>
        </w:rPr>
        <w:t>Doomu nit, maa ngi la def ñu doon wottukat ci kërug Israyil; moo tax déggal wax ji ci sama gémmiñ, te nga yégal leen artu gu jóge ci man. Bu ma waxee ku bon ne, “Faw nga dee”; te yégaloo ko, mbaa waxoo ngir artu ku bon ci yoonam ju bon, ngir musal bakkanam; kooku ku bon dina dee ci ay bàkkaaram, waaye deretam maa koy laaj ci sa loxo. Waaye su fekkee ne yégal nga ku bon, te waccuwul ci soppikoom gu bon, mbaa ci yoonam ju bon, dina dee ci ay bàkkaaram; waaye yaw musal nga sa bopp. Te itam, bu fekkee ne nit ku jub dafa dëddu ci njubteem, ba def lu bon, te maa teg ci kanamam lu ko feyxal, dina dee; ndaxte yégaloo ko, dina dee ci bàkkaaram, te duñu faatlikku njubte yi mu defoon; waaye deretam maa koy laaj ci sa loxo. Naka noonu, su fekkee ne yégal nga nit ku jub ngir ku jub bañ a bàkkaar, te du bàkkaar, faw dina dund, ndaxte artu nañu ko; te itam yaw musal nga sa bopp. Ezekiel 3:17–21.</w:t>
      </w:r>
    </w:p>
    <w:p>
      <w:pPr>
        <w:pStyle w:val="ArticleBody"/>
        <w:jc w:val="left"/>
      </w:pPr>
      <w:r>
        <w:rPr>
          <w:rFonts w:ascii="Times New Roman" w:hAnsi="Times New Roman" w:eastAsia="Times New Roman" w:cs="Times New Roman"/>
        </w:rPr>
        <w:t>Ci njëkk “fukk ak benn” yu njëkk ci buku Ezekiel, Yàlla won na ko yàqug Yerusalem, te misaal bi feeñ ci ay gis-gis yi ca dexu Kebar, ca mbedd ma, ak ci Yerusalem. Dees na ko sant mu yégle ndigalu waare ngir àtte biy ñëw ci Yerusalem. Baatu waare jooju ci mbirum àtte biy ñëw ci Yerusalem mooy waare bi ñu jëkk a jox kërgëstu Bésu Noppalu gu juróom-ñaareel gu Laodise. Waare woowu day xamle àtte ak bañug nit ñi Yàlla ci Yerusalem, ñi amul ràññeeku Yàlla. Waare bi Ezekiel doon misaalal mooy waare bi ci sañ-sañu Dibbër biy ñëw léegi.</w:t>
      </w:r>
    </w:p>
    <w:p>
      <w:pPr>
        <w:pStyle w:val="ArticleBody"/>
        <w:jc w:val="left"/>
      </w:pPr>
      <w:r>
        <w:rPr>
          <w:rFonts w:ascii="Times New Roman" w:hAnsi="Times New Roman" w:eastAsia="Times New Roman" w:cs="Times New Roman"/>
        </w:rPr>
        <w:t>Ciiru njëkk fukki aaya yooyu, fa féetale yi dañu leen di wone, Esékiel nekk na ku gémm, te du wax dara ludul su Yàlla ubbee ko bëggam ndax mu wax; te loolu sax na ba keru Yérusalem sànku, ba noppi mu manaat a wax.</w:t>
      </w:r>
    </w:p>
    <w:p>
      <w:pPr>
        <w:pStyle w:val="ArticleScripture"/>
        <w:jc w:val="left"/>
      </w:pPr>
      <w:r>
        <w:rPr>
          <w:rFonts w:ascii="Times New Roman" w:hAnsi="Times New Roman" w:eastAsia="Times New Roman" w:cs="Times New Roman"/>
        </w:rPr>
        <w:t>Noonu Xel mi dugg ci man, tax ma taxaw sama tànk, wax ak man ne ma: Demal, téjoo sa bopp ci sa kër. Waaye yow, yaw doomu nit ki, xoolal, dinañu la yeew ak ay buum, te dinañu la lëjje ak ñoom, ba du nga génn seeti leen. Te dinaa tax sa làkk taq ci kaw sa gémmiñ, ba nga nekk ku luu, te doo leen yeddkat: ndaxte ñoom kër gu ñuy fippu lañu. Waaye bu ma waxee ak yaw, dinaa ubbi sa gémmiñ, te dinga leen wax ne: Nii la Boroom bi Yàlla wax; ku dégg, na dégg; ku bañ, na bañ: ndaxte ñoom kër gu ñuy fippu lañu. Esekiyel 3:24–27.</w:t>
      </w:r>
    </w:p>
    <w:p>
      <w:pPr>
        <w:pStyle w:val="ArticleBody"/>
        <w:jc w:val="left"/>
      </w:pPr>
      <w:r>
        <w:rPr>
          <w:rFonts w:ascii="Times New Roman" w:hAnsi="Times New Roman" w:eastAsia="Times New Roman" w:cs="Times New Roman"/>
        </w:rPr>
        <w:t>Bi Yerusalem daanee, Esekiel man naatatiwaat.</w:t>
      </w:r>
    </w:p>
    <w:p>
      <w:pPr>
        <w:pStyle w:val="ArticleScripture"/>
        <w:jc w:val="left"/>
      </w:pPr>
      <w:r>
        <w:rPr>
          <w:rFonts w:ascii="Times New Roman" w:hAnsi="Times New Roman" w:eastAsia="Times New Roman" w:cs="Times New Roman"/>
        </w:rPr>
        <w:t>Ba mu amoon ci atum njaari fukk ak ñaar ci sunu njaam, ci weeru fukk ba, ci bésu juróom ci weer wa, amoon na ne kenn ku rëccu woon Génuusalem dikk ci man, ne: «Dëkk ba dafa daanu.» Te loxob Boroom bi nekkoon na ci sama kaw ngoon ga, bala ki rëccu woon dikk; te mu ubbil sama gémmiñ, ba kera mu agsi ci man ci suba si; sama gémmiñ ubbi, te nekku maati nelawati. Ezekiel 33:21, 22.</w:t>
      </w:r>
    </w:p>
    <w:p>
      <w:pPr>
        <w:pStyle w:val="ArticleBody"/>
        <w:jc w:val="left"/>
      </w:pPr>
      <w:r>
        <w:rPr>
          <w:rFonts w:ascii="Times New Roman" w:hAnsi="Times New Roman" w:eastAsia="Times New Roman" w:cs="Times New Roman"/>
        </w:rPr>
        <w:t>Daanug Yerusalem dafay tektal ngir daanug kërgëgu Adventiste ñaareelu fan yi gu juróom-ñaari bés, bu Laodise. Daanug boobu am na ci bi ñiñu seeloon ci Yerusalem ci saar bi juróom-ñetteel, ñuy noppi yékkati leen ni kërgëg bi dafa not. Ñi bokk ci Laodise yi nekk ci biir Yerusalem, génneef nañu leen, te ñaar-fukk ak ñeent junni nit ñi, yékkati nañu leen bi nguurug ndam saxee. Nguurug ndam googu, dafa amoon misaal ci taxawalug nguurug yiw fa ci bant ba. Nguurug yiw fa ci bant ba, dafa méngoo ak nguurug ndam gi ci yoonu Dibeer, te ñaari nguur yooyu ñu ngi leen teg ci jëfandikoo yeneen jamono yi ci waxu yonent, bi nekk ci téereb Esekiyel. Fukk ak benn saar yu njëkk yi, bu ñu teggee Esekiyel ci mbirum bérab bu sell bi, ñu ngi wax ci sellalug kërgëgu Yàlla, ba tax ñoñam di soppeeku ñu jóge ci kërgëg gu bëre ba noppi ci kërgëg gu not; gi ñuy firndeel ne mooy gi ñu tabax ak dugub ak gax, ba noppi ci gi ñu tabax ak saraxu dugub bu Pentekot.</w:t>
      </w:r>
    </w:p>
    <w:p>
      <w:pPr>
        <w:pStyle w:val="ArticleScripture"/>
        <w:jc w:val="left"/>
      </w:pPr>
      <w:r>
        <w:rPr>
          <w:rFonts w:ascii="Times New Roman" w:hAnsi="Times New Roman" w:eastAsia="Times New Roman" w:cs="Times New Roman"/>
        </w:rPr>
        <w:t>Yow itam, bu bonkil buurub Israyil, ki sa bés jege na, ba ñàkk njub jeex, nii la Boroom bi Yàlla waxe: Nangal kaala bi, te summb boppu buur bi; loolu du des ni mu nekkoon: yékkal ki suufe, te suufeel ki kawe. Dinaa ko daanu, daanu, daanu; te du desati, ba keroog ki ko yelloo dikk, te dinaa ko ko jox. Ezekiel 21:25–27.</w:t>
      </w:r>
    </w:p>
    <w:p>
      <w:pPr>
        <w:pStyle w:val="ArticleBody"/>
        <w:jc w:val="left"/>
      </w:pPr>
      <w:r>
        <w:rPr>
          <w:rFonts w:ascii="Times New Roman" w:hAnsi="Times New Roman" w:eastAsia="Times New Roman" w:cs="Times New Roman"/>
        </w:rPr>
        <w:t>Sedekiyaa mooy buur bu mujj bu Yuda, te mooy “kilifa bu bon bu Israyil, ku bésam agsi” ci kàddu yi. Nebukadnesar doon na jël Yerusalem, te kaalag Sedekiyaa waroon nañu ko teqale Babilon, te Babilon dinañu ko daaneel Med ak Perse yi, ñoom itam dinañu leen daaneel Girig yi, te Girig yi dinañu leen daaneel Room. Ñetteelu daaneel gi agsi na ca Room, te loolu mooy jaar-jaaru nettali bi buur bi “ki ko yoon a moom” di jote kaalag nguurug yiw gi, ba nguur googu taxawee ci bant ba.</w:t>
      </w:r>
    </w:p>
    <w:p>
      <w:pPr>
        <w:pStyle w:val="ArticleScripture"/>
        <w:jc w:val="left"/>
      </w:pPr>
      <w:r>
        <w:rPr>
          <w:rFonts w:ascii="Times New Roman" w:hAnsi="Times New Roman" w:eastAsia="Times New Roman" w:cs="Times New Roman"/>
        </w:rPr>
        <w:t>“Ca buur bu bon bu ñaaw mi” bésub àtteb mujj bi àggoon na. “Dindi sa kalaŋ,” Boroom bi santaane, “te rocci kaalaŋ gi.” Ba kerse Yeesu Kirist moom ci boppam taxawal nguuram la Yudaat di manaat a am buur. “Dinaa ko daaneel, daaneel, daaneel,” loolu mooy dogalu Yàlla ci mbuurug kër Daawuda; “te du fi neexati dara, ba kera mu ñëw ki moom ndigalam; te dinaa ko ko jox.” Ezekiel 21:25–27.” Yonent yi ak Buur yi, 451.</w:t>
      </w:r>
    </w:p>
    <w:p>
      <w:pPr>
        <w:pStyle w:val="ArticleBody"/>
        <w:jc w:val="left"/>
      </w:pPr>
      <w:r>
        <w:rPr>
          <w:rFonts w:ascii="Times New Roman" w:hAnsi="Times New Roman" w:eastAsia="Times New Roman" w:cs="Times New Roman"/>
        </w:rPr>
        <w:t>Ci jamono yu mujju mu njeexital, mi tàmbalee baatte bi ñuy àtte ñi dund ci 9/11, Kirist samp ay nguuru ndamuam.</w:t>
      </w:r>
    </w:p>
    <w:p>
      <w:pPr>
        <w:pStyle w:val="ArticleScripture"/>
        <w:jc w:val="left"/>
      </w:pPr>
      <w:r>
        <w:rPr>
          <w:rFonts w:ascii="Times New Roman" w:hAnsi="Times New Roman" w:eastAsia="Times New Roman" w:cs="Times New Roman"/>
        </w:rPr>
        <w:t>«Bi ñetti malaaka yi bàyyéee, Kirist dina sampu nguuram.» Spalding and Magan, 3.</w:t>
      </w:r>
    </w:p>
    <w:p>
      <w:pPr>
        <w:pStyle w:val="ArticleBody"/>
        <w:jc w:val="left"/>
      </w:pPr>
      <w:r>
        <w:rPr>
          <w:rFonts w:ascii="Times New Roman" w:hAnsi="Times New Roman" w:eastAsia="Times New Roman" w:cs="Times New Roman"/>
        </w:rPr>
        <w:t>Ab jamono waajaloo tambali ci 9/11, te ci yoonu dibeer bi tundu sell bu ndam li yékkati nañu ko, mu kawe jéll mboolem tund yi ak doj yi.</w:t>
      </w:r>
    </w:p>
    <w:p>
      <w:pPr>
        <w:pStyle w:val="ArticleScripture"/>
        <w:jc w:val="left"/>
      </w:pPr>
      <w:r>
        <w:rPr>
          <w:rFonts w:ascii="Times New Roman" w:hAnsi="Times New Roman" w:eastAsia="Times New Roman" w:cs="Times New Roman"/>
        </w:rPr>
        <w:t>Kàddu gi Esayi doomu Amos gis ci mbirum Yuda ak Yerusalem. Te dina am ca fan yu mujj ya, tundu kër Boroom bi dina taxaw bu wóor ci kaw tundu yi, te dees na ko yékkati bàyyi ko mu gën a kawe tundu ndool yi; te xeet yépp dinañu daw jëm ci moom. Te nit ñu bare dinañu dem naan: Ñëwleen, na nuy yéeg jëm ci tundu Boroom bi, ci kër Yàlla Yàqoob; te moom dina nu jàngal ay yoonam, te dinanu dox ci ay xàllam: ndaxte yoonu ndigël dina génn ci Siyon, te kàddu Boroom bi dina génn Yerusalem. Esayi 2:1–3.</w:t>
      </w:r>
    </w:p>
    <w:p>
      <w:pPr>
        <w:pStyle w:val="ArticleBody"/>
        <w:jc w:val="left"/>
      </w:pPr>
      <w:r>
        <w:rPr>
          <w:rFonts w:ascii="Times New Roman" w:hAnsi="Times New Roman" w:eastAsia="Times New Roman" w:cs="Times New Roman"/>
        </w:rPr>
        <w:t>Ca bés bu 9/11, bàyyi nañu ngélaw yi, gannaaw loolu teggat nañu leen; noonu lañu màndargaal tambali taxawal nguuru bi nekk ci Daniel ñaareel bi, maanaam bi ñu feeñal ni doj wu ñu gorée ci tund wa, te mu fees suuf si bépp.</w:t>
      </w:r>
    </w:p>
    <w:p>
      <w:pPr>
        <w:pStyle w:val="ArticleScripture"/>
        <w:jc w:val="left"/>
      </w:pPr>
      <w:r>
        <w:rPr>
          <w:rFonts w:ascii="Times New Roman" w:hAnsi="Times New Roman" w:eastAsia="Times New Roman" w:cs="Times New Roman"/>
        </w:rPr>
        <w:t>“Ñu may gis gis bii joxe na ko ci atum 1847 ba Adent yi bokk yu néew te sax ciy sàkku Bésub Noflaay, te ci ñoom itam ay néew a doon xalaat ne sàmm Bésub Noflaay am na solo bu doy ngir xàjjale askanu Yàlla ak ñi gëmul. Léegi, matug gis-gis boobu tàmbali na feeñ. ‘Njàlbéenug waxtu jafe-jafe boobu,’ bi ñu fii wax, du jëme ci waxtu bi mbugal yi di tàmbali ñuuy tuur, waaye ci ab waxtu wu gàtt bu jiitu lañu leen di tuur, fekk Kirist nekk na ci kër Yàlla ga sell ga. Ci waxtu boobu, bi liggéeyu mucc di jeex, jafe-jafe dina dikk ci suuf si, te xeet yi dinañu mer; waaye dees na leen téye ba duñu tere liggéeyu malaaka bu ñetteel bi. Ci waxtu boobu, ‘taw bi mujj,’ walla yeesal gu jóge ci kanamu Boroom bi, dina ñëw ngir jox doole baat bu réy bu malaaka bu ñetteel bi, te waajal gaayi Yàlla yu sell yi ngir ñu taxaw ci jamono ji ñuy tuure juróom-ñaar yi mbugal yu mujj yi.” Early Writings, 85.</w:t>
      </w:r>
    </w:p>
    <w:p>
      <w:pPr>
        <w:pStyle w:val="ArticleBody"/>
        <w:jc w:val="left"/>
      </w:pPr>
      <w:r>
        <w:rPr>
          <w:rFonts w:ascii="Times New Roman" w:hAnsi="Times New Roman" w:eastAsia="Times New Roman" w:cs="Times New Roman"/>
        </w:rPr>
        <w:t>Kirist day taxawalam nguuram gu dul jeex ci jamonoy taw bu mujj bi, te nguuram moom dafay boole nguurug yiw wi ñu sampoon ci bant ba ak itam nguuram ndam la ci yoonu Dibéer bi. Sedecias ba Babilon (nguur gu jëkk), ba Medo-Persi (ñaaréelu nguur), ba Gres (ñetteelu nguur), te ba Roma ju bokkoon ci xëtu ñaareel yi (ñeenteelu nguur), loolu mooy màndargaal jaar-jaaru taarix bi jëm ci nguurug yiw wi. Taarix boobu mooy xamle it yeneen jaar-jaari taarix yu mel ni moom, muy Roma bu Pap bi (Babilon bu xel mu sell 5eelu nguur), ba États-Unis (Medo-Persi bu xel mu sell 6eelu nguur), ba Nations Unies (Gres bu xel mu sell 7eelu nguur), te ba ci booloo bi ñetteel bu jiitu na ci njàngum njiit, rab wi, mala bu ñaaw mi ak yonent bu dëggul bi, yi bokk ci benn ngir def Roma bu jamono jii (Roma bu xel mu sell 8eelu nguur bi bokk ci juróom-ñaareel yi).</w:t>
      </w:r>
    </w:p>
    <w:p>
      <w:pPr>
        <w:pStyle w:val="ArticleBody"/>
        <w:jc w:val="left"/>
      </w:pPr>
      <w:r>
        <w:rPr>
          <w:rFonts w:ascii="Times New Roman" w:hAnsi="Times New Roman" w:eastAsia="Times New Roman" w:cs="Times New Roman"/>
        </w:rPr>
        <w:t>Ndamu nguur gu buur gu nguur ga ci Daniel ñaar dañu ko tegtal ci ab doj, te ñi dëggu Yàlla ay doj lañu ci kër Yàlla ga.</w:t>
      </w:r>
    </w:p>
    <w:p>
      <w:pPr>
        <w:pStyle w:val="ArticleScripture"/>
        <w:jc w:val="left"/>
      </w:pPr>
      <w:r>
        <w:rPr>
          <w:rFonts w:ascii="Times New Roman" w:hAnsi="Times New Roman" w:eastAsia="Times New Roman" w:cs="Times New Roman"/>
        </w:rPr>
        <w:t>Yéen itam, ni ay doj yu dund, ñu ngi leen tabax ngir ngeen nekk kër gu xel, bu saraxalekat yu sell, ngir jébbale sarax yu xel yu Yàlla nangu jaarale ko ci Yeesu Kirist. 1 Piyeer 2:5.</w:t>
      </w:r>
    </w:p>
    <w:p>
      <w:pPr>
        <w:pStyle w:val="ArticleBody"/>
        <w:jc w:val="left"/>
      </w:pPr>
      <w:r>
        <w:rPr>
          <w:rFonts w:ascii="Times New Roman" w:hAnsi="Times New Roman" w:eastAsia="Times New Roman" w:cs="Times New Roman"/>
        </w:rPr>
        <w:t>Guur gu sax di sax ba fàww mooy daan nguur-nguuri àddina, te moo feesal suuf sépp. Ci Séqeel saar ñent-fukk ba ñatt ñaar ak li des ba ci mujju téereem, boobu benn nguur feeñ na ni kër Yàlla gu feesal àddina si ak ndoxum dund.</w:t>
      </w:r>
    </w:p>
    <w:p>
      <w:pPr>
        <w:pStyle w:val="ArticleBody"/>
        <w:jc w:val="left"/>
      </w:pPr>
      <w:r>
        <w:rPr>
          <w:rFonts w:ascii="Times New Roman" w:hAnsi="Times New Roman" w:eastAsia="Times New Roman" w:cs="Times New Roman"/>
        </w:rPr>
        <w:t>Dañuy war yi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nëbbi bu Saróom ñeent-fukk ak ñett - Nimero ñaar-fukk ak ñett</dc:title>
  <dc:subject>Esekiyel Nimeero Ñeent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