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Jaar-jaar bu Nataal fukki: limub ñett-fukki ak benn bi ci saraxal gi</w:t>
      </w:r>
    </w:p>
    <w:p>
      <w:pPr>
        <w:pStyle w:val="ArticleSubtitle"/>
        <w:jc w:val="left"/>
      </w:pPr>
      <w:r>
        <w:rPr>
          <w:rFonts w:ascii="Arial" w:hAnsi="Arial" w:eastAsia="Arial" w:cs="Arial"/>
        </w:rPr>
        <w:t>Esekiel Nambar Fukk ak Ñaar</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Mbind mi jiitu bi weesu woon na ak xët wi ne, “Séetlu seyal njaboot gi ci 313 dafay tektal njabootu kóllëre bu mujj bi dooley baab-u-room ak États-Unis—buur bi gën a tedd ci fukki buur yi ci Apokalips 17; doole ju ñaari wàll yu mel ni doole ju ñaari wàll yi mu Fraas di misaal. Jaar-jaaru mbir mi tambalee ak Clovis ci 496 te mu mujjee indi dogalu Justinian ci 533 ak yékkati baab-u-room ci nguuram ci 538, dafay tektal jaar-jaaru 1989 ba ci yoonu Dibeer.”</w:t>
      </w:r>
    </w:p>
    <w:p>
      <w:pPr>
        <w:pStyle w:val="ArticleBody"/>
        <w:jc w:val="left"/>
      </w:pPr>
      <w:r>
        <w:rPr>
          <w:rFonts w:ascii="Times New Roman" w:hAnsi="Times New Roman" w:eastAsia="Times New Roman" w:cs="Times New Roman"/>
        </w:rPr>
        <w:t>Ronald Reagan feeñ nañu ko ci misaal bi Clovis ci atum 496, te Donald Trump feeñ nañu ko ci misaal bi Justinien ci atum 533. Dogalu Justinien dikk na juróom-atti at yu jiitu ndax ba nguurug paap ga yéeg ci gàngune gi ci atum 538, te Dogalu Milan dikk na juróom-ñetti at yu jiitu ndax ba jëfekat njëkk bu alxames bi ci atum 321. Dogal bi ak ndigal bi, ñoom ñaar, méngoo nañu ci nekk melokaanu màndarga bi jiitu yoonu alxames bi.</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Ci atum 1870, xarey Itali jël nañu Room (20 Suwe 1870). Réewi Pàppa yi noppi nañu doon am ni ab réew mu am suufam, te Pàppa Pie IX mujj na doon “kuñu tëj ci Vaticaan bi.” Gannaaw dootul am benn suuf bu Pàppa bi moom, bu ñuy nangu ni ab réew bu boppam moom, États-Unis (ni itam ñeneen réew yu bare) dootul woon sàmm jokkoo yu resmi ak Pàppa bi ni njiitu nguur gu àddina. Ci Oktoobar 1951, Prezidaan Harry S. Truman tànn na Jeneraal Mark W. Clark ngir mu nekk Ambasadëer États-Unis ci Vaticaan bi. Bés bu gaaw, contra bu tar jóg na ci lu barey kër-ceex yu Protestaaŋ ak mbootaay yi, ñoom ñi wax ne tànneef boobu dafa jàppale xàjjale gi nekk diggante kër-ceex ak nguur. Ci Samwiyee 1952, Jeneraal Clark dellu na genn turam.</w:t>
      </w:r>
    </w:p>
    <w:p>
      <w:pPr>
        <w:pStyle w:val="ArticleBody"/>
        <w:jc w:val="left"/>
      </w:pPr>
      <w:r>
        <w:rPr>
          <w:rFonts w:ascii="Times New Roman" w:hAnsi="Times New Roman" w:eastAsia="Times New Roman" w:cs="Times New Roman"/>
        </w:rPr>
        <w:t>Ci 10 fanwiyee 1984, Prezidaŋ Ronald Reagan ak Pap John Paul II déggoo nañu ci yoon gu mat ngir samp full njàmbaaru diggante Amerig gu Bennoo ak Siis bu Sell bi. Ci 9 awril 1984, William A. Wilson (mi doon ba noppi Reagan di ko yónni sama kilifa bu boppam) joxe na ay kàdduy wóoralam te nekk jëkkërin Ambasadeer bu njëkk bu États-Unis ci Siis bu Sell bi.</w:t>
      </w:r>
    </w:p>
    <w:p>
      <w:pPr>
        <w:pStyle w:val="ArticleBody"/>
        <w:jc w:val="left"/>
      </w:pPr>
      <w:r>
        <w:rPr>
          <w:rFonts w:ascii="Times New Roman" w:hAnsi="Times New Roman" w:eastAsia="Times New Roman" w:cs="Times New Roman"/>
        </w:rPr>
        <w:t>Ci digganteek ñett-fukk ak ñatt at yi nekk ci diggante 1951 ak 1984, bëgg-bañgug Protestantism bi ci Katolisism si dafa wër. “Yàlli” yi taxawoon ngir papaas bi ci 496 ak Clovis, ñoo di misaal Reagan ci 1984 ba jëm ci 1989. Clovis moom dafa teewlu woon jële diine ji (jàngoroog xonq/paganism) ji daan tere papaas bi ngir mu dellu ci kàttan, te ci 1984, bëgg-bañgug Protestantism bi ci yokkuteg papaas bi, jëlees na ko. “Bés bu nekk bi” (paganism) jëlees na ko, te Pol dafay wax ne jële boobu buy yëq dëgër-gu jàngoroog xonq ci papaas bi, mooy “wàcc-bàkkaar” bi.</w:t>
      </w:r>
    </w:p>
    <w:p>
      <w:pPr>
        <w:pStyle w:val="ArticleBody"/>
        <w:jc w:val="left"/>
      </w:pPr>
      <w:r>
        <w:rPr>
          <w:rFonts w:ascii="Times New Roman" w:hAnsi="Times New Roman" w:eastAsia="Times New Roman" w:cs="Times New Roman"/>
        </w:rPr>
        <w:t>Mbooloom kanam gu réeroon ci jëfandikoo ak dëppoo, te Constantine the Great ak jaar-jaari jamono ji diggante 313 ba 538 di ko tektal, moo doon ab waxtu bu kanam gi jëfandikoo dëppoo ci boppam te daanu, sore yoonu dëgg. Diine ji “508” di tektal, te mu nekkoon lu yàgg a taxawal yokkute kàttanu baamtu Papa bi, dafay misaal ñàkk taxawaayu Protestaŋ yi ci États-Unis. Reagan dafa woon lu Clovis di tektal. Ci 496, Clovis jox na baamtu Papa bi “kàttanam”, noonu di misaal “boole gu sellul” ga matoon ci at yi Reagan nekk. Itam Clovis dafa doon tektal njàllee gi “daily” bi ñàkk ci 508. 508 dafa doon misaal 1984.</w:t>
      </w:r>
    </w:p>
    <w:p>
      <w:pPr>
        <w:pStyle w:val="ArticleScripture"/>
        <w:jc w:val="left"/>
      </w:pPr>
      <w:r>
        <w:rPr>
          <w:rFonts w:ascii="Times New Roman" w:hAnsi="Times New Roman" w:eastAsia="Times New Roman" w:cs="Times New Roman"/>
        </w:rPr>
        <w:t>“Boobu jëfandikoo bii ci diggante way-rëykat yu dul Yàlla ak Kiristaanism mooy li jur taxawug ‘nit ku bàkkaar’, bi kàddug waxoon ci kàddu-yonent ne dina weddi te yékkati boppam ëpp Yàlla. Sistem bu réy boobu ci diine ju dul dëgg mooy misaalu kàttanu Seytaane—ab mandarga ci ay jéem-yéemam ngir toog ci gàngune Yàlla, ngir nguural suuf si ni ko coobareem bëgg.” The Great Controversy, 50.</w:t>
      </w:r>
    </w:p>
    <w:p>
      <w:pPr>
        <w:pStyle w:val="ArticleBody"/>
        <w:jc w:val="left"/>
      </w:pPr>
      <w:r>
        <w:rPr>
          <w:rFonts w:ascii="Times New Roman" w:hAnsi="Times New Roman" w:eastAsia="Times New Roman" w:cs="Times New Roman"/>
        </w:rPr>
        <w:t>Reagan siiw na koñ, ci ab waxam bu 1983, ne Union soviétique moo doon “nguur gu bon”, te dafa jàpp woon ne komunism bu weddi Yàlla mooy ab fitna bu xóot ci mbirum yaramu xel ak ngor. Moom ak Jean-Paul II sos nañu benn booloo bu dëgër, ci seen bopp ak ci politig, ngir xeex komunism soviétique. Ñoom ñaar dañoo gisoon xeex boobu ci anam yu jëm ci ngor, ba sax ci anam yu aju ci dogalu Boroom bi; Reagan dafa waxoon ci sutura ne am na “Pàcc bu Yàlla” ngir daaneel komunism. Reagan amoon na yéene ci feeñug Fatima yi (artu bi ne “Russi di na siiwal ay njuumteem”), te ñaari kilifa yooyu waxtaanoon nañu ci seen xel mu bokk ne Yàlla musal na seen bakkan (ñoom ñaar a wéyoon ci jéem-a rey ci 1981) ngir benn njariñ wu jëm ci noot komunism.</w:t>
      </w:r>
    </w:p>
    <w:p>
      <w:pPr>
        <w:pStyle w:val="ArticleHeading"/>
        <w:jc w:val="left"/>
      </w:pPr>
      <w:r>
        <w:rPr>
          <w:rFonts w:ascii="Arial" w:hAnsi="Arial" w:eastAsia="Arial" w:cs="Arial"/>
        </w:rPr>
        <w:t>Taalibey Kirist</w:t>
      </w:r>
    </w:p>
    <w:p>
      <w:pPr>
        <w:pStyle w:val="ArticleBody"/>
        <w:jc w:val="left"/>
      </w:pPr>
      <w:r>
        <w:rPr>
          <w:rFonts w:ascii="Times New Roman" w:hAnsi="Times New Roman" w:eastAsia="Times New Roman" w:cs="Times New Roman"/>
        </w:rPr>
        <w:t>Reagan yaraloon na ci mbooloom ngëm gu ñuy wax Disciples of Christ, gi ay baay-fàkkam jàngale woon bu leer ne paap bu Katolig mooy antikiris bi. Alexander Campbell, mi doon kilifag njëkk gi gëna siiw ci kërceenug Disciples of Christ, waxaat na ci yoon yu bare ne paapaanu bi mooy antikiris bi. Ci waxtaan yu xuloo ak ci bind yu bare, mu taxawal ne ndànk-ndànk bu Daniel 7, rab wu Kàdduug Yàlla gi nekk ci Peeñu 13, ak nit ku bàkkaar gi ci 2 Thessaloniciens 2, ñoom ñépp di jublu ci ay paap yu Room. Moom dafa jëfandikoo woon njàngale yii ci xuloo yu ñépp di dégg (booleek ak Bishop bu Katolig bi John B. Purcell ci atum 1837). Barton W. Stone tudde na nguurug Paap bi ne mooy dëgg-dëgg antikiris bi ak “nit ku bàkkaar gi.” Walter Scott (keneen ci waarekaat yu njëkk yi ci xareb yiw wi) bind na ne nit ku bàkkaar gi, muy Paap bu Room, dina jib ci biir kërceenu Kirist te yékkati boppam fu kaw Yàlla.</w:t>
      </w:r>
    </w:p>
    <w:p>
      <w:pPr>
        <w:pStyle w:val="ArticleBody"/>
        <w:jc w:val="left"/>
      </w:pPr>
      <w:r>
        <w:rPr>
          <w:rFonts w:ascii="Times New Roman" w:hAnsi="Times New Roman" w:eastAsia="Times New Roman" w:cs="Times New Roman"/>
        </w:rPr>
        <w:t>Yaay Reagan, Nelle, doon na ku nekk woon ci bokk na bu dëgg ci mbooloom Disciples of Christ, te moom moo doon jëfandikookat bu mag ci wàllu diine ci jamono yi mu ndawoon. Ñu sóob Reagan ci ndox miir ci kërgóorug Disciples of Christ bi nekk Dixon, Illinois, bi mu amee 11 at, te mu doon ci jëfandikookat bu yëngu baax bi mu nekk xale yu mag yi (boole ca itam jàngale ca Sunday school). Mu dugg ci Eureka College, te kolees boobu dafa bokkoon ak Disciples of Christ.</w:t>
      </w:r>
    </w:p>
    <w:p>
      <w:pPr>
        <w:pStyle w:val="ArticleScripture"/>
        <w:jc w:val="left"/>
      </w:pPr>
      <w:r>
        <w:rPr>
          <w:rFonts w:ascii="Times New Roman" w:hAnsi="Times New Roman" w:eastAsia="Times New Roman" w:cs="Times New Roman"/>
        </w:rPr>
        <w:t>«Ñi ñuy jub ci seen xam-xamu kàddu gi, ñi dul gis li antikrist di tekki, faw dinañu taxaw ci wetug antikrist. Léegi amul jamono ngir nun nu mengook àddina.» Kress Collection, 105.</w:t>
      </w:r>
    </w:p>
    <w:p>
      <w:pPr>
        <w:pStyle w:val="ArticleBody"/>
        <w:jc w:val="left"/>
      </w:pPr>
      <w:r>
        <w:rPr>
          <w:rFonts w:ascii="Times New Roman" w:hAnsi="Times New Roman" w:eastAsia="Times New Roman" w:cs="Times New Roman"/>
        </w:rPr>
        <w:t>Reagan dañu ko misaalal ci Clovis ak it ci njaxlafu Constantine Bu Mag bi. Reagan moom itam mooy jëkkër ci juróom-ñett yu mujj yi ci biir juróom-ñetti president yi gannaaw jamonoy mujj mi ci atum 1989. Naka mu nekk jëkkër ci juróom-ñett yu mujj yi, dafay misaalal Donald Trump, mi mel ni Reagan, daldi jaxasoo lool ci mbirum dëgg dëgg yu papaas bi di sàkku, ak kan moo di papaas bi.</w:t>
      </w:r>
    </w:p>
    <w:p>
      <w:pPr>
        <w:pStyle w:val="ArticleScripture"/>
        <w:jc w:val="left"/>
      </w:pPr>
      <w:r>
        <w:rPr>
          <w:rFonts w:ascii="Times New Roman" w:hAnsi="Times New Roman" w:eastAsia="Times New Roman" w:cs="Times New Roman"/>
        </w:rPr>
        <w:t>Ñaar ñoo mën a dox and akante, su fekkee ne déggooñu? Amos 3:3.</w:t>
      </w:r>
    </w:p>
    <w:p>
      <w:pPr>
        <w:pStyle w:val="ArticleBody"/>
        <w:jc w:val="left"/>
      </w:pPr>
      <w:r>
        <w:rPr>
          <w:rFonts w:ascii="Times New Roman" w:hAnsi="Times New Roman" w:eastAsia="Times New Roman" w:cs="Times New Roman"/>
        </w:rPr>
        <w:t>Juroom bu juróom benne te jëkkër ak soxna gu njëkk ci kóllëre yi ci Daniel saar fukk ak benn am na ci jaar-jaar ba tàmbalee ci waxtuug mujj bi ci atum 1989, te mu jeex ci jaar-jaaru Donald Trump.</w:t>
      </w:r>
    </w:p>
    <w:p>
      <w:pPr>
        <w:pStyle w:val="ArticleScripture"/>
        <w:jc w:val="left"/>
      </w:pPr>
      <w:r>
        <w:rPr>
          <w:rFonts w:ascii="Times New Roman" w:hAnsi="Times New Roman" w:eastAsia="Times New Roman" w:cs="Times New Roman"/>
        </w:rPr>
        <w:t>“Ci yëngu-yëng yi fi yàgg a ngi dox léegi ci États-Unis ngir amal ne kuréel ak aada yi kërce yi jot ndimbal gu jógé ci réew mi, Protestaŋ yi dañuy topp yooni papis yi. Lu gën a am, dañuy ubbi bunt bi ngir ba Papase bi dellusi jotaat ci Amerig gu Protestaŋ ga nguur gu mag gi mu ñàkkoon ci Àddina gu Yàgg ga.” The Great Controversy, 573.</w:t>
      </w:r>
    </w:p>
    <w:p>
      <w:pPr>
        <w:pStyle w:val="ArticleBody"/>
        <w:jc w:val="left"/>
      </w:pPr>
      <w:r>
        <w:rPr>
          <w:rFonts w:ascii="Times New Roman" w:hAnsi="Times New Roman" w:eastAsia="Times New Roman" w:cs="Times New Roman"/>
        </w:rPr>
        <w:t>Kóllëre séy bu 313 ak Ndamlu Milan méngoo na jaar-jaaru 533, te ndigalu Justinien ci 533 dinañu ko delloo jëfandikooaat ci nguur gu tudd boppam ni nguurug Kiristaan, te dootu xam ne rëy-rëylu baña wax ne kàttanu paap bi mooy kuréelu Kiristaan mooy, gannaaw loolu, benn wax ju diy bëgg-a-jàpp ci gën a baax, waaye ci gën a bon mooy nax bu rey buy yóbbu ci alkande.</w:t>
      </w:r>
    </w:p>
    <w:p>
      <w:pPr>
        <w:pStyle w:val="ArticleHeading"/>
        <w:jc w:val="left"/>
      </w:pPr>
      <w:r>
        <w:rPr>
          <w:rFonts w:ascii="Arial" w:hAnsi="Arial" w:eastAsia="Arial" w:cs="Arial"/>
        </w:rPr>
        <w:t>Mbooloo ak Réew mi</w:t>
      </w:r>
    </w:p>
    <w:p>
      <w:pPr>
        <w:pStyle w:val="ArticleBody"/>
        <w:jc w:val="left"/>
      </w:pPr>
      <w:r>
        <w:rPr>
          <w:rFonts w:ascii="Times New Roman" w:hAnsi="Times New Roman" w:eastAsia="Times New Roman" w:cs="Times New Roman"/>
        </w:rPr>
        <w:t>Ci at ak 457 ba Jesukirist, ñetteelu ndigëlub Artaxerses delloo na boppamug réew mi ngir ñaar ñi, mooy sañ-sañu politig ak sañ-sañu dini.</w:t>
      </w:r>
    </w:p>
    <w:p>
      <w:pPr>
        <w:pStyle w:val="ArticleScripture"/>
        <w:jc w:val="left"/>
      </w:pPr>
      <w:r>
        <w:rPr>
          <w:rFonts w:ascii="Times New Roman" w:hAnsi="Times New Roman" w:eastAsia="Times New Roman" w:cs="Times New Roman"/>
        </w:rPr>
        <w:t>Yow, Esdra, gannaaw xam-xamu sa Yàlla, mi nekk ci sa loxo, teg njiit yu yoon ak àttekat, ngir ñu àtte mbooloom xeetu nit ñi fépp fu nekk ca gannaaw dex ga, moom ñépp ñi xam yooni sa Yàlla; te jàngal ngeen ñi ko xamul. Ku nekk itam ku bëggul def yoonu sa Yàlla ak yoonu buur bi, nañu ko àtte bu gaaw, muy dee, mbaa ñu dàq ko réew mi, mbaa ñu nangu alalam, mbaa ñu tëj ko kaso bi. Esdra 7:25, 26.</w:t>
      </w:r>
    </w:p>
    <w:p>
      <w:pPr>
        <w:pStyle w:val="ArticleBody"/>
        <w:jc w:val="left"/>
      </w:pPr>
      <w:r>
        <w:rPr>
          <w:rFonts w:ascii="Times New Roman" w:hAnsi="Times New Roman" w:eastAsia="Times New Roman" w:cs="Times New Roman"/>
        </w:rPr>
        <w:t>Ñetteel bu ñetteelu ñetteelu maye woon sañ-sañu àtte ak mbugal ci yoonu Yàlla ak ci yooni buur bi itam. Ndigal loolu mooyoon tàmbaliwaay bi yëgleb at yu ñaar-fukki téeméeri ak ñetti téeméer yi, te mu jeex 22 Oktoobar 1844 ba Almasi dikk gu gaaw ci kër Yàllaam. Te itam moo doon tàmbaliwaayu yëgleb at yu ñaar téeméeri ak juróom-fukk, bi jeexee ci 207 M.K., ci jaar-jaaru taarix bi nekk diggante xare yi ñuy wax Raphia ci 217 M.K. ak Panium ci 200 M.K. Delloo nguurug àddina ak buy diine itam ci 457 M.K. moo xamle ab alfa bu ñaari wàll, bi am ñaari matalug omega. Ñaari matalug omega yooyu ñépp dañuy tegtal bunt bu tëj; benn ci geenu Protestaaŋ bi ak beneen bi ci geenu Répiblikaan bi.</w:t>
      </w:r>
    </w:p>
    <w:p>
      <w:pPr>
        <w:pStyle w:val="ArticleBody"/>
        <w:jc w:val="left"/>
      </w:pPr>
      <w:r>
        <w:rPr>
          <w:rFonts w:ascii="Times New Roman" w:hAnsi="Times New Roman" w:eastAsia="Times New Roman" w:cs="Times New Roman"/>
        </w:rPr>
        <w:t>Yëg bu njëkk ci waxi yonent yi bu ñaari junni ak ñetti téeméeri at dafa doon tegtal yooni Yàlla, te waxi yonent bi bu ñaari téeméer ak juróom-fukk at dafa doon tegtal yooni buur bi. Ñaari waxi yonent yooyu dañuy xamle béjjenu Protestantisma ak béjjenu Republicanisma ci kaw rab wu suuf wi nekk ci Peeñu 13. Béjjenu Republican wu rab wu suuf wi dees na ko teg ci diggante aaya 11 ba 16 ci Daanel 11. Jamono ju fukk ak juróom-ñaari at ji nekk ci diggante Raphia ak Panium, am na benn béjjén buy jaar ci moom, jógé ci waxi yonent yu ñaari wàll yu àtte bi ñetteel ci 457 kanam Kàddug Almasi bi. Waxi yonent yu ñaari wàll yooyu dañuy xamle àtteg nit ñi nekk askanu kóllëre gu mujj gi, te itam àtteg réew mi nit ñi bokk ci kóllëre googu fekk seen cosaan.</w:t>
      </w:r>
    </w:p>
    <w:p>
      <w:pPr>
        <w:pStyle w:val="ArticleScripture"/>
        <w:jc w:val="left"/>
      </w:pPr>
      <w:r>
        <w:rPr>
          <w:rFonts w:ascii="Times New Roman" w:hAnsi="Times New Roman" w:eastAsia="Times New Roman" w:cs="Times New Roman"/>
        </w:rPr>
        <w:t>Mu ne Abram ne ko: “Xam ci lu wóor ne sa askan dina nekk doxandéem ci suuf su dul seen, te dinañu leen jaamloo; te dinañu leen fitnaal diirub ñeenti téeméeri at. Te itam xeet woowu, bi ñuy jaamloo, man maa koy àtte; te gannaaw loolu dinañu génn ak alal ju réy.” Génesis 15:13, 14.</w:t>
      </w:r>
    </w:p>
    <w:p>
      <w:pPr>
        <w:pStyle w:val="ArticleBody"/>
        <w:jc w:val="left"/>
      </w:pPr>
      <w:r>
        <w:rPr>
          <w:rFonts w:ascii="Times New Roman" w:hAnsi="Times New Roman" w:eastAsia="Times New Roman" w:cs="Times New Roman"/>
        </w:rPr>
        <w:t>Ci téereb Esekiyel, 22 Oktoobar 1844 dafa mel ni 22 Oktoobar 573 B.K. Benn boobu kenn di wax tambali àtteb seetkat bi, te beneen bi di wax liirub trumpetu Yubile bi ca tambale ak ca jeexital yoonu àtte bi. Ñaari benn boobu dañoo tolloo, te ñoom ñaar ñépp di firndeet bunt bu tëj. 1844 mooy tegtal tëjug bunt bi ci Bérab bu Sell bi, ba Kirist dugg ci Bérab bu gën a Sell ba. 573 B.K. mooy tegtal jeexug mayug waxtu nitu aduna, fa jaam yi bàkkaar yiñu jot a jot ci njotug goreel, dees leen may seen yoon, ak suuf su bees ngir ñu dëkk ci.</w:t>
      </w:r>
    </w:p>
    <w:p>
      <w:pPr>
        <w:pStyle w:val="ArticleScripture"/>
        <w:jc w:val="left"/>
      </w:pPr>
      <w:r>
        <w:rPr>
          <w:rFonts w:ascii="Times New Roman" w:hAnsi="Times New Roman" w:eastAsia="Times New Roman" w:cs="Times New Roman"/>
        </w:rPr>
        <w:t>Buñu ko jotoo fegatiwul ci at yooyu, kon dina génn ci atum Jubile bi, moom ak ay doomam. Ndaxte doom yi Israyil, ay jaamam lañu ci man; ñooy sama jaam yi ma génne ci réewu Misra: Man maa di Boroom bi seen Yàlla. Levitikus 25:54, 55.</w:t>
      </w:r>
    </w:p>
    <w:p>
      <w:pPr>
        <w:pStyle w:val="ArticleBody"/>
        <w:jc w:val="left"/>
      </w:pPr>
      <w:r>
        <w:rPr>
          <w:rFonts w:ascii="Times New Roman" w:hAnsi="Times New Roman" w:eastAsia="Times New Roman" w:cs="Times New Roman"/>
        </w:rPr>
        <w:t>Ñaari 22 Oktobar yu ñaar dañuy tektal bunt bu tëj bi ci yoonu Dimaas bu bëgg a ñëw. Waxtu muñal bi ñu jox Adavantisam dafa tàmbali ci 1844, te dafa jeex ci yoonu Dimaas bu bëgg a ñëw; te waxtu muñal bi ñu jox Itaasini yi itam dafa jeex ci yoonu Dimaas bu bëgg a ñëw. Ñaari jeexital yooyu dañuy ànd ak ñaari seede yu 22 Oktobar ci 2,300 at ak ñaar téeméer ak juróom-fukk at.</w:t>
      </w:r>
    </w:p>
    <w:p>
      <w:pPr>
        <w:pStyle w:val="ArticleBody"/>
        <w:jc w:val="left"/>
      </w:pPr>
      <w:r>
        <w:rPr>
          <w:rFonts w:ascii="Times New Roman" w:hAnsi="Times New Roman" w:eastAsia="Times New Roman" w:cs="Times New Roman"/>
        </w:rPr>
        <w:t>Ñaari at ak juróom-benn-fukk ak juróom-ñaar at yi di jeex ci nettali jaar-jaar bi nekk ci diggante Raphia ak Panium, dafa xàjjal jamono ji ñaari xare yi ci ñaari lim yu ànd ak simbóol, te ñoom ñaar benn-benn am nañu seen tekkiin bu seen bopp. Fukk at gannaaw Raphia, maanaam suuf su wàlloo, ak juróom-ñaar at laata Panium, mi nekkoon xare bu amoon ci kaw mbàmbulaan te mu jeexee ci ab wër. Fukk ak juróom-ñaar, ci ni ñu koy jëfandikoo ni ay simbóol, dañuy xamle dooley njiitub njaay mi ci kaw barab yu bare yu seede. 207 BC dafa teg Trump, miy simbóolu rab wu suuf si, ci diggante aaya 11 ak 15 ci Daniel 11, ci yoonu waxu yonent bi, ngir waajal wax ni njaay, ni ko booleb lim bu fukk ak lim bu juróom-ñaar di tekki.</w:t>
      </w:r>
    </w:p>
    <w:p>
      <w:pPr>
        <w:pStyle w:val="ArticleBody"/>
        <w:jc w:val="left"/>
      </w:pPr>
      <w:r>
        <w:rPr>
          <w:rFonts w:ascii="Times New Roman" w:hAnsi="Times New Roman" w:eastAsia="Times New Roman" w:cs="Times New Roman"/>
        </w:rPr>
        <w:t>Fukk ak jur na itam ci misaal la, te mu yaatal jaar-jaaru Raphia ba Panium, ba weesu Panium te itam lu jiitu Raphia. Ptolemy IV Philopator nguur na ci Misra gu Ptolemaik ni buur diggante at 221 BC ak 204 BC, te moom moo noot Antiochus Magnus ci Raphia ci at 217 BC. Ptolemy tambalee nguuram laata Raphia, te nguur na “fukk ak jur” at. Limu fukk ak jur dafay tegtal ab jamono ju jaaroowu taarix bu tàmbali laata Raphia, te mu yaatal ba weesu xeexu Panium ak wër giñu teg Sidon, ba àgga ci jeexital nattug nit ñépp, ni ko atum 330 di tegtal. Yonentug ñaari téeméeri ak juróom-fukk at yi ñeel jamonoy jàngoro mbooloom ngëm gu Smyrna tàmbalee na ci 64 te jeex ci Edict of Milan ak kóllëre séy bi ci 313.</w:t>
      </w:r>
    </w:p>
    <w:p>
      <w:pPr>
        <w:pStyle w:val="ArticleBody"/>
        <w:jc w:val="left"/>
      </w:pPr>
      <w:r>
        <w:rPr>
          <w:rFonts w:ascii="Times New Roman" w:hAnsi="Times New Roman" w:eastAsia="Times New Roman" w:cs="Times New Roman"/>
        </w:rPr>
        <w:t>Konstantin Mag bi mooñ melooy jaar-jaaru kërceg Pergamos, te jaar-jaar boobu tambalee na ci 313 te mu jeex ci 538. Ñaari téeméeri ak juróom-fukk fanweer yi gannaaw jeexital waxi waxu yonent bu ñaari téeméeri ak juróom-fukk at ci 313, am nañu ñetti màndarga-yoon. 313 mooy Dogali Milan, 321 mooy njëkk yoonu Dibéer, te xaajale nguur gu mag gi dañu ko màndargaal ci 330. 330 moo taxawu yoonu Dibéer bu mujj bi, bi màndarga jeexital gàntalu nattu nit. Lakku lim bi di fukk ak juróom-ñaar mi, noonu, dafay tàmbali lu jiitu Raphia te mu jeex bu yàgg gannaaw xarey Panium ak Sidon. Saar 16 ci Daniel 11 moo tey yoonu Dibéer bi ci Etats-Unis.</w:t>
      </w:r>
    </w:p>
    <w:p>
      <w:pPr>
        <w:pStyle w:val="ArticleBody"/>
        <w:jc w:val="left"/>
      </w:pPr>
      <w:r>
        <w:rPr>
          <w:rFonts w:ascii="Times New Roman" w:hAnsi="Times New Roman" w:eastAsia="Times New Roman" w:cs="Times New Roman"/>
        </w:rPr>
        <w:t>Yonentgu Simirna mi leen xam-xamu seet bi di xàjj bi nekk ci xolub ndigalu artu Esekiyel. Mandargu yoon wi jiitu yoonu Dimas, ni ko ñaari misaalu alagug Yerusalem tegtalee, mooy xàjj bi; waaye itam mooy Dogalu Milan, mi tàmbalee sos melokaanu rab wi.</w:t>
      </w:r>
    </w:p>
    <w:p>
      <w:pPr>
        <w:pStyle w:val="ArticleBody"/>
        <w:jc w:val="left"/>
      </w:pPr>
      <w:r>
        <w:rPr>
          <w:rFonts w:ascii="Times New Roman" w:hAnsi="Times New Roman" w:eastAsia="Times New Roman" w:cs="Times New Roman"/>
        </w:rPr>
        <w:t>Ci ñëw ga, benn yoonu séy buy and ak jàmm ak kóllëre dina ame. Moo di ab fractal bu yoonu séy ba tàmbalee ak Reagan, ni ko Clovis melaloon ci atum 496; waaye yoonu mujj jëmé ci séy mi tàmbalee na ci ñëw ga, te muy méngoo ak ndigalul Justinian bu atum 533, ak itam ak Edict of Milan bu atum 313. Ñaari waymark yooyu ñépp jiitu nañu Sunday law bi. Atum 313 jiitu na Sunday law bu njëkk ba ci atum 321, te ndigalul 533 jiitu na Sunday law bi ca ñetteelu Counsel of Orleans ci atum 538. Benn xeetu yoon walla sàrt dina matal taxawaayu waxu yonent yi ci ndigalul Justinian ak ci Edict of Milan, fekk benn xeetu séy gu kóllëre te muy misaal dinañu ko taxaw.</w:t>
      </w:r>
    </w:p>
    <w:p>
      <w:pPr>
        <w:pStyle w:val="ArticleBody"/>
        <w:jc w:val="left"/>
      </w:pPr>
      <w:r>
        <w:rPr>
          <w:rFonts w:ascii="Times New Roman" w:hAnsi="Times New Roman" w:eastAsia="Times New Roman" w:cs="Times New Roman"/>
        </w:rPr>
        <w:t>Bu ndigal bi wéyde, dafa tarde ngir waajaloo, ndax buntu xelu yërmande bi tëj na ci kaw waxtaani Protestant bi, ni mu tëjée woon ca njëkkal Passover ba ca Misra, te loolu wóor na. Gannaaw loolu, yoonu Dibeer bi, mooy toftal bu ci topp, day firndeel du rekk ne nataalu rab wi mat na sampu, waaye itam ne doxalal màndargu rab wi tàmbali na. Yoonu Dibeer bi mooy màndargaal jeexital waxtu yërmande ci kaw waxtaani Republican bi, mooy rab bu suuf si ci Peeñu Yàlla 13, ni ko wóore ne Firawna ak ay mbooloom dee nañu ca Géeju Xonq ba gannaaw Passover.</w:t>
      </w:r>
    </w:p>
    <w:p>
      <w:pPr>
        <w:pStyle w:val="ArticleBody"/>
        <w:jc w:val="left"/>
      </w:pPr>
      <w:r>
        <w:rPr>
          <w:rFonts w:ascii="Times New Roman" w:hAnsi="Times New Roman" w:eastAsia="Times New Roman" w:cs="Times New Roman"/>
        </w:rPr>
        <w:t>Ñaari at ak juróom-fukk ak ñaari at yi di jeex ci 207 BC moo jàngale Donald Trump, ni ko Antiochus Magnus di tekki, muy waajal wàllu xare wi di ñëw, bi tambalee ci mbeddum Panium te mujje ci yëngalug Sidon. Gannaaw xeexu Panium, njiitul soldaaru Ptolemaic bi, Scopas bu Aetolia, daw ak lu tollook 10,000i soldaar yu des ba ca dëkkub Sidon. Antiochus topp ko, teg ‘yëngal’ ci Sidon. Nguuru Ptolemaic gi nekk Alexandria yónnee mbooloom ndimbal, waaye mu ñàkk ci. Naka la xiif di ko jàpp, Scopas joxe dëkk ba. Antiochus may Scopas mu génn; gannaaw loolu Scopas delluwaat Misra, fa ñu ko mujje rey ndax tooñu wor ak sëqël alal. Yëngalug Sidon moo matal nangu Antiochus ci Coele-Syria gannaaw Panium.</w:t>
      </w:r>
    </w:p>
    <w:p>
      <w:pPr>
        <w:pStyle w:val="ArticleBody"/>
        <w:jc w:val="left"/>
      </w:pPr>
      <w:r>
        <w:rPr>
          <w:rFonts w:ascii="Times New Roman" w:hAnsi="Times New Roman" w:eastAsia="Times New Roman" w:cs="Times New Roman"/>
        </w:rPr>
        <w:t>Sœur White sant na téereb Uriah Smith bi, Daniel and the Revelation, nekk “loxo ndimbal Yàlla.” Ci ay waxam ci sarax yo fukki-ñeent ak fukki-juróom ci Daniel fukki-benn, Smith fésal na xare bu Antiochus ame ci ñaari jéego.</w:t>
      </w:r>
    </w:p>
    <w:p>
      <w:pPr>
        <w:pStyle w:val="ArticleScripture"/>
        <w:jc w:val="left"/>
      </w:pPr>
      <w:r>
        <w:rPr>
          <w:rFonts w:ascii="Times New Roman" w:hAnsi="Times New Roman" w:eastAsia="Times New Roman" w:cs="Times New Roman"/>
        </w:rPr>
        <w:t>“Senab Rooma joxal na M. Emilius Lepidus njàngum buur bu ndaw bu Misra, te moom mu fal Aristomenes, ministeer bu mag te am xam-xam ci kër guuru googu, muy sàmmkatam. Jëfam ju jëkk ja nekkoon mooy takk tey aar ci song bi ñu doon xaar, bi ñaari buur yi boole seen kàttan, Filib ak Antiokkus, doon waajal.”</w:t>
      </w:r>
    </w:p>
    <w:p>
      <w:pPr>
        <w:pStyle w:val="ArticleScripture"/>
        <w:jc w:val="left"/>
      </w:pPr>
      <w:r>
        <w:rPr>
          <w:rFonts w:ascii="Times New Roman" w:hAnsi="Times New Roman" w:eastAsia="Times New Roman" w:cs="Times New Roman"/>
        </w:rPr>
        <w:t>“Ngir moo tax mu yónni Scopas, jeneral bu siiw bu AEtolia, mi nekkoon ci liggéeyu waa Misra, dem ci réewam ngir dajale doole yu bees ngir mbooloom xare ba. Bi mu jekkalee mbooloom xare, mu dugg ci Palestine ak Coele-Syria (te Antiochus dafa nekkoon ci xare ak Attalus ci Lesser Asia), te mu teg Yude yépp ci suufu kilifteefu Misra.”</w:t>
      </w:r>
    </w:p>
    <w:p>
      <w:pPr>
        <w:pStyle w:val="ArticleScripture"/>
        <w:jc w:val="left"/>
      </w:pPr>
      <w:r>
        <w:rPr>
          <w:rFonts w:ascii="Times New Roman" w:hAnsi="Times New Roman" w:eastAsia="Times New Roman" w:cs="Times New Roman"/>
        </w:rPr>
        <w:t>«Noonu la yëngu dëpp ci anam wu tax ngir matale kàddu gi nekk fi ci sunu kanam. Ndax Antiokhus, ba mu bàyyi xareem ak Attalus ci ndigalu waa Room, gaaw na jël matuwaay ngir delloo Falastin ak Koele-Suriya ci loxo waa Misra. Yónnee nañu Scopas ngir mu jàkkaarloo ak moom. Jege ndox-mbuur yi Jordaan, ñaari mboolooy xare ya daje. [Panium] Dañu daan Scopas, dàq ko ba Sidon, te fa daldi ko wër, tëj ko bu baax. Ñetti jeneral yu gëna xam-xam ci Misra, ak seen gàngoor yu gëna baax, yónnee nañu leen ngir yewwi wër gi, waaye amuñu ca njariñ. Ci mujje, bi Scopas dajee, ci melokaan wu wow te jàppuloo wu xiif, ak noon bu mu mënul a àndal, ñu gaññ ko ba mu war a wacce, ci ay şert yu torox rekk ngir bàkkanam; gannaaw loolu may nañu ko, moom ak fukki junni nitam, mu dem, ñu xàll ko ba mu neexadi te rafetul dara ci kawam. Fii la buur bu bëj-gànnaar jële dëkk yu gëna ñuug; ndax Sidon, ci bérabam ak ay tataam, bokkoon na ci dëkk yi gëna doole ci jamono yooyu. Fii it la loxo yu bëj-saalum lajj, ba mënul a taxaw; te itam mbooloo mi buur bu bëj-saalum tànnoon dañu lajj; maanaam, Scopas ak ay doxandéem Aetolia.» Daniel and the Revelation, 257, 258.</w:t>
      </w:r>
    </w:p>
    <w:p>
      <w:pPr>
        <w:pStyle w:val="ArticleBody"/>
        <w:jc w:val="left"/>
      </w:pPr>
      <w:r>
        <w:rPr>
          <w:rFonts w:ascii="Times New Roman" w:hAnsi="Times New Roman" w:eastAsia="Times New Roman" w:cs="Times New Roman"/>
        </w:rPr>
        <w:t>Ñaari at ak juróom-benn-fukk ak juróom-ñar at yi di jeex ci atum 207 kanam Almasi bi mooy wone Donald Trump. Yeneen waxu ci ñaari at ak juróom-benn-fukk ak juróom-ñar at, bi di jeex ci 313 ak séy-sàkku diggante penku ak sowwu, ak Santaane Milan, mooy wone sosug melow rab wu tar bi ci États-Unis. Mbooloom gëmkat bu Pergamos, bi tambalee ci 313, dafay tegtal jaar-jaaru taarix bu Kirisnayaa bàyyi yoon jaarale ko ci njëngal ak diiney paganism, bala kàttanu pap bi toog ci nguur ga. Pergamos ak atum 313 dafay misaalal njëngal bi tegtalu ci sosug melow rab wu tar bi ci États-Unis. Dafay tegtal njëngal diggante Kirisnayaa ak Roomu papal, ndax diiney Katolisism du dara ludul, walla lu gën a néew, paganism bu sol yéreem kur-kërceen. Waxu ci ñaari at ak juróom-benn-fukk ak juróom-ñar at, bi tambalee ci 1776 te di jeex at mi, itam moo ngiy jëm ci États-Unis. Kon nag, ñetti waxi ñaari at ak juróom-benn-fukk ak juróom-ñar yi yépp dañuy jëm ci benn aspektu yonent gu mat sëkk ci rabu suuf bi ci Apokalips 13, te ñoom ñépp dañuy jeex ci biir reseeri yonent yi nuy tegtale ak limu fukk ak juróom-ñaari.</w:t>
      </w:r>
    </w:p>
    <w:p>
      <w:pPr>
        <w:pStyle w:val="ArticleBody"/>
        <w:jc w:val="left"/>
      </w:pPr>
      <w:r>
        <w:rPr>
          <w:rFonts w:ascii="Times New Roman" w:hAnsi="Times New Roman" w:eastAsia="Times New Roman" w:cs="Times New Roman"/>
        </w:rPr>
        <w:t>Yoonu Dibeer bi mooy bi Etazini waxee ni njàngat, te waxu réew mooy jëfandikoo ay boroom yoonam ak ay boroom àtteem.</w:t>
      </w:r>
    </w:p>
    <w:p>
      <w:pPr>
        <w:pStyle w:val="ArticleScripture"/>
        <w:jc w:val="left"/>
      </w:pPr>
      <w:r>
        <w:rPr>
          <w:rFonts w:ascii="Times New Roman" w:hAnsi="Times New Roman" w:eastAsia="Times New Roman" w:cs="Times New Roman"/>
        </w:rPr>
        <w:t>«Wax ji réew mi “wax” mooy jëfandikoo ay boroom sañ-sañam ci wàllu sàrt ak yoon.» The Great Controversy, 442.</w:t>
      </w:r>
    </w:p>
    <w:p>
      <w:pPr>
        <w:pStyle w:val="ArticleBody"/>
        <w:jc w:val="left"/>
      </w:pPr>
      <w:r>
        <w:rPr>
          <w:rFonts w:ascii="Times New Roman" w:hAnsi="Times New Roman" w:eastAsia="Times New Roman" w:cs="Times New Roman"/>
        </w:rPr>
        <w:t>Trump du boroom judisiaa mbaa boroom yoon yu tëral, ba taxoon waaye yoonu dibeer bu léegi di ñëw, Congress moo koy sos. Waaye benn jëf ju mën a jox ndimbal nguurug Paap bi, dafay melal yoonu dibeer bi. Sàrtu 533 ak ndigëlu 313 dañuy tektal tàmbali jamono ji nataalu rab wi di sosu. Jeexital bi mooy yoonu dibeer bu léegi di ñëw, te Yeesu dafa faral di wone mujje gi ak tàmbali gi; moo tax jëfu Trump jaarale ko ci ab ndigalug eksekitif bu mën a joxe benn “ndimbal” Antikrist bi ci waxi waxyu Bibil bi, dina tegu ni alfa bu yokkute gi, gi dul jeex lu dul ci omega bi, bu États-Unis “dinaan bañ ay dogali yoonu nguuram ngir sàkku ab yoonu dibeer.”</w:t>
      </w:r>
    </w:p>
    <w:p>
      <w:pPr>
        <w:pStyle w:val="ArticleScripture"/>
        <w:jc w:val="left"/>
      </w:pPr>
      <w:r>
        <w:rPr>
          <w:rFonts w:ascii="Times New Roman" w:hAnsi="Times New Roman" w:eastAsia="Times New Roman" w:cs="Times New Roman"/>
        </w:rPr>
        <w:t>“Amna ay bari, sax ci bi ñi bokk ci yëngu-yëngu bii ngir doxalin dundug Dibéer, ñu ngi gumba ci njariñ ak ay mujjo yi jëf jooju di jur. Duñu gis ne, ci lu jub, dañuy bëgg a door seen loxo ci sañ-sañu yoonu diine. Amna ay bari it ñi masul a xam daanukaayu Bibil bi ci Sabatu bi, ak saxuwaayu fen wi kër-kër gu Dibéer tënk. Bépp yëngu-yëngu buy jàppale yoon yu jëm ci diine, ci dëgg-dëgg, jëf la buy jox ndimbal paapaa bi, moom mi ñaata at ak jamono xeexoon ak xel mu dëgër ci sañ-sañu xel mu sell. Sàmmug Dibéer am na njàlbéenam ni ab kër-kër bu ñuy wax ne Kiristaan la ci “kumpag njubadi bi”; te doxalinam dina doon nangug dëgg-dëgg bu bon ci mbirum doxalini yu nekk doxalin yu Rome. Bu sunu réew weddee noonu doxalini nguuram ba sàkk ab yoonu Dibéer, Protestantisma dina ci jëf jooju jàppante ak paap; du dara ludul dundalaat naqar gi yàgg a nekk di xaar ak bëgg-bëgg jot waxtoom ngir ne faatalaat ci noonu ci buur buy noot.” Testimonies, volume 5, 711.</w:t>
      </w:r>
    </w:p>
    <w:p>
      <w:pPr>
        <w:pStyle w:val="ArticleBody"/>
        <w:jc w:val="left"/>
      </w:pPr>
      <w:r>
        <w:rPr>
          <w:rFonts w:ascii="Times New Roman" w:hAnsi="Times New Roman" w:eastAsia="Times New Roman" w:cs="Times New Roman"/>
        </w:rPr>
        <w:t>Bépp yépp i “jéego gu jëm ci yoon yu jëm ci diine, ci dëgg-dëgg jëfub nangu la ci kanam Papaas bi,” te yooyu jéego dañuy am lu jiitu ndigalu Dibéer bu jagleeloon ngir ñëw.</w:t>
      </w:r>
    </w:p>
    <w:p>
      <w:pPr>
        <w:pStyle w:val="ArticleScripture"/>
        <w:jc w:val="left"/>
      </w:pPr>
      <w:r>
        <w:rPr>
          <w:rFonts w:ascii="Times New Roman" w:hAnsi="Times New Roman" w:eastAsia="Times New Roman" w:cs="Times New Roman"/>
        </w:rPr>
        <w:t>«Dogal bi diisub bés bii waru bésub moomu dafa wara dem ci àddina bépp. Ci benn tolluwaay bu yamul, dem na ba noppi. Ci barab yu bari, kàttanu réew mi mi ngi wax ak baatub njaay, ni buur bu bokk ci xeet yu dul Yawut ba waxee ak jaam yi Yawut.» Signs of the Times, 6 Mee 1897.</w:t>
      </w:r>
    </w:p>
    <w:p>
      <w:pPr>
        <w:pStyle w:val="ArticleBody"/>
        <w:jc w:val="left"/>
      </w:pPr>
      <w:r>
        <w:rPr>
          <w:rFonts w:ascii="Times New Roman" w:hAnsi="Times New Roman" w:eastAsia="Times New Roman" w:cs="Times New Roman"/>
        </w:rPr>
        <w:t>Dina yokk nañu ci bii mbind mi di ñëw.</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Jaar-jaar bu Nataal fukki: limub ñett-fukki ak benn bi ci saraxal gi</dc:title>
  <dc:subject>Esekiel Nambar Fukk ak Ñaar</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