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Kàngi Cañu Bés gu juróom-ñaareel gu Lawdise — Nimeero Benn</w:t>
      </w:r>
    </w:p>
    <w:p>
      <w:pPr>
        <w:pStyle w:val="ArticleSubtitle"/>
        <w:jc w:val="left"/>
      </w:pPr>
      <w:r>
        <w:rPr>
          <w:rFonts w:ascii="Arial" w:hAnsi="Arial" w:eastAsia="Arial" w:cs="Arial"/>
        </w:rPr>
        <w:t>Seytu Déggug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“Am na ci Mbind mi ay ay yomb a bari a sax wuññiku te, ni Piyeer waxe ko, ñi amul njàng ak ñi saxul dañuy jéngal leen ngir seen bopp, ba mu doon seen yàqub. Xëy na ne, ci dund gii, du nu man a leeral tekkiinu bépp wàll ci Mbind mi; waaye amul benn pexe bu am solo ci dëgg-gu jëfandikoo, buy dëpp ci kumpa. Bu waxtu wi agsee, ci yëngu-yëngu Yàlla, ngir àddina gi nattalu ci dëgg bi jar waxtu woowa, xel yi ay jëfandikook Seen Xel ngir seet Mbind mi, hatta ak woor ak ñaan, ba kàddu gi ay booleeku ak beneen kàddu, ba ñu ñëw ci jëflante bu mat. Bépp dëgg bu jëm ci muccu bakkan yi ci lu gaaw, dees na ko wone bu leer, ba kenn du soxla a réer walla dox ci lëndëm.”</w:t>
      </w:r>
    </w:p>
    <w:p>
      <w:pPr>
        <w:pStyle w:val="ArticleScripture"/>
        <w:jc w:val="left"/>
      </w:pPr>
      <w:r>
        <w:rPr>
          <w:rFonts w:ascii="Times New Roman" w:hAnsi="Times New Roman" w:eastAsia="Times New Roman" w:cs="Times New Roman"/>
        </w:rPr>
        <w:t>“Bi nu topp diir yi ci jàngoro kàddu yonent yi, dëgg bi Yàlla feeñal ngir sunu jamono gis nañu ko bu leer te leeral nañu ko. Nun, dafa nekk sunu yéef ci ndamu yi nu am ak ci leer gi di leerel sunu yoon. Ñi nekkoon ci màggat yu weesu yi, ñoom itam dafa nekkoon seen yéef ci leer gi ñu mayoon mu leer ci seen kaw. Seeni xel dafa nekkoon ci njàngat ak seetlu yenn tomb yi ci Mbind mi, yi leen di natt. Waaye, xamuñu woon dëgg yi nun xam. Ñoom amuñu woon yéef ci leer gi ñu amu woon. Ñoom amoon nañu Biibël, ni nu ko ame; waaye waxtu wi ñuy ubbi dëgg yu weesu yi, yi jëm ci xew-xewu mujj yi ci jaar-jaaru àddina si, mooy ci jamono ji mujj, ci xeetu nit ñi mujj di dund ci kaw suuf.”</w:t>
      </w:r>
    </w:p>
    <w:p>
      <w:pPr>
        <w:pStyle w:val="ArticleScripture"/>
        <w:jc w:val="left"/>
      </w:pPr>
      <w:r>
        <w:rPr>
          <w:rFonts w:ascii="Times New Roman" w:hAnsi="Times New Roman" w:eastAsia="Times New Roman" w:cs="Times New Roman"/>
        </w:rPr>
        <w:t>“Dëgg-dëgg yu bees yi ñu jagleel nañu ko ci xaalisug maas yi ni ñu nekkoon. Dëggug jamono jii, miy natt ci nit ñi ci maasum jamono jii, nekkoonul ab natt ci nit ñi ci maas yu gën a yàgg a weesu. Su fekkee ne leer gi nu war a fekk tey ci mbirum Bésub Noflaay bu ndigalu ñeenteel bi, joxees na ko woon maas yi weesu, Yàlla dina leen woo ci wàllub yookkuteem ngir leer googu.” Testimonies, volume 2, 692, 693.</w:t>
      </w:r>
    </w:p>
    <w:p>
      <w:pPr>
        <w:pStyle w:val="ArticleHeading"/>
        <w:jc w:val="left"/>
      </w:pPr>
      <w:r>
        <w:rPr>
          <w:rFonts w:ascii="Arial" w:hAnsi="Arial" w:eastAsia="Arial" w:cs="Arial"/>
        </w:rPr>
        <w:t>Bees ak Màggat yi</w:t>
      </w:r>
    </w:p>
    <w:p>
      <w:pPr>
        <w:pStyle w:val="ArticleScripture"/>
        <w:jc w:val="left"/>
      </w:pPr>
      <w:r>
        <w:rPr>
          <w:rFonts w:ascii="Times New Roman" w:hAnsi="Times New Roman" w:eastAsia="Times New Roman" w:cs="Times New Roman"/>
        </w:rPr>
        <w:t>“Ci jamono yu bees, am na am njàngat gu bees ci dëgg, di waxu Yàlla wi ñeel nit ñi ci maas boobu. Dëgg yi yàgg a am yépp, yu am solo lañu; waaye dëggu bees bi du boppam ak boppam, xanaa dafay yëngal te ubbi li nekk ci dëgg yu mag ya. Du lu manees a xam dëggu bees bi, ludul su fekkee ne, dëgg yu mag ya dees na leen déggoo. Bi Kirist bëggee ubbil ay taalibeem dëggu ndekkiteem, mu tàmbalee ‘ca Musaa ak yeneen yonent yépp,’ te ‘leerale leen ci Mbind mi yépp mbir yi jëm ci moom.’ Luug 24:27. Waaye leer gi fenk ci ubbeeku bees bu dëgg bi mooy màggal dëgg yu mag ya. Ku bañ walla wor dëggu bees bi, moom ci dëgg moosul dëgg yu mag ya. Ci moom, dañuy ñàkk seen doole ju dund te nekk rek melokaan gu amul dund.”</w:t>
      </w:r>
    </w:p>
    <w:p>
      <w:pPr>
        <w:pStyle w:val="ArticleScripture"/>
        <w:jc w:val="left"/>
      </w:pPr>
      <w:r>
        <w:rPr>
          <w:rFonts w:ascii="Times New Roman" w:hAnsi="Times New Roman" w:eastAsia="Times New Roman" w:cs="Times New Roman"/>
        </w:rPr>
        <w:t>“Am na ñu ay nit ñi di wax ne gëm nañu te di jàngale dëgg yi ci Kóllëre gu Yàgg gi, waaye dañuy bàyyi jëfe njàngalem Kóllëre gu Bees gi. Waaye ci seeni bañ a nangu njàngali Almasi bi, dañuy wone ne gëmuñu li maam yu cosaan ak yonent yi waxoon. ‘Soo gëmoon Musaa,’ la Almasi bi wax, ‘koon dingeen ma gëmoon; ndaxte moom moo bind ci man.’ Yowaana 5:46. Moo tax amul benn doole gu dëgg ci seen njàngalem sax ci mbirum Kóllëre gu Yàgg gi.”</w:t>
      </w:r>
    </w:p>
    <w:p>
      <w:pPr>
        <w:pStyle w:val="ArticleScripture"/>
        <w:jc w:val="left"/>
      </w:pPr>
      <w:r>
        <w:rPr>
          <w:rFonts w:ascii="Times New Roman" w:hAnsi="Times New Roman" w:eastAsia="Times New Roman" w:cs="Times New Roman"/>
        </w:rPr>
        <w:t>“Ñu bari yu wax ne dañuy gëm te jàngale xebaar bu baax bi nekk nañu ci benn njuumte bu mel ni moomu. Dañuy bàyyi Mbind mi Yàlla yu Kóllëre gu Yàgg gi, yi Kirist waxoon ci ne: ‘Yoom lañu di seedeel ci man.’ John 5:39. Bu ñuy bañ Kóllëre gu Yàgg gi, ci dëgg-dëgg dañuy bañ it Kóllëre gu Bees gi; ndaxte ñoom ñaar ñépp ay cér yu benn méngoo gu maneesul a taxawal lañu. Kenn manul a joxe yoonu Yàlla ci yoon wu jub te amul xebaar bu baax bi, walla xebaar bu baax bi te amul yoon wi. Yoon wi mooy xebaar bu baax bi ci melokaanam, te xebaar bu baax bi mooy yoon wi bu ñu leeral. Yoon wi mooy rappe bi, xebaar bu baax bi mooy tóor-tóor bu xeeñ ak meññent mi muy jur.”</w:t>
      </w:r>
    </w:p>
    <w:p>
      <w:pPr>
        <w:pStyle w:val="ArticleScripture"/>
        <w:jc w:val="left"/>
      </w:pPr>
      <w:r>
        <w:rPr>
          <w:rFonts w:ascii="Times New Roman" w:hAnsi="Times New Roman" w:eastAsia="Times New Roman" w:cs="Times New Roman"/>
        </w:rPr>
        <w:t>“Testaamaŋ Bëj-gànna gi leerël na Testaamaŋ Bees bi, te Testaamaŋ Bees bi itam leerël na Testaamaŋ Bëj-gànna gi. Ku nekk ci ñoom mooy ndeyjoor bu ndamalu Yàlla ci Kirist di feeñ. Ñoom ñaar ñépp dañuy wone dëgg yu di sax di ubbi njàngat yu bees ci xam-xam, ngir ki seet ak xol bu farlu.” Christ’s Object Lessons, 128.</w:t>
      </w:r>
    </w:p>
    <w:p>
      <w:pPr>
        <w:pStyle w:val="ArticleBody"/>
        <w:jc w:val="left"/>
      </w:pPr>
      <w:r>
        <w:rPr>
          <w:rFonts w:ascii="Times New Roman" w:hAnsi="Times New Roman" w:eastAsia="Times New Roman" w:cs="Times New Roman"/>
        </w:rPr>
        <w:t>Dëggu gu jëm ci jamono bi ci melokaan mooy “dëgg gu yeesal” ngir ab waxtu wu njëkk te “ñu gis ko bu leer te ñu leeral ko.” Maase yi dund ci jamono bi ñuy feeñal “dëgg gu jamono bii” dañu leen “teg ci yoon” ngir nangu dëgg googu walla ñu dee. Dëgg yu booloo yi di defar “dëggu nattu gu jamono bii” ngir “maas mi,” dañu leen teg fi ci melokaan “ubbi gu xëcc” gu ay dëgg yu “jëm ci bopp ak njeexital xew-xewi mujj yi ci jaar-jaaru suuf si.” Dëgg, te kon “dëgg gu jamono bii,” Kàddu Gi ci Testament Bu Bees bi dafa ko misaal ci digganteem ak Testament Bu Yàgg bi. Dëgg dafa taxaw ci ñaari seede, te dëgg am na tambali ak mujj, lu literal ak lu ruuxeel, lu yàgg ak lu bees, ab alfa ak ab omega, lu njëkk ak lu mujj.</w:t>
      </w:r>
    </w:p>
    <w:p>
      <w:pPr>
        <w:pStyle w:val="ArticleBody"/>
        <w:jc w:val="left"/>
      </w:pPr>
      <w:r>
        <w:rPr>
          <w:rFonts w:ascii="Times New Roman" w:hAnsi="Times New Roman" w:eastAsia="Times New Roman" w:cs="Times New Roman"/>
        </w:rPr>
        <w:t>Dalil yu njëkk ci waxu malaaka bu jëkk bi, ci yoonu Millerite, mooy “maag ma” ci jëfandikoo ak yégle gi ñuy wax “dëggu jamono jii” te bokk ci waxu malaaka bu ñetteel bi. Ñi “di bañ Maag ma,” “ci dëgg-dëgg dañuy bañ Bees bi,” ndaxte ñoom ñaar ñépp ay cër yu bokk ci benn mbooloo bu mënuma séddale.</w:t>
      </w:r>
    </w:p>
    <w:p>
      <w:pPr>
        <w:pStyle w:val="ArticleScripture"/>
        <w:jc w:val="left"/>
      </w:pPr>
      <w:r>
        <w:rPr>
          <w:rFonts w:ascii="Times New Roman" w:hAnsi="Times New Roman" w:eastAsia="Times New Roman" w:cs="Times New Roman"/>
        </w:rPr>
        <w:t>“Gis naa ne ndaw yi soxla nañu leen lool, rawatina ci ne ñuy wottu te seet xel bépp fanatisme fu mu man a fenk. Seytaane mi ngi indi coono ci bépp wet, te su nu ko wottuwul, te sunuy bët ubbi ci ay pexeem ak ay fiirëmam, te nu sol yépp yéene Yàlla, xale yu tàng yi bu ñaaw ñi di sànni dinañu nu dal. Am na lu bari ci Kàddug Yàlla yu rafet yu am solo, waaye mooy ‘degg gu jëm ci jamono jii’ gi gàllankoor gi soxla léegi. Gis naa ne am na gevaar ci ne ndaw yi dem dëgër ci sore ay bërab yu am solo ci degg gu jëm ci jamono jii, ngir daldi yékkati xel ci mbir yu nekkul yi man a booloo gàllankoor gi te sellal bakkan bi. Seytaane dina fi jël bépp njariñ bu mu man ngir lor yoonu liggéey bi.”</w:t>
      </w:r>
    </w:p>
    <w:p>
      <w:pPr>
        <w:pStyle w:val="ArticleScripture"/>
        <w:jc w:val="left"/>
      </w:pPr>
      <w:r>
        <w:rPr>
          <w:rFonts w:ascii="Times New Roman" w:hAnsi="Times New Roman" w:eastAsia="Times New Roman" w:cs="Times New Roman"/>
        </w:rPr>
        <w:t>“Waaye mbir yu mel ni kër Yàlla ga, ci yokkute ak 2300 fan yi, ndigal yi Yàlla ak ngëm gi ci Yeesu, dañoo dëpp ngir leeral yëngu-yëngu Advent bi weesu te won sunu taxawaayu tey, dëgëral ngëmug ñi di sikki-sakka, te jox wóor ci jamono ju tedd ji ñëw. Lii laa gis yoon yu bare ne moo doon mbir yi gën a am solo yi yebkat yi war a sax ci.” Early Writings, 63.</w:t>
      </w:r>
    </w:p>
    <w:p>
      <w:pPr>
        <w:pStyle w:val="ArticleBody"/>
        <w:jc w:val="left"/>
      </w:pPr>
      <w:r>
        <w:rPr>
          <w:rFonts w:ascii="Times New Roman" w:hAnsi="Times New Roman" w:eastAsia="Times New Roman" w:cs="Times New Roman"/>
        </w:rPr>
        <w:t>“Bérab bu sellal, ak 2300 fan yi, ndigali Yàlla yi ak ngëm gi ci Yeesu” mooy caabi bi ngir firndeel “yëngu-yëngu Awaansmaa bu weesu” bu Millerites yi, te ci def noonu, ngir leerale “bu mat sëkk” “lan mooy sunu taxawaay bi nu nekk tey.” Ñi nga xam ne dañuy “sikkiku” ci “yëngu-yëngu Awaansmaa bu weesu” bi, dañuy “sikkiku” ci li di jox “wóor ci jamono yu tedd yi di ñëw.” Li di jox wóor ci jamono yi di ñëw mooy jamono ju weesu.</w:t>
      </w:r>
    </w:p>
    <w:p>
      <w:pPr>
        <w:pStyle w:val="ArticleBody"/>
        <w:jc w:val="left"/>
      </w:pPr>
      <w:r>
        <w:rPr>
          <w:rFonts w:ascii="Times New Roman" w:hAnsi="Times New Roman" w:eastAsia="Times New Roman" w:cs="Times New Roman"/>
        </w:rPr>
        <w:t>Téereb Yowel mooy ab bataaxal bu dëgg bu nattu ngir jamono jii. Lii dëggal na ko ay seede yu bari. Yowel ñu ko xamle ni mooy “dëgg bu jamono jii” ci Xel mu wax ci Kàddug Yonent yi, te lii, ni Yowaana waxe ci téereb Peeñ mi, mooy seedeel Yeesu.</w:t>
      </w:r>
    </w:p>
    <w:p>
      <w:pPr>
        <w:pStyle w:val="ArticleScripture"/>
        <w:jc w:val="left"/>
      </w:pPr>
      <w:r>
        <w:rPr>
          <w:rFonts w:ascii="Times New Roman" w:hAnsi="Times New Roman" w:eastAsia="Times New Roman" w:cs="Times New Roman"/>
        </w:rPr>
        <w:t>Peeñug Yeesu Kirist, mi Yàlla jox ko, ngir won ay jaamam yi yëf yi war a yàggul te xew léegi; mu yebal ko, te xamal ko ci ay màndargaam jaarale ko ci malaakaam, ci ay jaamam Yowaana: moom mi seede Kàddug Yàlla ak seede Yeesu Kirist, ak lépp lu mu gis. Peeñug Yeesu Kirist 1:1, 2.</w:t>
      </w:r>
    </w:p>
    <w:p>
      <w:pPr>
        <w:pStyle w:val="ArticleBody"/>
        <w:jc w:val="left"/>
      </w:pPr>
      <w:r>
        <w:rPr>
          <w:rFonts w:ascii="Times New Roman" w:hAnsi="Times New Roman" w:eastAsia="Times New Roman" w:cs="Times New Roman"/>
        </w:rPr>
        <w:t>“Seede” Yowaana (mi mu doon “seedeel” ko), dañu ko fësale ci ñetti xaaj. Mu bind “Kàddu Yàlla,” “seede Jesu” ak “mbir yi mu gis.” Ci ñaari aaya yu njëkk yi ci Peeñug Yowaana, Yowaana dafay tegu nit ku jot mayug “xelu yonent.” Boobu may dafa ëmb xam-xam bu musamman bu joge ci Kàddug Yàlla, te itam dafa ëmb peeñu yu musamman yi ñuy yóbbu ci yonent bi jaarale ko ci waxi Almasi bi; (mu man a ne Almasi moom ci boppam moo ko wax, walla jaarale ko ci ay ndawam yu asamaan) te may boobu itam dafa ëmb dëgg gu ñuy wone jaarale ko ci pexeeyi gént ak ay peeñ. Xelug yonent mooy seede Almasi bi ñuy yóbbu ci yonent bi, te am na benn sañ-sañ ak dooley ngëm ni bu malaaka walla Almasi waxoon wax yooyu.</w:t>
      </w:r>
    </w:p>
    <w:p>
      <w:pPr>
        <w:pStyle w:val="ArticleScripture"/>
        <w:jc w:val="left"/>
      </w:pPr>
      <w:r>
        <w:rPr>
          <w:rFonts w:ascii="Times New Roman" w:hAnsi="Times New Roman" w:eastAsia="Times New Roman" w:cs="Times New Roman"/>
        </w:rPr>
        <w:t>Noonu naa ci ay tànkam ngir màggal ko. Waaye mu ne ma: “Bul ko def; man, sa moroom laa ci jaam yi ak ci say bokk yi yor seedeel Yeesu; màggal Yàlla, ndaxte seedeel Yeesu mooy ruu gi ci kàddug wax ci kanam.” Peeñu gi 19:10.</w:t>
      </w:r>
    </w:p>
    <w:p>
      <w:pPr>
        <w:pStyle w:val="ArticleBody"/>
        <w:jc w:val="left"/>
      </w:pPr>
      <w:r>
        <w:rPr>
          <w:rFonts w:ascii="Times New Roman" w:hAnsi="Times New Roman" w:eastAsia="Times New Roman" w:cs="Times New Roman"/>
        </w:rPr>
        <w:t>Gabriel waxale ne mooy jaamandoo ak Yowaana, te waruñu ko jaamu. Itam Gabriel wax na ne “bokki yi” ñi Yowaana di tegtal “am nañu seedeel Yeesu,” te loolu mooy “xelu waxi yonent bi.” “Bokki yi” ñi Yowaana di tegtal, ñoom ñoo di téeméer ak ñeent-fukk ak ñeent junni; te bokk yi bépp am nañu “xelu waxi yonent bi.”</w:t>
      </w:r>
    </w:p>
    <w:p>
      <w:pPr>
        <w:pStyle w:val="ArticleScripture"/>
        <w:jc w:val="left"/>
      </w:pPr>
      <w:r>
        <w:rPr>
          <w:rFonts w:ascii="Times New Roman" w:hAnsi="Times New Roman" w:eastAsia="Times New Roman" w:cs="Times New Roman"/>
        </w:rPr>
        <w:t>«Te ñu jóg ci suba teel, daldi dem jëm ci màndiŋu Tekowa; bi ñuy dem, Yeosafat taxaw ne: “Dégluleen ma, yéen Yuda ak yéen waa Yerusalem; gëmleen ci Boroom bi seen Yàlla, noonu dingeen taxaw temm; gëmleen ay yonentam, noonu dingeen am njàmbaar.” 2 Tariix ya 20:20.</w:t>
      </w:r>
    </w:p>
    <w:p>
      <w:pPr>
        <w:pStyle w:val="ArticleScripture"/>
        <w:jc w:val="left"/>
      </w:pPr>
      <w:r>
        <w:rPr>
          <w:rFonts w:ascii="Times New Roman" w:hAnsi="Times New Roman" w:eastAsia="Times New Roman" w:cs="Times New Roman"/>
        </w:rPr>
        <w:t>“Gëmleen ci Boroom bi seen Yàlla, noonu dingeen sax; gëmleen ay yonentam, noonu dingeen jàmm ci seen yoon.”</w:t>
      </w:r>
    </w:p>
    <w:p>
      <w:pPr>
        <w:pStyle w:val="ArticleScripture"/>
        <w:jc w:val="left"/>
      </w:pPr>
      <w:r>
        <w:rPr>
          <w:rFonts w:ascii="Times New Roman" w:hAnsi="Times New Roman" w:eastAsia="Times New Roman" w:cs="Times New Roman"/>
        </w:rPr>
        <w:t>“Esayi 8:20. ‘Ci yoonu ndigal ak seede si; suñu waxul mengook kàddu gii, mooy ndax amuñu leer ci seen biir.’ Ñaari mbind yii lañu teg ci kanam nit ñi Yàlla: ñaari sart ngir njub ak ndam. Yoonu ndigal bi Yehowa waxoon boppam, ak ruu nebiyoon bi, ñoo di ñaari bàyyikaayu xam-xam yu war a gindee nitam ñi ci bépp mbir mu ñuy jaar. Deuteronome 4:6. ‘Lii mooy seen xel ak seen dégg ci kanam xeeti réew yi, yi dinañu wax ne, “Ca dëgg, xeet wii bu mag am na xel ak dégg.”’</w:t>
      </w:r>
    </w:p>
    <w:p>
      <w:pPr>
        <w:pStyle w:val="ArticleScripture"/>
        <w:jc w:val="left"/>
      </w:pPr>
      <w:r>
        <w:rPr>
          <w:rFonts w:ascii="Times New Roman" w:hAnsi="Times New Roman" w:eastAsia="Times New Roman" w:cs="Times New Roman"/>
        </w:rPr>
        <w:t>“Yoonu Yàlla ak Xelum Kóllëre yi àndandoo ngir jubal te digle mbooloom gëmkat yi, te saa su mbooloo mi nangu ne loolu mooy dëgg ci topp yoonam, dees na yónnee xelum kóllëre gi ngir gindi ko ci yoonu dëgg gi.</w:t>
      </w:r>
    </w:p>
    <w:p>
      <w:pPr>
        <w:pStyle w:val="ArticleScripture"/>
        <w:jc w:val="left"/>
      </w:pPr>
      <w:r>
        <w:rPr>
          <w:rFonts w:ascii="Times New Roman" w:hAnsi="Times New Roman" w:eastAsia="Times New Roman" w:cs="Times New Roman"/>
        </w:rPr>
        <w:t>“Peeñu 12:17. ‘Te njàmbaar bi meroon jigéen ji, daldi dem ngir xeex ak desit njabootam, ñi di sàmm ndigali Yàlla te am seedeu Yeesu Kirist.’ Kóllëre bii di wone bu leer ne mbooloom kerk bu des bi dina nangu Yàlla ci yoonam te dina am mayu wax ci turu Yàlla. Déggal yoonu Yàlla ak xelum kóllëre moo far ba fàww a ràññee nit ñu dëggu Yàlla, te nattu bi dañu koy joxe ci li feewal tey di wone.”</w:t>
      </w:r>
    </w:p>
    <w:p>
      <w:pPr>
        <w:pStyle w:val="ArticleScripture"/>
        <w:jc w:val="left"/>
      </w:pPr>
      <w:r>
        <w:rPr>
          <w:rFonts w:ascii="Times New Roman" w:hAnsi="Times New Roman" w:eastAsia="Times New Roman" w:cs="Times New Roman"/>
        </w:rPr>
        <w:t>“Ci jamonoy Yeremi, nit ñëwul woon benn laaj ci mbind mi Muuse, Eliya, walla Elizee yégle woon, waaye dañoo laaj te bàyyi woon ci wetu seen xel ndigal li Yàlla yónnee woon Yeremi, ba keraam ak dooleem jeex, ba amul woon lenn lu des lu dul ne Yàlla yóbbu leen ca njaam ga.”</w:t>
      </w:r>
    </w:p>
    <w:p>
      <w:pPr>
        <w:pStyle w:val="ArticleScripture"/>
        <w:jc w:val="left"/>
      </w:pPr>
      <w:r>
        <w:rPr>
          <w:rFonts w:ascii="Times New Roman" w:hAnsi="Times New Roman" w:eastAsia="Times New Roman" w:cs="Times New Roman"/>
        </w:rPr>
        <w:t>“Noonu itam ci jamono yu Almasi, nit ñi jàngoon nañu ne yégleb Yeremi bi dëgg la, te dañoo wóor ci seen bopp ne bu ñu nekkoon ci jamono seen maam yi, dinañu nangu woon yéglebam; waaye ci benn yoon boobu it, dañoo bàyyikoo yégleb Almasi, kooku mi ñépp ci yonent yi bindoon.”</w:t>
      </w:r>
    </w:p>
    <w:p>
      <w:pPr>
        <w:pStyle w:val="ArticleScripture"/>
        <w:jc w:val="left"/>
      </w:pPr>
      <w:r>
        <w:rPr>
          <w:rFonts w:ascii="Times New Roman" w:hAnsi="Times New Roman" w:eastAsia="Times New Roman" w:cs="Times New Roman"/>
        </w:rPr>
        <w:t>“Ba beneen ñetteelu malaaka bi jógé ci àddina si, mi war a feeñal yoonu Yàlla ci kanamu mbooloom gëmkat ñi ci ay mat ak kàttanam, mayug wax ci turu Yàlla déllu na itam bu gaaw. Mayu jii def na wàll bu rëy te fés ci yokkute ak yóbbu kanamub bataaxal bii.</w:t>
      </w:r>
    </w:p>
    <w:p>
      <w:pPr>
        <w:pStyle w:val="ArticleScripture"/>
        <w:jc w:val="left"/>
      </w:pPr>
      <w:r>
        <w:rPr>
          <w:rFonts w:ascii="Times New Roman" w:hAnsi="Times New Roman" w:eastAsia="Times New Roman" w:cs="Times New Roman"/>
        </w:rPr>
        <w:t>“Bi gise yu bari ay xel amee ci mbirum tekki Mbind mi ak yoonu liggéey yi, yu mën a yëngal ngëmug ñi gëm xibaar bi te indi tasare ci liggéey bi, ruu kàddug waxi Yàlla dafa sax di leerale xaalis bi. Moom dafa sax di indi benn xel ak jàmmu jëf ci mboolem ñi gëm. Ci bépp jafe-jafe bu juddu woon ci yokkute xibaar bi ak yaatuwaay liggéey bi, ñi taxaw bu dëgër ci yoonug Yàlla ak leerug Ruumu waxi Yàlla da ñoo not, te liggéey bi dinaa yokku ci seen loxo.” Loma Linda Messages, 33, 34.</w:t>
      </w:r>
    </w:p>
    <w:p>
      <w:pPr>
        <w:pStyle w:val="ArticleBody"/>
        <w:jc w:val="left"/>
      </w:pPr>
      <w:r>
        <w:rPr>
          <w:rFonts w:ascii="Times New Roman" w:hAnsi="Times New Roman" w:eastAsia="Times New Roman" w:cs="Times New Roman"/>
        </w:rPr>
        <w:t>Téereb Yowel miñ nañ ko xamle bu leer ni mooy “dëgg gu jëm ci jamono jii” ci Biir Waxi Yonent yi, te loolu, ni Yowaana waxe ci téereb Peeñ mi, mooy seedeel Yeesu. Te itam, Kàddu Yàlla moo ko dëggal bu jëkk. Biibël bi ak Waxi Yonent yi, ñoom ñaar ñépp, dañuy jëfe téereb Yowel ci fan yu mujj yi.</w:t>
      </w:r>
    </w:p>
    <w:p>
      <w:pPr>
        <w:pStyle w:val="ArticleScripture"/>
        <w:jc w:val="left"/>
      </w:pPr>
      <w:r>
        <w:rPr>
          <w:rFonts w:ascii="Times New Roman" w:hAnsi="Times New Roman" w:eastAsia="Times New Roman" w:cs="Times New Roman"/>
        </w:rPr>
        <w:t>“Bépp yonnent yi ñëwër yi waxoonuñu lu ëpp ngir seen jamono, waaye ngir sunu jamono lañu ko gën a wax; moo tax seeni yégley yi am nañu doole ci nun. ‘Lépp lii xewoon na leen ngir nekk misaal; te bind nañu ko ngir sunuy dénkaan, ñoom ñi mujju àddina ji agsi ci seen kaw.’ 1 Corinthians 10:11. ‘Dëggul ne seen bopp lañu doon liggéeyal, waaye nun lañu doon liggéeyal ci mbir yi ñu léegi yégle leen ko jaarale ko ci ñi leen xebaar bu baax bi waxal, ak Xel mu Sell mi ñu yónniwée asamaan; mbir yooyu, malaaka yi sax bëgg nañu ci xool bu baax.’ 1 Peter 1:12. …”</w:t>
      </w:r>
    </w:p>
    <w:p>
      <w:pPr>
        <w:pStyle w:val="ArticleScripture"/>
        <w:jc w:val="left"/>
      </w:pPr>
      <w:r>
        <w:rPr>
          <w:rFonts w:ascii="Times New Roman" w:hAnsi="Times New Roman" w:eastAsia="Times New Roman" w:cs="Times New Roman"/>
        </w:rPr>
        <w:t>“Biibël bi dajale na teye ci benn ay alalam ngir xeetu jamono yii mujj. Lépp lu mag ci xew-xew yi ak jëf yu yéeme yu taaruwaay ci taariixu Kóllëre gu Yàgg ga, amoon na, te moo ngi dellusi ci kanam ci mbooloom gëmkat yi ci fan yii mujj.” Selected Messages, book 3, 338, 339.</w:t>
      </w:r>
    </w:p>
    <w:p>
      <w:pPr>
        <w:pStyle w:val="ArticleBody"/>
        <w:jc w:val="left"/>
      </w:pPr>
      <w:r>
        <w:rPr>
          <w:rFonts w:ascii="Times New Roman" w:hAnsi="Times New Roman" w:eastAsia="Times New Roman" w:cs="Times New Roman"/>
        </w:rPr>
        <w:t>Kàddu Yoel mi “ngi dox” “ci kaw” ñi “ñoom la mujjug àddina dikkal.” “Ngi dox” dafa rekk di dëgëral ne “dégg gu tey ji” mooy saa su nekk ab nattu, te ñi lañu not ci nattu boobu, ñoom lañu firndeel ci nit ñuy Judas ci Mbind mi.</w:t>
      </w:r>
    </w:p>
    <w:p>
      <w:pPr>
        <w:pStyle w:val="ArticleScripture"/>
        <w:jc w:val="left"/>
      </w:pPr>
      <w:r>
        <w:rPr>
          <w:rFonts w:ascii="Times New Roman" w:hAnsi="Times New Roman" w:eastAsia="Times New Roman" w:cs="Times New Roman"/>
        </w:rPr>
        <w:t>“Njàng mu nekk ak njàng mu nekk dafa daanu ci noppi yu Yudàs te déggu ko. Ñaata nit ci tey di topp yoonam. Ci leeru yoonu Yàlla, nit ñi fees ak bëgg sa bopp gis nañu seen jikko yu bon, waaye dañuy xeebtu a def soppe boobu ñu leen laaj, te ñuy dem ba noppi ci benn xaalisub bàkkaar ba ca beneen.”</w:t>
      </w:r>
    </w:p>
    <w:p>
      <w:pPr>
        <w:pStyle w:val="ArticleScripture"/>
        <w:jc w:val="left"/>
      </w:pPr>
      <w:r>
        <w:rPr>
          <w:rFonts w:ascii="Times New Roman" w:hAnsi="Times New Roman" w:eastAsia="Times New Roman" w:cs="Times New Roman"/>
        </w:rPr>
        <w:t>“Jàngalekat Kirist yi mëna jariñ sunu jamono ak sunu maas gi. Mu ne: ‘Du ñoom rekk laay ñaanal, waaye itam ñi dinañu gëm ci man jaarale ko ci seen wax ji.’ Benn seede boobu lañu indil ci nun itam ci fan yu mujj yii, ni ñu ko indiloon Yudaa. Benn jàngalekat yi mu bañ a def ay jëf ci dundam, moo di ñëw ci nit ñi dégg te ba tey lañuy lakk noonu itam, ndaxte duñu bàyyi seen bàkkaar.” Review and Herald, 17 Mars 1891.</w:t>
      </w:r>
    </w:p>
    <w:p>
      <w:pPr>
        <w:pStyle w:val="ArticleBody"/>
        <w:jc w:val="left"/>
      </w:pPr>
      <w:r>
        <w:rPr>
          <w:rFonts w:ascii="Times New Roman" w:hAnsi="Times New Roman" w:eastAsia="Times New Roman" w:cs="Times New Roman"/>
        </w:rPr>
        <w:t>Yowaana ci biir téereb Peeñ mi wépp, dafay misaal nit ñi Yàlla moom ci mujjug fan yi; te ci sañ-sañ ba ñu ko génnee Patmos, Yowaana dafay teewal ñi ñuy fitnaal ci jafe-jafeb yoonu Dibeer bi. Moo wax li tax ñu tëj ko.</w:t>
      </w:r>
    </w:p>
    <w:p>
      <w:pPr>
        <w:pStyle w:val="ArticleScripture"/>
        <w:jc w:val="left"/>
      </w:pPr>
      <w:r>
        <w:rPr>
          <w:rFonts w:ascii="Times New Roman" w:hAnsi="Times New Roman" w:eastAsia="Times New Roman" w:cs="Times New Roman"/>
        </w:rPr>
        <w:t>Man maa Yowaana, seen bokk ci yéen itam, te seen moroom ci tiis, ak ci nguur, ak muñu gu Yeesu Kirist, maa ngi woon ci dunu bi ñuy wax Patmos, ndax Kàddug Yàlla, ak ndax seede si Yeesu Kirist. Peeñu 1:9.</w:t>
      </w:r>
    </w:p>
    <w:p>
      <w:pPr>
        <w:pStyle w:val="ArticleBody"/>
        <w:jc w:val="left"/>
      </w:pPr>
      <w:r>
        <w:rPr>
          <w:rFonts w:ascii="Times New Roman" w:hAnsi="Times New Roman" w:eastAsia="Times New Roman" w:cs="Times New Roman"/>
        </w:rPr>
        <w:t>Yowaana dafañu ko sonn ngir Biibël bi ak Xel mu Yëgle. Lu tax ñi téeméer ak ñeent-fukk ak ñeenti war a sonn ndax Xel mu Yëgle mi? Njëkk dëgg bi yonent Yoël xamle mooy bàkkaaru tëbbi gi ci kanam kërkër gu Adwantist yu bésub Ndeer. Bi ndaw Yeesu Piyeer wonee ne Pentekot mooy matug téereb Yoël, Piyeer def na loolu ngir tontu Yawut ya doon xeeñ xàq ci feeñug “làkk yi.” Yawut ya, ñi mel ni Adwantist yu bés yu mujj yi, dañuy wax ne Piyeer ak ñi yéglee bataaxal bi “màngu nañu.” Adwantist yu bésub Ndeer dinañu xeex ak bataaxalu tawfeex bu mujj bi, ni ko Yawut yi defee ca jamonoy Piyeer. Dañuy ko def, ndaxte ñiy yégle “dëgg gu tey ji” te di nattu ci bataaxalu tawfeex bu mujj bi, am nañu dëgg yu cosaan yu “mag”; ndaxte dëgg gu bees masul a taxaw ci boppam, waaye dafa sukkandiku ci dëgg gu yàgg. Yeremiya woo na askanu Yàlla ci jamonoy tawfeex bu mujj bi, ngir ñu dox ci yoon yu mag ya te déglu liitub trompetu sàmmkat bi, waaye dañu koy bañ. Bataaxalu dëgg gu cosaan gu “mag” gi, ci misaal, dañu koy tegtal ci “juróom-ñaari yoon” yi nekk ci Leweetik ñaar-fukk ak juróom-benn, yi tëral diggante kóllëre gi ci melokaanu Noflaay bi ngir suuf si.</w:t>
      </w:r>
    </w:p>
    <w:p>
      <w:pPr>
        <w:pStyle w:val="ArticleScripture"/>
        <w:jc w:val="left"/>
      </w:pPr>
      <w:r>
        <w:rPr>
          <w:rFonts w:ascii="Times New Roman" w:hAnsi="Times New Roman" w:eastAsia="Times New Roman" w:cs="Times New Roman"/>
        </w:rPr>
        <w:t>«Gis naa mbokk mbooloom kërce gi ci tur rekk ak Adventist yi ci tur rekk ne, ni Yuda, dinañu nu wor ci loxo Katolik yi ngir jënd seen dooley ngir ñëw xeex dëgg gi. Noonu gaayi Yàlla yi dinañu doon nit ñu suux, ñu néew a xam ci biir Katolik yi; waaye kërce yi ak Adventist yi ci tur rekk, ñoom mi xam sunu ngëm ak sunuy aaday (ndaxte bañu nu woon ndax bésu Noflaay bi, ndaxte mënuñu ko weddi), dinañu wor gaayi Yàlla yi te jébbal leen Katolik yi ne ñooy ñi woorul saxal yoonu askan wi; maanaam, ne dañuy sàmm bésu Noflaay bi te bañ bésu Dibeer.»</w:t>
      </w:r>
    </w:p>
    <w:p>
      <w:pPr>
        <w:pStyle w:val="ArticleScripture"/>
        <w:jc w:val="left"/>
      </w:pPr>
      <w:r>
        <w:rPr>
          <w:rFonts w:ascii="Times New Roman" w:hAnsi="Times New Roman" w:eastAsia="Times New Roman" w:cs="Times New Roman"/>
        </w:rPr>
        <w:t>«Noonu Katoligi yi woo Protesta yi ñu jëm kanam, te ñu génne ndigal ne képp ku dul sàmm bés bu njëkk bu ayu-bés bi, ci wàllu bés bu juróom-ñaareel bi, dees na ko rey. Te Katoligi yi, ñi seen lim bari, dinañu taxaw ci wetu Protesta yi. Katoligi yi dinañu jox seen kàttan nataalu rab wi. Te Protesta yi dinañu liggéey ni seen yaay a liggéeye woon bu leen jiitu, ngir alag gaayi Yàlla yi. Waaye bala seen ndigal meññ walla jural njariñ, gaayi Yàlla yi dees na leen musal ci baatu Yàlla.» Spalding and Magan, 1, 2.</w:t>
      </w:r>
    </w:p>
    <w:p>
      <w:pPr>
        <w:pStyle w:val="ArticleBody"/>
        <w:jc w:val="left"/>
      </w:pPr>
      <w:r>
        <w:rPr>
          <w:rFonts w:ascii="Times New Roman" w:hAnsi="Times New Roman" w:eastAsia="Times New Roman" w:cs="Times New Roman"/>
        </w:rPr>
        <w:t>Ñaari yoon Sister White tudde “kere gu tuddul rekk” ak “Adventiste yi tuddul rekk,” fekk muy wone wuute bi nekk ci diggante ñaari “kuréel yu tuddul rekk” yooyu ak “Katolig yi.” “Kere gu tuddul rekk” ak “Adventiste yi tuddul rekk” “bëgguñu woon” ñi Piyeer ak Yowaana di firi, “ndax Sabbaat bi, ndaxte mënuñu ko weddi.” Kere gu tuddul rekk ak Katolig yi mënuñu “weddi” dëggu Sabbaat bésub juróom-ñaareel bi, te “Adventiste yi tuddul rekk” it mënuñu “weddi” “juróom-ñaari yoon yi” ci Léwítik ñaar-fukk ak juróom-benn, mi di ndigalu Sabbaat bu suuf si. Kere gu tuddul rekk ak Katolig yi mënuñu “weddi” ne Sabbaat bésub juróom-ñaareel bi mooy dëggu Bibël bu “sos-biir,” te “Adventiste yi tuddul rekk” it mënuñu “weddi” ne “juróom-ñaari yoon yi” ci Léwítik ñaar-fukk ak juróom-benn mooy dëggu Millerit bu “sos-biir.”</w:t>
      </w:r>
    </w:p>
    <w:p>
      <w:pPr>
        <w:pStyle w:val="ArticleBody"/>
        <w:jc w:val="left"/>
      </w:pPr>
      <w:r>
        <w:rPr>
          <w:rFonts w:ascii="Times New Roman" w:hAnsi="Times New Roman" w:eastAsia="Times New Roman" w:cs="Times New Roman"/>
        </w:rPr>
        <w:t>Jàppale Yowaana ci Patmos moo di misaal ñaar-fukk ak ñeent junni ak ñeent téeméer ñi di taxawu ci Biibël ak ci Xel mu Yonent yi, te ñoom lañuy gën a fitnaal ci biti ndax bésub Noflaay bu juróom-ñaareelu fan bi, te itam ñuy fitnaale leen ci biir ndax bésub Noflaay bu juróom-ñaareelu at bi ngir suuf si. Moo tax seede Yowaana ci ay ndigal yu wax lu tax ñu doon ko fitnaal ci sarax bu juróom-ñaareelu fan ba, toppoo na ko ak bésub Noflaay bi ci sarax bu juróom-fukk ba, ak wax ji jóge ca jamono ju weesu ga (“gannaaw”) te jóge ci “baat bu mag” bu mel ni “bucck bu xonq.”</w:t>
      </w:r>
    </w:p>
    <w:p>
      <w:pPr>
        <w:pStyle w:val="ArticleScripture"/>
        <w:jc w:val="left"/>
      </w:pPr>
      <w:r>
        <w:rPr>
          <w:rFonts w:ascii="Times New Roman" w:hAnsi="Times New Roman" w:eastAsia="Times New Roman" w:cs="Times New Roman"/>
        </w:rPr>
        <w:t>Man maa di Yowaana, seen bokk ci mbokk, te seen moroom ci tiis, ak ci nguuru, ak muñ gu Yeesu Kirist, maa nga woon ca dun bu ñuy wax Patmos ngir Kàddug Yàlla ak ngir seedeel Yeesu Kirist. Ma nekkoon ci Xel mi ca bésub Boroom bi, te ma dégg ginnaaw sama gannaaw baat bu réy, mel ni liit. Peeñu 1:9, 10.</w:t>
      </w:r>
    </w:p>
    <w:p>
      <w:pPr>
        <w:pStyle w:val="ArticleBody"/>
        <w:jc w:val="left"/>
      </w:pPr>
      <w:r>
        <w:rPr>
          <w:rFonts w:ascii="Times New Roman" w:hAnsi="Times New Roman" w:eastAsia="Times New Roman" w:cs="Times New Roman"/>
        </w:rPr>
        <w:t>Yowaana dafa taxawal ñi nga xam ne ci 9/11 dégg nañu baatu bu xumb ba malaaka Apokalips 18 di woote askanu Yàlla ngir ñu dellu ci “yoon yu mag yi” yu Yeremi. Baat bu réy boobu itam moo doon artu bu juróomeel xumb ba, te moom itam mooy ñetteelu musiba ba.</w:t>
      </w:r>
    </w:p>
    <w:p>
      <w:pPr>
        <w:pStyle w:val="ArticleBody"/>
        <w:jc w:val="left"/>
      </w:pPr>
      <w:r>
        <w:rPr>
          <w:rFonts w:ascii="Times New Roman" w:hAnsi="Times New Roman" w:eastAsia="Times New Roman" w:cs="Times New Roman"/>
        </w:rPr>
        <w:t>Sœur White bind na ne “Biibël bi dajale na boolee ay alalam ngir xeetu nit gu mujj gii.” Téerebu Yoel mooy benn ci “alalam” yu ci Mbind mi, te mooy dëggu jamono ci “bés yu mujj yi.” Ca waxtu Pentekot bi, Piyeer wone na ne téerebu Yoel lañuy foogoon a matal ca jamono jooju. Piyeer, ni ko Yowel itam, “waxul lu yées ngir” jamonoy Pentekot rekk, waaye ngir sunu “jamono.” Jàmmono Pentekot mooy taw bu njëkk bi ngir jamonoy Kérceen yi. Pentekot mooy màrka bu tàmbalee jamonoy Kérceen yi, te ci loolu itam dafay melal mujju jamonoy Kérceen yi. Mujju jamonoy Kérceen yi mooy waxtu taw bu mujj bi, ni ko Pentekot doon misaal. Kon nag Piyeer mooy màndargaay peuple Yàlla ci mujju jamonoy Kérceen yi, ñiy xam ne wàccug Xel Mu Sell mi mat na, di jëfandikoo téerebu Yoel ngir wone ko.</w:t>
      </w:r>
    </w:p>
    <w:p>
      <w:pPr>
        <w:pStyle w:val="ArticleScripture"/>
        <w:jc w:val="left"/>
      </w:pPr>
      <w:r>
        <w:rPr>
          <w:rFonts w:ascii="Times New Roman" w:hAnsi="Times New Roman" w:eastAsia="Times New Roman" w:cs="Times New Roman"/>
        </w:rPr>
        <w:t>Waaye Piyeer, taxaw ak fukki ak benn ña, yékkati baatam, ne leen: Yeen góor yu Yudée ak yéen ñépp ñi dëkk Yerusalem, na loolu xamuleen, te dégluleen samay wax. Ndaxte ñii mënuñu nekk màndi, ni ngeen ko defe xalaat, gannaaw lii mooy waxtu wu ñetteel waxtu ci bëccëg bi. Waaye lii mooy li yonent bi Yoël waxoon; “Te dina am ci mujjug fan yi, Yàlla nee, dinaa tuur sama Xel ci kaw bépp yaram; seeni doom yu góor ak seeni doom yu jigéen dinañu wax ci turu Yàlla, seeni waxambaane dinañu gis ay peeñu, te seeni mag dinañu gént ay gént. Waaw, ci samay jaam yu góor ak ci samay jaam yu jigéen itam, dinaa tuur sama Xel ci fan yooyu; te dinañu wax ci turu Yàlla. Te dinaa wone ay kéemaan ca asamaan su kawe, ak ay firnde ci suuf si ci suuf; deret, ak safara, ak ngelaw gu saxar. Jant bi dina soppeeku lëndëm, te weer wi soppeeku deret, bala bés bu mag ba fees solo bu Boroom bi agsee. Te dina am ne képp ku woo turu Boroom bi, dees na ko musal.” Jëf ya 2:14–21.</w:t>
      </w:r>
    </w:p>
    <w:p>
      <w:pPr>
        <w:pStyle w:val="ArticleBody"/>
        <w:jc w:val="left"/>
      </w:pPr>
      <w:r>
        <w:rPr>
          <w:rFonts w:ascii="Times New Roman" w:hAnsi="Times New Roman" w:eastAsia="Times New Roman" w:cs="Times New Roman"/>
        </w:rPr>
        <w:t>Ngir jàngat bu am njariñ ci kàddug waxu Yàlla yu jëm ci lii di ñëw, soxla na njàngum xel bu dëgër te wóor ne mujjug àddina bi dañu koy nataal “rëdd ci rëdd” ci nettalig jaar-jaaru mboolem Mbindi mi. Dëgg googu mi ngi booleek lii ne yonent yi seen bopp dañuy tegtal nit ñi Yàlla ci bés yu mujj yi. Yoel dafa samp ay waxam ci bés yu mujj yi, ndaxte dafa yégle jegeeg “bésub Boroom bi.”</w:t>
      </w:r>
    </w:p>
    <w:p>
      <w:pPr>
        <w:pStyle w:val="ArticleScripture"/>
        <w:jc w:val="left"/>
      </w:pPr>
      <w:r>
        <w:rPr>
          <w:rFonts w:ascii="Times New Roman" w:hAnsi="Times New Roman" w:eastAsia="Times New Roman" w:cs="Times New Roman"/>
        </w:rPr>
        <w:t>Liitleen buxum bi ci Siyon, te yëgleen waxtu jàq ci sama tundu sell bi; na ñépp ñi dëkk ci réew mi tiit, ndax bésu Aji Boroom bi ngi ñëw, waaye mu ngi ci jigeen. Yoel 2:1.</w:t>
      </w:r>
    </w:p>
    <w:p>
      <w:pPr>
        <w:pStyle w:val="ArticleBody"/>
        <w:jc w:val="left"/>
      </w:pPr>
      <w:r>
        <w:rPr>
          <w:rFonts w:ascii="Times New Roman" w:hAnsi="Times New Roman" w:eastAsia="Times New Roman" w:cs="Times New Roman"/>
        </w:rPr>
        <w:t>Ab “buux” bi, ni melokaan buy misaal, mooy tektale, ci yeneen tekki yi, benn yégleb waare. Suñu ko jëfandikoo ci misaal, ab buux man na tekki benn jamono walla benn tombu jamono, walla ñoom ñaar ñépp—li nekk ci mbir mi la ko waral. Ab buux itam dafa tekki atte. Ndeyjooru buux yi, fukki fan yu jiitu Bésub Jéggal, dafa doon yégleb bu atte bu jegesi.</w:t>
      </w:r>
    </w:p>
    <w:p>
      <w:pPr>
        <w:pStyle w:val="ArticleBody"/>
        <w:jc w:val="left"/>
      </w:pPr>
      <w:r>
        <w:rPr>
          <w:rFonts w:ascii="Times New Roman" w:hAnsi="Times New Roman" w:eastAsia="Times New Roman" w:cs="Times New Roman"/>
        </w:rPr>
        <w:t>“Bésub Boroom bi” dafay tektal benn tomb ci jamono walla ab diir ci jamono, mengoo ak konteksu pasaj bi fañu jëfandikoo “bésub Boroom bi.” “Bésub Boroom bi” man naa nekk misaalu àtteb jëfandikukat, mi ñu wone ci juróom-ñaar ñi mujj ci musiba yi, walla mu nekk àtteb jëfandikukat ba mujj ci jeeri at yi. Ci benn benn mbir, li buxusiy trompet bi di màggal mooy àtteb jëfandikukat bu Yàlla. Kon nag, “bésub Boroom bi” man naa tektal tomb bi fa Yàlla di yebal mbugalam, walla diirub jamono bi Yàlla di yebale ay mbugalam.</w:t>
      </w:r>
    </w:p>
    <w:p>
      <w:pPr>
        <w:pStyle w:val="ArticleBody"/>
        <w:jc w:val="left"/>
      </w:pPr>
      <w:r>
        <w:rPr>
          <w:rFonts w:ascii="Times New Roman" w:hAnsi="Times New Roman" w:eastAsia="Times New Roman" w:cs="Times New Roman"/>
        </w:rPr>
        <w:t>“Bufta” bi mel ni “bésub Boroom bi” man na tektal benn xàjj ci jamono ak itam ab diir bu jamono, ni ko feeñale ci xàjj yi ak diir yi ci taarix, yi juróom-ñaar yi Revelation 8 ak 9 di tektal. “Bésub Boroom bi” bi Joel di tektale ak “bufta” bi ñuy wol—mooy benn xàjj ci jamono te itam ab diir bu jamono buy tàmbali bi atteb ñi deewee jeexee te atteb ñiy dund tàmbalee. Ci 9/11, wol nañu ab bufta buy màndargaal ñëwug atteb ñiy dund ni benn xàjj ci jamono, te itam buy màndargaal 9/11 ne mooy njàlbéenu diiru atteb ñiy dund.</w:t>
      </w:r>
    </w:p>
    <w:p>
      <w:pPr>
        <w:pStyle w:val="ArticleScripture"/>
        <w:jc w:val="left"/>
      </w:pPr>
      <w:r>
        <w:rPr>
          <w:rFonts w:ascii="Times New Roman" w:hAnsi="Times New Roman" w:eastAsia="Times New Roman" w:cs="Times New Roman"/>
        </w:rPr>
        <w:t>Kon léegi itam, nii Boroom bi waxe, délluleen ci man ak seen xol bépp, ak koor, ak jooy, ak naqar. Xotteleen seen xol, waaye bañ seen yére; te délluleen ci Aji Sax ji seen Yàlla, ndaxte moom ku yiw la te yërëm, muñ meram, baaxalam réy, te bàyyi mbugal mi. Ana ku xam ndax dina dellu te soppi xelam, te bàyyi gannaawam barke, muy saraxu dugub ak saraxu naan ngir Aji Sax ji seen Yàlla? Liitleen buux bi ci Siyoŋ; wormaalleen koor; woo leen ndaje mu sell mi. Yoel 2:12–15.</w:t>
      </w:r>
    </w:p>
    <w:p>
      <w:pPr>
        <w:pStyle w:val="ArticleBody"/>
        <w:jc w:val="left"/>
      </w:pPr>
      <w:r>
        <w:rPr>
          <w:rFonts w:ascii="Times New Roman" w:hAnsi="Times New Roman" w:eastAsia="Times New Roman" w:cs="Times New Roman"/>
        </w:rPr>
        <w:t>Lii mooy ñaareel yoon bi Yowel santaane ne ñu wol buxus. “Buxus yi” ci Yowel ay waarey artu lañu ngir atikat buy ñëw gu mbooloo mbugël gu matale ak juróom-ñaar yi ci juróom-ñaareelu musiba yu mujj yi, te ñu teg leen ci biir ñaawteef gu Lawodise woolu ngir tuub ak jeexital gu jigéenul gànnaaw gu xelal.</w:t>
      </w:r>
    </w:p>
    <w:p>
      <w:pPr>
        <w:pStyle w:val="ArticleScripture"/>
        <w:jc w:val="left"/>
      </w:pPr>
      <w:r>
        <w:rPr>
          <w:rFonts w:ascii="Times New Roman" w:hAnsi="Times New Roman" w:eastAsia="Times New Roman" w:cs="Times New Roman"/>
        </w:rPr>
        <w:t>Yuuxul ak doole, bul xeeblu dara; yékkal sa baat mel ni trompet, te won sama nit ñi seen moytu, ak kërug Yàggóob seeni bàkkaar. Esayi 58:1.</w:t>
      </w:r>
    </w:p>
    <w:p>
      <w:pPr>
        <w:pStyle w:val="ArticleBody"/>
        <w:jc w:val="left"/>
      </w:pPr>
      <w:r>
        <w:rPr>
          <w:rFonts w:ascii="Times New Roman" w:hAnsi="Times New Roman" w:eastAsia="Times New Roman" w:cs="Times New Roman"/>
        </w:rPr>
        <w:t>Esayi, Yowel, Yowaana ak Piyeer ñoom ñépp dañuy tegu ci ñaar-fukk ak ñeent-fukk ak ñeent junniy fanweer yi ci mujjug jamono ji; noonu itam Yeremi, mi wone kañ lañu wara wol liit bi.</w:t>
      </w:r>
    </w:p>
    <w:p>
      <w:pPr>
        <w:pStyle w:val="ArticleScripture"/>
        <w:jc w:val="left"/>
      </w:pPr>
      <w:r>
        <w:rPr>
          <w:rFonts w:ascii="Times New Roman" w:hAnsi="Times New Roman" w:eastAsia="Times New Roman" w:cs="Times New Roman"/>
        </w:rPr>
        <w:t>Li Boroom bi wax na ne: Taxawleen ci yoon yi, te xoolleen, te laajleen yoon yu mag ya, fan la yoon wu baax bi nekk; doxleen ci moom, te dingeen gis noflaay ngir seen bakkan. Waaye ñoom ne: Dunu dox ci moom. Te itam samp naa ci seen kaw ay wottukat, di wax ne: Déggleen li mbëgtéef bi jolli. Waaye ñoom ne: Dunu ko dégg. Jeremiah 6:16, 17.</w:t>
      </w:r>
    </w:p>
    <w:p>
      <w:pPr>
        <w:pStyle w:val="ArticleBody"/>
        <w:jc w:val="left"/>
      </w:pPr>
      <w:r>
        <w:rPr>
          <w:rFonts w:ascii="Times New Roman" w:hAnsi="Times New Roman" w:eastAsia="Times New Roman" w:cs="Times New Roman"/>
        </w:rPr>
        <w:t>Bu mbootaay bi waxtu na ci fan yu mujj yii ca 9/11, te ndox mujj mi daldi tàmbali a wàcc ci kaw ñi tànn yoon wu baax wi te dox ci moom. Foofu la malaakam Peeñu gi ñaareel fukk ak juróom-ñett wàcce.</w:t>
      </w:r>
    </w:p>
    <w:p>
      <w:pPr>
        <w:pStyle w:val="ArticleScripture"/>
        <w:jc w:val="left"/>
      </w:pPr>
      <w:r>
        <w:rPr>
          <w:rFonts w:ascii="Times New Roman" w:hAnsi="Times New Roman" w:eastAsia="Times New Roman" w:cs="Times New Roman"/>
        </w:rPr>
        <w:t>“Ndogalu mujju mooy tàmbali ci kaw nit ñi Yàlla moom. Ab malaaka bu am kàttan dina wàccéee jóge asamaan, te suuf sépp dina leer ndax ndamaram.” Review and Herald, 21 Awril 1891.</w:t>
      </w:r>
    </w:p>
    <w:p>
      <w:pPr>
        <w:pStyle w:val="ArticleBody"/>
        <w:jc w:val="left"/>
      </w:pPr>
      <w:r>
        <w:rPr>
          <w:rFonts w:ascii="Times New Roman" w:hAnsi="Times New Roman" w:eastAsia="Times New Roman" w:cs="Times New Roman"/>
        </w:rPr>
        <w:t>Ba ca 9/11, bi mag yu réy New York yi daanu, malaaka bu réy baa suufe, te taw bu mujj ga tàmbali a wàcc.</w:t>
      </w:r>
    </w:p>
    <w:p>
      <w:pPr>
        <w:pStyle w:val="ArticleScripture"/>
        <w:jc w:val="left"/>
      </w:pPr>
      <w:r>
        <w:rPr>
          <w:rFonts w:ascii="Times New Roman" w:hAnsi="Times New Roman" w:eastAsia="Times New Roman" w:cs="Times New Roman"/>
        </w:rPr>
        <w:t>“Léegi xam ne kàddu gi ma wax ne New York dañuy ko mbëbbet ak géeju yëngatu gu réy? Loolu waxuma mukk. Li ma wax mooy, ba ma nekk di xool kër yu mag ya fay tabax, étage ci kaw étage, ma ne: ‘Ay xew-xew yu tiis lool di am bu Boroom bi jógée ngir yëngal suuf si ak tiit lu réy! Kon kàddu yi nekk ci Apokalips 18:1–3 dinañu mat.’ Bëpp xaaj bu ñetteel-fukk ak juróom-ñaar ci Apokalips moy artu ci li di ñëw ci kaw suuf si. Waaye amuma leer gu mat ci benn fànn ngir li di ñëw ci New York, ludul ne xam naa ne bés benn dina, kër yu mag ya fa nekk dinañu daanu ndax walbati ak wàccey kàttanu Yàlla. Ci leer gi ñu ma may, xam naa ne yàqute am na ci àddina si. Benn kàddu rekk gu jóge ci Boroom bi, benn laal rekk bu jóge ci kàttanam gu am doole, te tabax yu réy yii dinañu daanu. Ay xew-xew dinañu am yu tiit ba nu mënul leen a seetlu ci xel.” Review and Herald, July 5, 1906.</w:t>
      </w:r>
    </w:p>
    <w:p>
      <w:pPr>
        <w:pStyle w:val="ArticleBody"/>
        <w:jc w:val="left"/>
      </w:pPr>
      <w:r>
        <w:rPr>
          <w:rFonts w:ascii="Times New Roman" w:hAnsi="Times New Roman" w:eastAsia="Times New Roman" w:cs="Times New Roman"/>
        </w:rPr>
        <w:t>Ci bésu 11 Septambar, tawug mujj gi tàmbalee sotti ndank-ndank ngir waajal fullaayam bu mat ci yoonu Dibéer bi.</w:t>
      </w:r>
    </w:p>
    <w:p>
      <w:pPr>
        <w:pStyle w:val="ArticleScripture"/>
        <w:jc w:val="left"/>
      </w:pPr>
      <w:r>
        <w:rPr>
          <w:rFonts w:ascii="Times New Roman" w:hAnsi="Times New Roman" w:eastAsia="Times New Roman" w:cs="Times New Roman"/>
        </w:rPr>
        <w:t>“Liggéey bu magg bi ci xibaaru jàmm bi warul jeex ak wàññiku ci feeñug kàttanu Yàlla ju mel ni ja ngelaw gu ko tàmbalee. Yégle yiñ waxoon te mat ci tuurug taw bu njëkk ba ci ubbeeku xibaaru jàmm bi, dinañu dellu a mataat ci taw bu mujj ba ci jeexitalam. Fii la am “jamono yi ci yeesal” yi ndaw ndawkat bi Piyeer doon xool ci kanam bi mu ne: “Tuubleen nag te dellu ngir seeni bàkkaar ñu far leen, ba jamono yi ci yeesalee jóge ci kanamu Boroom bi; te mu yónnee Yeesu.” Jëf ya 3:19, 20.” The Great Controversy, 611, 612.</w:t>
      </w:r>
    </w:p>
    <w:p>
      <w:pPr>
        <w:pStyle w:val="ArticleBody"/>
        <w:jc w:val="left"/>
      </w:pPr>
      <w:r>
        <w:rPr>
          <w:rFonts w:ascii="Times New Roman" w:hAnsi="Times New Roman" w:eastAsia="Times New Roman" w:cs="Times New Roman"/>
        </w:rPr>
        <w:t>Matug mat na “waxtaanu yeesal” am na matu matu bu mat, ndaxte artu bi mooy ne “tuubleen,” te loolu maneesu ko def boo deewee. “Waxtaanu yeesal” di ñëw bi “bàkkaar yi” ñi dul dee te di dund di man a “farreeku”. “Waxtaanu yeesal” tàmbalee na ci 9/11, te loolu feeñal na njàlbéenu àtteb ñiy dund. Pàntakot dañu koy baamtuwaat ci mujju jamonoy xebaar bu baax bi. Bi “waxtaanu yeesal” agsee, xew-xew yi Pàntakot doon misaalal tàmbalee nañu a baamtuwaat.</w:t>
      </w:r>
    </w:p>
    <w:p>
      <w:pPr>
        <w:pStyle w:val="ArticleScripture"/>
        <w:jc w:val="left"/>
      </w:pPr>
      <w:r>
        <w:rPr>
          <w:rFonts w:ascii="Times New Roman" w:hAnsi="Times New Roman" w:eastAsia="Times New Roman" w:cs="Times New Roman"/>
        </w:rPr>
        <w:t>“Ak yéene gu tar laay xaar bés ba xew-xewi bésu Pentekot di dellu amaat ak doole gu gën a réy ba mu weesu li xewoon ca jamono jooju. Yowaana nee na: ‘Gis naa beneen malaaka wàccé asamaan, yor doole gu réy; te suuf si leer ak ndamu.’ Noonu nag, ni ko nekkoon ca jamonoy Pentekot, nit ñi dinañu dégg dëgg gi ñuy waxal, ku nekk ci sa làkk.”</w:t>
      </w:r>
    </w:p>
    <w:p>
      <w:pPr>
        <w:pStyle w:val="ArticleScripture"/>
        <w:jc w:val="left"/>
      </w:pPr>
      <w:r>
        <w:rPr>
          <w:rFonts w:ascii="Times New Roman" w:hAnsi="Times New Roman" w:eastAsia="Times New Roman" w:cs="Times New Roman"/>
        </w:rPr>
        <w:t>“Yàlla man naa dugal dund gu bees ci bépp bakkan buy bëgg a jaamu ko ak xol bu dëgg, te man naa laal tuñ yi ak safara su dund su jóge ci altar bi, ba tax ñu nekk ñuy wax ay cantam ak kàddu gu tar. Junniy baat dinañu fees ak dooley waxe dëgg yu yéeme yi nekk ci Kàddug Yàlla. Làkk wu tëq-tëq wi dees na ko ubbi, te ñi ragal dees na leen dëgëral ngir ñu jëfandikoo seeni seede ak fit ci dëgg gi. Na Boroom bi dimmëli askanam ngir ñu sellal kërug bakkan bi ci bépp sobe, te ñu sax ci jokkoo bu baax lool ak moom, ba tax ñu man a bokk ci taw bi mujj bi bu ñu koy tuur.” Review and Herald, July 20, 1886.</w:t>
      </w:r>
    </w:p>
    <w:p>
      <w:pPr>
        <w:pStyle w:val="ArticleBody"/>
        <w:jc w:val="left"/>
      </w:pPr>
      <w:r>
        <w:rPr>
          <w:rFonts w:ascii="Times New Roman" w:hAnsi="Times New Roman" w:eastAsia="Times New Roman" w:cs="Times New Roman"/>
        </w:rPr>
        <w:t>Dina ñuy wéyal ci bind bi ci topp.</w:t>
      </w:r>
    </w:p>
    <w:p>
      <w:pPr>
        <w:pStyle w:val="ArticleScripture"/>
        <w:jc w:val="left"/>
      </w:pPr>
      <w:r>
        <w:rPr>
          <w:rFonts w:ascii="Times New Roman" w:hAnsi="Times New Roman" w:eastAsia="Times New Roman" w:cs="Times New Roman"/>
        </w:rPr>
        <w:t>Noonu malaaka mi doon wax ak man maa dellusi, yee ma, ni nit kuñu yee ci nelawam. Mu ne ma: Lan nga gis? Ma ne: Gis naa te xoolal, am na ab kandaleer gu nekk wurus rekk, ak ab bol bu nekk ci kawam, ak juróom-ñaari làmp yu nekk ci kawam, ak juróom-ñaari tubey yu jëm ci juróom-ñaari làmp yi nekk ci kawam. Te itam am na ñaari garab oliw ci wetam, benn ci ndeyjooru bol ba, beneen bi ci càmmoñam.</w:t>
      </w:r>
    </w:p>
    <w:p>
      <w:pPr>
        <w:pStyle w:val="ArticleScripture"/>
        <w:jc w:val="left"/>
      </w:pPr>
      <w:r>
        <w:rPr>
          <w:rFonts w:ascii="Times New Roman" w:hAnsi="Times New Roman" w:eastAsia="Times New Roman" w:cs="Times New Roman"/>
        </w:rPr>
        <w:t>Noonu ma tontu te wax ak malaaka mi doon wax ak man, naan ko: Lan la ñii di, sama sang? Noonu malaaka mi doon wax ak man tontu ma ne ma: Ndax xamoo li ñii di? Ma ne ko: Déedéet, sama sang.</w:t>
      </w:r>
    </w:p>
    <w:p>
      <w:pPr>
        <w:pStyle w:val="ArticleScripture"/>
        <w:jc w:val="left"/>
      </w:pPr>
      <w:r>
        <w:rPr>
          <w:rFonts w:ascii="Times New Roman" w:hAnsi="Times New Roman" w:eastAsia="Times New Roman" w:cs="Times New Roman"/>
        </w:rPr>
        <w:t>Noonu mu tontu ma nekk ak man naan: “Lii mooy kàddug Boroom bi ci Zerubabel: du ci doole, du ci kàttan, waaye ci sama Xel, la Boroom bu Aji Mbooloo yi wax.” Sakariya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Kàngi Cañu Bés gu juróom-ñaareel gu Lawdise — Nimeero Benn</dc:title>
  <dc:subject>Seytu Déggug Jamono Jii</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