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Mbooloom Bésub Noppalu gu Juróom-Ñaareel gu Lawodise — Limu Ñaareel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Ñaareel Ñaareel</w:t>
      </w:r>
    </w:p>
    <w:p>
      <w:pPr>
        <w:pStyle w:val="ArticleScripture"/>
        <w:jc w:val="left"/>
      </w:pPr>
      <w:r>
        <w:rPr>
          <w:rFonts w:ascii="Times New Roman" w:hAnsi="Times New Roman" w:eastAsia="Times New Roman" w:cs="Times New Roman"/>
        </w:rPr>
        <w:t>“Damaa bëgg-bëgg bu xóot la ma xool jàmm ci kanam ba bés ba xew-xewu bésu Pentekot di dellu ak kàttan gu gën a réy jëfandikoo woon ca jamono jooju. Yowaana neena: ‘Gis naa beneen malaaka wàccee asamaan, yor kàttan gu réy; te suuf si leer ak ndamaram.’ Noonu itam, ni ko nekkoon ca waxtu Pentekot, nit ñi dinañu dégg dëgg gi ñuy wax ci seen biir, ku nekk ci làmmiñam.”</w:t>
      </w:r>
    </w:p>
    <w:p>
      <w:pPr>
        <w:pStyle w:val="ArticleScripture"/>
        <w:jc w:val="left"/>
      </w:pPr>
      <w:r>
        <w:rPr>
          <w:rFonts w:ascii="Times New Roman" w:hAnsi="Times New Roman" w:eastAsia="Times New Roman" w:cs="Times New Roman"/>
        </w:rPr>
        <w:t>«Yàlla man na dugal dund gu bees ci bépp ruu buy bëgg a jaamu Ko ak dëgg-dëgg, te man na laal tuñ yi ak doj wu safara wu jóge ci saraxal ba, ba tax ñu neex ci santam. Junniy baat dinañu fees ak kàttanu wax ay dëgg-dëgg yu yéeme yu Kàddug Yàlla. Làkk wu daanuwul wax dina ubbiku, te ñi ragal dinañu am doole ngir seede ak fit ci dëgg gi. Na Boroom bi dimbali ay nitam ngir ñu sellal kër-gu-biinug ruu bi ci bépp sobe, te ñu sax ci lëkkaloo gu jege lool ak Moom, ngir ñu man a bokk ci taw bi mujj bi bu ñuy sotti.» Review and Herald, July 20, 1886.</w:t>
      </w:r>
    </w:p>
    <w:p>
      <w:pPr>
        <w:pStyle w:val="ArticleBody"/>
        <w:jc w:val="left"/>
      </w:pPr>
      <w:r>
        <w:rPr>
          <w:rFonts w:ascii="Times New Roman" w:hAnsi="Times New Roman" w:eastAsia="Times New Roman" w:cs="Times New Roman"/>
        </w:rPr>
        <w:t>Pàntikoot, bu ñu ko xalaat ni muy benn màggalu Boroom bi, maneesu koo xàjjale ak Bésub Mucc, màggalu mburu mu amul lawiir, saraxu njëkk meññ, ak màggalu ayi. Pàntikoot ab diir la ci jamono, doonte ne itam mooy benn fan ci jamono. Loolu moo tax ñuy ko wax “jamonoy Pàntikoot.” Jamono jooju tàmbalee ak dee, suul ak ndekkiteg Almasi bi. Gannaaw yéegam asamaan, Almasi bi tàmbalee ñeent-fukki fan yu njàngaleel boppam, te loolu topp na ko fukki fan ci néegu kaw ga, fa bennug xel ak bennug xol amee. 9/11 moo tàmbali ab diir bu jeexee ci yoonu Dimaas bi ci États-Unis. Yoonu Dimaas jooju, bésub Pàntikoot moo ko melal ni benn fan ci jamono; benn fan ci jamono bu jiituwoon ak ab diir bu tàmbalee ci 9/11. Li dale ci 9/11 ba ci yoonu Dimaas bi, “jamonoy Pàntikoot” dellu na.</w:t>
      </w:r>
    </w:p>
    <w:p>
      <w:pPr>
        <w:pStyle w:val="ArticleBody"/>
        <w:jc w:val="left"/>
      </w:pPr>
      <w:r>
        <w:rPr>
          <w:rFonts w:ascii="Times New Roman" w:hAnsi="Times New Roman" w:eastAsia="Times New Roman" w:cs="Times New Roman"/>
        </w:rPr>
        <w:t>Piyeer nettali ne, kéemaan gu am ci “làmmiñi safara” yooyu du nax waññi réy, waaye moo di matug téerebu Yoël ndaxte am na wuute bu ñu jëkk ci yégle bi. “Làmmiñ” dafay tegtal joxeb benn yégle, te safara ji dafay tegtal Xel mu Sell mi. Yégle Pentekot bi dafay tegtal booleb yàllaay (Yàlla mooy safara suy lakk) ak nitug làmmiñ. Naka noonu Piyeer di tegtal ñaari fukki junni ak ñeenti junni ña ci jamonoy tawte gu mujj ga, noonu itam Yawut yi di werante tegtal nit ñi bokkoon ci kóllëre gu jëkk ga, te ñu ngi leen di weesu ci wetu waxtu wi sax, bi tawte gu mujj ga di wàcc.</w:t>
      </w:r>
    </w:p>
    <w:p>
      <w:pPr>
        <w:pStyle w:val="ArticleScripture"/>
        <w:jc w:val="left"/>
      </w:pPr>
      <w:r>
        <w:rPr>
          <w:rFonts w:ascii="Times New Roman" w:hAnsi="Times New Roman" w:eastAsia="Times New Roman" w:cs="Times New Roman"/>
        </w:rPr>
        <w:t>Ñoom ñépp ñépp fees nañu ci Xel Mu Sell mi, te tàmbali wax ak yeneen làkk, ni Xel mi di leen may kàddu. Te amoon na ca Yerusalem Yawut yu dëggu Yàlla, nit ñu ragal Yàlla, jóge ci xeet yépp yu nekk ci suuf si. Bi xibaar boobu siiwalee, mbooloo ma dajaloo, te jàq nañu, ndaxte ku nekk dégg na leen ñuy wax ci sa làkkam. Ñoom ñépp yéemu nañu, waaru nañu, di waxante naan: “Xanaa ñi ñuy wax, duñu waa Galile yepp?” “Kon nan la nu déggé ku nekk ci sunu làkk wi nu juddoo?” Waa Part, waa Med, waa Elam, ak ñi dëkk Mesopotami, ak Yude, ak Kapados, ci Pont ak Asi, Friji ak Pamfili, ci Misra, ak ci goxu Libi yi wet Cyrene, ak gan ñi jóge Room, Yawut ak ñi dugg ci seen diine, waa Kret ak Arab, dégg nanu leen ñuy wax ci sunuy làkk jëf yu màgg yu Yàlla. Ñoom ñépp nag yéemu nañu te xel mujj na leen, di waxante naan: “Lu li di tekki?” Waaye ñeneen ñi di ñaawal naan: “Ñii dafa fees ak biiñ bu bees.” Waaye Piyeer, taxaw ak fukki ak benn ña, yékkati baatam, ne leen: “Yéen góor ñi bokk Yude, ak yéen ñépp ñi dëkk Yerusalem, na li xamleef ci yéen, te déglu leen samay wax. Ndaxte ñii màndiwuñu, ni ngeen ko defe, gannaaw ndaw ñetti waxtu rekk la ca bët set bi.” Jëf ya 2:4–15.</w:t>
      </w:r>
    </w:p>
    <w:p>
      <w:pPr>
        <w:pStyle w:val="ArticleBody"/>
        <w:jc w:val="left"/>
      </w:pPr>
      <w:r>
        <w:rPr>
          <w:rFonts w:ascii="Times New Roman" w:hAnsi="Times New Roman" w:eastAsia="Times New Roman" w:cs="Times New Roman"/>
        </w:rPr>
        <w:t>Piyeer dafa leeral Pentekot ni mu matalee ci téereb Yoel. Mu ngi koy def ci anam yu wax ci yëg-yëg yu Yàlla, ba addina bépp di ci teewlu, ndax xalaat bi nee na ne mbooloo mi jóge na “ci xeet yépp yu nekk suuf asamaan.” Ca 9/11, suuf si leer na ak ndamu Almasi bi, te gannaaw gi, ca yoonu dibeer ba, junni ak ñent fukki junni ñaar-ñaar fukk yi dinañu wone ndamu Almasi bi ci mat gu yéeme, bi ñu leen yékkatee muy ràññeeñu benn mandarga ci kanam addina bépp. Jamonoy Pentekot bi tambalee na ca 9/11, te mu jeex ca yoonu dibeer ba.</w:t>
      </w:r>
    </w:p>
    <w:p>
      <w:pPr>
        <w:pStyle w:val="ArticleScripture"/>
        <w:jc w:val="left"/>
      </w:pPr>
      <w:r>
        <w:rPr>
          <w:rFonts w:ascii="Times New Roman" w:hAnsi="Times New Roman" w:eastAsia="Times New Roman" w:cs="Times New Roman"/>
        </w:rPr>
        <w:t>“Amul kenn ci nun du jot mukk màndargay Yàlla fekk sunuy xarakter am nañu benn tombu mbaa benn taak ci kawam. Ñu bàyyi ko ci sunu loxo, ngir nu yeggali ay ñàkk ci sunuy xarakter, te sellal kërug bakan bi ci bépp sobe. Su boobaa, taw wu mujj wi dina wàcc ci sunu kaw, ni taw wu jëkk wi wàcce woon ci kaw taalibey Yeesu yi ca Bésub Pentekot ba.</w:t>
      </w:r>
    </w:p>
    <w:p>
      <w:pPr>
        <w:pStyle w:val="ArticleScripture"/>
        <w:jc w:val="left"/>
      </w:pPr>
      <w:r>
        <w:rPr>
          <w:rFonts w:ascii="Times New Roman" w:hAnsi="Times New Roman" w:eastAsia="Times New Roman" w:cs="Times New Roman"/>
        </w:rPr>
        <w:t>“Nunuy yomb sunu bopp ci sunuy jot. Danuy jëfandikoo ne am na nu alal te yokk na nu ci yëf, te xamunu ne nun ñoo ngi nekk ‘ñarax, ak metit, ak miskiin, ak gumba, ak rafetul dara.’ Léegi moo tax bañañul dégg ndigalu Seede bu Dëgg bi: ‘Maa ngi lay digal nga jënd ci Man wurus wu ñu seet ci safara, ngir nga man a nekk ku bare alal; ak yére yu weex, ngir nga solu, ba suturug sa rafetul dara bañ a feeñ; te nga diw sa bët ak garabug bët, ngir nga man a gis.’ …”</w:t>
      </w:r>
    </w:p>
    <w:p>
      <w:pPr>
        <w:pStyle w:val="ArticleScripture"/>
        <w:jc w:val="left"/>
      </w:pPr>
      <w:r>
        <w:rPr>
          <w:rFonts w:ascii="Times New Roman" w:hAnsi="Times New Roman" w:eastAsia="Times New Roman" w:cs="Times New Roman"/>
        </w:rPr>
        <w:t>«Léegi la nu wara sàmm sunu bopp ak sunuy doom ngir bañ a tilim ci àddina si. Léegi la nu wara raxas sunuy yére yu mel ni sunu jikko, ba def leen ñu weex ci deretu Xar mi. Léegi la nu wara noot réy-réylu, bëgg-bopp ak tàngoor xel ci lu jëm ci yëf yu Xelum Yàlla. Léegi la nu wara yeewu te jéem ci anam gu dëgër ngir am méngoo gu mat ci jikko. “Tey, bu ngeen déggée baatam, buleen dëgëral seen xol yi.” Nu ngi ci taxawaay bu metti lool, di xaar, di wottu ngir feeñug Sunu Boroom. Àddina si nekk na ci lëndëm. “Waaye yéen bokk yi,” ñeel na Pool, “nekkuleen ci lëndëm, ngir bés boobu bañ leen a dikk ni sàcc.” Mooy saa su nekk coobare Yàlla, mooy génne leer ci biir lëndëm, mbégte ci biir naqari, ak noflaay ci biir sonal ngir bakkan buy xaar tey séentu.»</w:t>
      </w:r>
    </w:p>
    <w:p>
      <w:pPr>
        <w:pStyle w:val="ArticleScripture"/>
        <w:jc w:val="left"/>
      </w:pPr>
      <w:r>
        <w:rPr>
          <w:rFonts w:ascii="Times New Roman" w:hAnsi="Times New Roman" w:eastAsia="Times New Roman" w:cs="Times New Roman"/>
        </w:rPr>
        <w:t>«Lanuy def, bokk yi, ci liggéey bu mag bi ngir waajal? Ñi bokk ak àddina, dañuy jot melow àddina te di waajal ngir màndarga rab wi. Ñi amul kóolute ci seen bopp, ñi di suufeel seen bopp kanam Yàlla te di setal seen bàkkan ci déggal dëgg, ñooñu dañuy jot melow asamaan te di waajal ngir tëralu Yàlla ci seen jë. Bu yoon wi génnee, te màndarga ma tàmbaleeñ ko, seen jikko dina des set wecc te amul benn màkkaana ba fàww.»</w:t>
      </w:r>
    </w:p>
    <w:p>
      <w:pPr>
        <w:pStyle w:val="ArticleScripture"/>
        <w:jc w:val="left"/>
      </w:pPr>
      <w:r>
        <w:rPr>
          <w:rFonts w:ascii="Times New Roman" w:hAnsi="Times New Roman" w:eastAsia="Times New Roman" w:cs="Times New Roman"/>
        </w:rPr>
        <w:t>“Léegi mooy waxtu wu nu war a waajal sunu bopp. Sellu Yàlla du mukk a teg ci kanam góor walla jigéen ju amul set. Du mukk a teg ci kanam góor walla jigéen ju fees ak bëgg bopp te bëgg àddina. Du mukk a teg ci kanam góor ak jigéen ñiy wax dëggadi te am xol wu njublaŋ. Bépp ku jot sellu bi war na nekk ku amul benn tàq ci kanam Yàlla — way-dëkk asamaan. Demleen jëm kanam, samay doomi góor ak samay doomi jigéen. Léegi man mën naa bind rekk lu gàtt ci mbir yii, di leen woo rekk ngir seen xel dal ci soxlay waajal. Seetleen Mbind mi ngir seen bopp, ngir ngeen man a xam taru ragal ak solemnité bu waxtu wii di yëgle.” Testimonies, volume 5, 214, 216.</w:t>
      </w:r>
    </w:p>
    <w:p>
      <w:pPr>
        <w:pStyle w:val="ArticleBody"/>
        <w:jc w:val="left"/>
      </w:pPr>
      <w:r>
        <w:rPr>
          <w:rFonts w:ascii="Times New Roman" w:hAnsi="Times New Roman" w:eastAsia="Times New Roman" w:cs="Times New Roman"/>
        </w:rPr>
        <w:t>Fii la, Sëriñ Wiit wax na ne Pàntikoot mooy ab atam ci jamono, te mu dëppook ak yoonu Dibeer bi ci Etazini, “bi ndigal gi génnee.” Waaye, doonte sax mu xàjjal yoonu Dibeer bi ak Pàntikoot ne ñoom ay atam lañu ci jamono, xebaaram buy woo ngir waajal jëfandikoo na ab diir buy jiitu yoonu Dibeer bi, te loolu mooy li jamonoy Pàntikoot melal. Yoonu Dibeer bi mooy nattu noflaay bésub juróom-ñaareel bi, te diir bi dale ci 9/11 ba agsi ci yoonu Dibeer bi man nañu koo xam ne mooy “bésub waajal Boroom bi” bu mel ni misaal. Waajal jiitu na nattu bi.</w:t>
      </w:r>
    </w:p>
    <w:p>
      <w:pPr>
        <w:pStyle w:val="ArticleBody"/>
        <w:jc w:val="left"/>
      </w:pPr>
      <w:r>
        <w:rPr>
          <w:rFonts w:ascii="Times New Roman" w:hAnsi="Times New Roman" w:eastAsia="Times New Roman" w:cs="Times New Roman"/>
        </w:rPr>
        <w:t>“taw gu mujj mi” dina wàcc ci kaw téeméer ak ñeent-fukk ak ñeent junni nit, ni “ndox mu njëkk mi wàcce ci kaw taalibé yi ca Bésu Pentekot ba.” Jamono ji ñu teg ni mooy waxtu Pentekot, tàmbalee na ak tuur bu ndaw ba Kirist delloo ginnaaw yéegam asamaan.</w:t>
      </w:r>
    </w:p>
    <w:p>
      <w:pPr>
        <w:pStyle w:val="ArticleScripture"/>
        <w:jc w:val="left"/>
      </w:pPr>
      <w:r>
        <w:rPr>
          <w:rFonts w:ascii="Times New Roman" w:hAnsi="Times New Roman" w:eastAsia="Times New Roman" w:cs="Times New Roman"/>
        </w:rPr>
        <w:t>Ba mu waxee loolu, mu wol ci seen kaw, ne leen: “Jotleen Xelum Mu Sell mi.” Yowaana 20:22.</w:t>
      </w:r>
    </w:p>
    <w:p>
      <w:pPr>
        <w:pStyle w:val="ArticleBody"/>
        <w:jc w:val="left"/>
      </w:pPr>
      <w:r>
        <w:rPr>
          <w:rFonts w:ascii="Times New Roman" w:hAnsi="Times New Roman" w:eastAsia="Times New Roman" w:cs="Times New Roman"/>
        </w:rPr>
        <w:t>Noonu mooy yóbbu Xel mu Sell mi, te noonu mooy jur baat yi di déggu. Yeesu mooy Kàddu gi, te noonuam mooy yóbbu Xel mu Sell mi jaarale ko ci joxeb kàdduam. Noonu mooy li dugal yaramu Aadama dund, te noonu it mooy li dugal mbooloom yax yu wow te dekkiwuloon, yi Yexeskiyel gis, dund.</w:t>
      </w:r>
    </w:p>
    <w:p>
      <w:pPr>
        <w:pStyle w:val="ArticleScripture"/>
        <w:jc w:val="left"/>
      </w:pPr>
      <w:r>
        <w:rPr>
          <w:rFonts w:ascii="Times New Roman" w:hAnsi="Times New Roman" w:eastAsia="Times New Roman" w:cs="Times New Roman"/>
        </w:rPr>
        <w:t>“Jëf ju Kirist bi defoon ngir wol ci ay taalibeem Xel mu Sell mi, te di leen jox jàmmam, mel na ni ñu sotti ay tuut-tuut ndox la bala taw gu bari ga ñu war a joxe bésu Pentekot.” Spirit of Prophecy, volume 3, 243.</w:t>
      </w:r>
    </w:p>
    <w:p>
      <w:pPr>
        <w:pStyle w:val="ArticleBody"/>
        <w:jc w:val="left"/>
      </w:pPr>
      <w:r>
        <w:rPr>
          <w:rFonts w:ascii="Times New Roman" w:hAnsi="Times New Roman" w:eastAsia="Times New Roman" w:cs="Times New Roman"/>
        </w:rPr>
        <w:t>Ca tàmbalee jamonoy Pentekoost, “ngëlëm” Kirist moo jox taalibe ya Xel mu Sell mi, waaye am na ñu xalaat naan.</w:t>
      </w:r>
    </w:p>
    <w:p>
      <w:pPr>
        <w:pStyle w:val="ArticleScripture"/>
        <w:jc w:val="left"/>
      </w:pPr>
      <w:r>
        <w:rPr>
          <w:rFonts w:ascii="Times New Roman" w:hAnsi="Times New Roman" w:eastAsia="Times New Roman" w:cs="Times New Roman"/>
        </w:rPr>
        <w:t>Waaye Toomas, kenn ci fukk ak ñaar ña, miñu doon wax Didimus, nekku woon ak ñoom ba Yeesu ñëwee. Kon taalibe yi des ne ko: Gis nanu Boroom bi. Waaye mu ne leen: Su ma gisul ci ay loxoom marku weñ yi, te dugël sama baaraam ci marku weñ yi, te dugal sama loxo ci wetam, duma gëm. Yowaana 2:24, 25.</w:t>
      </w:r>
    </w:p>
    <w:p>
      <w:pPr>
        <w:pStyle w:val="ArticleBody"/>
        <w:jc w:val="left"/>
      </w:pPr>
      <w:r>
        <w:rPr>
          <w:rFonts w:ascii="Times New Roman" w:hAnsi="Times New Roman" w:eastAsia="Times New Roman" w:cs="Times New Roman"/>
        </w:rPr>
        <w:t>Jamono Pentekoost door ab jamono bu ñuy “nat,” te mu tàmbalee ak neefaru Kirist ak weranteb Tomaa ci kaw sikki-sakkaam. Weranteb Tomaa ca njàlbéen ga mel ni misaalu weranteb Yawut yi ca mujju jamono Pentekoost ga. Kirist joxoon na taalibe yi Kàddoom ak Xelu Mu Sell mi ca njàlbéen ga, te taalibe yi itam joxe nañu àddina si Kàddu gi ak Xelu Mu Sell mi ca mujju jamono Pentekoost ga.</w:t>
      </w:r>
    </w:p>
    <w:p>
      <w:pPr>
        <w:pStyle w:val="ArticleBody"/>
        <w:jc w:val="left"/>
      </w:pPr>
      <w:r>
        <w:rPr>
          <w:rFonts w:ascii="Times New Roman" w:hAnsi="Times New Roman" w:eastAsia="Times New Roman" w:cs="Times New Roman"/>
        </w:rPr>
        <w:t>Liggéey bi Kirist def ba Mu wolaat ci taalibé yi, moo doon ñaareelu seede ci benn liggéey boobu Mu bëgg a jotale woon ak taalibé yi ca yoon wa jëmmawus.</w:t>
      </w:r>
    </w:p>
    <w:p>
      <w:pPr>
        <w:pStyle w:val="ArticleScripture"/>
        <w:jc w:val="left"/>
      </w:pPr>
      <w:r>
        <w:rPr>
          <w:rFonts w:ascii="Times New Roman" w:hAnsi="Times New Roman" w:eastAsia="Times New Roman" w:cs="Times New Roman"/>
        </w:rPr>
        <w:t>Te itamoon na, bi ñuy waxante te di xalaat ci seen biir, Yeesu boppam jegewoon na leen, te dox ak ñoom. Waaye seeni bët dañu leen terewoon, ba taxuñu ko xam. …</w:t>
      </w:r>
    </w:p>
    <w:p>
      <w:pPr>
        <w:pStyle w:val="ArticleScripture"/>
        <w:jc w:val="left"/>
      </w:pPr>
      <w:r>
        <w:rPr>
          <w:rFonts w:ascii="Times New Roman" w:hAnsi="Times New Roman" w:eastAsia="Times New Roman" w:cs="Times New Roman"/>
        </w:rPr>
        <w:t>Noonu mu ne leen: Yéen boroom dof, te seen xol di yéex a gëm lépp li yonent yi waxoon! Ndax waruwoonul ne Kirist bi sonn loolu yi, ba noppi dugg ci ndamam? Noonu mu tàmbalee ca Musaa ak bépp yonent, te mu firil leen ci Mbind mi yépp mbir yi jëm ci moom. Bi ñuy jegesi dëkk ba ñu jëm, mu defe mel ni dafa bëgg a dem ba gën a sori. Waaye ñu jàppale ko, naan: “Toggul ak nun, ndaxte ngoon si ngi jot, te bés bi jeex na lool.” Noonu mu dugg, ngir nekk ak ñoom. Te itam, bi mu toogee lekk ak ñoom, mu jël mburu, barkeel ko, damm ko, jox leen ko. Noonu seen bët ubbi, ñu xàm ko; te mu réer ca seen kanam. Ñu waxante naan: “Ndax sunu xol dafa waroon ci sunu biir, bi mu doon wax ak nun ci yoon wi, te bi mu doon ubbil nu Mbind mi?” Luug 24:15, 16, 25–32.</w:t>
      </w:r>
    </w:p>
    <w:p>
      <w:pPr>
        <w:pStyle w:val="ArticleBody"/>
        <w:jc w:val="left"/>
      </w:pPr>
      <w:r>
        <w:rPr>
          <w:rFonts w:ascii="Times New Roman" w:hAnsi="Times New Roman" w:eastAsia="Times New Roman" w:cs="Times New Roman"/>
        </w:rPr>
        <w:t>Ni Yeesu “togg ak lekk” ci Emmaüs, noonu itam mu gannaaw loolu lekk ak taalibe yi. Ci ñaari mbir yii, lekk rekk lañu tegtal. Bu ñu boolee leen, dañuy wone ne tambali jamono Pentekot bi dees ko màndargaal ci xelmu Xel mu Sell mi te itam ci lekk. Mbir yi ubbi njëkk yooyu jur nañu werante diggante benn xeetu nit ñi gëm ak benn xeetu nit ñi sikk. Lekk ga, joxug Xel mu Sell mi, ak ubbig Mbind mi, dañuy ëmb ne Kirist dafa tàmbalee njàngaleem ak “Muuse ak yeneen yonent yépp.” Jàngaleg Kirist gi dafa jaar ci jël sàrtu yonent wi Muuse te waxoon, ba tegu ko ak sàrt yi yépp yu yeneen yonent yi, fii tuuti, fale tuuti.</w:t>
      </w:r>
    </w:p>
    <w:p>
      <w:pPr>
        <w:pStyle w:val="ArticleBody"/>
        <w:jc w:val="left"/>
      </w:pPr>
      <w:r>
        <w:rPr>
          <w:rFonts w:ascii="Times New Roman" w:hAnsi="Times New Roman" w:eastAsia="Times New Roman" w:cs="Times New Roman"/>
        </w:rPr>
        <w:t>Ci 9/11, ngelaw ñaarii jàppandikooki Ezekiel dafa walbati ci kaw yax yu wow te dee yi ci saar fanweeri ak juróom-ñaar. Ca jamono jooju, ni ko malaaka mi wone, mi wàccoon ci 11 Ut, 1840 te dooleel yégleb malaaka bu jëkk ba, noonu it malaaka mi nekk ci Peeñu 18 wàcc na ak benn yégleb bu war a ñammee, ni taalibe yi ñammee woon ca ndoorte jamonoy Pentekot ba. Bëgguloo gu Toma ngir gëm mooy wone ne, bu ñu tàmbalee dugal yégleb bi, benn yëngu-yëngu bu tayle am na foofu.</w:t>
      </w:r>
    </w:p>
    <w:p>
      <w:pPr>
        <w:pStyle w:val="ArticleBody"/>
        <w:jc w:val="left"/>
      </w:pPr>
      <w:r>
        <w:rPr>
          <w:rFonts w:ascii="Times New Roman" w:hAnsi="Times New Roman" w:eastAsia="Times New Roman" w:cs="Times New Roman"/>
        </w:rPr>
        <w:t>Bu ñu waxee mbëggeel ga ci ñaari Tuur yu Mbooloo yi ci 9/11, ñu wax nu ne Boroom bi jóg na ngir “yëngal xeex lool xeeti àddina yi.” Lu am solo mooy fàttaliku ne “yëngal” ci biir askanu Yàlla, ñi di ko amal mooy ñiy xeex ak yoonu dëgg. Am na ay “yëngal” yu bawoo bitim-réew, waaye yëngal yu nekk ci biir kërceg bi dañuy am ci wàllu bésub wax juñuy jébbal.</w:t>
      </w:r>
    </w:p>
    <w:p>
      <w:pPr>
        <w:pStyle w:val="ArticleScripture"/>
        <w:jc w:val="left"/>
      </w:pPr>
      <w:r>
        <w:rPr>
          <w:rFonts w:ascii="Times New Roman" w:hAnsi="Times New Roman" w:eastAsia="Times New Roman" w:cs="Times New Roman"/>
        </w:rPr>
        <w:t>“Ma laaj njariñu yëngu-yëngu bi ma gis, te ñu won ma ne, lii dina juddu ci seede gu jub, gi ndigalu Seede-Kat gu Dëgg gi joxe ngir waa Lawodise. Loolu dina jël ay njariñ ci xol wu koy nangu, te dina ko yóbbu mu yékkañ dogal ba, tey tuur dëgg gu jub. Am ñeneen duñu muñ seede gu jub gii. Dañuy jóg ci kawam, te looloo dina waral yëngu-yëngu ci biir askanu Yàlla.</w:t>
      </w:r>
    </w:p>
    <w:p>
      <w:pPr>
        <w:pStyle w:val="ArticleScripture"/>
        <w:jc w:val="left"/>
      </w:pPr>
      <w:r>
        <w:rPr>
          <w:rFonts w:ascii="Times New Roman" w:hAnsi="Times New Roman" w:eastAsia="Times New Roman" w:cs="Times New Roman"/>
        </w:rPr>
        <w:t>“Gis naa ne seede gi dëggu Seedekat bi jëfandikoo nañu ko lu dul genn xaaj bu ndaw. Seede su tedd su nguurug màggalu kërceen gi di wéer, ñàkk nañu ko solo lool, su fekkee sax duñu ko bàyyi woon benn yoon. Seede sii war na jur tuub gu xóot; ñépp ñi ko nangu ci dëgg dinañu ko topp te dinañu set.” Early Writings, 271.</w:t>
      </w:r>
    </w:p>
    <w:p>
      <w:pPr>
        <w:pStyle w:val="ArticleBody"/>
        <w:jc w:val="left"/>
      </w:pPr>
      <w:r>
        <w:rPr>
          <w:rFonts w:ascii="Times New Roman" w:hAnsi="Times New Roman" w:eastAsia="Times New Roman" w:cs="Times New Roman"/>
        </w:rPr>
        <w:t>“Yëngu yëngu” bi ci biir am na ndax ñi di weddi yégleb bataaxalu Laodice. Rakku jigéen White dafay won ne, bataaxalu Jones ak Waggoner bu atum 1888 mooy bataaxalu Laodice.</w:t>
      </w:r>
    </w:p>
    <w:p>
      <w:pPr>
        <w:pStyle w:val="ArticleScripture"/>
        <w:jc w:val="left"/>
      </w:pPr>
      <w:r>
        <w:rPr>
          <w:rFonts w:ascii="Times New Roman" w:hAnsi="Times New Roman" w:eastAsia="Times New Roman" w:cs="Times New Roman"/>
        </w:rPr>
        <w:t>“Bataaxal bi ñu nu jox ci A. T. Jones ak E. J. Waggoner, mooy bataaxalu Yàlla ci kanamu mbooloom Laodicea, te alkande na ku nekk buy wax ne gëm na dëgg teewul mu feesal ci ñeneen leer yi Yàlla may.” The 1888 Materials, 1053.</w:t>
      </w:r>
    </w:p>
    <w:p>
      <w:pPr>
        <w:pStyle w:val="ArticleBody"/>
        <w:jc w:val="left"/>
      </w:pPr>
      <w:r>
        <w:rPr>
          <w:rFonts w:ascii="Times New Roman" w:hAnsi="Times New Roman" w:eastAsia="Times New Roman" w:cs="Times New Roman"/>
        </w:rPr>
        <w:t>Bëgg-bëgg ci waxu Laodisee miy jur yëngu-yëngu, te Sœur White di jàppale ne yégleb 1888 méngook ak wàccug malaakam Apokalips 18.</w:t>
      </w:r>
    </w:p>
    <w:p>
      <w:pPr>
        <w:pStyle w:val="ArticleScripture"/>
        <w:jc w:val="left"/>
      </w:pPr>
      <w:r>
        <w:rPr>
          <w:rFonts w:ascii="Times New Roman" w:hAnsi="Times New Roman" w:eastAsia="Times New Roman" w:cs="Times New Roman"/>
        </w:rPr>
        <w:t>“Bëgg xel gu joxe séen xalaat yu ñu jëkk a tëral, te nangu dëgg gii, moo nekk ci xeetu xew-xew yu bari ci biir bañ bi feesoon Minneapolis, ngir bëggu Boroom bi jaarale ko ci bokk yi Waggoner ak Jones. Ci yëngu-yëngoo bañ boobu, Seexul nañu Seytaane mu man a tëj, ba ci lu bare, dooley Xel mu Sell mi Yàlla bëggoon a jox sunu nit ñi. Noon jébbalul leen ngir jot ci kàttan googu, ga ñu manoon a am ci yóbbu dëgg gi ci àddina si, ni ndaw ya ko waaree wax gannaaw bésu Pentekot. Leer gi war a leeral suuf si bépp ak ndamaram, dafa amoon ñu koy bañ, te ci jëf yu sunu bokk yi, ñu dogal na ko ba mu sore àddina si ci lu réy.” Selected Messages, book 1, 235.</w:t>
      </w:r>
    </w:p>
    <w:p>
      <w:pPr>
        <w:pStyle w:val="ArticleBody"/>
        <w:jc w:val="left"/>
      </w:pPr>
      <w:r>
        <w:rPr>
          <w:rFonts w:ascii="Times New Roman" w:hAnsi="Times New Roman" w:eastAsia="Times New Roman" w:cs="Times New Roman"/>
        </w:rPr>
        <w:t>Sikkuu Tomaa ci tambali jamono Pentekot bi, buy misaal déggalug bopp ci xibaar bi ñëwone bésu Pentekot, moo misaal yëngu-yëngu ga ame woon ba njiitu Adwantis yu fanweeri bés yi jóg, bañ xibaar bi ci kanam mbooloom Laodise, ni ko Jones ak Waggoner yéglee woon ci atum 1888. Ci 1888 malaaka bu mag bu Apokalips 18 wàcc na ngir leeral suuf si ak ndamaram, waaye ndax ci lu bare ndigaladi njiit yooyu ngir bàyyi seeni xalaat yu ñu jëkkaloon, fippu Koré, Datan ak Abiram dellu na. Tomaa, Yawut ya ca Pentekot, fippu Koré ci jamonoy Muuse, fippu 1888, ñépp a ngi doon misaal 9/11 bi, fu nu xam ne, ni Joël waxe, trompet war na ñu ko wol. Trompet boobu, ni Esayi waxe, wol nañu ko ngir tegtal bàkkaar yi nit ñi Yàlla di def, noonu muy misaal 1888 ak xibaar bi ci Laodise. Sàmmkat yi Yeremi, ñiy wol trompet ngir dellu ci “yoon yu mag ya,” ànd nañu ak Esayi miy yékkati baatam ni trompet. Sàmmkat yi Yeremi mooy sàmmkat yi Abakuk, mi laaj laaj bi ne: lan mooy nekk samay taxawaay ci werante walla xuloo ci jamonoos?</w:t>
      </w:r>
    </w:p>
    <w:p>
      <w:pPr>
        <w:pStyle w:val="ArticleScripture"/>
        <w:jc w:val="left"/>
      </w:pPr>
      <w:r>
        <w:rPr>
          <w:rFonts w:ascii="Times New Roman" w:hAnsi="Times New Roman" w:eastAsia="Times New Roman" w:cs="Times New Roman"/>
        </w:rPr>
        <w:t>Dinaa taxaw ci sama wottu, te teg sama bopp ci kaw kër gu kawe gi; dinaa xool ngir gis li mu di wax ma, ak li ma war a tontu bu ma yeddalee. Habakkuk 2:1.</w:t>
      </w:r>
    </w:p>
    <w:p>
      <w:pPr>
        <w:pStyle w:val="ArticleBody"/>
        <w:jc w:val="left"/>
      </w:pPr>
      <w:r>
        <w:rPr>
          <w:rFonts w:ascii="Times New Roman" w:hAnsi="Times New Roman" w:eastAsia="Times New Roman" w:cs="Times New Roman"/>
        </w:rPr>
        <w:t>Kàddu bi ñuy wax “reproved” tekki na “yedd walla werante ak,” te mu di xamle itam ne am na laaj, ndaxte sàcc bi ci topp joxe na tontu.</w:t>
      </w:r>
    </w:p>
    <w:p>
      <w:pPr>
        <w:pStyle w:val="ArticleScripture"/>
        <w:jc w:val="left"/>
      </w:pPr>
      <w:r>
        <w:rPr>
          <w:rFonts w:ascii="Times New Roman" w:hAnsi="Times New Roman" w:eastAsia="Times New Roman" w:cs="Times New Roman"/>
        </w:rPr>
        <w:t>Te Aji Sax jiñnu ma ne ma, ne ma: Bindal peeñ mi, te nga leeral ko ci kaw bant yi, ngir ku ko jàng man a daw. Habakkuk 2:2.</w:t>
      </w:r>
    </w:p>
    <w:p>
      <w:pPr>
        <w:pStyle w:val="ArticleBody"/>
        <w:jc w:val="left"/>
      </w:pPr>
      <w:r>
        <w:rPr>
          <w:rFonts w:ascii="Times New Roman" w:hAnsi="Times New Roman" w:eastAsia="Times New Roman" w:cs="Times New Roman"/>
        </w:rPr>
        <w:t>“Werante” bi walla yëngëlu gu tàmbalee ci matug jaar-jaaru Millerite moo doon yëgleb William Miller ak yoonu ay tekki yu waxi Yàlla yu mu jëfandikoo, muy juumteekat yi ci Protestantisme. Werante bi ci jaar-jaaru Millerite tàmbalee na ak dëggalug yëgleb Millerite bi ci 11 Ut 1840, ba “du kenn ku gën a màgg Yeesu Kirist” wàcce ak téere bu ndaw, bi Yowaana war a jot te lekk ko. Weranteg sàmmkat yi ci Habakkuk, sikki-sàkka Tom, ngànnaayu 1888, ngànnaayu Kora, werante bi ci mbëggel naan ci Pentekot, ñépp seedeel nañu werante wu tàmbalee ci 9/11. Jàppante bi ñuy werante moo aju ci yëglebu taw bu mujj bi, bi tàmbalee naay ci 9/11.</w:t>
      </w:r>
    </w:p>
    <w:p>
      <w:pPr>
        <w:pStyle w:val="ArticleBody"/>
        <w:jc w:val="left"/>
      </w:pPr>
      <w:r>
        <w:rPr>
          <w:rFonts w:ascii="Times New Roman" w:hAnsi="Times New Roman" w:eastAsia="Times New Roman" w:cs="Times New Roman"/>
        </w:rPr>
        <w:t>Tontu ci nekk ci Habakkuk te jëfandikoo nañu ko ngir ñu Millerites sos taabal bi 1843, dafa jëfandikoo ak yokkute ñaari xeet yu jaamu, yi ñuy tegtal ci Koré ak ay bokkam ju mel ni Musaa; ci Tomas ak yeneen taalibey; ci waxi Yawut yi ne ndox mi ñu naan nañu ba màgg ca Pentekot; ci njiitu Adventisme ci 1888; ci Protestants yi ak Millerites yi ci 1844; ak ci janq yu réy ak yu xel mi ci 22 Oktoobar 1844.</w:t>
      </w:r>
    </w:p>
    <w:p>
      <w:pPr>
        <w:pStyle w:val="ArticleBody"/>
        <w:jc w:val="left"/>
      </w:pPr>
      <w:r>
        <w:rPr>
          <w:rFonts w:ascii="Times New Roman" w:hAnsi="Times New Roman" w:eastAsia="Times New Roman" w:cs="Times New Roman"/>
        </w:rPr>
        <w:t>Ci 9/11, Kirist bi ngelawam Xelum Bu Sell mi ci ay taalibeyam ni ay tuut-tuuti toxoor laata ñàkk gu mat sëkk ci yoonu ndigalub dibeer bi. Gannaaw loolu mu ubbi seen xel ngir ñu xam xebaaru yonent bi, tàmbalee ci “rëdd ci kaw rëdd” ak Musaa, dajale na taalibe yooyu dellu ci yoon yu yàgg ya Yeremi waxoon, fa lañu leen diindee ngir wol pakku artu. Ngelawum Kirist ci 9/11, ci ñeenti ngelaw yi Esekiel ak Yowaana wax, la jóge; te moo doon yëgleb Laodise, mooy “seed gu jub gi” giy jur yëngu-yëngu bu ñu koy weddi. 1888 dafay misaal fippu Kora, Datan ak Abiram, ndax ndax du yëgle bi rekk lañu doon bañ, waaye sax saraxalekat yi Yàlla tànn itam, yi doon jox pakku bi baat bu wóor.</w:t>
      </w:r>
    </w:p>
    <w:p>
      <w:pPr>
        <w:pStyle w:val="ArticleBody"/>
        <w:jc w:val="left"/>
      </w:pPr>
      <w:r>
        <w:rPr>
          <w:rFonts w:ascii="Times New Roman" w:hAnsi="Times New Roman" w:eastAsia="Times New Roman" w:cs="Times New Roman"/>
        </w:rPr>
        <w:t>Bajenu White bind ne, “yëngu-gëcc gi ma gisoon” “dina ame ndax seede su jub si ndigalug Seede bu Dëgg bi joxe woon Laodise yi.” Baatu 1888 mooyoon sa seede su jub, te 1888 ak 9/11 ñoom ñaar ñoo màndargaal wàccug malaakam Kàddug Yàlla ci Peeñu 18.</w:t>
      </w:r>
    </w:p>
    <w:p>
      <w:pPr>
        <w:pStyle w:val="ArticleScripture"/>
        <w:jc w:val="left"/>
      </w:pPr>
      <w:r>
        <w:rPr>
          <w:rFonts w:ascii="Times New Roman" w:hAnsi="Times New Roman" w:eastAsia="Times New Roman" w:cs="Times New Roman"/>
        </w:rPr>
        <w:t>“Warug seede bu jub ci sunuy mbooloom yi ak sunuy kër-yëngu yi, ngir yee nit ñi neex doxalin ci nelaw.”</w:t>
      </w:r>
    </w:p>
    <w:p>
      <w:pPr>
        <w:pStyle w:val="ArticleScripture"/>
        <w:jc w:val="left"/>
      </w:pPr>
      <w:r>
        <w:rPr>
          <w:rFonts w:ascii="Times New Roman" w:hAnsi="Times New Roman" w:eastAsia="Times New Roman" w:cs="Times New Roman"/>
        </w:rPr>
        <w:t>“Bu waxu Boroom bi waxee, suñu ko gëm te topp ko, yokk gu sax dina am. Léegi na nu gis sunu soxla bu réy. Boroom bi manul noo jëfandikoo ba mu wolal dund ci yax yi wow. Dégg naa baat yi ñu waxoon: ‘Suulul xol bi ak yëngu-yëngu bu xóot bu Xelum Yàlla, suulul itam ndimbaloom buy joxe dund, dëgg bi dafa nekk ab arafu dee.’” Review and Herald, November 18, 1902.</w:t>
      </w:r>
    </w:p>
    <w:p>
      <w:pPr>
        <w:pStyle w:val="ArticleBody"/>
        <w:jc w:val="left"/>
      </w:pPr>
      <w:r>
        <w:rPr>
          <w:rFonts w:ascii="Times New Roman" w:hAnsi="Times New Roman" w:eastAsia="Times New Roman" w:cs="Times New Roman"/>
        </w:rPr>
        <w:t>Ci 9/11, waxtuuy Laodisee bi dajal na matam gu mat baax te woote bu mujj bi ngir ñi nekkoon waa kóllëre gu njëkk Yàlla tàmbalee jolli. Ca jamono jooju la Seriñu Jigéen White wax ne: “Fàww seede su jub gi ñu yégle ko sunuy màggal ak sunuy kuréel, ngir yëngal ñi nelaw.” Waxtuuy Laodisee bi tàmbalee na bi malaakam Peeñu 18 wàccee ci 9/11, te loolu dafay tekki ne ci 9/11, waxtuuy bi jëm ci Adventist yi fanweeri-ñaar yi nekk Laodisee mooy, te mooy itam, ne ñu “yeewu.” Joel santaane na màndiŋ yi ñu yeewu ci aaya wu juróom ci saar bu njëkk. 9/11 mooy màndarga ñëwug waxtu nattu bu mujj bi ngir Adventism, te mu ngi tegtal santaane Joel bu ne ñu yeewu. Tàmbalig jamonoy Pentekot mi di dox ak yeewug xeetu Yàlla ci 9/11, te mu jeex ak matug léebu fukk janq yi just bala yoonu Dibeer bi.</w:t>
      </w:r>
    </w:p>
    <w:p>
      <w:pPr>
        <w:pStyle w:val="ArticleBody"/>
        <w:jc w:val="left"/>
      </w:pPr>
      <w:r>
        <w:rPr>
          <w:rFonts w:ascii="Times New Roman" w:hAnsi="Times New Roman" w:eastAsia="Times New Roman" w:cs="Times New Roman"/>
        </w:rPr>
        <w:t>Yëngu gu xew-xewu 9/11 mooy woote ci gëstu gu mujj gi ci xeet wu nekk ci kóllëre te jóge nañu ci ngëm gu dëgg. Xew-xewu li jiitu yoonu Dibeer bi mooy tëj bunt bi ci nit ñi nekkoon nit ñi jëkk ci kóllëre gi. Tambali ak mujj gi benn lañu, te ci weeru Sulet 2023, ñaari seede yi ci Peeñu 11 deñoo yee ci ndóolug waxu wax ji ñu jëfandikoo 18 Sulet 2020. Xew-xewu bi ci diggante bi dees na ko tegtal ci moytuw, te loolu mooy wone ne 9/11 mooy bataaxal bu njëkk bu alifbaa Ebrew bi, 18 Sulet 2020 mooy bataaxal bu fukki ñett bi, te yoonu Dibeer bi mooy bataaxal bu ñaar-fukk ak ñaar bi te mujj bi ci alifbaa Ebrew bi. Bataaxal bu ñaar-fukk ak ñaar bi mooy tegtal booloow Yàlla ak nit, bi mataleeku ci xew-xewu yu ñetti yi mujj.</w:t>
      </w:r>
    </w:p>
    <w:p>
      <w:pPr>
        <w:pStyle w:val="ArticleBody"/>
        <w:jc w:val="left"/>
      </w:pPr>
      <w:r>
        <w:rPr>
          <w:rFonts w:ascii="Times New Roman" w:hAnsi="Times New Roman" w:eastAsia="Times New Roman" w:cs="Times New Roman"/>
        </w:rPr>
        <w:t>Boroom bi “duggal dund ci yax yu wow yi” ci 9/11, ni Mu noone Noowu Sell mi ci taalibe yi ca njàlbéenu jamonoy Pentekot ba. Taalibe yi gannaaw yéegam asamaan dañuy tegtal ñi jot Noowu Sell mi, te gannaaw loolu dañu ubbeeku seen xel ci Kàddug yëgle bi jaarale ko ci xeetu “rëdd ci kaw rëdd.” Jot Noowu Sell mi am na bi ñuy lekk ndab, ndax lekk ci noonu ci ngëm dafay laaj nga lekk yàpp Yeesu te naan deretam, moom miy Kàddu gi.</w:t>
      </w:r>
    </w:p>
    <w:p>
      <w:pPr>
        <w:pStyle w:val="ArticleBody"/>
        <w:jc w:val="left"/>
      </w:pPr>
      <w:r>
        <w:rPr>
          <w:rFonts w:ascii="Times New Roman" w:hAnsi="Times New Roman" w:eastAsia="Times New Roman" w:cs="Times New Roman"/>
        </w:rPr>
        <w:t>Ñi ñu bokkoon ak Kora, Datan ak Abiram dañuy tektal (ni njiiti Adventism bi ci 1888 itam) xeetu nit ñi di waral yëngu-yëngu bi ndax seen weddi yégle bu trumpeta bi di jàngale bàkkaar yi nit ñi Yàlla def, te itam di woote ngir dellu ci yoon yi yàgg, mooy dëgg yi njëkk yi “juróom-ñaar yoon” yi ci Leviticus 26 di tektal. Trumpeta bi mi ngi woote ngir yeesal ak soppi bu jub. Jekk ci xonq-yaram yu yonent yi Miller am, te itam mooy bi njëkk bi Adventism bañ, day tektal tambali ak mujju yëngu-yëngu Millerite bi. Tambali ak mujju yégleb malaaka bi njëkk, ni Millerite yi ko waare, dañu leen màndargaal ci “juróom-ñaar yoon” yi Muuse. Ci tambali bi, nangu nañu ko; ci mujja ga, bañ nañu ko. Ndax bañ googu, Ezekiel day wone Adventism ni xuruwaay bu yax, fees ak yax yu wow. Diir bi tàmbalee 1863 ba ca yoonu Dibéeru dund ci États-Unis, mooy xuruwaayug peeñ, ni Isaiah 22 waxe; waaye mooy xuruwaay bu yax, fees ak yax yu wow, ni Ezekiel waxe. Ñaari xuruwaay yu yonent yooyu dañuy juboo ak xuruwaayu Yehosafat bu Joel wax, bi Joel itam tudde xuruwaayu dogal.</w:t>
      </w:r>
    </w:p>
    <w:p>
      <w:pPr>
        <w:pStyle w:val="ArticleBody"/>
        <w:jc w:val="left"/>
      </w:pPr>
      <w:r>
        <w:rPr>
          <w:rFonts w:ascii="Times New Roman" w:hAnsi="Times New Roman" w:eastAsia="Times New Roman" w:cs="Times New Roman"/>
        </w:rPr>
        <w:t>Bi ñu sampée xalaat yooyu, manees na laaj ne, naka la ame ne ci 9/11 téeréb Yoel doon wax ji Piyeere xamlewoon ci Pentekot? Dañuy jéem a leeral xalaat yooyu ci mbind yi di topp.</w:t>
      </w:r>
    </w:p>
    <w:p>
      <w:pPr>
        <w:pStyle w:val="ArticleScripture"/>
        <w:jc w:val="left"/>
      </w:pPr>
      <w:r>
        <w:rPr>
          <w:rFonts w:ascii="Times New Roman" w:hAnsi="Times New Roman" w:eastAsia="Times New Roman" w:cs="Times New Roman"/>
        </w:rPr>
        <w:t>“(Bind nañu ko 5 Sulet 1892, ca Adelaide, South Australia, ñeel ‘Sama soppe ak sama jabarat, Frank ak Hattie [Belden].’)”</w:t>
      </w:r>
    </w:p>
    <w:p>
      <w:pPr>
        <w:pStyle w:val="ArticleScripture"/>
        <w:jc w:val="left"/>
      </w:pPr>
      <w:r>
        <w:rPr>
          <w:rFonts w:ascii="Times New Roman" w:hAnsi="Times New Roman" w:eastAsia="Times New Roman" w:cs="Times New Roman"/>
        </w:rPr>
        <w:t>«Bu leen xeexee ci leeru Xel mu Sell mi, dangeen a gis mboolem njubadi boobu ca Minneapolis ni mu mel, ni Yàlla di ko xool. Su fekkee ne du maa leenati gisati ci àddina bii, xamleen bu wóor ne baal naa leen tiis bi ak metit bi ak diisug xol bi ngeen indi ci man te amul woon benn sabab. Waaye ndax seen bàkkaat, ndax moom mi dee woon ngir yéen, bëgg naa ngeen gis te confess seeni njuumte. Dangeen booloo woon ak ñi bañoon Xelu Yàlla. Amoon ngeen mboolem firnde yi ngeen soxla woon ne Boroom bi dafa doon liggéey jaarale ko ci Bokk yi Jones ak Waggoner; waaye jotuleen leer gi; te gannaaw yëg-yëg ya ngeen bàyyi mu sax, ak wax yi ngeen waxe woon ci dëgg gi, nekkugeen woon ak xel mu jekk ngir confess ne def ngeen lu bon, ne góor ñii am nañu woon ndigal gu jóge ca Yàlla, te yéen ngeen xeebaloon ñaar ñépp, ndigal li ak ñi ko yóbbu.»</w:t>
      </w:r>
    </w:p>
    <w:p>
      <w:pPr>
        <w:pStyle w:val="ArticleScripture"/>
        <w:jc w:val="left"/>
      </w:pPr>
      <w:r>
        <w:rPr>
          <w:rFonts w:ascii="Times New Roman" w:hAnsi="Times New Roman" w:eastAsia="Times New Roman" w:cs="Times New Roman"/>
        </w:rPr>
        <w:t>“Masuma gis maa nu seen ci sunu nit ñi ngir bég-bopp bu dëgër noonu ak bañ bu tar a nangu ak a nangu leer gi, ni ko feeñee woon ca Minneapolis. Yàlla won na ma ne kenn ci kuréel ga woon nax ci xel mi feeñee woon ca ndaje ma, du dellu mbaa am leer gu x-clear ngir xàm ndamlu dëgg gi ñu leen yónnee asamaan, suñuul suufeel seen réy-réy te wax dëgg ne du woon Xelum Yàlla moo leen jiite woon, waaye seen xel ak seen xol dafa fees ak ñaawteef. Boroom bi bëgg woon jegeñu leen, barkeel leen te faj leen ci seen delloo-ginnaaw yi, waaye dégguñu ko. Xel mi leen jiite woon, mooy benn ak xel mi yënguwoon Koré, Datan, ak Abiram. Góor ñoomñi ci Israayil dogu woon a xeex bépp firnde buy wone ne ñoom a wrong, te ñu dem ba dem ci seen yoonu ñàkk-bëggante boobu, ba ñu bare rëccoo ngir bokk ak ñoom.”</w:t>
      </w:r>
    </w:p>
    <w:p>
      <w:pPr>
        <w:pStyle w:val="ArticleScripture"/>
        <w:jc w:val="left"/>
      </w:pPr>
      <w:r>
        <w:rPr>
          <w:rFonts w:ascii="Times New Roman" w:hAnsi="Times New Roman" w:eastAsia="Times New Roman" w:cs="Times New Roman"/>
        </w:rPr>
        <w:t>«Ñoom ñooñu kan lañu woon? Du ñi néew doole, du ñi ñàkk xam-xam, du ñi ñàkk leerug xel. Ci kër gi ñu bëgge woon a jógal, am na woon ñaar téeméer ak juróom-fukk ay buur yu siiw ci biir mbooloo mi, nit ñu am tur. Lan moo doon seeni seede? “Mbooloo mépp a sell, kenn ku nekk ci ñoom a sell, te Aji Sax ji angi ci seen biir; lu tax nag yéen di yékkati seen bopp ci kaw mbooloom Aji Sax ji?” [Numbers 16:3]. Bi Kora ak ñi ànd ak moom sànkalee ci suxali Yàlla, nit ña ñu naxoon gisuwuñu loxol Aji Sax ji ci kéemaan boobu. Suba si topp, mbooloo mépp jiiñ Móoyis ak Aaróon ne: “Yéen ngeen rey nit ñi Aji Sax ji” [verse 41], te mbas mi daldi wàcc ci kaw mbooloo mi, te lu ëpp ñent-fukki junni nit sànku.»</w:t>
      </w:r>
    </w:p>
    <w:p>
      <w:pPr>
        <w:pStyle w:val="ArticleScripture"/>
        <w:jc w:val="left"/>
      </w:pPr>
      <w:r>
        <w:rPr>
          <w:rFonts w:ascii="Times New Roman" w:hAnsi="Times New Roman" w:eastAsia="Times New Roman" w:cs="Times New Roman"/>
        </w:rPr>
        <w:t>“Ba ma dogalee génn Minneapolis, malaakabu Boroom bi taxaw ci sama wet ne ma: ‘Déedet; Yàlla am na liggéey bu mu la teg fii ngay def. Xeet wi di defaat ndóotug fippu Koré, Datan, ak Abiram. Maa la teg sa bérab bu yar, te ñi nekkul ci leer duñu ko nangu; duñu déglu sa seede; waaye dinaa nekk ak yaw; sama yiw ak sama doole dinañu la taxaw. Du yaw lañuy xeebal, waaye ndaw ñi ak xebaar bi may yónnee ci sama xeet. Wone nañu xeeb ci kàddug Boroom bi. Seytaane gumbaal na seen bët yi te ñaawale na seen àtte; te su fekkee ne bépp bakkan tuubul ci seen bàkkaar bii, moom séq bu sellul bii di toroxal Xelum Yàlla, dinañu dox ci lëndëm. Dinaa jële kandaleer bi ci sa bérab, bu ñu tuubee te soppeeku, ngir ma wéral leen. Dañu lëndëmloo seeni gis-gisu xelu. Bëgguñu woon ne Yàlla feeñal ay Xelumam ak dooleem; ndaxte am nañu xel mu ñaawal ak bañ ci sama kàddu. Yomb, xeeb, ree ak tàccu, bés bu nekk dees na ko faral di ko def. Tëraluñu seen xol ngir seet ma. Dañuy dox ci leeru safara su seen loxo taal, te su ñu tuubul dinañu tëdd ci metit. Nii la Boroom bi waxe: Taxawal ci sa posto warugar; ndaxte maa ngi ak yaw, te duma la bàyyi mbaa maa forsake la.’ Kàddu yii jóge ci Yàlla, mënuma woon a bañ a topp.”</w:t>
      </w:r>
    </w:p>
    <w:p>
      <w:pPr>
        <w:pStyle w:val="ArticleScripture"/>
        <w:jc w:val="left"/>
      </w:pPr>
      <w:r>
        <w:rPr>
          <w:rFonts w:ascii="Times New Roman" w:hAnsi="Times New Roman" w:eastAsia="Times New Roman" w:cs="Times New Roman"/>
        </w:rPr>
        <w:t>“Leer bi doon na Battle Creek ci leer gu set te xonq; waaye kan ci ñi amoon wàll ci ndaje ma ca Minneapolis, ñëw na ci leer ga te nangu alali dëgg gu bare gi Boroom bi yónnee leen ko asamaan? Kan ñoo toppandoo woon, tànk ak tànk, ak Njiit la, Yesu Kirist? Kan ñoo def nangug bu mat sëkk ci seen cëreer gu juum, seen gumba gu xel, seen kiñaan ak seen xalaat yu bon ak tuuma yu réer, seen bañ dëgg? Benn kenn; te ndax seen yàgg a bañ a nangu leer ga, leer ga bàyyi na leen ginnaaw lool; duñu yokk ci yiw ak ci xam-xamu Kirist Yesu sunu Boroom. Ñu lajj nañu a nangu yiw gi waroon, gi ñu mana am, te gi leen di def nit ñu dëgër ci seeni jëfandikoo ci mbirum diine.”</w:t>
      </w:r>
    </w:p>
    <w:p>
      <w:pPr>
        <w:pStyle w:val="ArticleScripture"/>
        <w:jc w:val="left"/>
      </w:pPr>
      <w:r>
        <w:rPr>
          <w:rFonts w:ascii="Times New Roman" w:hAnsi="Times New Roman" w:eastAsia="Times New Roman" w:cs="Times New Roman"/>
        </w:rPr>
        <w:t>“Taxawaay bi ñu jël woon ca Minneapolis dafa mel ni ab tere bu ñu manul a romb, te loolu téj na leen ci lu bare ak ñi di sikkiku, ñi di laaj-laaj, ak ñi di bañ dëgg ak kàttanu Yàlla. Bu beneen jafe-jafe gu réy agsiwee, ñi dàq ba tey firnde yi ñu teg ci seen kanam, firnde ci kaw firnde, dinañu leen dellu seetaanaat ci bopp yu ñu fàttewoon ak lu bir, te dina jafe ci leen a nangu li bawoo ci Yàlla, ba bañ li bawoo ci dooley lëndëm. Moo tax seen yoon wi gën a wóor mooy dox ci suufeel, di jubal yooni seen tànk, ngir baña taxa ba ñi lafañ ñëw génn ci yoon wi. Dafay soppi bépp mbaa bokk bi nit di bokk, ndax muy ak nit ñi dox ak Yàlla te gëm ko ak wéeru ko, walla ak nit ñi topp seen xel mu ñu foog ne mooy xam-xam, di dox ci leeralu safara yi seen bopp taal.”</w:t>
      </w:r>
    </w:p>
    <w:p>
      <w:pPr>
        <w:pStyle w:val="ArticleScripture"/>
        <w:jc w:val="left"/>
      </w:pPr>
      <w:r>
        <w:rPr>
          <w:rFonts w:ascii="Times New Roman" w:hAnsi="Times New Roman" w:eastAsia="Times New Roman" w:cs="Times New Roman"/>
        </w:rPr>
        <w:t>“Waxtu ak xam-xam ak liggéey bi waroon a jëfandikoo ngir wàññi kàttanu ñi doon liggéey di xeex dëgg gi, nekk na yàqub bu réy lool; ndaxte nun manoon nañoo jiitu ay at ci xam-xam gu ruu, te ñu bare, bare lool ci bakkan yi manoon nañoo yokk ci mbooloom gëmkat yi su fekkee ne ñi waroon dox ci leer gi topp ci xam Boroom bi, ngir ñu xam ne génn gi mu génn waajal nañu ko ni suba si. Waaye bu liggéey bu bare lool waroon a weesu ci biir kërce gi ngir wàññi kàttanu liggéeykat yi taxawoon ni pakku granit di xeex dëgg gi Yàlla di yónnee ci ay nitam, addina si dakk na ci lëndëm gu yées.”</w:t>
      </w:r>
    </w:p>
    <w:p>
      <w:pPr>
        <w:pStyle w:val="ArticleScripture"/>
        <w:jc w:val="left"/>
      </w:pPr>
      <w:r>
        <w:rPr>
          <w:rFonts w:ascii="Times New Roman" w:hAnsi="Times New Roman" w:eastAsia="Times New Roman" w:cs="Times New Roman"/>
        </w:rPr>
        <w:t>“Yàlla bëggoon ne wottukat yi jóg te, ak benn baat bu booloo, yégle ab yëgle bu dëggu te xamle, di waxtaan bu liw mi am baat bu wóor, ngir nit ñépp man a gaaw a dem seen taxawaayu war wi te def seen cér ci liggéey bu mag ba. Noonu leer gu dëgër te sell gu malaaka booba baneen bi, mi jóge asamaan te am doole bu mag, dina feesaloon suuf si ak ndamam. Nun nag, at yu bare lañu gannaaw; te ñi taxawoon ci gumba, ba tere yokkute saxu yëgle boobu Yàlla bëggoon mu génne ca ndaje Minneapolis, mel ni ab làmp buy lakk, soxla nañu toroxal seen xol ci kanam Yàlla te gis te xam ni naka lañu teree liggéey bi ndax seen gumba gu xel ak seen dëgërug xol.”</w:t>
      </w:r>
    </w:p>
    <w:p>
      <w:pPr>
        <w:pStyle w:val="ArticleScripture"/>
        <w:jc w:val="left"/>
      </w:pPr>
      <w:r>
        <w:rPr>
          <w:rFonts w:ascii="Times New Roman" w:hAnsi="Times New Roman" w:eastAsia="Times New Roman" w:cs="Times New Roman"/>
        </w:rPr>
        <w:t>“Waxtu yu bareeef ci wax ju ndaw-ndaw yi; yoon yu wurus yi yàqu nañu, fekk ndawari asamaan yi metti nañu lool, ñu muñuloon yéex gi. Xelum Sell mi—jéggalug njariñam walla soxlay bu nekk bakkan jëfandikoo ko, neexul woon dara. Ñi jot ndimbal gu asamaan ga dinañu génn, soloo ngànnaayu njub, ngir xeexal Yàlla. Dinañu teral njiitu Boroom bi, te fees ak ngërëm ci moom ndax yërmandeem. Waaye ci barab yu bare lool ak ci waxtu yu bare lool, dees na wax dëgg, ni ko nekkoon jamono ji Kirist ci ñi doon wax ne ñoom ay nit yu Yàlla, ne jëf ju baree doole mënul woon a am, ndax seen ngëmadi. Ñu bare ñiñu tëj ci jéngu njàqare gi, teral nañu leen ndax Yàlla jëfandikoo na leen, te seen ngëmadi jógloo na sikki-sakka ak bañ-bañ ci yégleb dëgg gi malaaka asamaan ya doon wut a jottali jaarale ko ci nit ñi—jubaleg ngëm, njubtey Kirist.”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Mbooloom Bésub Noppalu gu Juróom-Ñaareel gu Lawodise — Limu Ñaareel</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