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Téerebu Yoel ak Mbooloom Adwantist yu Bés bu Juróom-Ñaareel ci Laodisee — Limu Juróom</w:t>
      </w:r>
      <w:r>
        <w:rPr>
          <w:rFonts w:ascii="Microsoft YaHei" w:hAnsi="Microsoft YaHei" w:eastAsia="Microsoft YaHei" w:cs="Microsoft YaHei"/>
        </w:rPr>
        <w:t>】</w:t>
      </w:r>
    </w:p>
    <w:p>
      <w:pPr>
        <w:pStyle w:val="ArticleSubtitle"/>
        <w:jc w:val="left"/>
      </w:pPr>
      <w:r>
        <w:rPr>
          <w:rFonts w:ascii="Arial" w:hAnsi="Arial" w:eastAsia="Arial" w:cs="Arial"/>
        </w:rPr>
        <w:t>Ba ñaata? Ñetteelu Màndarga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Bu “leer gu jamono jooju” buñ ko joxe, mooy benn ci ñaari yoon: ñu “nangu” ko walla ñu “bëggul” ko. Xeexu tasaroo bi am bu leer gi dugg, mooy liggéeyu xebaar bu baax bu sax dàkk, te boolewul rekk màndargaal askanu Yàlla, waaye itam mooy tasaroog peppu ak ñax mu bon. Nattu bu mujj ak yoonu tasaroo bi tambalee na ci 9/11, fa la laaj bu yonent bi ne: “ba kañ?” te tontu bu yonent bi mooy: “ba kera sañ-sañu Dibéeri dugg.” Bes bu mujj bi ñu gise misaalu “ba kañ” am na ci juróomeelu màndarga ci téereb Peeñu.</w:t>
      </w:r>
    </w:p>
    <w:p>
      <w:pPr>
        <w:pStyle w:val="ArticleScripture"/>
        <w:jc w:val="left"/>
      </w:pPr>
      <w:r>
        <w:rPr>
          <w:rFonts w:ascii="Times New Roman" w:hAnsi="Times New Roman" w:eastAsia="Times New Roman" w:cs="Times New Roman"/>
        </w:rPr>
        <w:t>Ba mu ubbee rëdd wu juróomeel bi, gis naa ca suufu sarxal ba, bàkkan yi ñu rey ngir Kàddug Yàlla ak ngir seede si ñu téye woon; te ñu waxe ak baat bu réy ne: “Ba kañ, Boroom bi, yaa sell te dëgg, doo àtte, ba fey sunu deret ci kaw ñiy dëkk ci suuf si?”</w:t>
      </w:r>
    </w:p>
    <w:p>
      <w:pPr>
        <w:pStyle w:val="ArticleScripture"/>
        <w:jc w:val="left"/>
      </w:pPr>
      <w:r>
        <w:rPr>
          <w:rFonts w:ascii="Times New Roman" w:hAnsi="Times New Roman" w:eastAsia="Times New Roman" w:cs="Times New Roman"/>
        </w:rPr>
        <w:t>Te ñépp ku weex ñeel na kenn ku nekk ci ñoom; te waxees na leen ne ñu noppaluati ab diir bu gàtt, ba kera ñi seen bokk jaam ak seen bokk yu goro yi, ñi war a rey ni ñoom, mat ba noppi. Peeñu Yàlla 6:9–11.</w:t>
      </w:r>
    </w:p>
    <w:p>
      <w:pPr>
        <w:pStyle w:val="ArticleBody"/>
        <w:jc w:val="left"/>
      </w:pPr>
      <w:r>
        <w:rPr>
          <w:rFonts w:ascii="Times New Roman" w:hAnsi="Times New Roman" w:eastAsia="Times New Roman" w:cs="Times New Roman"/>
        </w:rPr>
        <w:t>Xel mu Selli mi ngi teg tontu laaj bi ne “ba kaña” bi “bakkani ñi ñu rey” laajoon ci kanam, ba kera ñaareelu kuréelu seede yi pap bi rey mat. Loolu dafay tàmbali ci yoonu Dibeer, te moo tax Sœur White jàpp Yoonu Njàngale gi Revelation saptaar 18 ne mooy matug ñaareelu kuréelu seede yi. Am na ñaari “baat” ci juróomi aaya yu njëkk yi; baat bu njëkk bi mooy màndarga 9/11, te ñaareelu baat bi moo woo góor ak jigéen génn Babilon ci yoonu Dibeer. Sœur White jàpp màndargay “ba kaña” bi ci juróomeelu muureel bi ak juróomi aaya yu njëkk yi ci Revelation 18 ngir tëral 9/11 ba ci yoonu Dibeer. Gis-gis bi nekkul ci tasoo ak sëllal askanu Yàlla, waaye ci àtte pap bi ndax rey na seede yi ci nettali jamono yu weesu yi ak seede yi ci diiru jafe-jafe yoonu Dibeer bi, yi di matal ñaareelu kuréelu seede yu pap bi rey.</w:t>
      </w:r>
    </w:p>
    <w:p>
      <w:pPr>
        <w:pStyle w:val="ArticleScripture"/>
        <w:jc w:val="left"/>
      </w:pPr>
      <w:r>
        <w:rPr>
          <w:rFonts w:ascii="Times New Roman" w:hAnsi="Times New Roman" w:eastAsia="Times New Roman" w:cs="Times New Roman"/>
        </w:rPr>
        <w:t>“Ba biir bu juróoméel bi ubbeeku woon, Yowaana mi jàngle woon yéene gu sell gi gis na ci suufu sarxaal bi mbooloo mi ñu reyoon ndax Kàddug Yàlla ak seede si ci Yeesu Kirist. Gannaaw loolu la ay xew-xew yi ñu melal ci Pexe gu fukk ak juróom-ñaar gi ñëw, ba ñi takku te dëgg ñu woo leen ñu génn Babilon. [Pexe 18:1–5, ñu wax ko ci weer.]” Manuscript Releases, volume 20, 14.</w:t>
      </w:r>
    </w:p>
    <w:p>
      <w:pPr>
        <w:pStyle w:val="ArticleBody"/>
        <w:jc w:val="left"/>
      </w:pPr>
      <w:r>
        <w:rPr>
          <w:rFonts w:ascii="Times New Roman" w:hAnsi="Times New Roman" w:eastAsia="Times New Roman" w:cs="Times New Roman"/>
        </w:rPr>
        <w:t>Ci beneen weneen bi mu xamale ay seede yi nekk ci juróomeelu mbind mi ak ñaareelu askanu seede yu ëllëg yi ñuy matal ci jafe-jafe yoonu Dibeer bi, mu wax ne xew-xew yooyu “dinañu nekk ci ab jamono ci ëllëg.” Ñaari baat yi nekk ci Apokalips 18 dañuy teewal “jamono ci ëllëg” boobu. Baat bu jëkk bi ca ndoorteel ga ci 9/11, te baat bu ñaareel bi ci yoonu Dibeer bi.</w:t>
      </w:r>
    </w:p>
    <w:p>
      <w:pPr>
        <w:pStyle w:val="ArticleScripture"/>
        <w:jc w:val="left"/>
      </w:pPr>
      <w:r>
        <w:rPr>
          <w:rFonts w:ascii="Times New Roman" w:hAnsi="Times New Roman" w:eastAsia="Times New Roman" w:cs="Times New Roman"/>
        </w:rPr>
        <w:t>“‘Ba mu ubbee juroomi juróom-ñeenteel bi, gis naa ci suufu sarxal ba bàkka yi ñi ñu rey ngir Kàddug Yàlla ak ngir seede si ñu doon téye: te ñu yuux ak baat bu réy, naan: Ba kañ, Boroom bi, yaa sell te dëgg, doo àtte mbaa fey sunu deret ci kaw ñi dëkk ci suuf si? Te ñu jox kenn ku nekk ci ñoom mbubb yu weex [Ñu wax ne ñu set te sell lañu]; te ñu wax leen ne nañu noppaluwaat ab diir bu ndaw, ba keraak seen moroomi jaam yi it ak seen bokk-der yi, ñi war a rey ni ñoom, mat’ [Peeñu Yowaana 6:9–11]. Fii, ay xew-xew lañu won Yowaana yu nekkul woon ci dëgg-dëgg ci jamono jooju, waaye yu doon am ci ab diir ci ëllëg.”</w:t>
      </w:r>
    </w:p>
    <w:p>
      <w:pPr>
        <w:pStyle w:val="ArticleScripture"/>
        <w:jc w:val="left"/>
      </w:pPr>
      <w:r>
        <w:rPr>
          <w:rFonts w:ascii="Times New Roman" w:hAnsi="Times New Roman" w:eastAsia="Times New Roman" w:cs="Times New Roman"/>
        </w:rPr>
        <w:t>« Tudd yi 8:1–4 nuñ koy wax. » Manuscript Releases, voliyum 20, 197.</w:t>
      </w:r>
    </w:p>
    <w:p>
      <w:pPr>
        <w:pStyle w:val="ArticleBody"/>
        <w:jc w:val="left"/>
      </w:pPr>
      <w:r>
        <w:rPr>
          <w:rFonts w:ascii="Times New Roman" w:hAnsi="Times New Roman" w:eastAsia="Times New Roman" w:cs="Times New Roman"/>
        </w:rPr>
        <w:t>Mbokk White dafa boole matug samug bennaar bi ñaareelu mbooloom seede yi ak jamono yiy ñëw; te ci beneen xët bi mu nekk a ngi wax Njàlbéen 18:1–5, te loolu mooy wone baat bu njëkk bi ci ñetti aaya yu njëkk yi ak beneen baat ci aaya yu ñeent ak juróom. Baat bu njëkk bi mooy màndarga 9/11 ba kër yu mag yi nekk New York daanu, te baat bu ñaareel bi mooy yoonu Dibéer bi, ba juróom ñi Yàlla bokk ci moroomam tudd ba noppi génne leen ci Babilon. Ci ñaareelu xët bi, mu ngi wax ci Njàlbéen saar juróom ñett ak aaya yu njëkk ñeent yi, yi wone ubbi gi juróomeel màndarga bi, ba ay doj yu tàng yi jóg ci saraxal bi sànni ci suuf si; te loolu dëppook Pentekot, ba safara jóge asamaan leerël taalibe yi, ni ñaar fukk ak ñaar doj yi Eliya sosoon leerale woon, te ni ñu ko teg ci nataal gi ci làmmiñi safara yi nekkoon ci taalibe yi.</w:t>
      </w:r>
    </w:p>
    <w:p>
      <w:pPr>
        <w:pStyle w:val="ArticleHeading"/>
        <w:jc w:val="left"/>
      </w:pPr>
      <w:r>
        <w:rPr>
          <w:rFonts w:ascii="Arial" w:hAnsi="Arial" w:eastAsia="Arial" w:cs="Arial"/>
        </w:rPr>
        <w:t>Baax naata? Sekarya ak Yowaana</w:t>
      </w:r>
    </w:p>
    <w:p>
      <w:pPr>
        <w:pStyle w:val="ArticleBody"/>
        <w:jc w:val="left"/>
      </w:pPr>
      <w:r>
        <w:rPr>
          <w:rFonts w:ascii="Times New Roman" w:hAnsi="Times New Roman" w:eastAsia="Times New Roman" w:cs="Times New Roman"/>
        </w:rPr>
        <w:t>“Bañ fan la” mooy misaal gu yoonu wax ci jamono ji dalee 9/11 ba ci yoonu Dimaas bi, te ñu ko won ci nettali Tundu Karmel, ci jaar-jaaru Milere yi dalee 1840 ba 1844, ci jaar-jaaru Muuse li dalee mboolem juróom-ñett ba juróom-ñaar fukki mbugal yi, ci seede ga ñiy dee ngir seen ngëm ci juróomeelu tëj bi, te ci Sakariya laaj bi lañu laaj ne: “Bañ fan la?” ndax ba Yàlla yërëm Yerusalem, bi nekkoon ci Babilon diirub juróom-ñaari fukki at.</w:t>
      </w:r>
    </w:p>
    <w:p>
      <w:pPr>
        <w:pStyle w:val="ArticleScripture"/>
        <w:jc w:val="left"/>
      </w:pPr>
      <w:r>
        <w:rPr>
          <w:rFonts w:ascii="Times New Roman" w:hAnsi="Times New Roman" w:eastAsia="Times New Roman" w:cs="Times New Roman"/>
        </w:rPr>
        <w:t>Noonu malaakam Boroom bi tontu ne: «Yaa Boroom mbooloom yi, ba kañ nga dul yërëm Yerusalem ak dëkk yi nekk ci Yuda, yi nga meral diirub juróom-benn fukk ak ñaar-ñaar at yii?»</w:t>
      </w:r>
    </w:p>
    <w:p>
      <w:pPr>
        <w:pStyle w:val="ArticleScripture"/>
        <w:jc w:val="left"/>
      </w:pPr>
      <w:r>
        <w:rPr>
          <w:rFonts w:ascii="Times New Roman" w:hAnsi="Times New Roman" w:eastAsia="Times New Roman" w:cs="Times New Roman"/>
        </w:rPr>
        <w:t>Te Boroom bi tontu malaaka ma doon wax ak man baat yu baax ak baat yu diisël.</w:t>
      </w:r>
    </w:p>
    <w:p>
      <w:pPr>
        <w:pStyle w:val="ArticleScripture"/>
        <w:jc w:val="left"/>
      </w:pPr>
      <w:r>
        <w:rPr>
          <w:rFonts w:ascii="Times New Roman" w:hAnsi="Times New Roman" w:eastAsia="Times New Roman" w:cs="Times New Roman"/>
        </w:rPr>
        <w:t>Noonu malaaka mi doon wax ak man ne ma: “Waxal, nga ne: ‘Nii la Boroom màndiŋ ma waxe: Damay farlu ci Yerusalem ak Siyon ak farlu gu réy. Te mer naa lool ci xeeti ñi nekk ci jàmm, ndaxte man meroon naa tuuti rekk, waaye ñoom yokk nañu metit. Moo tax nii la Boroom bi waxe: Delloosi naa Yerusalem ak yërmande; sama kër dinañu ko tabax ci moom,’ keroog la Boroom màndiŋ ma wax, ‘te dinañu jàllale buum ci kaw Yerusalem.’ Waxaat, nga ne: ‘Nii la Boroom màndiŋ ma waxe: Sama dëkk yi dinañu yokkati ci jàmm ak barke; te Boroom bi dina dellu di feddali Siyon, te dina dellu di tànn Yerusalem.’” Sakariya 1:12–17.</w:t>
      </w:r>
    </w:p>
    <w:p>
      <w:pPr>
        <w:pStyle w:val="ArticleBody"/>
        <w:jc w:val="left"/>
      </w:pPr>
      <w:r>
        <w:rPr>
          <w:rFonts w:ascii="Times New Roman" w:hAnsi="Times New Roman" w:eastAsia="Times New Roman" w:cs="Times New Roman"/>
        </w:rPr>
        <w:t>Rakk bu jigéen White jëméel na ci yoon wu leer “juróom-ñaar fukk ak juróom” yi (70 at) yu Sakarya wax, yi Israyil gu mag ga ci dëgg nekkoon ci jaamug Babilon bu dëgg, ak junni ñaar téeméer ak juróom-benn fukk at yi, dale ci 538 ba ci 1798, yi Israyil gu xel gi (kiristaan yi) nekkoon ci jaamug Babilon bu xel gi (Katolisig Room).</w:t>
      </w:r>
    </w:p>
    <w:p>
      <w:pPr>
        <w:pStyle w:val="ArticleScripture"/>
        <w:jc w:val="left"/>
      </w:pPr>
      <w:r>
        <w:rPr>
          <w:rFonts w:ascii="Times New Roman" w:hAnsi="Times New Roman" w:eastAsia="Times New Roman" w:cs="Times New Roman"/>
        </w:rPr>
        <w:t>“Jàngu Yàlla ci suuf nekkoon na ci jaamug noonu ci dëgg-dëgg diirub jamono jii bu yàgg te noonu ñuy fitnaal ci lu dul taxaw, ni la doom Israayil yi nekkoon ci jaamug Babilon diirub gaalug noonu.” Prophets and Kings, 714.</w:t>
      </w:r>
    </w:p>
    <w:p>
      <w:pPr>
        <w:pStyle w:val="ArticleBody"/>
        <w:jc w:val="left"/>
      </w:pPr>
      <w:r>
        <w:rPr>
          <w:rFonts w:ascii="Times New Roman" w:hAnsi="Times New Roman" w:eastAsia="Times New Roman" w:cs="Times New Roman"/>
        </w:rPr>
        <w:t>Ci atum 1798, ci jeexital ñaari téeméeri juróom-benn fukk ak juróom-benn at yi, njëkk ci ñetti yégle yi ñu tekki ni ay malaaka ci Peeñu ñent fukk ak ñeent, agsi na. Ñaareelu bi agsi na ci 19 Awril 1844, te ñetteelu bi ci 22 Oktoobar 1844. Jaar-jaaru bindu bi ñu misaalale ak laaj bi ne, “ba kañ,” moo tàmbalee 9/11 ba ca yoonu dibeer ba, te jamono jooju misaaloon na ci tàmbaliwaayug Adventism ci yëngu-yëngu Millerite bi, dale ci 11 Ut 1840 ba 22 Oktoobar 1844. Jamono jooju, ci misaal, Yowaana Miy-Wone bi moo ko nettali ci sarax xaaj 10, fu Yowaana lekk téere bu ndaw bi, ba neex ci gémmiñam, waaye mu wex ci biiram.</w:t>
      </w:r>
    </w:p>
    <w:p>
      <w:pPr>
        <w:pStyle w:val="ArticleScripture"/>
        <w:jc w:val="left"/>
      </w:pPr>
      <w:r>
        <w:rPr>
          <w:rFonts w:ascii="Times New Roman" w:hAnsi="Times New Roman" w:eastAsia="Times New Roman" w:cs="Times New Roman"/>
        </w:rPr>
        <w:t>Te baat bi ma ma déggoon ci asamaan waxaat na ak man, ne ma: Demal jël téere bu ndaw bi ubbeeku ci loxob malaaka mi taxaw ci géej gi ak suuf si. Noonu dem naa ca malaaka ba, ne ko: Jox ma téere bu ndaw bi. Mu ne ma: Jël ko, lekk ko lépp; dina wexal sa biir, waaye ci sa gémmiñ dina neex ni lew. Noonu jële naa téere bu ndaw bi ci loxob malaaka ma, lekk ko lépp; te mu neex ci sama gémmiñ ni lew; te bu ma ko lekkee rek, sama biir wex na.</w:t>
      </w:r>
    </w:p>
    <w:p>
      <w:pPr>
        <w:pStyle w:val="ArticleScripture"/>
        <w:jc w:val="left"/>
      </w:pPr>
      <w:r>
        <w:rPr>
          <w:rFonts w:ascii="Times New Roman" w:hAnsi="Times New Roman" w:eastAsia="Times New Roman" w:cs="Times New Roman"/>
        </w:rPr>
        <w:t>Mu ne ma ne: “Yow war ngaat baat yiwat ci kanam nit ñu bare, ak xeet yi, ak làkk yi, ak buur yi.” Peeñu bi 10:8–11.</w:t>
      </w:r>
    </w:p>
    <w:p>
      <w:pPr>
        <w:pStyle w:val="ArticleBody"/>
        <w:jc w:val="left"/>
      </w:pPr>
      <w:r>
        <w:rPr>
          <w:rFonts w:ascii="Times New Roman" w:hAnsi="Times New Roman" w:eastAsia="Times New Roman" w:cs="Times New Roman"/>
        </w:rPr>
        <w:t>Jàng mi diir bi Yowaana di wone, téeré bi ñu lekk moo ko tegu, ndaxte lekk gi dafa tegu woon ne ñi di Millerites dugg nañu ci xam-xam bu ànd ak ndaw yi, ak seen jëfandikook séen yitte ci yégle waxtaan woowu. Noonu, bi ñu waxee Yowaana ci saa si gannaaw jaar-jaar boobu ñu tëral ko ne war na waxaat yoon, waxat gi ñuy fësal mooy jaar-jaaru 1840 ba 1844. Ñu wax Yowaana ne jaar-jaaru Millerites bi diggante 1840 ak 1844 dina dellusi ci jaar-jaaru mujjug Adventisme. Bu Yowaana déggee ne war na waxaat yoon, ci saa si lañu ko wax ne na natt kër Yàlla gi.</w:t>
      </w:r>
    </w:p>
    <w:p>
      <w:pPr>
        <w:pStyle w:val="ArticleScripture"/>
        <w:jc w:val="left"/>
      </w:pPr>
      <w:r>
        <w:rPr>
          <w:rFonts w:ascii="Times New Roman" w:hAnsi="Times New Roman" w:eastAsia="Times New Roman" w:cs="Times New Roman"/>
        </w:rPr>
        <w:t>Te am naa ma bég bant bu mel ni yet; te malaakam bi taxaw, ne: “Jógal, nga natt kër Yàlla gi, ak saraxalukaay bi, ak ñi fay jaamu. Waaye paaka bi nekk biti kër gi, bàyyi ko ci biti, bul ko natt; ndaxte joxees na ko xeeti ñi dul Yawut yi, te dëkk bu sell bi dinañu ko dëpp ci seen tànk diirub ñeent-fukki weer ak ñaar.” Peeñu Yi 11:1, 2</w:t>
      </w:r>
    </w:p>
    <w:p>
      <w:pPr>
        <w:pStyle w:val="ArticleBody"/>
        <w:jc w:val="left"/>
      </w:pPr>
      <w:r>
        <w:rPr>
          <w:rFonts w:ascii="Times New Roman" w:hAnsi="Times New Roman" w:eastAsia="Times New Roman" w:cs="Times New Roman"/>
        </w:rPr>
        <w:t>Liggéey bi ñu joxoon Adventisme gannaaw 22 Oktoobar 1844, Yowaana moo ko teg ci nataal ni muy natt walla di tabax kër Yàlla ga, ci méngoo ak digeb bi ñu wax ci Sakariya ne, “deen bu natt” dinañu ko “yiiraat ci Yerusalem”; ndaxte Boroom bi dina “falat Yerusalem” waat. Jaar-jaaru mbir mi ñu tegtal ci tàmbali Adventisme ak yëngu-yëngu Filadelfi bu Adventisme Millerite, mooy dellu ci mujju Adventisme ak yëngu-yëngu Filadelfi bu téeméeri-ñeent-fukk ak ñeent-junni. Ca màgget ga réy ga ca 22 Oktoobar 1844, ab jamono, bi ñu tegtal ni “fan yi baatub juróom-ñaareel malaaka bi,” moo tàmbali.</w:t>
      </w:r>
    </w:p>
    <w:p>
      <w:pPr>
        <w:pStyle w:val="ArticleScripture"/>
        <w:jc w:val="left"/>
      </w:pPr>
      <w:r>
        <w:rPr>
          <w:rFonts w:ascii="Times New Roman" w:hAnsi="Times New Roman" w:eastAsia="Times New Roman" w:cs="Times New Roman"/>
        </w:rPr>
        <w:t>Waaye ci fan yi baatu malaaka bu juróom-ñaareel bi, bu mu tàmbalee wol, kumpag Yàlla dina mat, ni ko mu waxe woon ay jaamam yonent yi. Peeñu 10:7.</w:t>
      </w:r>
    </w:p>
    <w:p>
      <w:pPr>
        <w:pStyle w:val="ArticleBody"/>
        <w:jc w:val="left"/>
      </w:pPr>
      <w:r>
        <w:rPr>
          <w:rFonts w:ascii="Times New Roman" w:hAnsi="Times New Roman" w:eastAsia="Times New Roman" w:cs="Times New Roman"/>
        </w:rPr>
        <w:t>Bataaxal bi neexoon na Millerite yi bi yonent gi ci jamono ji aju ci Islaam, maanaam ñaareelu musiba bi, matalee na noonu sax ni Millerite yi ko waxoon lu jiitu 11 Ut 1840. Bataaxal bi daldi wex ci biir bi ndax réer gu mag gi ci 22 Oktoobar 1844. Bu Yowaana noppee feeñal jaar-jaaru at yi 1840 ba 1844, ñu xamal ko ne war na def benn la noonuat, maanaam waxaat yonent. Gannaaw loolu ñu wax ko mu natt Yerusalem, te bi mu ko defee mu ngi méngoo ak yonentik Sakaraya gi aju ci Boroom bi tànn Yerusalem. Li dalee ci 22 Oktoobar 1844, jaar-jaaru yonent bi ngi feeñal ni “fan yi ci baatub malaaka juróomeel bi.” “Fan yi” ci bataaxal bi (baat bi) bu malaaka juróomeel bi (ñeetteelu musiba bi) dañuy tegtal ab diirub jamono bu yàllaay Kirist dina boolee ba fàww ak nit ñi waroon a ne ñaar-fukk ak ñeenti junni. Liggéey boobu yàgg na ndax fippu ga ci 1863, te ci 9/11 riirub malaaka juróomeel bi (ñeetteelu musiba bi) tàmbalee naaat a riir.</w:t>
      </w:r>
    </w:p>
    <w:p>
      <w:pPr>
        <w:pStyle w:val="ArticleBody"/>
        <w:jc w:val="left"/>
      </w:pPr>
      <w:r>
        <w:rPr>
          <w:rFonts w:ascii="Times New Roman" w:hAnsi="Times New Roman" w:eastAsia="Times New Roman" w:cs="Times New Roman"/>
        </w:rPr>
        <w:t>Ci biir bu sell bi, Boroom bi tànna Yerusalem ngir sàkk fa turam, te “turam” mooy jikkoom. Sakariya wax na ci Yerusalem ak Siyon bi mu ne: “Damaa kiñaan ci Yerusalem ak ci Siyon ak kiñaan gu réy,” te gannaaw loolu mu ne: “Boroom bi dina dellu di feddali Siyon, te dina dellu di tànn Yerusalem.” Siyon dafay ame ndimbël bu ñu ko jox Xel mu Sell mi, miy “Dimbalikat bi.” Ndimbalug Xel mu Sell mi tàmbalee na ca 9/11, di ànd ak li Kirist defoon bi mu noflaatal taalibe yi ginnaaw bi mu wàcce, ba noppi dajeek Baayam ginnaaw dekkiteem. Woneb Xel mu Sell mi yokku na lool ca Pentekot. Waxtu woowu tàmbalee na ak ndeyjoor gu jëkk gi dekki, te mu jeex ci saraxu meññeef bu jëkk bu Pentekot, ba ñu ba noppi àddina bépp déggee ndawsi bi.</w:t>
      </w:r>
    </w:p>
    <w:p>
      <w:pPr>
        <w:pStyle w:val="ArticleScripture"/>
        <w:jc w:val="left"/>
      </w:pPr>
      <w:r>
        <w:rPr>
          <w:rFonts w:ascii="Times New Roman" w:hAnsi="Times New Roman" w:eastAsia="Times New Roman" w:cs="Times New Roman"/>
        </w:rPr>
        <w:t>Wóoralleen, wóoralleen sama askan wi, neena seen Yàlla yi. Waxleen ak Yerusalem ci wax yu di ko dëfar xol, te yégleel ko ne, ay xareem mat nañu, ne, ñaawtéefam baal nañu ko; ndaxte jote na ci loxob Boroom bi ñaar yoon ngir bàkkaaram yépp. Esayi 41:1, 2.</w:t>
      </w:r>
    </w:p>
    <w:p>
      <w:pPr>
        <w:pStyle w:val="ArticleBody"/>
        <w:jc w:val="left"/>
      </w:pPr>
      <w:r>
        <w:rPr>
          <w:rFonts w:ascii="Times New Roman" w:hAnsi="Times New Roman" w:eastAsia="Times New Roman" w:cs="Times New Roman"/>
        </w:rPr>
        <w:t>Ñaari junni ak ñeent fukk ak ñeent junni dañuy tëj seel bi bu “seen tooñ baaloo nañu ko.” Loolu di am tuuti laata yoonu Dibeer gi, bi ñu leen yékkati ni saraxu bëtub njàng mi, mooy mbuum Pentekot, fekk ñuy jot tuurug Xel mu Sell mi ci anam wu amul natt, ni taalibe yi doon misaal ci Pentekot. Taw bi di sotti ndank, bi tambalee 9/11, dafay nekk tuur gu mat ci yoonu Dibeer gi. Ci jaar-jaar boobu, dale ci saraxu bëtub njàng bu 9/11 ba ca saraxu bëtub njàng ba ci yoonu Dibeer gi, foofu la ñaari junni ak ñeent fukk ak ñeent junni di jot seel bi te ñu waajal leen ni sarax bu ñuy yékkati ngir nekk mukk ci kaw baaraam, dale ci yoonu Dibeer gi ba kera ba àtteb yërmande jeexee. Jaar-jaar boobu, mooy li ñetti aaya yu njëkk yi ci Peeñu 18 di teg misaal, bi ñuy yégle mbëjug Babilon, te loolu mooy misaal bu Injil bi di jëfandikoo ngir tekki “ñaareel.”</w:t>
      </w:r>
    </w:p>
    <w:p>
      <w:pPr>
        <w:pStyle w:val="ArticleScripture"/>
        <w:jc w:val="left"/>
      </w:pPr>
      <w:r>
        <w:rPr>
          <w:rFonts w:ascii="Times New Roman" w:hAnsi="Times New Roman" w:eastAsia="Times New Roman" w:cs="Times New Roman"/>
        </w:rPr>
        <w:t>Gannaaw loolu ma gis beneen malaaka muy wàcc bàyyi asamaan, yor kàttan gu réy; te suuf si leer ak ndamam. Mu woote ak baat bu dëgër, naan: Bàbbiloon bu mag bi daanu na, daanu na, te mu nekk kërug rab yi, ak dëkkub bépp ruu bu bon bu tilimal, ak paxub bépp picc bu tilim te ñaaw. Ndaxte xeeti xeet yépp naan nañu ca biiñu merum njaaloom njabootam, te buur yi ci kaw suuf def nañu njaboot ak moom, te jaaykat yi ci kaw suuf barele nañu alal ci bépp bariy neexal yi mu yor. Peeñu 18:1–3.</w:t>
      </w:r>
    </w:p>
    <w:p>
      <w:pPr>
        <w:pStyle w:val="ArticleBody"/>
        <w:jc w:val="left"/>
      </w:pPr>
      <w:r>
        <w:rPr>
          <w:rFonts w:ascii="Times New Roman" w:hAnsi="Times New Roman" w:eastAsia="Times New Roman" w:cs="Times New Roman"/>
        </w:rPr>
        <w:t>Ci biir Mbind mi yépp, ñaariy wax mbaa ñaariy baat dafay tegtal matug gu mat sëkk gi Bàbbiloon dina daanu ci mujjantey fan yi. Loolu mooy màndarga Alifa ak Omega, mi daan sax feeñal mujjug benn mbir ak njalbeenam. Ñaari daanu Bàbbiloon yi dees na leen tegtal ci Nimrood ak Belshassar. Nimrood mooyoon njalbeenu Bàbbiloon, ba mu doon rekk Baabel. Daanug Nimrood mooyoon tegtal daanug Belshassar, te yëgle bu ñaareelu malaaka bi ak malaaka bi ci Peeñu gi fukki ak juróom-ñett mooy ne, daanug Nimrood ca njalbeenu Bàbbiloon mooyoon tegtal daanug Belshassar ca mujj ga, ndaxte Alifa ak Omega dafa sax feeñal mujjug benn mbir ak njalbeenam.</w:t>
      </w:r>
    </w:p>
    <w:p>
      <w:pPr>
        <w:pStyle w:val="ArticleBody"/>
        <w:jc w:val="left"/>
      </w:pPr>
      <w:r>
        <w:rPr>
          <w:rFonts w:ascii="Times New Roman" w:hAnsi="Times New Roman" w:eastAsia="Times New Roman" w:cs="Times New Roman"/>
        </w:rPr>
        <w:t>Tuuru Nimrod dafañu ko yàqu woon ngir mu nekk màndarga ngir ànd ak saayam, te moom itam doon misaal bu dal ci wàccug Twin Towers yi ci 9/11. Wàccug Belshazzar mooy bind mi nekk ci miir, te loolu mooy màndargaal njeexital nguurug Babylon bi ñaari-fukk ak juróom-ñaar at, ni nguur gu njëkk ci kàddug yëgleb Biibël, te noonu itam muy misaal ci wàccug États-Unis bi ci njeexital “juróom-ñaar-fukk at” yu misaal yi ci Esaaya ñaar-fukk ak ñett, “ni ay fan yu benn buur,” te loolu di tegtal jaar-jaaru États-Unis từ 1798 ba ci yoonu Dibéer. Bind mi ci miir, ba Belshazzar, dafay tegtal waxtu wi miiru tasoo gi nekk diggante njëg ak réew di daanu ci yoonu Dibéer, te mooy dëgg-dëgg bérab ba nguur gu juróom-benn ci yëgleb Biibël di jeex, ni Belshazzar itam ñu rey ko ci guddig boobu sax. Mbind mi ci miir mooy yoon wi ñu bind, wi di dindi miiru tasoo gi nekk diggante njëg ak réew ci Constitution bi.</w:t>
      </w:r>
    </w:p>
    <w:p>
      <w:pPr>
        <w:pStyle w:val="ArticleBody"/>
        <w:jc w:val="left"/>
      </w:pPr>
      <w:r>
        <w:rPr>
          <w:rFonts w:ascii="Times New Roman" w:hAnsi="Times New Roman" w:eastAsia="Times New Roman" w:cs="Times New Roman"/>
        </w:rPr>
        <w:t>“Jaar-jaarle” bi tektal ñu ci 9/11 ba ci yoonu Dibeer, te gannaaw loolu ba ci tëj gi ngir nit ñi bañatee jot ci yoon, ak juróom-ñaari mboolem musiba yu mujj yi, mooy jamono ju jaaralekat buy wone ci Kàddu Yàlla jaarale ko ci ñaareelug waxi mbaa baat yi. Ci jamono jooju, Xel mu Sell mi dañu koy tuur, di tàmbalee ak xeeb ndox ndank ndank gu jóge ci 9/11 ba ci yoonu Dibeer, te gannaaw loolu tuur gu mat sëkk. Xel mu Sell mi Kirist dafa ko wone ni “Ndiimbëlkat bi”, kooku bu ñëwee dina won askanu Yàlla yépp mbir.</w:t>
      </w:r>
    </w:p>
    <w:p>
      <w:pPr>
        <w:pStyle w:val="ArticleScripture"/>
        <w:jc w:val="left"/>
      </w:pPr>
      <w:r>
        <w:rPr>
          <w:rFonts w:ascii="Times New Roman" w:hAnsi="Times New Roman" w:eastAsia="Times New Roman" w:cs="Times New Roman"/>
        </w:rPr>
        <w:t>Waaye Dimbalekat bi, mooy Xelum Sell mi, mi Baay bi di yónnee ci sama tur, mooy leen jàngal lépp, te fàttali leen lépp lu ma leen waxoon. Yowaana 14:26.</w:t>
      </w:r>
    </w:p>
    <w:p>
      <w:pPr>
        <w:pStyle w:val="ArticleBody"/>
        <w:jc w:val="left"/>
      </w:pPr>
      <w:r>
        <w:rPr>
          <w:rFonts w:ascii="Times New Roman" w:hAnsi="Times New Roman" w:eastAsia="Times New Roman" w:cs="Times New Roman"/>
        </w:rPr>
        <w:t>Xel mu Sell mi dina jottali ñaar-fukk ak ñeent junni ak ñeent téeméer ñaari fukk ak ñeent bi jaarale ko ci “diwuru wurus bi,” miy itam “taw bi,” te miy itam “Dimbali-kat bi.” Bu ñu ko tektalee ni “Dimbali-kat bi,” Xel mu Sell mi dafay màggale woneen ne am na benn feeñu gu jagleel ci Xel mu Sell mi.</w:t>
      </w:r>
    </w:p>
    <w:p>
      <w:pPr>
        <w:pStyle w:val="ArticleBody"/>
        <w:jc w:val="left"/>
      </w:pPr>
      <w:r>
        <w:rPr>
          <w:rFonts w:ascii="Times New Roman" w:hAnsi="Times New Roman" w:eastAsia="Times New Roman" w:cs="Times New Roman"/>
        </w:rPr>
        <w:t>Nit Yàlla ñi daan nañu am Noonu Xelum bu Sell bi saa yu ñuy matale laaj yi xibaar bu baax bi di kër, waaye waxtu yi ñuy am dëgg-dëgg yeesal gu sell, “ni ci at yu jëkk ya,” bi amee woon woneb wu bees wu Noonu Xelum bu Sell bi ngir ab yaramu mbooloo, Noonu Xelum bu Sell bi dañu ko tekki ne mooy Boroom Ndeyfandikoo bi. Loolu gën a am solo mooy ne yaramu mbooloo mi dañuy yëngu seeni fàttaliku ci Boroom Ndeyfandikoo bi, ndaxte mooy “indi lépp ci seen fàttaliku.” Lii dëggal na ne nit ñooñu di bokk ci woneb woowu am nañu dëgg-dëgg xam-xamu njàngum gi, ndaxte Noonu Xelum bu Sell bi bokk na ci jëfi xel yi, ndaxte mooy jàppale doxalin xalaat bi bi muy indi “lépp ci seen fàttaliku.”</w:t>
      </w:r>
    </w:p>
    <w:p>
      <w:pPr>
        <w:pStyle w:val="ArticleBody"/>
        <w:jc w:val="left"/>
      </w:pPr>
      <w:r>
        <w:rPr>
          <w:rFonts w:ascii="Times New Roman" w:hAnsi="Times New Roman" w:eastAsia="Times New Roman" w:cs="Times New Roman"/>
        </w:rPr>
        <w:t>Fàttaliku nit ku nit ëpp ci nit mooy beneen doxalin ak ñeneen cëram yu mel ni àtte, xam-xam, seetaan bu yéeme ak xel mu xam lu baax ak lu bon, te loolu la ndaw ndaw Yàlla Pool tudde ne “xel bi.” Doxalin boobu bu kowe bi mooy benn ci ñaari mbir yi rekk: xel mu yaram walla xelu Kirist.</w:t>
      </w:r>
    </w:p>
    <w:p>
      <w:pPr>
        <w:pStyle w:val="ArticleScripture"/>
        <w:jc w:val="left"/>
      </w:pPr>
      <w:r>
        <w:rPr>
          <w:rFonts w:ascii="Times New Roman" w:hAnsi="Times New Roman" w:eastAsia="Times New Roman" w:cs="Times New Roman"/>
        </w:rPr>
        <w:t>Ndaxte xel wu yaram aayoo la ci Yàlla; ndaxte dëgg-dëgg, mooyul suufeeku yoonu Yàlla, te sax manul a suufeeku. Room 8:7.</w:t>
      </w:r>
    </w:p>
    <w:p>
      <w:pPr>
        <w:pStyle w:val="ArticleScripture"/>
        <w:jc w:val="left"/>
      </w:pPr>
      <w:r>
        <w:rPr>
          <w:rFonts w:ascii="Times New Roman" w:hAnsi="Times New Roman" w:eastAsia="Times New Roman" w:cs="Times New Roman"/>
        </w:rPr>
        <w:t>Ndax ku xam xelg Yàlla, ba man koo jàngal? Waaye nun, am nañu xelu Kirist. 1 Korent 2:16.</w:t>
      </w:r>
    </w:p>
    <w:p>
      <w:pPr>
        <w:pStyle w:val="ArticleBody"/>
        <w:jc w:val="left"/>
      </w:pPr>
      <w:r>
        <w:rPr>
          <w:rFonts w:ascii="Times New Roman" w:hAnsi="Times New Roman" w:eastAsia="Times New Roman" w:cs="Times New Roman"/>
        </w:rPr>
        <w:t>Binde suufe bi walla yaram, am na ay sistem yu jëme ci nerf yi, ay yëg-yëg yi ak ay sistem yu hormone yi, yu bokk ak katanu xel yi te ñoom lañuy wax ne ñooy “yooni ruu bi.” Suufe bu kawe bi dafa ñu ko sos ngir mu nguuru suufe bu gën a suufe bi; moo tax ñu koy tekki ni muy kër gu dëgër, te kër gu dëgër googu dafa sax di nekk ci ay xeex yu katanu xel yi (suufe bi) di ko bëgg a daan, te ay xare yooyu dañuy dikk ci kër gu dëgër gi jaar ci yoon yi dugg ci biir kër gi. Ci biir kër gu dëgër gi ci suufe bu kawe bi am na kërug ndigël, walla li Sœur White tudde citadelle. Citadelle boobu mooy Barab yu Sell ya gën a Sell ci kërug màggal ga, gi xàjjaloo ci ñaari xaaj yu mag. Étt bi mooy yaram, walla suufe bi; te ngir dugg ci ëtt bi walla it ngir yóbbu deret ba ca Barab yu Sell ya, waroon na jaar ci ab rideau walla ab sëriñ. Ëtt bi dafa nekk ci diggante ñaari sëriñ yi.</w:t>
      </w:r>
    </w:p>
    <w:p>
      <w:pPr>
        <w:pStyle w:val="ArticleScripture"/>
        <w:jc w:val="left"/>
      </w:pPr>
      <w:r>
        <w:rPr>
          <w:rFonts w:ascii="Times New Roman" w:hAnsi="Times New Roman" w:eastAsia="Times New Roman" w:cs="Times New Roman"/>
        </w:rPr>
        <w:t>Ci ab yoon wu bees te dund, mi nu taxawalal nun, jaarale ko ci saan bi, maanaam yaramam. Hébreux 10:20.</w:t>
      </w:r>
    </w:p>
    <w:p>
      <w:pPr>
        <w:pStyle w:val="ArticleBody"/>
        <w:jc w:val="left"/>
      </w:pPr>
      <w:r>
        <w:rPr>
          <w:rFonts w:ascii="Times New Roman" w:hAnsi="Times New Roman" w:eastAsia="Times New Roman" w:cs="Times New Roman"/>
        </w:rPr>
        <w:t>Bërab gu sell bi ñaari xaaj: ëttu bi ak kër yoon wi. Kër yoon wi itam ñàkkati na ci ñaari xaaj, ni ko dund gu kawe gi mel. Dund gu kawe gi dafa ànd ak ñaari berab. Benn ci yooyu, dañu koy tegtal ni Bérab bu Sell bi, te beneen bi mooy Bérab bu Gëna Sell bi. Bérab bu Sell bi dafay tegtal liggéey yu xel yi soxla ngir nit ñi mana doxal seen dund, waaye Bérab bu Gëna Sell bi mooy berab bi Yàlla ak nit di dajee. Bérab bu Gëna Sell bi mooy néegu nguurug Yàlla, te ñi soppeeku, toog nañu ak Kirist ci bérab yu asamaan.</w:t>
      </w:r>
    </w:p>
    <w:p>
      <w:pPr>
        <w:pStyle w:val="ArticleScripture"/>
        <w:jc w:val="left"/>
      </w:pPr>
      <w:r>
        <w:rPr>
          <w:rFonts w:ascii="Times New Roman" w:hAnsi="Times New Roman" w:eastAsia="Times New Roman" w:cs="Times New Roman"/>
        </w:rPr>
        <w:t>Te Yàlla yékkati na nu ànd, te toogal nu ànd ci bérab yu asamaan yi ci Kirist Yeesu. Efes 2:6.</w:t>
      </w:r>
    </w:p>
    <w:p>
      <w:pPr>
        <w:pStyle w:val="ArticleBody"/>
        <w:jc w:val="left"/>
      </w:pPr>
      <w:r>
        <w:rPr>
          <w:rFonts w:ascii="Times New Roman" w:hAnsi="Times New Roman" w:eastAsia="Times New Roman" w:cs="Times New Roman"/>
        </w:rPr>
        <w:t>Wax ji jële nañu ko ci benn pàcc mi, fa ay aaya yu jiitu ci moom, waaye ci wéru xel mi benn la, Yesu toog na ci bérab yu asamaan yi, ni noonu itam ay nitam toog fa.</w:t>
      </w:r>
    </w:p>
    <w:p>
      <w:pPr>
        <w:pStyle w:val="ArticleScripture"/>
        <w:jc w:val="left"/>
      </w:pPr>
      <w:r>
        <w:rPr>
          <w:rFonts w:ascii="Times New Roman" w:hAnsi="Times New Roman" w:eastAsia="Times New Roman" w:cs="Times New Roman"/>
        </w:rPr>
        <w:t>Li mu def ci Almasi bi, ba mu dekkal ko ci ndee, te toogal ko ci ndeyjooram gu ndey ci bérab yu asamaan. Efes 1:20.</w:t>
      </w:r>
    </w:p>
    <w:p>
      <w:pPr>
        <w:pStyle w:val="ArticleBody"/>
        <w:jc w:val="left"/>
      </w:pPr>
      <w:r>
        <w:rPr>
          <w:rFonts w:ascii="Times New Roman" w:hAnsi="Times New Roman" w:eastAsia="Times New Roman" w:cs="Times New Roman"/>
        </w:rPr>
        <w:t>Kirist ak ay nitam ñi bokk and ak moom ñu toogandoo ci Barab bu Gën a Sell bi. Kirist dekkal na ko, te gannaaw loolu mu toog ci bérab yu kaw yi ci asamaan; te nitam ñi bokk ak moom dekkal nañu leen, ba ñu toog ci néegu nguur gi ci Barab bu Gën a Sell bi. Pool mooy wax ne ñi dekkal ci sarax 6, ci sarax bi jiitu woon, dekkal nañu leen jële leen ci bàkkaar.</w:t>
      </w:r>
    </w:p>
    <w:p>
      <w:pPr>
        <w:pStyle w:val="ArticleScripture"/>
        <w:jc w:val="left"/>
      </w:pPr>
      <w:r>
        <w:rPr>
          <w:rFonts w:ascii="Times New Roman" w:hAnsi="Times New Roman" w:eastAsia="Times New Roman" w:cs="Times New Roman"/>
        </w:rPr>
        <w:t>Ba saxee sunuy bàkkaar, Yàlla dundal na nu ànd ak Kirist, (ci yiw ngeen mucc), te dekkal na nu ànd, toogloo na nu it ànd ci bérab yu kawe yi ci Kirist Yeesu. Efes 1:5, 6.</w:t>
      </w:r>
    </w:p>
    <w:p>
      <w:pPr>
        <w:pStyle w:val="ArticleBody"/>
        <w:jc w:val="left"/>
      </w:pPr>
      <w:r>
        <w:rPr>
          <w:rFonts w:ascii="Times New Roman" w:hAnsi="Times New Roman" w:eastAsia="Times New Roman" w:cs="Times New Roman"/>
        </w:rPr>
        <w:t>Matug Efees mi moo mat na mat, mooy ñaari seede yi nekk ci Peeñu gi fukki benn, ñaari seede yooyu dees leen di dekkalati, gannaaw ga yéeg leen ca asamaan ni màndarga—waaye itam ngir toog ci bérab yu asamaan yi. Ci Bérab bu Gëna Sell bi, ñaari seede yi dañuy teewal nit ñi ci kanamu Yàlla bu dëgg, te li leen jagleel ngir ñu toog fa mooy màndarga bi ku nekk ci ñoom yor. Màndarga boobu mooy màndargay Yàlla, te màndargay Yàlla dafay fésal ne nit ku nekk dafa nekk benn ak boroom yàlla gi, te màndarga boobu dees na ko fésale ci ne Dimbalikat bi, miy Xel mu Sell mi, dafa dëkk ci Bérab bu Gëna Sell bi ci seen kaweelug jikko. Bérab bu Gëna Sell bi mooy néegu nguurug Yàlla, fa nga xam ne boroom yàlla ak nit dañoo boole, te dafay teewal kërug Yàlla gu nit ki nekk, gi kaweelug jikkoom ànd ak Bérab bu Gëna Sell bi fa nga xam ne boroom yàlla ak nit dañuy toogandoo benn.</w:t>
      </w:r>
    </w:p>
    <w:p>
      <w:pPr>
        <w:pStyle w:val="ArticleBody"/>
        <w:jc w:val="left"/>
      </w:pPr>
      <w:r>
        <w:rPr>
          <w:rFonts w:ascii="Times New Roman" w:hAnsi="Times New Roman" w:eastAsia="Times New Roman" w:cs="Times New Roman"/>
        </w:rPr>
        <w:t>Tuurug “Boroom xol” bi mooy màndarga gi ñaar-fukk ak ñeent junni ak ñeent-fukk ak ñeent, te mu mel ni soppi gu am solo ci jaar-jaaru xelucc; ndaxte ci jamono jooju, mbooloom gëmkat yi soppi nañu nekk mbooloom xarekat ba nekk mbooloom ndamkat. Ci jamono jooju, mu soppi na nekk yëngu-yëngub Laodise buy jëm ci ñaar-fukk ak ñeent junni ak ñeent-fukk ak ñeent ba nekk yëngu-yëngub Filadelfi buy jëm ci ñaar-fukk ak ñeent junni ak ñeent-fukk ak ñeent. Ci jamono jooju, mu soppi na nekk jaar-jaarub jàngatug juróom-ñaareel mbooloo ba nekk jaar-jaarub jàngatug juróom-bennoo mbooloo, te juróom-bennoo mbooloo mooy woon Millerites yi. Benn melokaanu waxu yonent bu jëm ci juróom-bennoo mbooloom Filadelfi, ni ko yëngu-yëngub Millerites matale, mooy ne musiba mbooloo la woon. Yëngu-yëng rekk la woon ba àgg 1856, ba bi ñaar ñépp ci Whites yi tudde yëngu-yëng boobu nekk Laodise. Juróom-ñaari at ginnaaw loolu, sos nañu mbooloo gu yoon gi samp.</w:t>
      </w:r>
    </w:p>
    <w:p>
      <w:pPr>
        <w:pStyle w:val="ArticleBody"/>
        <w:jc w:val="left"/>
      </w:pPr>
      <w:r>
        <w:rPr>
          <w:rFonts w:ascii="Times New Roman" w:hAnsi="Times New Roman" w:eastAsia="Times New Roman" w:cs="Times New Roman"/>
        </w:rPr>
        <w:t>Soppi gucc ci yoonu dibeer bi, dañu ko misaalale woon ak soppi gucc ci Pentekot bi, bi màndarga ne Krist mooy Saraxalekat Bu Kawe bi ci njàlbéenam.</w:t>
      </w:r>
    </w:p>
    <w:p>
      <w:pPr>
        <w:pStyle w:val="ArticleScripture"/>
        <w:jc w:val="left"/>
      </w:pPr>
      <w:r>
        <w:rPr>
          <w:rFonts w:ascii="Times New Roman" w:hAnsi="Times New Roman" w:eastAsia="Times New Roman" w:cs="Times New Roman"/>
        </w:rPr>
        <w:t>“Yiwug Pentekot bi doon xamle gu jóge ci Asamaan ne ñëwug ug Fattkat bi ci liggéeyam dafa mat. Topp ci kóllëreem, Yàlla yónnee na Xel mu Sell mi ci Asamaan ngir ay taalibeem, muy ndigal ne Moom, ni saraxalekat ak buur, jot na bépp sañ-sañ ci asamaan ak ci suuf, te Moom mooy Kiññeel bi ci kaw askanam.” Kàdduy Ndaw yi, 38.</w:t>
      </w:r>
    </w:p>
    <w:p>
      <w:pPr>
        <w:pStyle w:val="ArticleBody"/>
        <w:jc w:val="left"/>
      </w:pPr>
      <w:r>
        <w:rPr>
          <w:rFonts w:ascii="Times New Roman" w:hAnsi="Times New Roman" w:eastAsia="Times New Roman" w:cs="Times New Roman"/>
        </w:rPr>
        <w:t>Bu njeexitu mujj gi bu mujj bi ñuy tuur te amul dayo ci kaw téeméeri ñent fukk ak ñent junni ñaar-fukk ñent ñi ci yoonu Dibeer, loolu dina doon “waxtaanu Asamaan” ne mbooloom gëmkat yi nekkoon ci xare bi jeex na, te mbooloom gëmkat yi daan ndam agsi na. Ubbiw Kris ci Pentekot ci kër-yàlla gu kawe gi, mooy misaal buy mel ni diiñale téeméeri ñent fukk ak ñent junni ñaar-fukk ñent ñi ci yoonu Dibeer.</w:t>
      </w:r>
    </w:p>
    <w:p>
      <w:pPr>
        <w:pStyle w:val="ArticleBody"/>
        <w:jc w:val="left"/>
      </w:pPr>
      <w:r>
        <w:rPr>
          <w:rFonts w:ascii="Times New Roman" w:hAnsi="Times New Roman" w:eastAsia="Times New Roman" w:cs="Times New Roman"/>
        </w:rPr>
        <w:t>Sëcc gi ñuy wax ne “Pentecostal” te di xamle ne Kirist mooy Ki Ñu Solal, moo doon tegtal njabbatam ci xew-xewu ubbi bi ci asamaan, waaye dees na ko woon solal itam ca ay sóobu ndoxam. Sóobu ndoxam (9/11) ba ci Pentecôte (yoonu Dibéer bi) itam dees na ko tegtalatiat ci ñetti at ak genn-wàll gannaaw sóobu ndoxam, jaarale ko ci deetam dëgg, suuloom ak dekkiwaayam (festiwalu njëkk meññef yi). Kon nag 9/11 dees na ko tegtal ci ay sóobu ndoxam te itam ci dekkiwaayam. Dekkiwaayam ci misaal ak dekkiwaayam ci dëgg mooy tàmbali ñaari rëdd yi ci waxi yonent yi, te benn ku nekk di jeex ci Pentecôte. Ñaari jaar-jaari mboolem ñu ngi tàmbalee ak dekkiwaayu saraxu njëkk meññef yi.</w:t>
      </w:r>
    </w:p>
    <w:p>
      <w:pPr>
        <w:pStyle w:val="ArticleScripture"/>
        <w:jc w:val="left"/>
      </w:pPr>
      <w:r>
        <w:rPr>
          <w:rFonts w:ascii="Times New Roman" w:hAnsi="Times New Roman" w:eastAsia="Times New Roman" w:cs="Times New Roman"/>
        </w:rPr>
        <w:t>Waaye léegi Kirist moo dekki ci ñi dee, te nekk njëkk mi ci mboob mi ñi nelaw. Ndaxte gannaaw dee jaar na ci nit, noonu it dekki gi ci ñi dee jaar na ci nit. Ndaxte ni ñépp dee ci Aadama, noonu it ñépp dinañu dundaat ci Kirist. Waaye kenn ku nekk ci tëraliinam: Kirist mooy njëkk mi ci mboob mi; gannaaw loolu, ñi bokk ci Kirist, bu ñëwee. 1 Korent 15:20–23.</w:t>
      </w:r>
    </w:p>
    <w:p>
      <w:pPr>
        <w:pStyle w:val="ArticleBody"/>
        <w:jc w:val="left"/>
      </w:pPr>
      <w:r>
        <w:rPr>
          <w:rFonts w:ascii="Times New Roman" w:hAnsi="Times New Roman" w:eastAsia="Times New Roman" w:cs="Times New Roman"/>
        </w:rPr>
        <w:t>Almasi mooy saraxu njëkk bi ci ay meññam ndax dekkiteem, te loolu mooy màndargaal tambali “jamono Pentekot” bi di jeex ak saraxu njëkk bu Pentekot. Dekkitu Almasi mooy cebbu orj, te peñc mooy ñi “gannaaw gi” “di yu Almasi ci kërgóomam.” Ñi nekk “gannaaw gi” ci dekkitu Almasi, ñooy “ñi di yu Almasi ci kërgóomam,” noonu ñuy tegu ngir màndargaal dajale bu mujj bu bakkan yu dëggu ci mujjug àddina, ni ko màndargaalale ñaari junni bakkan ñi dajale woon ci Pentekot.</w:t>
      </w:r>
    </w:p>
    <w:p>
      <w:pPr>
        <w:pStyle w:val="ArticleBody"/>
        <w:jc w:val="left"/>
      </w:pPr>
      <w:r>
        <w:rPr>
          <w:rFonts w:ascii="Times New Roman" w:hAnsi="Times New Roman" w:eastAsia="Times New Roman" w:cs="Times New Roman"/>
        </w:rPr>
        <w:t>Sàcc bi itam it nekkal mbirum dekki gi ci anam wu jëm ci dee. Dee tàmbalee na ak Aadama te mu dajal nit ñépp, waaye defu ko ci benn “ndigal” ak benn “toftal”. Ci téerey Jëf ya, Piyeer bind na ne ba téereb Yowel di dundee ci jamono jooju, war na woon nit ñi yónnee seeni bàkkaar lu jiitu ci àtte, ngir ñu far leen, bu waxtuy yeesal gi jógee ci kanamu Ndimbëlkat bi. Kirist dafa nekkoonul di xool téerey àtte ngir far bàkkaar ci waxtu woowu, ndaxte àtte baaxul woon lu weesu juróom-ñaar téeméeri at ak juróom-ñett fuk.</w:t>
      </w:r>
    </w:p>
    <w:p>
      <w:pPr>
        <w:pStyle w:val="ArticleBody"/>
        <w:jc w:val="left"/>
      </w:pPr>
      <w:r>
        <w:rPr>
          <w:rFonts w:ascii="Times New Roman" w:hAnsi="Times New Roman" w:eastAsia="Times New Roman" w:cs="Times New Roman"/>
        </w:rPr>
        <w:t>Wax ju jëm ci “ku nekk ci ay xelam” tàmbalee na ak Aadama, te noonu day wone attekatu ñi deewee, dale ko ci Aadama ba ker gi yëngute yiy dindi dikk. Bu taw bu mujj bi agsee, attekatu bi day jëlewul ci ñi deewee, waaye day jëm ci ñi dund. Ci jamono ji aaya bi di tegtal (daldi ci ndekkitel Almasi ba Pentekot), dale ko ci njàmbur yu njëkk yaŋg-orge ba ci njàmbur yu njëkk yaŋg-blé, taw mi dafa di wàcc diirub attekatu ñi dund; te bi taw mi di wàcc, yégle bi taw mi di tegtal dafa di tasale blé bi ak ñax mu bon mi. Ca yoonu Dibeer ba, mooy Pentekot, blé bi dootul jaxasoo ak ñax mu bon mi, te saraxu blé bu njëkk bi, di ñaari mburu yu yëngal, yékkat nañu ko. Jëfandikoo sellal bi dale ci 9/11 ba ca yoonu Dibeer ba itam dañu ko tegtal ci Malasi ñett, foofu Yonnenteb Kóllëre gi di sellal te di setal itam Leweet yi, te muy ko def “ak safara.” “Safara” làkk la buy tegtal yégle, ni ko làkk yu safara yi tegtale woon ca Pentekot. Ci jaar-jaar bi ñuy seet, tasale ñaari mbooloo yi miy jur ñaar-fukk ak ñeent-fukki junni ñi, ñoom ñoo di ñaari mburu yu yëngal yi saraxu njàmbur yu njëkk yu Pentekot di tegtal, war nañu leen a lakk bu baax, ndaxte ñoom rekk a doon sarax bi bokkoon ak màndargay bàkkaar.</w:t>
      </w:r>
    </w:p>
    <w:p>
      <w:pPr>
        <w:pStyle w:val="ArticleBody"/>
        <w:jc w:val="left"/>
      </w:pPr>
      <w:r>
        <w:rPr>
          <w:rFonts w:ascii="Times New Roman" w:hAnsi="Times New Roman" w:eastAsia="Times New Roman" w:cs="Times New Roman"/>
        </w:rPr>
        <w:t>Ñaari mburu ñaari yu ñooy na ak yis, te yis mooy mandargu bàkkaar. Yis woowu dañoo ko alag ci safara buy génn ci forno bi, ni ko safara buy sellal bu Yónent bi bu Kóllëre gi di tegtal. Esayi ci saar ñaar-fukk ak juróom-ñaari bi moom mi ngi wax ci benn werante gu tambalee ca 9/11, te moo ko tudde “bésub ngélaw gu penku.” Xibaar bi di jàngale ne ci kaw werante googu la bàkkaaru Israyil di am njotug jéggal. “Werante” woowu diggante la seen xibaaru taw ba mujj bu dëgg ak mboolem yeneen xibaar yu dul dëgg yu taw ba mujj yi nekk. Xibaar mooy “safara,” te “safara” mooy li Yónent bi bu Kóllëre gi di jëfandikoo ngir sellal ak setal. Werante gi ci xibaaru taw ba mujj dafa dindi yis bi nekk ci saraxu peñtkot bu njëkk bu peppu ble bi ñuy yékkati ca yoonu dimgali. Juroom-ñaar-fukk ak ñeenti junni ñooy saraxu peñtkot bu njëkk bu peppu ble bi, ñoom ñi di not ci njubtegu deretam ak sellalug seeni seede, ndax doonte Kàddug Yàlla rekk a koy sellal, waaye loolu du xew ludul bu kàddu googu yégee ni ab xibaar. Joxe xibaar bi moo may juroom-ñaar-fukk ak ñeenti junni ñi dund, te joxe benn xibaaru taw ba mujj bu dul dëgg moo jur dee.</w:t>
      </w:r>
    </w:p>
    <w:p>
      <w:pPr>
        <w:pStyle w:val="ArticleScripture"/>
        <w:jc w:val="left"/>
      </w:pPr>
      <w:r>
        <w:rPr>
          <w:rFonts w:ascii="Times New Roman" w:hAnsi="Times New Roman" w:eastAsia="Times New Roman" w:cs="Times New Roman"/>
        </w:rPr>
        <w:t>Te dañu ko ndax deretu Xarital bi, ak ndax kàddu seedeel seen gi; te bëgguñu seen bakkan ba sax ci dee. Revelation 12:11.</w:t>
      </w:r>
    </w:p>
    <w:p>
      <w:pPr>
        <w:pStyle w:val="ArticleBody"/>
        <w:jc w:val="left"/>
      </w:pPr>
      <w:r>
        <w:rPr>
          <w:rFonts w:ascii="Times New Roman" w:hAnsi="Times New Roman" w:eastAsia="Times New Roman" w:cs="Times New Roman"/>
        </w:rPr>
        <w:t>Ñetti junni ak ñeent-fukk ak ñeent junni topp nañu Almasi ci noonu mu daane woon, ndax ci waxu yonent yi lañuy topp Almasi.</w:t>
      </w:r>
    </w:p>
    <w:p>
      <w:pPr>
        <w:pStyle w:val="ArticleScripture"/>
        <w:jc w:val="left"/>
      </w:pPr>
      <w:r>
        <w:rPr>
          <w:rFonts w:ascii="Times New Roman" w:hAnsi="Times New Roman" w:eastAsia="Times New Roman" w:cs="Times New Roman"/>
        </w:rPr>
        <w:t>Ñooñu lañu, ñi sobewul ak jigéen; ndaxte janq lañu. Ñooñu lañu, ñiy toppganaar Mbëy mi fu mu jëm fépp. Ñooñu lañu, ñi jotee ci biir nit ñi ngir doon góob gu njëkk gi ñeel Yàlla ak Mbëy mi. Peeñu 14:4.</w:t>
      </w:r>
    </w:p>
    <w:p>
      <w:pPr>
        <w:pStyle w:val="ArticleBody"/>
        <w:jc w:val="left"/>
      </w:pPr>
      <w:r>
        <w:rPr>
          <w:rFonts w:ascii="Times New Roman" w:hAnsi="Times New Roman" w:eastAsia="Times New Roman" w:cs="Times New Roman"/>
        </w:rPr>
        <w:t>Fiir nii ci bennñeel gi Revelation 14, ñaar-fukk ak ñent junni ak ñeent téeméer ñent-fukk ñaar ñi dañu leen xamale ne ay “njëkk meññef” lañu. Itam dañu leen xamale ne ay “janq” lañu, te xel mu sell mi xamal na nu ne léeb bu fukk janq yi ci Matthew 25 day wone njàngat ak xew-xewu nit ñi Adventist. Duñu rekk ay “janq,” waaye kenn ci ñoom “sotul ak jigéen,” ndaxte jéego ngir nattu ak séddale ga jur ñaar-fukk ak ñent junni ak ñeent téeméer ñent-fukk ñaar ñi, moom itam moo jur wuute bu leer diggante ñaar-fukk ak ñent junni ak ñeent téeméer ñent-fukk ñaar ñi ak “yépp” diine yu dul dëgg yi. “Ñii” dañuy topp Mbat mi fu mu dem, te ni ay saraxu njëkk meññef, war nañu topp Kirist ci dee bi, suul bi, ak dekkiwaayam.</w:t>
      </w:r>
    </w:p>
    <w:p>
      <w:pPr>
        <w:pStyle w:val="ArticleBody"/>
        <w:jc w:val="left"/>
      </w:pPr>
      <w:r>
        <w:rPr>
          <w:rFonts w:ascii="Times New Roman" w:hAnsi="Times New Roman" w:eastAsia="Times New Roman" w:cs="Times New Roman"/>
        </w:rPr>
        <w:t>Ci Kàddug Yàlla gi, ca Pexe ga fukki benn, saraxalekat ñaar ñi war a yékkat ngir nekk sañ-sañu màndarga, ñu jëkk a rey leen; te gannaaw ñetti fan ak genn-wàllu fan, dekkal nañu leen ni saraxu njëkk ngelaw, ni Kiristoon itam nekkoon. Saraxu njëkk ngelaw ga nekkoon te di Kiristoon, dafa boole deretu kóllëre gi mu tuur ngir jotoat ñi fekkoon ne séentu nañu ak am jëfandikoo gu Laodise. Ci benn sàrt rekk, (sàrt 4) lépp li nekk ab tënk bu gàtt ci ay xeetu leeru wax yu jëm ci nit ñi téeméeri ñent-fukki ñent ak junni ñeent, dees na ko tëral. Te dees na ko tëral ci Pexe 144 ak loxo Palmoni, ki di waajalekat bu yéem. Ñaaral ci Mbind mi dafay taxawal jaar-jaaru taw bi mujj, te taw bi mujj mooy fu ak saa yi Dëfëndikat bi di wàcc ci kaw askanu Yàlla.</w:t>
      </w:r>
    </w:p>
    <w:p>
      <w:pPr>
        <w:pStyle w:val="ArticleScripture"/>
        <w:jc w:val="left"/>
      </w:pPr>
      <w:r>
        <w:rPr>
          <w:rFonts w:ascii="Times New Roman" w:hAnsi="Times New Roman" w:eastAsia="Times New Roman" w:cs="Times New Roman"/>
        </w:rPr>
        <w:t>Naka la tàng ci kaw tund yi ay tànku ki yóbbu xebaar bu baax bi, di yégle jàmm; di yóbbu xebaar bu baax bu yiw, di yégle mucc; di wax Siiyoŋ ne: Sa Yàlla mooy buur! Sa ay sàmmkat dinañu yékkati baat bi; bokk-benn baat lañuy woyandoo: ndaxte dinañu gisante bët ak bët, bu Boroom bi delloo Siiyoŋ. Bëgg-leen neex, woyandooleen, yéen ay bérab yu yàqu yu Yerusalem: ndaxte Boroom bi dëfël na ay nitam, jot na Yérusalem. Boroom bi feeñal na loxoom lu sell li ci kanam xeet yépp; te cat yépp ci suuf dinañu gis muccug sunu Yàlla. Génnleen, génnleen, demleen fa; buleen laal dara lu bañ a set; génnleen ca biiram; setleen, yéen ñiy yébbët ndab yi Boroom bi. Esayi 52:7–11.</w:t>
      </w:r>
    </w:p>
    <w:p>
      <w:pPr>
        <w:pStyle w:val="ArticleBody"/>
        <w:jc w:val="left"/>
      </w:pPr>
      <w:r>
        <w:rPr>
          <w:rFonts w:ascii="Times New Roman" w:hAnsi="Times New Roman" w:eastAsia="Times New Roman" w:cs="Times New Roman"/>
        </w:rPr>
        <w:t>Siyoŋ H6726 mooy benn ak H6725, te li muy tekki mooy “xel mu feeñ bu baax; kenna bu mag mbaa jubluwaay buy gindi: – misaal, turu bopp, mandarga yoon.” Siyoŋ mooy misaalu bannere bi ñeel ñaar-fukk ak ñeent-fukk ak ñeent junni ñi, te ci wàll wi, ñoom jot nañu ba noppi taw bu mujj bi, ndaxte yégle nañu ba noppi te wone nañu xibaaru jàmm bu baax bi. Li tax loolu di leer noonu mooy itam ne dañuy gis “bët ak bët,” te loolu di tegtal taalibe yi ca Bentekot, ndaxte fukki fan yi jiitu Bentekot dañuy tegtal ab jamono juñoo ak bennaliku. Boroom bi “def na,” (muy tegtal jamono weesu) matal na ba noppi ñetti mbir ñeel ñiy indi xibaar yu baax: def na ne “wéral na ay nitam,” “jotalaat na Yerusalem,” te “wone na loxoom bu sell bi ci kanam xeeti xeet yépp.”</w:t>
      </w:r>
    </w:p>
    <w:p>
      <w:pPr>
        <w:pStyle w:val="ArticleBody"/>
        <w:jc w:val="left"/>
      </w:pPr>
      <w:r>
        <w:rPr>
          <w:rFonts w:ascii="Times New Roman" w:hAnsi="Times New Roman" w:eastAsia="Times New Roman" w:cs="Times New Roman"/>
        </w:rPr>
        <w:t>Moo “dëfar” ay nitam ci 9/11, te loolu mooy tambali ab jéem bu nekk ci Malaki saar ñetteel, buy mujje ci yoonu Dibbeeri bésub Noflaay ba mu yékkati banti waññi góob gu njëkk gi, ni ko melalee ci wax ji naan moo “wacc ay loxoam yu sell ci kanam xeeti àddina yépp.” Moo dëfar, jotal ci njotam te yékkati ñaari téeméeri ñent fukk ak ñeent junni. Ci 9/11 moo dëfar te tàmbali jëfandikoo setal gi, fa mu jotalee nitam ci njotam te gannaaw loolu mu yékkati leen ni banti, walla ni Malaki waxee ne “saraxu Yuda ak Yerusalem dina neex [Boroom bi]” “ni ci fan yu yàgg ya.”</w:t>
      </w:r>
    </w:p>
    <w:p>
      <w:pPr>
        <w:pStyle w:val="ArticleScripture"/>
        <w:jc w:val="left"/>
      </w:pPr>
      <w:r>
        <w:rPr>
          <w:rFonts w:ascii="Times New Roman" w:hAnsi="Times New Roman" w:eastAsia="Times New Roman" w:cs="Times New Roman"/>
        </w:rPr>
        <w:t>Te mu toog nekk ni kuy setal ak di sellal xaalisu xaalis; dina setal doom yi Léwi, te dina leen sellal ni wurus ak xaalis, ngir ñu man a jébbal Boroom bi sarax gu jub. Kon nag, saraxu Yuda ak Yerusalem dina neex Boroom bi, ni ci jamonoy yàgg ya, ak ni ci at ya weesu. Malasi 3:3, 4.</w:t>
      </w:r>
    </w:p>
    <w:p>
      <w:pPr>
        <w:pStyle w:val="ArticleBody"/>
        <w:jc w:val="left"/>
      </w:pPr>
      <w:r>
        <w:rPr>
          <w:rFonts w:ascii="Times New Roman" w:hAnsi="Times New Roman" w:eastAsia="Times New Roman" w:cs="Times New Roman"/>
        </w:rPr>
        <w:t>Dinanu jëfandikoo yi nu def ci “ba kañ” dinañu jeexal leen ci artik bi ci topp.</w:t>
      </w:r>
    </w:p>
    <w:p>
      <w:pPr>
        <w:pStyle w:val="ArticleScripture"/>
        <w:jc w:val="left"/>
      </w:pPr>
      <w:r>
        <w:rPr>
          <w:rFonts w:ascii="Times New Roman" w:hAnsi="Times New Roman" w:eastAsia="Times New Roman" w:cs="Times New Roman"/>
        </w:rPr>
        <w:t>“ ‘Ki fanam nekk na ci ay loxoam, te dina sellal bu baaxar boppam, te dajaleem dugubam ci saaga bi.’ Matthew 3:12. Lii moo nekkoon benn ci ay jamono yu sellale. Jaarale ko ci waxi dëgg, mbubb mi doon tàqaleek dugub mi. Ndaxte dañoo yàgg ci kañu bopp ak ci juboo bopp ba kenn manula leen yedd, te dañoo bëgg àddina lool ba ñu manula nangu dund gu woyof, ñu bare dëddu nañu Yeesu. Te ñu barey nit ñoo ngi ba tey def noonu. Xol yi dañuy jéemal tey, ni ko nekkoon ci taalibe ya ca jàngu ba ca Kapernaum. Su dëgg gi agsee ba ci xol, ñuy gis ne seen dund dafa juumook bëgg-bëggu Yàlla. Ñuy gis ne soxla nañu benn coppite gu mat ci seen bopp; waaye bëgguñu yékkati liggéey bi di weddi bopp. Moo tax ñuy mer bu ñu feeñal seeni bàkkaar. Ñuy dem ak mer, ni taalibe ya dëddu woon Yeesu, di ñaawle ne, ‘Wax jii dafa metti; kan moo ko man a dégg?’ ”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Téerebu Yoel ak Mbooloom Adwantist yu Bés bu Juróom-Ñaareel ci Laodisee — Limu Juróom】</dc:title>
  <dc:subject>Ba ñaata? Ñetteelu Màndarga gi</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