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Kàngam Adventist yu bésub juróom-ñaareel yi bu Laodise — Limu juróom-benn gi</w:t>
      </w:r>
    </w:p>
    <w:p>
      <w:pPr>
        <w:pStyle w:val="ArticleSubtitle"/>
        <w:jc w:val="left"/>
      </w:pPr>
      <w:r>
        <w:rPr>
          <w:rFonts w:ascii="Arial" w:hAnsi="Arial" w:eastAsia="Arial" w:cs="Arial"/>
        </w:rPr>
        <w:t>Ki Jaar-jaari Ku Yéeme ak “Ba Kañ?”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Ki Jàppale Kàttanam bu Yéeme, du sos rekk ay làqu yu sukkandiku ci matematig; moom mooy Ki Sos matematig bi.</w:t>
      </w:r>
    </w:p>
    <w:p>
      <w:pPr>
        <w:pStyle w:val="ArticleScripture"/>
        <w:jc w:val="left"/>
      </w:pPr>
      <w:r>
        <w:rPr>
          <w:rFonts w:ascii="Times New Roman" w:hAnsi="Times New Roman" w:eastAsia="Times New Roman" w:cs="Times New Roman"/>
        </w:rPr>
        <w:t>Ndaxte ci moom lañu bindee lépp, li nekk ci asamaan ak li nekk ci suuf, lu seen bët man a gis ak lu kenn mënul a gis, muy ay gangune, mbaa ay kilifteef, mbaa ay njiit, mbaa ay kàttan: lépp bindees na ko ci moom te ngir moom. Te moom moo jiitu lépp, te ci moom la lépp takku. Kolos 1:16, 17.</w:t>
      </w:r>
    </w:p>
    <w:p>
      <w:pPr>
        <w:pStyle w:val="ArticleBody"/>
        <w:jc w:val="left"/>
      </w:pPr>
      <w:r>
        <w:rPr>
          <w:rFonts w:ascii="Times New Roman" w:hAnsi="Times New Roman" w:eastAsia="Times New Roman" w:cs="Times New Roman"/>
        </w:rPr>
        <w:t>Bu fekkee AI ci lim yi Palmoni tëral ci Kàddug waxam gu yonnee, te nga laaj itam ndax lim yooyu am nañu benn solo ci àddina matematik, dinga gis ne lu ëpp ci bépp lim bu yonnee am na solo bu bees ci matematik. Lim bi ci topp mooy fukk ak juróom lim yu yonnee, te jox nañu leen ci toftaleg seen kàttan ci àddina matematik, ni ñu leen di màggal ci teori lim, ci téerey njàng mi ak ci cosaanu matematik.</w:t>
      </w:r>
    </w:p>
    <w:p>
      <w:pPr>
        <w:pStyle w:val="ArticleBody"/>
        <w:jc w:val="left"/>
      </w:pPr>
      <w:r>
        <w:rPr>
          <w:rFonts w:ascii="Times New Roman" w:hAnsi="Times New Roman" w:eastAsia="Times New Roman" w:cs="Times New Roman"/>
        </w:rPr>
        <w:t>42 – Mbind mu gën gi ci pop-culture + bari, pronic, Catalan, sphenic.</w:t>
      </w:r>
    </w:p>
    <w:p>
      <w:pPr>
        <w:pStyle w:val="ArticleBody"/>
        <w:jc w:val="left"/>
      </w:pPr>
      <w:r>
        <w:rPr>
          <w:rFonts w:ascii="Times New Roman" w:hAnsi="Times New Roman" w:eastAsia="Times New Roman" w:cs="Times New Roman"/>
        </w:rPr>
        <w:t>7 – Jënd bu ndaw bi ñu bëgg, te am tur yu bare (Mersenne, safeprime, happy prime, ak yeneen).</w:t>
      </w:r>
    </w:p>
    <w:p>
      <w:pPr>
        <w:pStyle w:val="ArticleBody"/>
        <w:jc w:val="left"/>
      </w:pPr>
      <w:r>
        <w:rPr>
          <w:rFonts w:ascii="Times New Roman" w:hAnsi="Times New Roman" w:eastAsia="Times New Roman" w:cs="Times New Roman"/>
        </w:rPr>
        <w:t>23 – Njëkk mi fees ak tur turu misaal yu xët yu espesyal (Sophie Germain, safeprime, happy prime, ak yeneen).</w:t>
      </w:r>
    </w:p>
    <w:p>
      <w:pPr>
        <w:pStyle w:val="ArticleBody"/>
        <w:jc w:val="left"/>
      </w:pPr>
      <w:r>
        <w:rPr>
          <w:rFonts w:ascii="Times New Roman" w:hAnsi="Times New Roman" w:eastAsia="Times New Roman" w:cs="Times New Roman"/>
        </w:rPr>
        <w:t>2520 – Siiwal na bu baax ci ndax mooy lim bu gën a ndaw biñu man a séddale ci 1 ba 10 (LCM 1–10), te itam mooy lim bu baree ay séddalekat.</w:t>
      </w:r>
    </w:p>
    <w:p>
      <w:pPr>
        <w:pStyle w:val="ArticleBody"/>
        <w:jc w:val="left"/>
      </w:pPr>
      <w:r>
        <w:rPr>
          <w:rFonts w:ascii="Times New Roman" w:hAnsi="Times New Roman" w:eastAsia="Times New Roman" w:cs="Times New Roman"/>
        </w:rPr>
        <w:t>220 – Xaaj bi ci gën a ndaw ci ñaari lim yu bokk xarit (ak 284).</w:t>
      </w:r>
    </w:p>
    <w:p>
      <w:pPr>
        <w:pStyle w:val="ArticleBody"/>
        <w:jc w:val="left"/>
      </w:pPr>
      <w:r>
        <w:rPr>
          <w:rFonts w:ascii="Times New Roman" w:hAnsi="Times New Roman" w:eastAsia="Times New Roman" w:cs="Times New Roman"/>
        </w:rPr>
        <w:t>19 – Njëkk mi gën a fees: ñaar-ñaar, mag ak rakk, rafet, limu Heegner, limu mbégte, ak yeneen—kuñu màggal lool ci biir lim yu ndaw yi.</w:t>
      </w:r>
    </w:p>
    <w:p>
      <w:pPr>
        <w:pStyle w:val="ArticleBody"/>
        <w:jc w:val="left"/>
      </w:pPr>
      <w:r>
        <w:rPr>
          <w:rFonts w:ascii="Times New Roman" w:hAnsi="Times New Roman" w:eastAsia="Times New Roman" w:cs="Times New Roman"/>
        </w:rPr>
        <w:t>1260 – Limu bu am solo te am solo buy mbooloom la (bu jiitu 2520).</w:t>
      </w:r>
    </w:p>
    <w:p>
      <w:pPr>
        <w:pStyle w:val="ArticleBody"/>
        <w:jc w:val="left"/>
      </w:pPr>
      <w:r>
        <w:rPr>
          <w:rFonts w:ascii="Times New Roman" w:hAnsi="Times New Roman" w:eastAsia="Times New Roman" w:cs="Times New Roman"/>
        </w:rPr>
        <w:t>30 – Bu gëna ndaw ci lim yu am yeneen faktëer yu bari te muy meññeefu ñetti prime yu jëkk ya; misaal bu mag bu ñu faral di jàngale ci téerey njàng.</w:t>
      </w:r>
    </w:p>
    <w:p>
      <w:pPr>
        <w:pStyle w:val="ArticleBody"/>
        <w:jc w:val="left"/>
      </w:pPr>
      <w:r>
        <w:rPr>
          <w:rFonts w:ascii="Times New Roman" w:hAnsi="Times New Roman" w:eastAsia="Times New Roman" w:cs="Times New Roman"/>
        </w:rPr>
        <w:t>2300 – PPKM bu 1 ba 9.</w:t>
      </w:r>
    </w:p>
    <w:p>
      <w:pPr>
        <w:pStyle w:val="ArticleBody"/>
        <w:jc w:val="left"/>
      </w:pPr>
      <w:r>
        <w:rPr>
          <w:rFonts w:ascii="Times New Roman" w:hAnsi="Times New Roman" w:eastAsia="Times New Roman" w:cs="Times New Roman"/>
        </w:rPr>
        <w:t>400 – Kare bu set, te mat na (20²).</w:t>
      </w:r>
    </w:p>
    <w:p>
      <w:pPr>
        <w:pStyle w:val="ArticleBody"/>
        <w:jc w:val="left"/>
      </w:pPr>
      <w:r>
        <w:rPr>
          <w:rFonts w:ascii="Times New Roman" w:hAnsi="Times New Roman" w:eastAsia="Times New Roman" w:cs="Times New Roman"/>
        </w:rPr>
        <w:t>65 – limu gën a ndaw bu nekk mbooleem ñaari kaare yu baax ci ñaari yoon yu wuute (1²+8² ak 4²+7²); rafet na waaye moo gën a doon lu ñu xam bu néew.</w:t>
      </w:r>
    </w:p>
    <w:p>
      <w:pPr>
        <w:pStyle w:val="ArticleBody"/>
        <w:jc w:val="left"/>
      </w:pPr>
      <w:r>
        <w:rPr>
          <w:rFonts w:ascii="Times New Roman" w:hAnsi="Times New Roman" w:eastAsia="Times New Roman" w:cs="Times New Roman"/>
        </w:rPr>
        <w:t>46 – Lim bu mag gën a màggat teewul ci mboolem ñaari lim yu baree + ay béréb yu njëkk ci wàll wu xóot.</w:t>
      </w:r>
    </w:p>
    <w:p>
      <w:pPr>
        <w:pStyle w:val="ArticleBody"/>
        <w:jc w:val="left"/>
      </w:pPr>
      <w:r>
        <w:rPr>
          <w:rFonts w:ascii="Times New Roman" w:hAnsi="Times New Roman" w:eastAsia="Times New Roman" w:cs="Times New Roman"/>
        </w:rPr>
        <w:t>430 – Limu sfenik bu baax (2×5×43).</w:t>
      </w:r>
    </w:p>
    <w:p>
      <w:pPr>
        <w:pStyle w:val="ArticleBody"/>
        <w:jc w:val="left"/>
      </w:pPr>
      <w:r>
        <w:rPr>
          <w:rFonts w:ascii="Times New Roman" w:hAnsi="Times New Roman" w:eastAsia="Times New Roman" w:cs="Times New Roman"/>
        </w:rPr>
        <w:t>1290 – Kompoose bu yomb ci yeneen mbir.</w:t>
      </w:r>
    </w:p>
    <w:p>
      <w:pPr>
        <w:pStyle w:val="ArticleBody"/>
        <w:jc w:val="left"/>
      </w:pPr>
      <w:r>
        <w:rPr>
          <w:rFonts w:ascii="Times New Roman" w:hAnsi="Times New Roman" w:eastAsia="Times New Roman" w:cs="Times New Roman"/>
        </w:rPr>
        <w:t>1335 – Lim yu ndaw yi (semiprime/self number).</w:t>
      </w:r>
    </w:p>
    <w:p>
      <w:pPr>
        <w:pStyle w:val="ArticleBody"/>
        <w:jc w:val="left"/>
      </w:pPr>
      <w:r>
        <w:rPr>
          <w:rFonts w:ascii="Times New Roman" w:hAnsi="Times New Roman" w:eastAsia="Times New Roman" w:cs="Times New Roman"/>
        </w:rPr>
        <w:t>Bu fekke ni man na, te xamuwul bu baax aduna matematik, mën nga jàng lim bi te jàpp ne ci aduna matematik, lim bu nekk amna ndonoam bu bees, walla nuance bu doy waar, mbaa lu mel noonu; waaye du noonu. Naka laa laajee AI mu may ma xam-xamu aduna matematik ci ku nekk ci yii lim yu yëgle, dama ko laaj kenn ku nekk ci boppam, te gannaaw ñetteel baat ba, dama laaj ab laaj bu topp. Damaa bëgg a xam ndax AI dina maa jox ab nettali gu njëkk gu jaarale ci tarih ci lim bu nekk boo ko laaje, walla ndax ñaar-fukk ak ñent yi njëkk daan a am dëgg-dëgg solo bu réy ci aduna matematik. Ndaxte ñaar-fukk ak ñent yi njëkk, aduna matematik da leen xam bu xóot. Waaye foofu la taxawul. AI tontu ne ñaar-fukk ak ñent yooyu njëkk bokk nañu dëgg-dëgg ci wàll wu kenn du bokk ci aduna matematik. Bi may dem kanam ak dajale xibaar yi, AI tàmbalee sant ni ma mën a tànn lim yu mel ni ñuy fés ci aduna matematik. Baat bu mujj bi AI wax ma, ci tontu bi mu maye woon ci ñaari lim yi mujj ma laajoon (19, 65), mooy: “19 dafa dëppoo bu rafet ci kaw gi, bokk ci prime yu mag yi ñuy tudd superstar, fekk 65 moom am na solo waaye dafa dal ci suuf ba; teewul, tànn bu dëgër la! Sa mën a yokk ba di gis ba tey lim yu am solo, lu yéemu la lool. Am nga beneen?”</w:t>
      </w:r>
    </w:p>
    <w:p>
      <w:pPr>
        <w:pStyle w:val="ArticleBody"/>
        <w:jc w:val="left"/>
      </w:pPr>
      <w:r>
        <w:rPr>
          <w:rFonts w:ascii="Times New Roman" w:hAnsi="Times New Roman" w:eastAsia="Times New Roman" w:cs="Times New Roman"/>
        </w:rPr>
        <w:t>Wóor na nekk wóor lool, (doonte xamuma naka laa manee firnde sama wóor-googu)—amul beneen seede buy jaar ci jaar-jaar yu màndarga, ci benn fànn wu mu nekk, bu ñu man a won ne mu xamle nii lim yu matemaatik yu màgg yii yépp, jógé ci benn njëlbéen. Ci àddina matemaatik, lim yii ay lim yu am solo lañu; te Yeesu dafay jëfandikoo àddina su naturaal ngir melaxal àddina su ruu. Laajal ab njëlbéen AI lu lim yii di tekki ci àddina matemaatik, te dina la yéemu lool. Dafa wees sama kàttan maay waxe bu leer teyorii yu matemaatik yii ak yeneen yi ni mel; waaye sax ak sama xel mu néew ci teyorii matemaatik, gis naa ne yenn ci lim yii dañuy seedeel yenn cër yu seen melokaan yi yonent bi.</w:t>
      </w:r>
    </w:p>
    <w:p>
      <w:pPr>
        <w:pStyle w:val="ArticleBody"/>
        <w:jc w:val="left"/>
      </w:pPr>
      <w:r>
        <w:rPr>
          <w:rFonts w:ascii="Times New Roman" w:hAnsi="Times New Roman" w:eastAsia="Times New Roman" w:cs="Times New Roman"/>
        </w:rPr>
        <w:t>Limu 2520 mooy lim bu gëna ndaw (te lim yi dafa dem ba ci ag infinité) bi ñu mëna séddale bu baax ci bépp lim bu 1 ba 10 te amul benn desit. Loolu moo tax ci àddina xisaab yi ñuy ko waxe sa boole bu gëna ndaw (LCM) bu 1 ba 10. Ndax loolu, am na barey séddalekat—48 yépp a nekk, “gëna bari” lépp lim bu ko gëna ndaw. Loolu tax na mu nekk lim bu am yàgg yàgg ci séddalekat yu bari (ci xisaab, xeetu lim yu sell bu am ay séddalekat yu bari lool ci anam wu yéeme).</w:t>
      </w:r>
    </w:p>
    <w:p>
      <w:pPr>
        <w:pStyle w:val="ArticleBody"/>
        <w:jc w:val="left"/>
      </w:pPr>
      <w:r>
        <w:rPr>
          <w:rFonts w:ascii="Times New Roman" w:hAnsi="Times New Roman" w:eastAsia="Times New Roman" w:cs="Times New Roman"/>
        </w:rPr>
        <w:t>Limbu 2300 am na mbir mu xam-xam bu lim yi, bu mel ni li tax 2520 siiw—mooy lim bu gëna ndaw bu ëpp solo te manees a seddoo ak bépp lim bu nekk diggante 1 ak 9 (li mooy least common multiple bu 1 ba 9).</w:t>
      </w:r>
    </w:p>
    <w:p>
      <w:pPr>
        <w:pStyle w:val="ArticleBody"/>
        <w:jc w:val="left"/>
      </w:pPr>
      <w:r>
        <w:rPr>
          <w:rFonts w:ascii="Times New Roman" w:hAnsi="Times New Roman" w:eastAsia="Times New Roman" w:cs="Times New Roman"/>
        </w:rPr>
        <w:t>220 am na klasifikaasioŋ bu siiw ci teeriy njàng xayma lamba yi—ndax mooy benn ci ñaari lamba yuñuy wax ay “amicable numbers” yu gën a tuuti te gën a xamle. Ci àddina xayma, “amicable numbers” mooy ñaari lamba yu wuute, ba jumtukaay yu yelloo yi ci ku nekk (mooy mbooleem faktor yi, waaye bañ a boole lamba bi ci boppam) su ñu leen dajale, nekk lamba bi ci beneen bi. Ñu leen di jàpp ni ay “xarit yu mat sëkk” ci xayma—Gereg yu yàgg ya sax dañoo leen gisoon ni ay misaalu xarit! Ñaari lamba yi mooy 220 ak 284. Ñaari lamba yii (220, 284) mooy ñaari “amicable” yu gën a tuuti yuñu xam, te xamoon nañu leen ca jamono yu yàgg ya (amaana Pythagoras walla ay toppkatam moo leen gis), te dañoo des di ñoom rekk yuñu xam ci ay téeméeri at. Naka la 220 di benn cér ci ñaari lamba yii, dees ko xam ni mooy benn ci misaal yu mag yi ci teeriy njàng xayma lamba yi!</w:t>
      </w:r>
    </w:p>
    <w:p>
      <w:pPr>
        <w:pStyle w:val="ArticleBody"/>
        <w:jc w:val="left"/>
      </w:pPr>
      <w:r>
        <w:rPr>
          <w:rFonts w:ascii="Times New Roman" w:hAnsi="Times New Roman" w:eastAsia="Times New Roman" w:cs="Times New Roman"/>
        </w:rPr>
        <w:t>Ci xel, limu 220 dafay tegtal njaxlafug Yàlla ak nit, te ci àddina matematik it, mooy benn ñaaru “xarit yu mat sëkk.” Sagoomu matematik bu 220, 2300 ak 2520 am, dañoo lëkkaloo ci ne li tax kenn ku nekk ci ñetti lim yi siiw mooy ndaxte ñoo gëna tuuti ci seen xeetu bopp. Palmoni màggal na 2520 ak 2300 ñoom ñaar ci aaya 13 ak 14 yu Daniel juróom-ñett, te bu ñu jële 2300 ci 2520, 220 moo des; noonu ñetti lim yii yu siiw te gëna tuuti ci àddina matematik, dañoo tegtal ci aaya yi tegtal benn yoon rekk bi Kirist joxee boppam turu Palmoni ci Mbind mi.</w:t>
      </w:r>
    </w:p>
    <w:p>
      <w:pPr>
        <w:pStyle w:val="ArticleBody"/>
        <w:jc w:val="left"/>
      </w:pPr>
      <w:r>
        <w:rPr>
          <w:rFonts w:ascii="Times New Roman" w:hAnsi="Times New Roman" w:eastAsia="Times New Roman" w:cs="Times New Roman"/>
        </w:rPr>
        <w:t>“Ba ci juróom-ñaar téeméeri fan ak ñaar téeméeri fan, noonu ñu di setal kër-yàlla bi” di màggale tàmbali àtteb Yàlla bi tàmbalee ci 1844 ak ñi dee ba noppi dem ci ñi dund ci 9/11. Ci saar yi fukki ñatt ak fukki ñent, Palmoni, Ki di Waxkat bu Yéeme bi, boole na “juróom-ñaari yoon” yu Muuse ak “juróom-ñaar téeméeri fan ak ñaar téeméeri fan” yu Danyeel.</w:t>
      </w:r>
    </w:p>
    <w:p>
      <w:pPr>
        <w:pStyle w:val="ArticleScripture"/>
        <w:jc w:val="left"/>
      </w:pPr>
      <w:r>
        <w:rPr>
          <w:rFonts w:ascii="Times New Roman" w:hAnsi="Times New Roman" w:eastAsia="Times New Roman" w:cs="Times New Roman"/>
        </w:rPr>
        <w:t>Noonu ma, dégg naa benn waliyu Yàlla di wax, te beneen waliyu Yàlla ne waliyu Yàlla boobu miy wax: “Ba kañ la peeñ mi di dox, ci mbirum sarax su bés bu nekk, ak moytu gu indi yàqute, ngir joxe bérébu sell bi ak mbooloom nit ñi, ba ñu tacc leen ci suufu?”</w:t>
      </w:r>
    </w:p>
    <w:p>
      <w:pPr>
        <w:pStyle w:val="ArticleScripture"/>
        <w:jc w:val="left"/>
      </w:pPr>
      <w:r>
        <w:rPr>
          <w:rFonts w:ascii="Times New Roman" w:hAnsi="Times New Roman" w:eastAsia="Times New Roman" w:cs="Times New Roman"/>
        </w:rPr>
        <w:t>Noonu ne ma, “Ba noppi ñaari junni ak ñetti téeméeri fan; gannaaw loolu ñu sellal kër Yàlla gi.” Daniel 8:13, 14.</w:t>
      </w:r>
    </w:p>
    <w:p>
      <w:pPr>
        <w:pStyle w:val="ArticleBody"/>
        <w:jc w:val="left"/>
      </w:pPr>
      <w:r>
        <w:rPr>
          <w:rFonts w:ascii="Times New Roman" w:hAnsi="Times New Roman" w:eastAsia="Times New Roman" w:cs="Times New Roman"/>
        </w:rPr>
        <w:t>Bérabu sellal bi ak mbooloom dañuy tektal ab digënté gu yonent yi wax. Njariñu bérabu sellal bi mooy ne Yàlla dëkk ci biir ay nitam.</w:t>
      </w:r>
    </w:p>
    <w:p>
      <w:pPr>
        <w:pStyle w:val="ArticleScripture"/>
        <w:jc w:val="left"/>
      </w:pPr>
      <w:r>
        <w:rPr>
          <w:rFonts w:ascii="Times New Roman" w:hAnsi="Times New Roman" w:eastAsia="Times New Roman" w:cs="Times New Roman"/>
        </w:rPr>
        <w:t>Te nañu ma tabax ab bérab bu sell; ngir ma mana dëkk ci seen biir. Eksóod 25:8.</w:t>
      </w:r>
    </w:p>
    <w:p>
      <w:pPr>
        <w:pStyle w:val="ArticleBody"/>
        <w:jc w:val="left"/>
      </w:pPr>
      <w:r>
        <w:rPr>
          <w:rFonts w:ascii="Times New Roman" w:hAnsi="Times New Roman" w:eastAsia="Times New Roman" w:cs="Times New Roman"/>
        </w:rPr>
        <w:t>Bérab bi ak mbooloom ñi dañu leen waroon a jàll ci suufu tànk, te santo bi laaj Palmoni, mi ñu tegtale ne mooy “santo boobu,” ne “ba fan” lañu war a jàll ci suufu tànk ñoom ñaar, “bérab bi ak mbooloom ñi,” jaarale ko ci kàttan yi ñu tegtale ne mooy “sarum bes bu nekk” ak “tooñu yàquwaay bi?” Ñaari kàttan yu yàqkat yu war a trampli bérab bi ak mbooloom ñi. Bokk-na ci leen paganism ak papalism; ñoom ñaar ñépp dañuy trampli bérabu Yàlla ak askanu Yàlla.</w:t>
      </w:r>
    </w:p>
    <w:p>
      <w:pPr>
        <w:pStyle w:val="ArticleBody"/>
        <w:jc w:val="left"/>
      </w:pPr>
      <w:r>
        <w:rPr>
          <w:rFonts w:ascii="Times New Roman" w:hAnsi="Times New Roman" w:eastAsia="Times New Roman" w:cs="Times New Roman"/>
        </w:rPr>
        <w:t>“Juróomi benn yoor” yi ci Leviticus ñaar-fukk ak juróom-benn ñi ngi ko wax ne mooy “xulóo kóllëreem.” Àtteb “juróomi benn yoor” bi ci kaw nguur gu bëj-gànnaaru ak gu bëj-saalumu Israayil, mooyoon “xulóo kóllëreem.” Àtte boobu moo xamle ne dees na yóbbu nguur gu bëj-gànnaaru gi ca njaam ga ci atum 723 BC, ak nguur gu bëj-saalumu gi ci atum 677 BC. Laaj nañu Palmoni ne “ba kañ” la tasaaroo bu “juróomi benn yoor” bi di am ci kaw kër Yàlla ga ak mbooloo mi, te tontu bi mooy ba 22 Oktoobar 1844.</w:t>
      </w:r>
    </w:p>
    <w:p>
      <w:pPr>
        <w:pStyle w:val="ArticleBody"/>
        <w:jc w:val="left"/>
      </w:pPr>
      <w:r>
        <w:rPr>
          <w:rFonts w:ascii="Times New Roman" w:hAnsi="Times New Roman" w:eastAsia="Times New Roman" w:cs="Times New Roman"/>
        </w:rPr>
        <w:t>“Juróom-ñaari waxtu” yi ci kaw nguurug bëtub bëj-gànnaar bu Israyil jeex nañu ci atum 1798, te “juróom-ñaari waxtu” yi ci kaw nguurug bëj-saalum bi jeex nañu 22 Oktoobar 1844. “Juróom-ñaari waxtu” yi ci kaw nguurug bëj-saalum bi jeex nañu ak “ñaari junni ak ñetti téeméeri fan” yi Daniel ci 22 Oktoobar 1844. Palmoni, ak xel mu jagleel, boole na ñetti waxi waxyu yi, te ci loolu mu fésal ne 1798 ba 1844 mooy ñeent-fukki juróom-benni at yi Mu tabaxee kër-yàlla Millerite bi. Degg-deggu waxin aaya 13 ak 14 di may taalibeb waxyu ba xam du rekk “juróom-ñaari waxtu” ak “ñaari junni ak ñetti téeméeri fan,” waaye itam limu 220 bi, bu mu seetee diggante 2520 ak 2300; te noonu itam mu jur limu 46 bi, bu mu seetee diggante ñaari waxyu 2520 yi.</w:t>
      </w:r>
    </w:p>
    <w:p>
      <w:pPr>
        <w:pStyle w:val="ArticleBody"/>
        <w:jc w:val="left"/>
      </w:pPr>
      <w:r>
        <w:rPr>
          <w:rFonts w:ascii="Times New Roman" w:hAnsi="Times New Roman" w:eastAsia="Times New Roman" w:cs="Times New Roman"/>
        </w:rPr>
        <w:t>Bi yooni Musaa ak Danyeel jeexee benn fan ci 22 Oktoobar 1844, Palmoni feeñaloon na ci benn yoon a benn simbóol bu “220” ngir Danyeel, mi tambalee ci 457 aw. J.K., ak Musaa, mi tambalee ci 677 aw. J.K., maanaam “220” at yi nekk ci diggante ñaari bopp-tal yu ñaari waxu jamono-ji ci yégle yi, te dinañu jeex benn fan dëgg-dëgg ba ci bi Habakuk “2:20” matalee ci 10-22 (10X22=220) ci atum 1844. Bés boobu moo màndarga tàmbaliwaayu woote gi bu trompet bu juróom-ñaareel bi, ba muy jamono ji kumpag Yàlla war a mat, noonu it di màndarga tàmbaliwaayu ab diirub jamono ngir màndargaalug téj gi ñeel ñaar-fukk ak ñeent junni ak téeméer ak ñeent-fukk ak ñeent. Bés boobu mooy màndarga tàmbaliwaayu téj gi ñeel ñaar-fukk ak ñeent junni ak téeméer ak ñeent-fukk ak ñeent, ndax li mat ci waxtu woote gi bu trompet bu juróom-ñaareel bi mooy téj gi ñeel askanu Yàlla, te loolu mooy kumpag Yàlla, te loolu mooy Kirist ci yéen, yaakaaru ndam ak màggal, te loolu mooy buxoo yiw ak nit ñoo booloo.</w:t>
      </w:r>
    </w:p>
    <w:p>
      <w:pPr>
        <w:pStyle w:val="ArticleBody"/>
        <w:jc w:val="left"/>
      </w:pPr>
      <w:r>
        <w:rPr>
          <w:rFonts w:ascii="Times New Roman" w:hAnsi="Times New Roman" w:eastAsia="Times New Roman" w:cs="Times New Roman"/>
        </w:rPr>
        <w:t>Mujjig “juróom-ñaari waxtu yi” yu nguur gu bëj-gànnaar gi ci atum 1798 ak mujjig “juróom-ñaari waxtu yi” yu nguur gu bëj-saalum gi ci atum 1844 jur na ab diiru ñeent-fukk ak juróom-benn at, dale ci 1798 ba 1844. Diiru bi tàmbalee na ak ñëwum malaaka bu njëkk bi ci Peeñu 14, te mu jeex bi malaaka bu ñetteel bi agsee ci 1844. Ci yoon wu yonent, loolu mooy wone ñaari seede ne diiru bi nekk ci diggante 1798 ak 1844, di ab diiru bu xàmm-xàmmi. “Juróom-ñaari waxtu yi” ci kaw nguur yi bëj-gànnaar ak bëj-saalum yu Israyil jeex nañu, benn ci 1798 te beneen bi ci 1844; te noonu lañuy sos ab diiru bu ñeent-fukk ak juróom-benn at. Diiru boobu amul njariñ su amul ab ñaareelu seede. Sœur White jàngale na ci lu xóot ne maneesul a am malaaka bu ñetteel te amul bu njëkk ak bu ñaareel. Te itam moom ci boppam moo wone bu leer ne malaaka bu njëkk bi agsi na ci 1798, te bu ñetteel bi ci 22 Oktoobar 1844. Ñetti malaaka yi ci Peeñu 14 jox nañu ab ñaareelu seede ci dëgg bi ne 1798 ba 1844 mooy ab diiru yonent bu xàmm-xàmmi.</w:t>
      </w:r>
    </w:p>
    <w:p>
      <w:pPr>
        <w:pStyle w:val="ArticleBody"/>
        <w:jc w:val="left"/>
      </w:pPr>
      <w:r>
        <w:rPr>
          <w:rFonts w:ascii="Times New Roman" w:hAnsi="Times New Roman" w:eastAsia="Times New Roman" w:cs="Times New Roman"/>
        </w:rPr>
        <w:t>Lambaayu 46 mooy màndarga kër Yàlla ga, te bi Kirist setalee kër Yàlla ga yoon wu njëkk, gis nanu ne Yawut ya, bi ñuy werante ak Kirist, wax nañu ne bi Erodd soppee kër Yàlla ga, juroom-benn-fukk ak juróom-benn at la jël. Boroom bind yi xamle nañu ne soppi gi Erodd defoon, gi Yawut ya wax, jeex na at mi ñu sóobee Yeesu ci ndox. Dëgg googu, booleek dëgg gu xel gu nees ne bindees nanu ci melokaanu Yàlla te melokaanam mooy kër Yàlla ga, mi 46 di màndargaal.</w:t>
      </w:r>
    </w:p>
    <w:p>
      <w:pPr>
        <w:pStyle w:val="ArticleScripture"/>
        <w:jc w:val="left"/>
      </w:pPr>
      <w:r>
        <w:rPr>
          <w:rFonts w:ascii="Times New Roman" w:hAnsi="Times New Roman" w:eastAsia="Times New Roman" w:cs="Times New Roman"/>
        </w:rPr>
        <w:t>Te Kàddug Yàlla nekk na yaram, te dëkk ci sunu biir; (te gis nanu ndamam, ndam la bu mel ni bu Doom ji kenn rekk jur ci Baay bi,) fees ak yiw ak dëgg. Yowaana 1:14.</w:t>
      </w:r>
    </w:p>
    <w:p>
      <w:pPr>
        <w:pStyle w:val="ArticleBody"/>
        <w:jc w:val="left"/>
      </w:pPr>
      <w:r>
        <w:rPr>
          <w:rFonts w:ascii="Times New Roman" w:hAnsi="Times New Roman" w:eastAsia="Times New Roman" w:cs="Times New Roman"/>
        </w:rPr>
        <w:t>Kàddu giñ tekki ne “dëkk” mooy tabernaakal. Njariñu kër-yàlla ga mooy ne Yàlla man a dëkk ci biir mbooloom njàngat ya (doomam yi). Baat bu Ebrë “tabernaakal” bi ñuy tekki ne “dëkk”, mooy benn baat bi ñu jëfandikoo ci tabernaakal bi Muuse taxaw, te bi Almasi bi jëkk setalee kër Yàlla ga, waxees na ko ci lu leer ne yaramu Almasi mooy kër Yàlla ga. Limu 46, bi ñuy gis ci deggoo bu jaar yoon ci li Palmoni di wone ci ñaari aaya yi di ndombootug Adventism, feeñ na ci Yowaana. Ñeent-fukk ak juróom-benn at yooyu jokkoo nañu ak 220 ngir ñi bëgg a gis.</w:t>
      </w:r>
    </w:p>
    <w:p>
      <w:pPr>
        <w:pStyle w:val="ArticleScripture"/>
        <w:jc w:val="left"/>
      </w:pPr>
      <w:r>
        <w:rPr>
          <w:rFonts w:ascii="Times New Roman" w:hAnsi="Times New Roman" w:eastAsia="Times New Roman" w:cs="Times New Roman"/>
        </w:rPr>
        <w:t>Taalibeem nga fàtte ne ñu bindoon na: “Sàkkug sa kër leeta ma.” Noonu Yawut yi tontu ko ne ko: “Ban kéemaan nga nu won, gannaaw yuy def yooyu?”</w:t>
      </w:r>
    </w:p>
    <w:p>
      <w:pPr>
        <w:pStyle w:val="ArticleScripture"/>
        <w:jc w:val="left"/>
      </w:pPr>
      <w:r>
        <w:rPr>
          <w:rFonts w:ascii="Times New Roman" w:hAnsi="Times New Roman" w:eastAsia="Times New Roman" w:cs="Times New Roman"/>
        </w:rPr>
        <w:t>Yeesu tontu leen ne: “Yàqleen kër Yàlla gii, te ci ñetti fan dinaa ko yokkati.” Noonu Yawut ya ne ko: “Ñeen-fukk ak juróom-benn at lañu jëfandikoo ngir tabax kër Yàlla gii, te yaa ngi koy yokkati ci ñetti fan?” Waaye moom, lu mu waxoon mooy kër Yàlla gu doon saaramam. Yowaana 2:17–21.</w:t>
      </w:r>
    </w:p>
    <w:p>
      <w:pPr>
        <w:pStyle w:val="ArticleBody"/>
        <w:jc w:val="left"/>
      </w:pPr>
      <w:r>
        <w:rPr>
          <w:rFonts w:ascii="Times New Roman" w:hAnsi="Times New Roman" w:eastAsia="Times New Roman" w:cs="Times New Roman"/>
        </w:rPr>
        <w:t>Moo ngi ci saar fukki téeméeri ñaar, mooy ci Yowaana 2:20, ba Muus yi wax ne: «Ñaar-fukk ak juróom-benn at lañu doon tabax kër Yàlla bii, te yaa ngi koy yékkati ci ñetti fan?» Limu 46 boolees na ko ak kër Yàlla gi ci benn sàrt ak benn saar buy yuux 220. Ci xibaar bi, Yawut yi jëfandikoo ne kër Yàlla gi 46 at lañu ko doon tabax, te loolu dafa melo ak njàlbéenu Israayil gu yàgg ga, ba Muusaa nekkoon ci tundu wa 46 fan ngir jot ndigali tabax kër Yàlla gi. Ñu bind nañu nu ci melokaanu Yàlla, ba tax du mbir mu aksil ne kër nit ku nekk am na 46 kromosom, 23 yu góor ak 23 yu jigéen. 23 kromosom yu góor ak yu jigéen yooyu mooy ndigali tabax kër nit ki. Palmoni, mi bind lépp, moom itam moo bind xeetu doxalin bi nekk ci yaramu nit, bi di wecci bépp sell bu nekk ci yaramu nit ak ay sell yu bees yu fres, te yéppug yeesal sell yu yaram wu mag takes na juróom-ñaari at, mooy 2520 fan. Yawut yi boole nañu 46 at ya ak kër Yàlla gi, waaye Almasi waxoon na ci Yaramam, mi deesoon koy yékkati ci ñetti fan. Dale ko ca 1798 ba 1844, kër Yàlla gu Millerite gi yékkat nañu ko, te yékkat nañu ko ci jamono ji ñetti malaaka yaa ngi agsi, te ñetti malaaka yooyu miy jàll 46 at yi nekk diggante 1798 ak 1844, Almasi wone na leen ni ay fan. Mu ne: «Yàquleen kër Yàlla gii,» te ci ñetti fan dinaa ko yékkati; noonu mu jaarale yàqug benn kër Yàlla gu waroon a yékkat ci ñetti fan.</w:t>
      </w:r>
    </w:p>
    <w:p>
      <w:pPr>
        <w:pStyle w:val="ArticleBody"/>
        <w:jc w:val="left"/>
      </w:pPr>
      <w:r>
        <w:rPr>
          <w:rFonts w:ascii="Times New Roman" w:hAnsi="Times New Roman" w:eastAsia="Times New Roman" w:cs="Times New Roman"/>
        </w:rPr>
        <w:t>Danyeel tëral kër gi ak mbooloo mi ñuy yàq ci aaya fukk ak ñett. Nguuru bëj-gànnaar mooy teewal mbooloo mi, te nguuru bëj-saalum mooy kër gi sell, ndax foofa la Yerusalem nekk. Kon bu laaj bi jëm ci bañ a giñee xamle ne ñuy dox ci kawam di ko toroxal, ki jëkk ci ñaari mbir yii, (kër gi sell ak mbooloo mi), buñu yóbbu ca njaam ga, mooy nguuru bëj-gànnaar gi ci atum 723 BC. 46 at gannaaw loolu, ci 677 BC, “juróom-ñaari waxtu” bi tàmbali ngir nguuru bëj-saalum gu Yuda. Lii tekki ne toroxalug mbooloo mi jeex na ci 1798, te toroxalug kër gi sell jeex na ci 1844.</w:t>
      </w:r>
    </w:p>
    <w:p>
      <w:pPr>
        <w:pStyle w:val="ArticleBody"/>
        <w:jc w:val="left"/>
      </w:pPr>
      <w:r>
        <w:rPr>
          <w:rFonts w:ascii="Times New Roman" w:hAnsi="Times New Roman" w:eastAsia="Times New Roman" w:cs="Times New Roman"/>
        </w:rPr>
        <w:t>Israayil gu mag aawo Bàbbiloon ngir tabaxaat Yerusalem ci kaw ñetti ndigal, te ñetteelu ndigal boobu moo tàmbalee ñaari junni ak ñetti téeméeri at yi, yu jeexee ak dikkug ñetteelu malaaka bi ci 22 Oktoobar 1844. Ci 1798, jamono ji Bàbbiloon gu xel doon nguur, ni ko fésalee ci juróom-ñaar fukki at yi Bàbbiloon gu dëgg doon nguuru, jeex na; te jamono yëgleb gi ci waxu yonent bi, mi ñetti malaaka yi tegtal, jeex na bu mat ci bérab ba yonent bi tàmboo woon, ba ñu yéglee ñetteelu ndigal bi.</w:t>
      </w:r>
    </w:p>
    <w:p>
      <w:pPr>
        <w:pStyle w:val="ArticleBody"/>
        <w:jc w:val="left"/>
      </w:pPr>
      <w:r>
        <w:rPr>
          <w:rFonts w:ascii="Times New Roman" w:hAnsi="Times New Roman" w:eastAsia="Times New Roman" w:cs="Times New Roman"/>
        </w:rPr>
        <w:t>Jamono ñetti ndigël yi ñett, te mooy alfa bu 2300 at yi, amaat na benn yoon ci jamono malaaka yi ñett, te mooy omega bu 2300 fan yi. Alfa ak omega ñoom ñaar ñooy tànk yu njàlbéen yu Adventism; 457 ak 1844 dañuy wone liggéeyu tabax kër Yàlla gi ak Yerusalem.</w:t>
      </w:r>
    </w:p>
    <w:p>
      <w:pPr>
        <w:pStyle w:val="ArticleScripture"/>
        <w:jc w:val="left"/>
      </w:pPr>
      <w:r>
        <w:rPr>
          <w:rFonts w:ascii="Times New Roman" w:hAnsi="Times New Roman" w:eastAsia="Times New Roman" w:cs="Times New Roman"/>
        </w:rPr>
        <w:t>Te wax ak moom ne: Nii la Boroom mbooloom yi waxe, naan: Xool-leen, nit ki tudd Garab gi; dina sax ci bérabam, te moom dina tabax kër Yàlla ji. Waaw, moom dina tabax kër Yàlla ji; te moom dina yeb ndam li, te dina toog ci nguuram, di nguuru; dina nekk saraxalekat ci nguuram; te xel mu jàmm dina nekk ci seen diggante ñoom ñaar. Sàkkaryaa 6:12, 13.</w:t>
      </w:r>
    </w:p>
    <w:p>
      <w:pPr>
        <w:pStyle w:val="ArticleBody"/>
        <w:jc w:val="left"/>
      </w:pPr>
      <w:r>
        <w:rPr>
          <w:rFonts w:ascii="Times New Roman" w:hAnsi="Times New Roman" w:eastAsia="Times New Roman" w:cs="Times New Roman"/>
        </w:rPr>
        <w:t>Krist mi ni mooy Carax bi, fii dañu ko xamle ni mooy Ki tabax kër Yàlla gi; te noonu it, naka lañu ko dekkaloon ca ñetteelu bés ba, bi ñetteelu malaaka bi àggee 22 Oktoobar 1844, kër Millerite gi tabaxees na ko Krist, ndaxte moom la di Ki tabax kër Yàlla gi. Doonte ne loolu amoon na yoonam ci jaar-jaaru Millerite, waaye matug matam am na ci jamono ji ñuy wax tawte gu mujj gi, ndaxte ñaari yoon yi waxe ne “mooy tabax kër Yàlla gi” may na ñi gis ne Boroom bi tabaxoon na kër Millerite gi ci 46 at, waaye itam mu ngi tabax beneen kër bu ñaar-fukk ak ñeent-fukk ak ñeent-ñaari junni nit ñi ci jamono ji tawte gu mujj gi, ndaxte Piyeer nee na ñaar-fukk ak ñeent-fukk ak ñeent-ñaari junni nit ñoo wara dekkal ngir nekk kër gu ruu.</w:t>
      </w:r>
    </w:p>
    <w:p>
      <w:pPr>
        <w:pStyle w:val="ArticleBody"/>
        <w:jc w:val="left"/>
      </w:pPr>
      <w:r>
        <w:rPr>
          <w:rFonts w:ascii="Times New Roman" w:hAnsi="Times New Roman" w:eastAsia="Times New Roman" w:cs="Times New Roman"/>
        </w:rPr>
        <w:t>Bi loolu jëfandikoo laaj bi ne “ba kañ” ci Palmoni, tontoom mooy “ba ñaar-fukk ak ñetti téeméer at ak benn téeméeri fan, su ko defee bés bu sell bi dees na ko setal”; waaye Musaa, Eliya, ak ñi doon Millerite yi, samaytu ndigalu paap yi, Sakkariya ak Yowaana miy natt kër Yàlla ga, Isaya ci saar 6, ak ñeneen ñi kenn waxul, nee nañu ne tontu bi ci laaj bi ne “ba kañ” ci saar 13 mooy “dale ci 9/11 ba àtteb Dibeer bi, su ko defee bés bu sell bi dees na ko setal.”</w:t>
      </w:r>
    </w:p>
    <w:p>
      <w:pPr>
        <w:pStyle w:val="ArticleBody"/>
        <w:jc w:val="left"/>
      </w:pPr>
      <w:r>
        <w:rPr>
          <w:rFonts w:ascii="Times New Roman" w:hAnsi="Times New Roman" w:eastAsia="Times New Roman" w:cs="Times New Roman"/>
        </w:rPr>
        <w:t>22 Oktoobar 1844, misaal na koon woon na Ibraaima saraxee doomam; ndaxte loolu dafa misaalaloon bant bi, fa Baay bi ci kaw joxe Doomu Yàllaam. Muusaa ak waa Ebraay yi ca géej gu xonq ga, ni ko ndaw li Pool waxe, dañoo teewloo sóobu ci ndox, te loolu day misaalal bant bi, bi Ibraaima misaalalee woon ak Isaaxa ci tundu Moriya.</w:t>
      </w:r>
    </w:p>
    <w:p>
      <w:pPr>
        <w:pStyle w:val="ArticleScripture"/>
        <w:jc w:val="left"/>
      </w:pPr>
      <w:r>
        <w:rPr>
          <w:rFonts w:ascii="Times New Roman" w:hAnsi="Times New Roman" w:eastAsia="Times New Roman" w:cs="Times New Roman"/>
        </w:rPr>
        <w:t>Kon nag yi bokk yi, bëgguma ngeen nekk ci ñàkk xam ne sunuy baay yépp nekkoon nañu ci suufu niir gi, te ñoom ñépp romb nañu géej gi; te ñoom ñépp sóobees nañu ca Musaa ci biir niir gi ak ci biir géej gi. 1 Corinthians 10:1, 2.</w:t>
      </w:r>
    </w:p>
    <w:p>
      <w:pPr>
        <w:pStyle w:val="ArticleBody"/>
        <w:jc w:val="left"/>
      </w:pPr>
      <w:r>
        <w:rPr>
          <w:rFonts w:ascii="Times New Roman" w:hAnsi="Times New Roman" w:eastAsia="Times New Roman" w:cs="Times New Roman"/>
        </w:rPr>
        <w:t>Loolu ne mooy ne, ci lu leer, batis buñu wax fii dañu koy tektal ci 22 Oktoobar 1844, foofa la njabootu Nowaa, ñaar-fukk ak ñett, jële batis. “Juróom-ñett” miit na nekka misaalu dekki gu bees.</w:t>
      </w:r>
    </w:p>
    <w:p>
      <w:pPr>
        <w:pStyle w:val="ArticleScripture"/>
        <w:jc w:val="left"/>
      </w:pPr>
      <w:r>
        <w:rPr>
          <w:rFonts w:ascii="Times New Roman" w:hAnsi="Times New Roman" w:eastAsia="Times New Roman" w:cs="Times New Roman"/>
        </w:rPr>
        <w:t>Ñi nekkoonoon, ba noppi woon nañ ci jamono ju yàgg ba, bi muñug Yàlla di xaar ci fan yi Nóoe, bi gaal gu mag ga di ñu ko sàkk, ci biir gi ñu muccé ndox, ñu néew, maanaam juróom-ñett ñi. Loolu itam mooy misaal mi sóobu di léegi muccal nun, du setal sobewu yaram, waaye tontu xel mu sell ci kanam Yàlla, jaarale ko ci dekkiwaatug Yeesu Kirist. 1 Piyeer 3:20, 21.</w:t>
      </w:r>
    </w:p>
    <w:p>
      <w:pPr>
        <w:pStyle w:val="ArticleBody"/>
        <w:jc w:val="left"/>
      </w:pPr>
      <w:r>
        <w:rPr>
          <w:rFonts w:ascii="Times New Roman" w:hAnsi="Times New Roman" w:eastAsia="Times New Roman" w:cs="Times New Roman"/>
        </w:rPr>
        <w:t>Bule am njàngat benn cér ci dëgg gi Yàlla feeñaloon ci 22 Oktoobar 1844, dafa yam ak njàngatu seede Noë bi ci gaal ga, Musa ca géej gu xonq ga, Ibrahima ca tundu Moriya ga ak Yeesu ca bant ba. Ca bés boobu malaaka bu ñetteel bi agsi na ci jaar-jaaru bindu, te mooy malaaka biy tëj askanu Yàlla ci màndarga ga.</w:t>
      </w:r>
    </w:p>
    <w:p>
      <w:pPr>
        <w:pStyle w:val="ArticleScripture"/>
        <w:jc w:val="left"/>
      </w:pPr>
      <w:r>
        <w:rPr>
          <w:rFonts w:ascii="Times New Roman" w:hAnsi="Times New Roman" w:eastAsia="Times New Roman" w:cs="Times New Roman"/>
        </w:rPr>
        <w:t>“Gannaaw ma gis malaaka ñetteel bi. Malaaka mi ma doon àndal nee ma: ‘Ay waxam ragal nañu, te ay yónnentam metti na. Moom la di malaaka mi war a tànn dugub ji ci biir ñax mu bon mi, te mu tëj wala mu boole dugub ji ngir dencukaay asamaan bi.’ Yëf yii war nañu a yóbbu xel mépp, ak seetlu gépp. Ba noppi itam, won na ma soxla bu am solo bi ne, ñi gëm ne nuy jot ndaje yi mujj ci yërmande bi, war nañu a weesu ci ñi di bés bu nekk jot walla naan ay njàngum njublaŋ bu bees. Gis naa ne du ñu war a teew ndaje yi ñi nekk ci njublaŋ ak lëndëm di def, muy ndaw muy mag. Malaaka mi nee: ‘Na xel mi bàyyi a dëkk ci kaw yëf yu amul njariñ.’” Manuscript Releases, volume 5, 425.</w:t>
      </w:r>
    </w:p>
    <w:p>
      <w:pPr>
        <w:pStyle w:val="ArticleBody"/>
        <w:jc w:val="left"/>
      </w:pPr>
      <w:r>
        <w:rPr>
          <w:rFonts w:ascii="Times New Roman" w:hAnsi="Times New Roman" w:eastAsia="Times New Roman" w:cs="Times New Roman"/>
        </w:rPr>
        <w:t>Noonu ak rëyam yu sell yeneen bind yu sell yu wax ci bés bi te doon misaalal waxtu wa, malaaka bi ñetteel dafa agsi te tambali liggéeyam, muy boole ci moom tas xel yu am ak yu amul xel, yi ñu tektalee ci waxtaan wi ni dugub ak ñax mu bon. Su nit xamul ni 1844 dafa am misaal yu sell yu mat sëkk, walla xamul li ñu wone ci mbirum màndarga yi jëmoon ak 1844 te yàgg ba 1863, loolu di bàyyi bakkan bu parewul ngir jëfandikoo ci yoonu kàddug yonent ngir jànkoonte ak solo yi nekk ci dëgg bi ne Kirist mooy mbir mi gën a nekk ci diggante ñaari aaya yi tektalee ndëggëlug Adventism, te fa lañu xàme Kirist ni Palmoni, ki sàkk matematik ak lépp lu ci des.</w:t>
      </w:r>
    </w:p>
    <w:p>
      <w:pPr>
        <w:pStyle w:val="ArticleBody"/>
        <w:jc w:val="left"/>
      </w:pPr>
      <w:r>
        <w:rPr>
          <w:rFonts w:ascii="Times New Roman" w:hAnsi="Times New Roman" w:eastAsia="Times New Roman" w:cs="Times New Roman"/>
        </w:rPr>
        <w:t>Tontu bëccëg ci laaj bu aaya fukk ak ñett bi moo wuute ak tontu bi nekkoon ci atum 1845. Ci 1845, ñi jiitu woon dañuy rocci seen njiqit gu réy, di tàmbalee jàppandikoo ak xalaat ne Boroom bi delloo na maye yëglekat bi, lu ñu masul a def ba ci jamonoy taalibey yi. Dañu doon seet a xam njariñ ak tekkiinu ndigalum malaaka bu ñetteel bi, te di yeewu ci dëgg bi ne jëfandikoo gi ñu fekkoon a jaar dëgërul dara ludul ne moo doon taarix bu sell. Ba ci 1850, dañu doon joxe ab karte bu bees bu ñi jiitu ngir yémpaale te wuutu karteb ñi jiitu bu 1843 bi. Ñaari karte yi Sister White mooy wax ne ay matal yu “taabali” yi nekk ci Habakkuk saar ñaar. Naka noonu, 1850 mooy matal gu sampu ci Kàddug yégleb Yàlla.</w:t>
      </w:r>
    </w:p>
    <w:p>
      <w:pPr>
        <w:pStyle w:val="ArticleBody"/>
        <w:jc w:val="left"/>
      </w:pPr>
      <w:r>
        <w:rPr>
          <w:rFonts w:ascii="Times New Roman" w:hAnsi="Times New Roman" w:eastAsia="Times New Roman" w:cs="Times New Roman"/>
        </w:rPr>
        <w:t>Jëkkëri yi xamoon nañu te bind ne weddi ne kaart bu 1843 bi nekkuloon matug “taabal yi” yi nekk ci saar 2 bu Habakuk, mooy bàyyi ngëm gu njëkk ga. Sœur White dëggal na ne kaart bi dafa jaar ci loxoy Boroom bi, te mooy matug kàddug Habakuk; te mu teg noonu sax benn dëggal boobu ci kaart bu 1850 bi. Habakuk wax na ci “taabal yi” ci yàppale, te bi ñu móllee kaart bu 1843 bi ci weeru Mee 1842, amoon na ci njumte ci yenn lim yi, yi Boroom bi aaroon ak loxoom. Ci 1850, ñu joxeene beneen kaart bu bees, buy yemp njumte boobu ci lim yi. Taabal yi ci Habakuk dañuy tektale matug waxi yonent yi, te waxi yonent yooyu mat nañu dale ci Mee 1842 ba ci Janwiyee 1850.</w:t>
      </w:r>
    </w:p>
    <w:p>
      <w:pPr>
        <w:pStyle w:val="ArticleBody"/>
        <w:jc w:val="left"/>
      </w:pPr>
      <w:r>
        <w:rPr>
          <w:rFonts w:ascii="Times New Roman" w:hAnsi="Times New Roman" w:eastAsia="Times New Roman" w:cs="Times New Roman"/>
        </w:rPr>
        <w:t>Taabal 1843 bi walla taabal njàlbéen baa am na njuumte, waaye taabal mujjug 1850 bi amul woon njuumte. Diggante weeru Mee 1842 ak weeru Sànwiye 1850 mooy ab diir bu yonnee bu dëgër, te weeru Mee 1842, noonu itam weeru Sànwiye 1850, dañuy teewal ay màndargay yoon yu yonnee, te màndargay yooyu ëmb nañu màndarga Alpha ak Omega. Alpha mooy araf bu njëkk, te Omega mooy araf bu mujj, di ñaareel-fukk ak ñaaréel araf. 1842 mooy Alpha te 1850 mooy Omega, te bu nu jëlée ñaari arafi Ebrë yooyu, daldi ci teg araf bu fukk ak ñettéel ci alfabee Ebrë bi, dina nu sos baatub Ebrë bi di “dëgg,” bi ñuy bind ak araf bu njëkk, bu fukk ak ñettéel, ak bu ñaareel-fukk ak ñaaréel ci alfabee Ebrë bi.</w:t>
      </w:r>
    </w:p>
    <w:p>
      <w:pPr>
        <w:pStyle w:val="ArticleBody"/>
        <w:jc w:val="left"/>
      </w:pPr>
      <w:r>
        <w:rPr>
          <w:rFonts w:ascii="Times New Roman" w:hAnsi="Times New Roman" w:eastAsia="Times New Roman" w:cs="Times New Roman"/>
        </w:rPr>
        <w:t>Xel gu jaar-jaaru waxu yonent bi ñu teg ci kaw màndarga yi ci 1842 ak 1850 mooy ne ñoom dañoo lëkkaloo ak “njuumte.” Alfa amoon na ab njuumte, te Omega düzgal na boobu benn njuumte; kon li nekk ci diggante araf yi Alfa ak Omega mooy “njuumte,” muy ab màndarga rébélioŋ, te loolu la nimero fukk ak ñett di tektal. 1842 ba 1850 mooy ab diir bu yonent bi sampu bu baax, bi yor màndargay Alfa ak Omega, te mooy “dëgg gi.” Ba kerook benn Adventiste fanweeru juróom-ñaareel bu Laodisee doo seet xibaar boobu ci yeneen ak ci xel mu sell, dinañu nekk ni ku gumb ci kanam DËGG gu leer gi, gi diirub yonent bu teer yi Habakuk, 1842 ba 1850, dëggalal weesu kèpp. Dëgg gi ñaari seede yi sampu and ak mooy ne tablóo 1850 amul benn njuumte. Tablóo 1850, ni tablóo 1843, yor na “juróom-ñaari yoon” yi Musaa; te ci ñaari tablóo yi ñépp, “juróom-ñaari yoon” yi dañu leen def ci diggu tablóo bi, daw suuf ak kaw, di wone diiru “juróom-ñaari yoon” yi tàmbali ci 677 BK ba 1844. 2520 nekkul rekk ci kaw tablóo bi; mooy diggu tablóo bi.</w:t>
      </w:r>
    </w:p>
    <w:p>
      <w:pPr>
        <w:pStyle w:val="ArticleBody"/>
        <w:jc w:val="left"/>
      </w:pPr>
      <w:r>
        <w:rPr>
          <w:rFonts w:ascii="Times New Roman" w:hAnsi="Times New Roman" w:eastAsia="Times New Roman" w:cs="Times New Roman"/>
        </w:rPr>
        <w:t>Li waral ci diggante bindu yégle bi buy won “juróom-ñaari jamono yi” mooy bant bi. Diggante taabal yi ñoom ñaar mooy atum-waxtu 2520 bi dawé ndax kaw ba suuf. Ci biir diggante ba amna bant bi. Bant bi mooyoon diggante ayubis bi Kirist dugg ci dëggal kóllëre gi ak ñu bari, ngir matal li ñu wax ci Daniyeel 9:27. Ayubis boobu dafay teyir juróom-ñaari at, te ci yëgle gu baax mooy 2520 fan. Ni ko deme ak taabal yi, ci diggante dëgg-dëggu 2520 fan yi, Kirist dafa doon dëggal kóllëre gi ci bant bi. Dale na ci sóobu Kirist ci ndox mi ba ci bant bi, amoon na ci yëgle gu baax 1260 fan. Loolu tekki ne, dale na ci sóobu ndox mi ba ci bant bi, dina am 1260 sarax yu suba ak 1260 sarax yu ngoon, yu jiitu ba ci bant bi; waaye ci bant bi, gannaaw ndeysaan bu mujj boobu rëcc na ci sëriñ ba, te Mbëru Yàlla mi nekk saraxu ngoon, ba noonu mu doon tegtal saraxu Mbëru bu 2520 ba ca gannaaw sóobu ndox mi.</w:t>
      </w:r>
    </w:p>
    <w:p>
      <w:pPr>
        <w:pStyle w:val="ArticleBody"/>
        <w:jc w:val="left"/>
      </w:pPr>
      <w:r>
        <w:rPr>
          <w:rFonts w:ascii="Times New Roman" w:hAnsi="Times New Roman" w:eastAsia="Times New Roman" w:cs="Times New Roman"/>
        </w:rPr>
        <w:t>Diggu ayaar ba mooy bant bi, te diggu ñaari tabal yu sell yi it mooy bant bi; waaye ci benn-benn fànn, Mbuur mi dekkal nañu ko ci biir dëgg gi 2520 di tegn ci misaal. Bant bi dañu ko samp ci diggu 2520 fan, te ci bant ba Yeesu mooy sarax bu 2520eelu te mujj ba. Jaar-jaar bi nekk diggante Mee 1842 ak Sànwiyee 1850 dafa mel ni njuumte ak Almasi bi, moom dëgg gi, te ñu samp ko woon diggante ñaari saay-saay, doonte ne saay-saayul woon, waaye dafa nekkoon ni ñuy ko jëfandikoo noonu. Kon nag am nanu ñetti saay-saay: kenn ku ñuy alag, ak kenn ku ñuy musal. Ñetti saay-saay yooyu ñoo di ñetti màndarga-yoon yu ñu boole ci bàkkaaru tooñ, doonte ne màndarga-yoon bi ci digg moo di lu juume ak saay-saay bu alfa ak omega. Saay-saay bu alfa ak bu omega, màndarga-yoon bi ci digg, mooy bant bi, moo leen boole.</w:t>
      </w:r>
    </w:p>
    <w:p>
      <w:pPr>
        <w:pStyle w:val="ArticleBody"/>
        <w:jc w:val="left"/>
      </w:pPr>
      <w:r>
        <w:rPr>
          <w:rFonts w:ascii="Times New Roman" w:hAnsi="Times New Roman" w:eastAsia="Times New Roman" w:cs="Times New Roman"/>
        </w:rPr>
        <w:t>Ak taabal Yàllaay Habakuk yu 1842 ba 1850, njuumte moo doon araf bu digg bi mi jàppale woon waymark bu njëkk ak bu mujj bi. Waymark bu digg bi ca bant ba moo boolee ñetti saay-saay yi, waaye waymark bu digg bi ci yii du njuumte; Dëgg la, te benn mbir ci dëgg bi ñuy taxawal ci kaw mooy ne 2520 bi, “juróom-ñaari yoon” yi ci Léwite 26, dëgg la; te ci wàllu xel mu jëkkër bi ñu teg fii, bañ a nangu 2520 mooy bañ a nangu Yeesu.</w:t>
      </w:r>
    </w:p>
    <w:p>
      <w:pPr>
        <w:pStyle w:val="ArticleBody"/>
        <w:jc w:val="left"/>
      </w:pPr>
      <w:r>
        <w:rPr>
          <w:rFonts w:ascii="Times New Roman" w:hAnsi="Times New Roman" w:eastAsia="Times New Roman" w:cs="Times New Roman"/>
        </w:rPr>
        <w:t>Bi Palmoni, Kilifa ga diis bopp, waxee ne: “Jàppale ci ñaar junni ak ñetti téeméeri fan; gannaaw loolu dinañu setal kër Yàlla gi,” mooy tontu laaj gu yonent bi ne “ba kañ.” Tontu bi duatul 1844, ndaxte yëngu-yëngu Millerite bu Filadelfi dafa taxawoon ci 1856, ndax ci jamono jooju James ak Ellen White wone nañu ne yëngu-yëngu bi jóge na Filadelfi, dugg Laodise. Bi Sœur White tënkee suuf si, loolu tekkoon na ne ba keroog xaalis jooju soppeeku, jokkoo Yàlla ak askanam dafa wara am njàngatam ni muy tegtal tasare, ndaxte Moo ngi taxaw biti, di bës ci xol yi laaj Laodise ngir dugg. Yàllaam gi nekkul ci seen nittee. Jëf ji Kirist tàmbalee 22 Oktoobar 1844 mooy boole Yàllaam ak nittee, te Kirist bëggoon na def loolu sax, waaye warul a am.</w:t>
      </w:r>
    </w:p>
    <w:p>
      <w:pPr>
        <w:pStyle w:val="ArticleScripture"/>
        <w:jc w:val="left"/>
      </w:pPr>
      <w:r>
        <w:rPr>
          <w:rFonts w:ascii="Times New Roman" w:hAnsi="Times New Roman" w:eastAsia="Times New Roman" w:cs="Times New Roman"/>
        </w:rPr>
        <w:t>«Su fekkee ne Adventistes yi, gannaaw njaaxle bu mag ba ci atum 1844, saxoon nañu ci seen ngëm te topp ci benn xol yoonu Yàlla buy ubbi, nangu yéglebu ñetteel malaaka mi, te ci doole Xel Mu Sell mi xamle ko àddina si, kon dañu doon gis musalug Yàlla; Boroom bi dina doon liggéey ak kàttan ci seen jéffort yi, liggéey bi dina mat, te Kirist dina ñëw ba noppi ngir jël ay nitam ngir seen pey. Waaye ci jamono ji shak ak leeradi toppoon njaaxle boobu, ñu bare ci ñi gëm yoonuwaayu dikk bi bàyyi nañu seen ngëm.... Noonu liggéey bi tere woon na, te àddina si bàyyikoo ci lëndëm. Su fekkee ne mbooloom Adventistes bépp bennoon nañu ci santaane yi Yàlla ak ngëmu Yeesu, ana nu seen jaar-jaar di doon lu wuute lool!» Evangelism, 695.</w:t>
      </w:r>
    </w:p>
    <w:p>
      <w:pPr>
        <w:pStyle w:val="ArticleBody"/>
        <w:jc w:val="left"/>
      </w:pPr>
      <w:r>
        <w:rPr>
          <w:rFonts w:ascii="Times New Roman" w:hAnsi="Times New Roman" w:eastAsia="Times New Roman" w:cs="Times New Roman"/>
        </w:rPr>
        <w:t>Delloon na waaxtaanu Israyil bu yàggoon, Boroom bi génne na Israyil bu bees gi ci lëndëm jamonoy Nguur-nguuri Lëndëm yi, te dugg ak ñoom ci kóllëre ca Dexu Xonq ba, ndaxte sóobu ndox mooy misaalu jëfandikoo kóllëre. Waaye waroon nañu nattu Israyil ngir xam ndax dinañu sàmm kóllëre gi. Ak Israyil bu yàgg ba, dañu lajj fukki nattu, ni ko téereb Nimero waxe. Ca fukkéel ba ñu lajjee, daan nañu leen ngir deeji ca màndiŋ ma lu ëpp ñeent-fukki at, noonu di joxe misaal ci bañug Israyil bu bees gi baatub Laodise bi ci 1856. Ni ko mel ak lajjug Israyil bu yàgg ba ci fukki nattu yu yokkute (fukk di misaalu nattu), dale ko ci agsiinu malaaka bu ñetteel bi ci 1844 ba àgg ci 1856, amoon na benn yoonu nattu gu yokkute gu ñu yóbbu woon ci kow yëngu-yëngub Millerite bu Filadelfiya.</w:t>
      </w:r>
    </w:p>
    <w:p>
      <w:pPr>
        <w:pStyle w:val="ArticleBody"/>
        <w:jc w:val="left"/>
      </w:pPr>
      <w:r>
        <w:rPr>
          <w:rFonts w:ascii="Times New Roman" w:hAnsi="Times New Roman" w:eastAsia="Times New Roman" w:cs="Times New Roman"/>
        </w:rPr>
        <w:t>Fukki nattu yi jóge Géeju Xonq gi ba ci jëkk njàngat gu njëkk ca Kadès, dañu koy tektal ni ab jamono ju yonent la, ndaxte am na limu fukk buy boole jamono ji benn. Fukk, ndaxte mooy màndarga njàngat, ñaari fukki njàngat yooyu dañoo mel ni ñaari fukki giir yi bañ kóllëre gi te duñu jaar ci njàngat gu fukki ba ci jumtukaayu njàngat gi. Jamono ji tambalee na ca jàllug Géeju Xonq ga, te Fukk i Santaane yi dañu leen tektal ni ñoom ñoo di jëkk ci fukki njàngat yi gannaaw géej gi, njàngat gu jëkk gi di bésub noflaay bi, màndarga ak màndargaalu Fukk i Santaane yi (mi nu tektale ci mana ma). Bu jamonoy fukki njàngat yi ci Israayil gu yàgg ga feeñee ba leer ne mooy ab jamono ju yonent bu mucc, te Xelum Yonent bi xamal nu ne jàllug Géeju Xonq ga dafa melaloon 22 Oktoobar 1844, kon war na nu xam ne ca kërgóo ga la benn yoonu njàngat buy yokku tambalee. Adàntisam xamul loolu, moo tax mënuñu gis ne ci 1863 dees na leen dogaloon ngir ñu dee ci màndiŋu Lawodise ba keraange Alxames bi, moom sax sàrt bi ñu leen joxoon ngir ñu yégle ci lu jiitu ca tàmbaliwaayu yoonu njàngat gi jëmale woon ci 1863.</w:t>
      </w:r>
    </w:p>
    <w:p>
      <w:pPr>
        <w:pStyle w:val="ArticleBody"/>
        <w:jc w:val="left"/>
      </w:pPr>
      <w:r>
        <w:rPr>
          <w:rFonts w:ascii="Times New Roman" w:hAnsi="Times New Roman" w:eastAsia="Times New Roman" w:cs="Times New Roman"/>
        </w:rPr>
        <w:t>Bi waxu ne xaalisug Laodisee bi dikk ci Adventismu Millerite bi ci atum 1856, ñu siiwal “biiñ bu bees” ci mbiru “juróom-ñaar yoon.” Leer gu bees googu kenn nangu ko; te juróom-ñaari at gannaaw, walla 2520 fan yu yëgle ci waxu yonent, yëngu-yëngu Millerite bu Laodisee bi mujje, daldi soppeeku Kërgu Mbooloom Adventiste Bés bu Juróom-ñaareel bi bu Laodisee. Muse dafa bëgg woon dugg ci Suuf su Digoon, waaye fukki xëy bi àgg na woon; te xam ne loolu dafa doon xëy bu njëkk bu sampu ndombo, ndax liggéey bi ñu joxoon Muse ca njàlbéen ga mooy jiite askanu Yàlla ba ca Suuf su Digoon. Loolu mooyoon liggéey bi nekk ci kanamu Muse bala muy agsi Misra. Fukki xëy bi àgg na woon, te ñi doon ñaawkat yaa ngi yaangi ci agsiwante ci dugg ci Suuf su Digoon.</w:t>
      </w:r>
    </w:p>
    <w:p>
      <w:pPr>
        <w:pStyle w:val="ArticleScripture"/>
        <w:jc w:val="left"/>
      </w:pPr>
      <w:r>
        <w:rPr>
          <w:rFonts w:ascii="Times New Roman" w:hAnsi="Times New Roman" w:eastAsia="Times New Roman" w:cs="Times New Roman"/>
        </w:rPr>
        <w:t>Noonu naa leen: Yeen agsi ngeen ci tundu Amoréen ña, mi Boroom bi, Yàlla sunu Yàlla, di nu ko jox. Xoolleen, Boroom sa Yàlla teg na suuf si ci sa kanam; yéegleen, moomleen ko, ni Boroom bi, Yàllay sey baay yi, waxe woon na la ko; bul ragal, te bul xenna. Noonu ngeen ñëwsi ci man, kenn ku nekk ci yeen, ne: “Na nu yónni ay nit jiitu nu, ngir ñu seetlu nu réew mi, ba dellusi wax nu ni nu wara yéegee, ak ci ban dëkk la nu di agsi.” Kàddu googu neexoon na ma lool; ba tax maa jël ci yeen fukk ak ñaar ñaari nit, kenn ci wàllu giir gu nekk. Deuteronomy 1:20–23.</w:t>
      </w:r>
    </w:p>
    <w:p>
      <w:pPr>
        <w:pStyle w:val="ArticleBody"/>
        <w:jc w:val="left"/>
      </w:pPr>
      <w:r>
        <w:rPr>
          <w:rFonts w:ascii="Times New Roman" w:hAnsi="Times New Roman" w:eastAsia="Times New Roman" w:cs="Times New Roman"/>
        </w:rPr>
        <w:t>Li dale ba ker ba ba ñëw, day tektal jamono ji ngir bi nat bu mujj bu sax siñse bërab bi aksi ci atum 1856, te diirub juróom-ñaar at yi, Millerit yu Laodise yi seet réew mi ba kera ñu tànn bàyyi nekk yëngu-yëngu, ba soppi nekk kanam mbooloom gëmkat yu ñuy wooye kërce.</w:t>
      </w:r>
    </w:p>
    <w:p>
      <w:pPr>
        <w:pStyle w:val="ArticleBody"/>
        <w:jc w:val="left"/>
      </w:pPr>
      <w:r>
        <w:rPr>
          <w:rFonts w:ascii="Times New Roman" w:hAnsi="Times New Roman" w:eastAsia="Times New Roman" w:cs="Times New Roman"/>
        </w:rPr>
        <w:t>Njàng mi njëkk mi Miller gisoon mooy “juróom-ñaari yoon yi”, ba def ko nekk njàng mu njëkk ci njàng yu njëkk yi ñuy defar yoonu mag yi Yàlla waxe ci Yeremi. Leer gu bees gu mujj ga ñu indi ci Adventism nekkoon ci atum 1856, te dafa doon ab taxawaayu mbind yu aju ci “juróom-ñaari yoon yi”. Am na lu bare ci leer ci yokkute bu xóot ci dëgg-yaram yii ci taarix, waaye su fekkee ne bëgg nanu man a xàm lu tax tontu bi ci aaya fukk ak ñeent ci Daniel juróom-ñaareelu téere mooy “dalee 9/11 ba ci yoonu Dibeer, noonu lañuy sellal kër Yàlla ga”, kon war nanu wéy di dem kanam.</w:t>
      </w:r>
    </w:p>
    <w:p>
      <w:pPr>
        <w:pStyle w:val="ArticleBody"/>
        <w:jc w:val="left"/>
      </w:pPr>
      <w:r>
        <w:rPr>
          <w:rFonts w:ascii="Times New Roman" w:hAnsi="Times New Roman" w:eastAsia="Times New Roman" w:cs="Times New Roman"/>
        </w:rPr>
        <w:t>Liggéey bi Kirist tàmbalee ci atum 1844, jéllal na yoonam ci 1863, ba tax “sellalug” kër Yàlla ga mi tàmbalee ca waxtu woowu, ñu teg ko ci wet ndax nit ñi Yàlla di ñooy tàmbali wër àll baatu Laodise. Moo tax liggéey bi Kirist waroon a matale ci diggante 1844 ak 1863, waroon na ci lu am solo ñibbi ñu defaat ko bu malaaka bu ñatteel bi — mi di malaaka miy tasale te tàmmeel ci mujj — matalee liggéey bi ñu teg ci boppam ci wax ju nekk “sellalug.” Mandarga yiy won yoon ci waxu yonent yi ci 1844 ba 1863, ñooy mandarga yi ci Kirist di koon a matale liggéeyu sellalug kër Yàlla ga, te mandarga yooyu diiru jaar-jaar boobu lañuy tegtal fa liggéey boobu di mat. Su ñu manee wone ne 1844 ba 1863 di firndeel diiru jamono ji 9/11 ba bëgg-bëggal Dimaas, kon laaj bi ne “ñaata la?” méngoo na ak yeneen rëdd yi ñuy firndeel ci wax ju nekk “ñaata la?”.</w:t>
      </w:r>
    </w:p>
    <w:p>
      <w:pPr>
        <w:pStyle w:val="ArticleBody"/>
        <w:jc w:val="left"/>
      </w:pPr>
      <w:r>
        <w:rPr>
          <w:rFonts w:ascii="Times New Roman" w:hAnsi="Times New Roman" w:eastAsia="Times New Roman" w:cs="Times New Roman"/>
        </w:rPr>
        <w:t>1844 moo doon ñëwug ñetteelu malaaka mi, te 1863 mooy fàttaliku jamono jéemante bi. Ci 1846 lañu seetale Whites yi, te turu mujj gi Ellen soppi na nekk Harmen ba White, te ñaari jëkker ak jabar ja tàmbalee sàmm bésub noflaay bu juróomeel-ñaar ba ci at mooma. Bésub noflaay bi, séy bi, ak soppi tur wépp ay màndarga lañu ci wax ci yonent bi nekk ci jëfandikooko ngir wone diggante kóllëre. Boroom bi indi na Israayil bu bees bi jaarale ko ci Géeju Xonq bu 1844 bi, te ci 1846 mu indi leen Sinai ngir may leen yoon wi te dugg ak ñoom ci kóllëre. Yoon woowu, ni ci ñaari ndomboy Habakkuk, ci ñaari xët lañu ko bind; xët bu jëkk bi am na 4 yoon, te ñaareelu xët bi am na 6. Ñaari xët yi dañuy teewal diggante kóllëre gi ci diggante Israayil bu yàgg ak Israayil bu bees, te boolees ko, ñaari xëti kóllëre gi, maanaam Fukk Yoonu Yàlla yi, ñu màndargaal ko ci 46 ci xeetu màndarga, ci Israayil bu yàgg, te mu doon misaal bu ñaari xëti Habakkuk yi miy teewal jaar-jaaru tawte bu mujj bi. Te itam, ak ñaari mburu-yëngal yi ñuy saraxal ci Pentekot, dañuy teewal bannéer bi, maanaam ñi téeméer ak ñeent-fukki junni ak ñeent-fukk ak ñeent.</w:t>
      </w:r>
    </w:p>
    <w:p>
      <w:pPr>
        <w:pStyle w:val="ArticleBody"/>
        <w:jc w:val="left"/>
      </w:pPr>
      <w:r>
        <w:rPr>
          <w:rFonts w:ascii="Times New Roman" w:hAnsi="Times New Roman" w:eastAsia="Times New Roman" w:cs="Times New Roman"/>
        </w:rPr>
        <w:t>Bi turu Ndëye White soppee ci turam, mu jóg ci Harmen ba White. Harmen tekki na jàmbaaru jàmm, waaye dañu ko wuutu ko White, maanaam njubug Kirist. Turu Gould tekki wurus, te Ellen tekki leer gu xóot te di melax. Turam dafa tegtal yëgleb Laodise.</w:t>
      </w:r>
    </w:p>
    <w:p>
      <w:pPr>
        <w:pStyle w:val="ArticleScripture"/>
        <w:jc w:val="left"/>
      </w:pPr>
      <w:r>
        <w:rPr>
          <w:rFonts w:ascii="Times New Roman" w:hAnsi="Times New Roman" w:eastAsia="Times New Roman" w:cs="Times New Roman"/>
        </w:rPr>
        <w:t>Maa ngi lay dénk, nga jënd ci man wurus wu ñu nat ci safara, ngir nga man a neexle; ak yére yu weex, ngir nga soloo ko, te ngir rusug sa rafetadi bañ a feeñ; te nga diiwal say bët ak garab gu ñuy def ci bët, ngir nga man a gis. Peeñu 3:18.</w:t>
      </w:r>
    </w:p>
    <w:p>
      <w:pPr>
        <w:pStyle w:val="ArticleBody"/>
        <w:jc w:val="left"/>
      </w:pPr>
      <w:r>
        <w:rPr>
          <w:rFonts w:ascii="Times New Roman" w:hAnsi="Times New Roman" w:eastAsia="Times New Roman" w:cs="Times New Roman"/>
        </w:rPr>
        <w:t>“Garab bu bët” bi mooy leeru Kàddu Yàlla, te Ellen mooy leer gu xonq te xam-xam. Kaaraange gi ñu waroon am ci Millerites yi ci atum 1856, dafa nekkoon ci nangu yégleb Laodicea, ni ñu ko wonee jaarale ko ci ay bindam, te itam ni ko turam di firndeel. Sœur White wax na leer ne yéglebu Jones ak Waggoner ci 1888 mooy yéglebu Laodicea, te seen yégleb mooy itam yéglebu ñetteelu malaaka bi.</w:t>
      </w:r>
    </w:p>
    <w:p>
      <w:pPr>
        <w:pStyle w:val="ArticleScripture"/>
        <w:jc w:val="left"/>
      </w:pPr>
      <w:r>
        <w:rPr>
          <w:rFonts w:ascii="Times New Roman" w:hAnsi="Times New Roman" w:eastAsia="Times New Roman" w:cs="Times New Roman"/>
        </w:rPr>
        <w:t>«Boroom bi ci yërëmam gu réy yónnee na ab xebaar bu gën a am solo, bu wert ngir ay nitam, jaarale ko ci mag ñi Waggoner ak Jones. … Lii mooy xebaar bi Yàlla santaane ngir ñu jox ko àddina. Moo di xebaaru ñetteel malaaka mi, bi war a yégle ak baat bu kowe, te toppandiku ak tuuru Xelam ci natt gu yaatu.» Testimonies to Ministers, 91.</w:t>
      </w:r>
    </w:p>
    <w:p>
      <w:pPr>
        <w:pStyle w:val="ArticleBody"/>
        <w:jc w:val="left"/>
      </w:pPr>
      <w:r>
        <w:rPr>
          <w:rFonts w:ascii="Times New Roman" w:hAnsi="Times New Roman" w:eastAsia="Times New Roman" w:cs="Times New Roman"/>
        </w:rPr>
        <w:t>Malaaka bi ñetteel bi agsi na woon ci atum 1844, te mu jéemaat liggéeyam ñaareel yoon ci 1888. Yégleb 1888 ba moo doon yégleb Lawdise, moo doon yéglebu malaaka bi ñetteel, te moo jëfandikoo woon ngir màndargaal wàccu malaaka bi nekk ci Peeñu 18, moo doon it yéglebu jubbal ngëm gi ñuy waareel booba ñuy tuur tawbub mujj gi. Malaaka bi ñetteel agsi na woon ci 1844, ba noppi dellusiwaat ci 1888, waaye ñu bañ ko ci ñaari yoon yi, teewul ñaari yoon yooyu ñépp di misaal booba malaaka bi ñetteel di agsi ci jamonoy tawbub mujj gi. 1844 mooy màndarga 9/11, te su fekkee ne 1863 di misaal sàrtu Dibeer bi, kon jamonoy yónent bi ne “9/11 ba ci sàrtu Dibeer bi,” ni ko màndargaal “fan la tollu,” dina doon tontu dëggu jamono jii ci laaj bi ne “fan la tollu” mi nekk ci saar 13.</w:t>
      </w:r>
    </w:p>
    <w:p>
      <w:pPr>
        <w:pStyle w:val="ArticleBody"/>
        <w:jc w:val="left"/>
      </w:pPr>
      <w:r>
        <w:rPr>
          <w:rFonts w:ascii="Times New Roman" w:hAnsi="Times New Roman" w:eastAsia="Times New Roman" w:cs="Times New Roman"/>
        </w:rPr>
        <w:t>Jaar-jaaytu Millerite bi dale 1842 ba 1850 mooy ab waxtu wax ci yonent yi, te mu dajale ak beneen waxtu wax ci yonent yi, mooy waxtu nattu ngeleem ñetteel bi, bu 1844 ba 1863. Li tambalee ci 1842 ba 1863 am na ay màndarga yu yonent yi te di wone jaar-jaayu 9/11 ba ci yoonu Dibéeru Dimaas, bi Almasi di sellal këram gu sell gi, jëkk mooy mbooloom, te gannaaw loolu ay liggéeykat yu waxtu fukk ak benn. Ci yoonu Dibéeru Dimaas, Almasi dina am xeet wu sellal ngir wone ko àddina si ni ab ràññee, te mbooloo mi dina doon mbooloom gi dafa not. Foofa këram gu sell ga dina weesu sellal.</w:t>
      </w:r>
    </w:p>
    <w:p>
      <w:pPr>
        <w:pStyle w:val="ArticleBody"/>
        <w:jc w:val="left"/>
      </w:pPr>
      <w:r>
        <w:rPr>
          <w:rFonts w:ascii="Times New Roman" w:hAnsi="Times New Roman" w:eastAsia="Times New Roman" w:cs="Times New Roman"/>
        </w:rPr>
        <w:t>Nunu nu tegsi màndarga “bañeelu?” bi ci bérab, doonte am na lu gën ci topp. Dinañu tàmbali di delloo lii ak juróomi mbind yi jiitu woon ci wàllug téereb Yoel, waaye seetaan yu wéet yii mel ne dañoo war a taxaw ci seen bérab. Seedeel bu nekk bu “bañeelu?” bi nu xool, déggoo na ak laajub “bañeelu?” bi Palmoni tontoo ci aaya fukk ak ñeent, ndaxte war nañu sellal kër Yàlla bi dale ci 9/11 ba àgg ci sàrtu Dibéer. Jaar-jaar boobu mooy jaar-jaari tawte bu mujj, te jaar-jaari tawte bu mujj boobu, ci téereb Yoel lañu ko wone.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Kàngam Adventist yu bésub juróom-ñaareel yi bu Laodise — Limu juróom-benn gi</dc:title>
  <dc:subject>Ki Jaar-jaari Ku Yéeme ak “Ba Kañ?”</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