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Mbooloom Aseñis Jouroomeel-Ñaareel bu Laodise — Limu Juróom-Ñaareel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Limu Juróom-Ñaari</w:t>
      </w:r>
    </w:p>
    <w:p>
      <w:pPr>
        <w:pStyle w:val="ArticleBody"/>
        <w:jc w:val="left"/>
      </w:pPr>
      <w:r>
        <w:rPr>
          <w:rFonts w:ascii="Times New Roman" w:hAnsi="Times New Roman" w:eastAsia="Times New Roman" w:cs="Times New Roman"/>
        </w:rPr>
        <w:t>Ci ay waxtu yu jëkk yi, nu boole woon bind bi nekk ci The Desire of Ages, bi jëfandikoo waxu Kirist ci ndax leeral léebu toolu reseñ bi ci Yawut yi di werante. Léebu woyu toolu reseñ bi mooy itam woyu Musaa ak Buuru-góor gi; te ñetti fukki junni ak ñeent fukki junni ñaar ñoo koy woy, te waxu xel mu sell mi xamal na nu ne “woy” ci kàddug yonent mooy “jàllawle.” Ñetti fukki junni ak ñeent fukki junni ñaar dañuy topp Buuru-góor gi fu mu dem fépp; kon dinañu jaar ci benn jàllawle gi Kirist ak Musaa jaar woon. Kirist, ni moom di omega bi ci jaar-jaaru yonent ci Israayil gu yàgg ga, ak Musaa, mi di alpha bi ci jaar-jaaru yonent ci Israayil gu yàgg ga, ñoom ñépp a dundoon ay jamono yu méngoo, ba kër gi ñu bëgg woon jëfandikoo kóllëre gu njëkk ga di ñu bàyyi leen, te nit ñi ci kóllëre gu bees ñu ngi leen tànn. Ñetti fukki junni ak ñeent fukki junni ñaar dañuy woy woyu Musaa ak Buuru-góor gi ci nekk ci jaar-jaar bu mel noonu, ba nit ñi ci kóllëre gu njëkk ga di ñu bàyyi leen — fekk Boroom bi di duggal ci kóllëre ak nitam ci mujj ci kóllëre.</w:t>
      </w:r>
    </w:p>
    <w:p>
      <w:pPr>
        <w:pStyle w:val="ArticleBody"/>
        <w:jc w:val="left"/>
      </w:pPr>
      <w:r>
        <w:rPr>
          <w:rFonts w:ascii="Times New Roman" w:hAnsi="Times New Roman" w:eastAsia="Times New Roman" w:cs="Times New Roman"/>
        </w:rPr>
        <w:t>Ci wàllu yene ci mbind mi, ba Kirist di joxe léebu bi, loolu méngoo na ak Piyeer mi doon wax ak Yawut yi di werante ca Pentekot. Ci jafe-jafe ju mujj ji, Yeesu mi di joxe léebu bi ci kanam Yawut yi di werante, dafay tegtal ñi di woy woyu toolu reseñ bi ngir naan-kat yi Efrayim. Piyeer itam mi ngi joxe benn woyu boobu ca Pentekot, waaye mu ngi ko woy ci buntu Yowel. Woyu toolu reseñ bi mooy woyu nit ñi bokkoon ca kóllëre gu jëkk ga te ñu ngi leen fasey séy ba noppi, ci benn waxtu boobu sax ñu ngi séye ak Boroom bi nit ñi bokk ci kóllëre gu bees gi. Janq yi dégg ci naqar te dugg ci jamono ju yàgg ji, da ñoo doon xaar céyet gi, te matug matale gu mat sëkk mooy ne ñu ngi xaar ràññeeñ ga ci ñaar-fukk ak ñeenti junni nit.</w:t>
      </w:r>
    </w:p>
    <w:p>
      <w:pPr>
        <w:pStyle w:val="ArticleBody"/>
        <w:jc w:val="left"/>
      </w:pPr>
      <w:r>
        <w:rPr>
          <w:rFonts w:ascii="Times New Roman" w:hAnsi="Times New Roman" w:eastAsia="Times New Roman" w:cs="Times New Roman"/>
        </w:rPr>
        <w:t>Téerebu Yowel mi tàmbalee ak ay waxam ci njëlbéenam, di nettali ni toolu reseñu Yàlla sankoo nañu ko naan na biiñ ak naan na lu metti, ñoom ñi ñàkkal nañu “biiñ bu bees” ci seen gémmiñ. Bu Yeesu xamale Yawut ya ne dees na jële leen seen nguur te jox ko ab mbooloom beykat yu di jur dëgg-dëgg meññenti toolu reseñ mi, Yeesu soppi na yoonam wax, daldi wax ci doj wu njëkk wi ci kër Yàlla gi ñu weddi woon, waaye mi dogu woon ne moo di doju kaw bi. Li nekkoon njàlbéen mooy dellu am ci muj, te bu dëgg gii feeñee, dañuy ko wone ni lu “yéemu.”</w:t>
      </w:r>
    </w:p>
    <w:p>
      <w:pPr>
        <w:pStyle w:val="ArticleBody"/>
        <w:jc w:val="left"/>
      </w:pPr>
      <w:r>
        <w:rPr>
          <w:rFonts w:ascii="Times New Roman" w:hAnsi="Times New Roman" w:eastAsia="Times New Roman" w:cs="Times New Roman"/>
        </w:rPr>
        <w:t>“Yoonu wax ji jëkk a fés” ci Kàddu Yàlla daf nu xamal ne, ndaxte Yowel moo jëkk a wax ci yàqug toolub reseñ bi, loolu mooy dëgg-dëgg bërëb bu njëkk ci seedeem. Te Yowel doŋŋu ci nekk, ndaxte bépp yonent bu mag tàmbalee seedeem di wax ci bàkkaari Israayil ak ci seen xaalis réer.</w:t>
      </w:r>
    </w:p>
    <w:p>
      <w:pPr>
        <w:pStyle w:val="ArticleBody"/>
        <w:jc w:val="left"/>
      </w:pPr>
      <w:r>
        <w:rPr>
          <w:rFonts w:ascii="Times New Roman" w:hAnsi="Times New Roman" w:eastAsia="Times New Roman" w:cs="Times New Roman"/>
        </w:rPr>
        <w:t>Ci Esayi benn ñaar-fukk ak juróom-ñett, “nit ñi di ñaawal te di nguuru” ci “Yerusalem” dañu leen di feeñal ni ñoom lañuy “màndiŋ yi ci Efrayim,” te itam ni “kaala gu réy ngorgorlu.” “Kaala” dafay tegu ci njiitlu, te “ngorgorlu” dafay tegu ci jikko ju Seytaane.</w:t>
      </w:r>
    </w:p>
    <w:p>
      <w:pPr>
        <w:pStyle w:val="ArticleBody"/>
        <w:jc w:val="left"/>
      </w:pPr>
      <w:r>
        <w:rPr>
          <w:rFonts w:ascii="Times New Roman" w:hAnsi="Times New Roman" w:eastAsia="Times New Roman" w:cs="Times New Roman"/>
        </w:rPr>
        <w:t>Bëgg yi naan nañu leen di jàppale ak desit bi (“residue”), yi doon “kalaasub ndam” Yàlla, ndaxte ci taw bu mujj bi, Boroom bi dafa saxal ay “nguuru ndam”am, ni ko misaaloon ci bi Mu saxalee “nguuru yiw” ci bant bi. Nguuru yiw bi ci bant bi mooy misaal nguuru ndam bi ci yoonu Dibéeri.</w:t>
      </w:r>
    </w:p>
    <w:p>
      <w:pPr>
        <w:pStyle w:val="ArticleBody"/>
        <w:jc w:val="left"/>
      </w:pPr>
      <w:r>
        <w:rPr>
          <w:rFonts w:ascii="Times New Roman" w:hAnsi="Times New Roman" w:eastAsia="Times New Roman" w:cs="Times New Roman"/>
        </w:rPr>
        <w:t>Taw wu bees bi tàmbalee ci 9/11 ba ñu tàmbalee itam selleel téeméer ñent-fukk ak ñent junni ak attelug ñi dund. Ci jamonoy selleel gi, tuurug Xel Mu Sell mi tàmbalee na ci 9/11, ni Yeesu noflawee ay tuut-tuut. Loolu mooy fondemaŋ bi, te tuurug Xel Mu Sell mi ci Yuuxu Guddi gi mooy doj wu njëkkal wi. “Këyit” mooy misaal bu jamonoy tuurug xel mi, “soo dalee ci 9/11 ba ci yoonu Dibeer.”</w:t>
      </w:r>
    </w:p>
    <w:p>
      <w:pPr>
        <w:pStyle w:val="ArticleBody"/>
        <w:jc w:val="left"/>
      </w:pPr>
      <w:r>
        <w:rPr>
          <w:rFonts w:ascii="Times New Roman" w:hAnsi="Times New Roman" w:eastAsia="Times New Roman" w:cs="Times New Roman"/>
        </w:rPr>
        <w:t>Melo wuute, waaye juboo ci leerug misaal bi ne “kaala” mooy firnde nguur ak njiitu, dañu koy wone ci nettali Esayi fukki juróom ñent ak juróom ñaar, ba ñaankat yi yiy yilif Yerusalem ñuñu weesu leen, te njiitu kër Yàlla joxees ko desit yi. Loolu moo melokaan misaalu toolu reseñ bi. Kaala bu ñaankat bi nangu nañu ko, te téeméer ak ñeent-fukk ak ñeent war a doon kaala gi di firnde nguuru Kirist. Esayi jàngale na dëgg boobu itam ci saar ñaar-fukk ak ñaar, ba ñu sànni Sebna ca réew mu sori, te ñu wuutu ko ak Eliyakim. Mu doon ñaankat yi ci Efraayim walla Sebna ci saar ñaar-fukk ak ñaar, ñoom ñépp dañuy firnde ne njiitu askanu Yàlla gi nekkon ci kóllëre gu jëkk gi dañu weesu leen.</w:t>
      </w:r>
    </w:p>
    <w:p>
      <w:pPr>
        <w:pStyle w:val="ArticleBody"/>
        <w:jc w:val="left"/>
      </w:pPr>
      <w:r>
        <w:rPr>
          <w:rFonts w:ascii="Times New Roman" w:hAnsi="Times New Roman" w:eastAsia="Times New Roman" w:cs="Times New Roman"/>
        </w:rPr>
        <w:t>Sakariya mi ngi xamle Dugg gu Màgg ga, te loolu mooy itam Yuuxu Guddii gi, te aaya yi topp ci gannaaw ànd nañu ak Esayi ci xamle ne askanu Yàlla mooy kawar gu buur.</w:t>
      </w:r>
    </w:p>
    <w:p>
      <w:pPr>
        <w:pStyle w:val="ArticleScripture"/>
        <w:jc w:val="left"/>
      </w:pPr>
      <w:r>
        <w:rPr>
          <w:rFonts w:ascii="Times New Roman" w:hAnsi="Times New Roman" w:eastAsia="Times New Roman" w:cs="Times New Roman"/>
        </w:rPr>
        <w:t>Béggal bu baax, yow jigéenu Siyoŋ; xaacu, yow jigéenu Yerusalem: xool, sa Buur ngi ñëw ci yaw; moom ku jub la, te am njub mucc; woyof la, te war fasu mbaam, di war ndawum mbaam, doomum mbaam. Te damay dagg pusal ga ci Efrayim, ak fas wi ci Yerusalem, te xibaaru xare bi dinañu ko dagg; te moom dina wax jàmm ci xeeti ñi dul Yawut; te nguuram dina jàpp dale ci géej ba ci géej, ak dale ci dex ba ci àddina sépp bàyyi.</w:t>
      </w:r>
    </w:p>
    <w:p>
      <w:pPr>
        <w:pStyle w:val="ArticleScripture"/>
        <w:jc w:val="left"/>
      </w:pPr>
      <w:r>
        <w:rPr>
          <w:rFonts w:ascii="Times New Roman" w:hAnsi="Times New Roman" w:eastAsia="Times New Roman" w:cs="Times New Roman"/>
        </w:rPr>
        <w:t>Yow itam, ci deretu sa kàllëg sa kóllëre, yónnee naa say ñiñu téye woon génne leen ci mbóx mi amul ndox.</w:t>
      </w:r>
    </w:p>
    <w:p>
      <w:pPr>
        <w:pStyle w:val="ArticleScripture"/>
        <w:jc w:val="left"/>
      </w:pPr>
      <w:r>
        <w:rPr>
          <w:rFonts w:ascii="Times New Roman" w:hAnsi="Times New Roman" w:eastAsia="Times New Roman" w:cs="Times New Roman"/>
        </w:rPr>
        <w:t>Delluleen ci jëm ca tata ju dëgër, yéen ñi ñu tëj te am yaakaar; te bésub tey sax maa ngi yégle ne dinaa la delloo ñaari yoon. Bu ma sëggee Yuda ngir sama bopp, feesal xaalis ba ak Efrayim, te yékkati sa doom, ya Siyon, ci kaw sa doom, ya Geres, te def la ni sabaru góor gu am kàttan.</w:t>
      </w:r>
    </w:p>
    <w:p>
      <w:pPr>
        <w:pStyle w:val="ArticleScripture"/>
        <w:jc w:val="left"/>
      </w:pPr>
      <w:r>
        <w:rPr>
          <w:rFonts w:ascii="Times New Roman" w:hAnsi="Times New Roman" w:eastAsia="Times New Roman" w:cs="Times New Roman"/>
        </w:rPr>
        <w:t>Te Boroom dina feeñ ci seen kaw, te baatam dina génn mel ni leerug melax; te Boroom bi Yàlla dina wol buxur bi, te dina dem ak ngelaw yu màndiŋ yu bëj-saalum. Boroom mbooloom xeet yi dina leen musal; te dinañu lekk ba noot, te not ak ay doj sling; te dinañu naan, di yuuxu ni ku màndi ndoxum reseñ; te dinañu fees ni ay bol, te mel ni koñi sarxal ba. Te Boroom seen Yàlla dina leen musal bés booba ni gànnaarug ay nitam; ndaxte dinañu mel ni ay doj kaala, yékkatloo ni ràññee ci kaw suufam. Ndax naka la sellaayam màgg, te naka la taaram màgg! Dugub dina bégloo xale yu góor yi, te biiñ bu bees dina bégloo janq yi. Sakariya 9:9–17.</w:t>
      </w:r>
    </w:p>
    <w:p>
      <w:pPr>
        <w:pStyle w:val="ArticleBody"/>
        <w:jc w:val="left"/>
      </w:pPr>
      <w:r>
        <w:rPr>
          <w:rFonts w:ascii="Times New Roman" w:hAnsi="Times New Roman" w:eastAsia="Times New Roman" w:cs="Times New Roman"/>
        </w:rPr>
        <w:t>Saar bi fukk ak benn (9/11) nee: «Yaw itam, ci deretu sa kóllëre, yónnee naa sa ñiy téjé génn ci biir xóot ba amul ndox.» Almasi bi dëggaloon na kóllëre gi ak ñu bare ci benn ayu-bés, te ayu-bés woowu tàmbalee na ca sóobu Ndamam. Diirub ñetti at ak genn-wàll, Almasi bi doxoon na ci biir nit ñi, te ci jamono ju mujje ji ci ñetti at ak genn-wàll yooyu, Almasi bi matal na wax-jëfetu Sakariya, mi jëfandikoo ngir fésal duggug Mesiya bi ci ndam ba Yerusalem. Yuuxu Guddik bi dafa tàmbalee ab jamono ju indi woon yoon wi jëm ci dee, suul ak dekki gu Almasi bi. Sóobug Almasi bi moo di melokaanu dee, suul ak dekki gi, ba tax tàmbali ak mujjug jamonoy ñetti at ak genn-wàll di benn.</w:t>
      </w:r>
    </w:p>
    <w:p>
      <w:pPr>
        <w:pStyle w:val="ArticleBody"/>
        <w:jc w:val="left"/>
      </w:pPr>
      <w:r>
        <w:rPr>
          <w:rFonts w:ascii="Times New Roman" w:hAnsi="Times New Roman" w:eastAsia="Times New Roman" w:cs="Times New Roman"/>
        </w:rPr>
        <w:t>Sóobu Kirist dafay misaalal 9/11, te 9/11 mooy mandargay jamono jooju ji di jeex ci yoonu Dibéer bi. Ca 9/11, taw bu mujj bi tambalee di woyof, te ci yoonu Dibéer bi lañu koy tuur ci lu amul natt, ni ko Sóobu Kirist misaalee bi mu wolé taalibey yi ay tuxit taw lu ndaw lu jiitu ndox-mball mi ci Pentekot.</w:t>
      </w:r>
    </w:p>
    <w:p>
      <w:pPr>
        <w:pStyle w:val="ArticleBody"/>
        <w:jc w:val="left"/>
      </w:pPr>
      <w:r>
        <w:rPr>
          <w:rFonts w:ascii="Times New Roman" w:hAnsi="Times New Roman" w:eastAsia="Times New Roman" w:cs="Times New Roman"/>
        </w:rPr>
        <w:t>Sakariya 9:11 dafa méngook ak 9/11, te itam ak yuuxu Guddi gi di jëme ci yoonu sàbba. Ca 9/11, yëgleb Laodise jot na ci ni mu doon dëggu jamono, ni mu ko defee woon ci 1856 ak 1888. Yëgleb Laodise dees na ko jox nit ñi xamul ne dee nañu. Ñu ngi nekk ci ab “mbuuteel” te amuñu yëgleb taw bi mujj, ndax seen mbuuteel amul ndox. Su fekkee ne Laodise tontu rekk ci bërab bi Boroom bi di bër ci seen xol, Boroom bi dina leen yékkati génne leen ci mbuuteel mi, ndax ba kera mujjug àtteg yërmandé bi ci yoonu sàbba, ñoom ay “jàpplekat yu yaakaar lañu.”</w:t>
      </w:r>
    </w:p>
    <w:p>
      <w:pPr>
        <w:pStyle w:val="ArticleScripture"/>
        <w:jc w:val="left"/>
      </w:pPr>
      <w:r>
        <w:rPr>
          <w:rFonts w:ascii="Times New Roman" w:hAnsi="Times New Roman" w:eastAsia="Times New Roman" w:cs="Times New Roman"/>
        </w:rPr>
        <w:t>Yaw itam, ngir deretu sa kóllëre, yónnee naa sa ay kaso yi génn ci bëtu bi ndox nekkul. Delluleen ci kër gu dëgër gi, yéen kaso yu yaakaar; tey sax maa ngi yégle ne dinaa la delloo ñaari yoon. Sakariya 9:11, 12.</w:t>
      </w:r>
    </w:p>
    <w:p>
      <w:pPr>
        <w:pStyle w:val="ArticleBody"/>
        <w:jc w:val="left"/>
      </w:pPr>
      <w:r>
        <w:rPr>
          <w:rFonts w:ascii="Times New Roman" w:hAnsi="Times New Roman" w:eastAsia="Times New Roman" w:cs="Times New Roman"/>
        </w:rPr>
        <w:t>9/11 doole na xebaar bi ñëwoon ci atum 1989. Xebaar boobu mooy xebaaru ñetteelu malaaka bi, waaye ci tabax ak baat yi yëngu-yënguy soppitey Milerit yi di jëfandikoo, atum 1989 moo màndargaal dikkug bu jëkk baag malaaka bi. Xebaaru malaaka bu jëkk baa am na doole ci 11 ut 1840 jaarale ko ci matug ab yónent gu jëm ci Islaam, te mu wone ne dikkug ñetteelu malaaka bi ci atum 1989 dina am doole jaarale ko ci matug ab yónent gu jëm ci Islaam.</w:t>
      </w:r>
    </w:p>
    <w:p>
      <w:pPr>
        <w:pStyle w:val="ArticleBody"/>
        <w:jc w:val="left"/>
      </w:pPr>
      <w:r>
        <w:rPr>
          <w:rFonts w:ascii="Times New Roman" w:hAnsi="Times New Roman" w:eastAsia="Times New Roman" w:cs="Times New Roman"/>
        </w:rPr>
        <w:t>Biir bu Islaam gi am soloon ci 11 ut Nowàmbar 1840, malaakam Kàdduy Yàlla gi nekk ci Peeñu fukk wàcci na; loolu nag dafa mel ni wàcciwu malaakam Peeñu fukk ak juróom-ñaari ci 9/11. Dooleel bi ñu jox malaakam bu njëkk bi ci 1840, ak dooleel bi ñu jox malaakam ñaareel bi ci 1844, ñoom ñépp da ñuy mel ni dooleel bi ñu jox malaakam bu ñetteel bi ci 9/11. 18 sulet 2020 mooy agsiiru malaakam ñaareel bi, ni ko xew-xewu njàqare bu njëkk bu Millerite yi melalee ci 19 Awril 1844. Jaar-jaari dooleel yu malaakam bu njëkk bi ak bu ñaareel bi ci jaar-jaari Millerite yi, ak itam jaar-jaari dooleel bi malaakam bu ñetteel bi ci 9/11, dañuy joxe seede ci dooleel bi yégleb Béeteb Guddi ga jot ci sulet 2023.</w:t>
      </w:r>
    </w:p>
    <w:p>
      <w:pPr>
        <w:pStyle w:val="ArticleBody"/>
        <w:jc w:val="left"/>
      </w:pPr>
      <w:r>
        <w:rPr>
          <w:rFonts w:ascii="Times New Roman" w:hAnsi="Times New Roman" w:eastAsia="Times New Roman" w:cs="Times New Roman"/>
        </w:rPr>
        <w:t>Jamono tëj gi tambali ci 9/11 te jeex ci yoonu Dibeer bi. Mu tambalee ak Kirist di noflaat ay tuut-tuut yu ndoxum taw bu mujj bi, te mu jeex ak ay làkk yu safara yuy yóbbu benn xebaar ci adina si ca Pentekot. Piyeer rafetlewoon ne Pentekot mooy matalug Yoel. Ndax loolu mooy dëggug mbir mi, day taxawal ne noflaatu Kirist itam mooy matalug Yoel, ndaxte jamonoy Pentekot am na njàlbéen ak mujjam yu mat seeni bopp, yu wone ne alpha mooy it omega. Bésu dekkiwaayu Kirist, saraxu njëkk meññu gerte gi lañu joxee, te juróom-fukki fan ak juróom fan ginnaaw ga, ca Pentekot, saraxu njëkk meññu dugub gi lañu yékkati. 9/11 day mel ni Yuuxu Diggante Guddi gi, mi ñëw tuuti laata te di jiite ci yoonu Dibeer bi. Matalu Zechariya 9:9 bu mat sëkk ci melokaanu Yuuxu Diggante Guddi gi mooy ginnaaw Sulet 2023.</w:t>
      </w:r>
    </w:p>
    <w:p>
      <w:pPr>
        <w:pStyle w:val="ArticleScripture"/>
        <w:jc w:val="left"/>
      </w:pPr>
      <w:r>
        <w:rPr>
          <w:rFonts w:ascii="Times New Roman" w:hAnsi="Times New Roman" w:eastAsia="Times New Roman" w:cs="Times New Roman"/>
        </w:rPr>
        <w:t>Béggal bu baax, yaw jigéenu Siyon; xaacu, yaw jigéenu Yerusalem: xoolal, sa Buur ngi ñëw ci yaw; mooy ku jub te am ndamlu, te woyof, di war fasu mbaam, di war nag mi, doom mbaam. Sakariya 9:9.</w:t>
      </w:r>
    </w:p>
    <w:p>
      <w:pPr>
        <w:pStyle w:val="ArticleBody"/>
        <w:jc w:val="left"/>
      </w:pPr>
      <w:r>
        <w:rPr>
          <w:rFonts w:ascii="Times New Roman" w:hAnsi="Times New Roman" w:eastAsia="Times New Roman" w:cs="Times New Roman"/>
        </w:rPr>
        <w:t>Noonu Sakariya ànd na ak misaal bu Esayi jox ci askanu Yàlla ne ñu di kaala, waaye mu dolli ne kaala ga itam mooy bandera ba, bi mu bindee ne: “ndaxte ñu dinañu mel ni doj yu kaala, yékkat na leen ni bandera ci suufam”; te Sakariya yokk na itam mbégte mi ànd ak misaal yi Yowel wax ci “dugub” ak “biiñ bu bees,” bi mu waxee ne: “dugub dina bégloo waxambaane yi, te biiñ bu bees dina bégloo janq yi.” Bi nuy xalaat mbind mi jëfandikoo ci ña màndi yi ca Efrayim ci sareet ñaar-fukk ak juróom-ñett, seetleen ne lii mooy sareet bu Bibl bi màggal “noppalu gi ak fresal gi.” Lii mooy benn ci ay xel yu njëkk yi ci Mbind mi sell mi jëm ci taw bu mujj mi; ba tax ñi màndi ca Efrayim dañoo war a doon ñoom-ñi Yowel wax ne ay màndi.</w:t>
      </w:r>
    </w:p>
    <w:p>
      <w:pPr>
        <w:pStyle w:val="ArticleScripture"/>
        <w:jc w:val="left"/>
      </w:pPr>
      <w:r>
        <w:rPr>
          <w:rFonts w:ascii="Times New Roman" w:hAnsi="Times New Roman" w:eastAsia="Times New Roman" w:cs="Times New Roman"/>
        </w:rPr>
        <w:t>Ay ñàkk ngërëm ngir kaala gu réyug réy, ngir ñi màndi ci Efrayim, ñoom ñi seen taar gu tedd doon tóor-tóor buy wow, te nekk ci kaw xol baax yi ñeel ñi rese naan biiñ! Seetal, Boroom bi am na kenn ku am kàttan te bare doole, miy mel ni ngelaw gu metti gu taw xeex ak diibër buy alag, ni mbëj mu bare doole di daw ba fees dellu, dina ko sànni suuf ak loxoom. Kaala gu réyug réy, ñi màndi ci Efrayim, dees na leen dox ci seen kaw; te taar gu tedd, gi nekk ci kaw xol bu baax bi, dina doon tóor-tóor buy wow, te mel ni meññent mu jotul naaj ju jëkk ju jiitu noor; ku ko gis, bu ko gisee rekk, fekk mu ngi ci loxoom, mu lekk ko daldi. Bés booba, Aji Boroom bi mooy doon kaala gu ndam ak mbaxana gu taar ngir reste yi ci ay waaam, ak xel mu àtte ngir ki toog di àtte, ak doole ngir ñi delloo xeex ba bunti kër gi. Waaye ñoom itam réer nañu ndax biiñ, te ndax naan gu tar reere nañu yoon; saraxalekat bi ak yonent bi réer nañu ndax naan gu tar, biiñ dafa leen daan, réer nañu ndax naan gu tar; dañuy réer ci peeñ, dañuy tàbb ci àtte. Ndaxte teblaa yi yépp fees nañu ak waccu ak sobe, ba taxul benn bérab bu set. …</w:t>
      </w:r>
    </w:p>
    <w:p>
      <w:pPr>
        <w:pStyle w:val="ArticleScripture"/>
        <w:jc w:val="left"/>
      </w:pPr>
      <w:r>
        <w:rPr>
          <w:rFonts w:ascii="Times New Roman" w:hAnsi="Times New Roman" w:eastAsia="Times New Roman" w:cs="Times New Roman"/>
        </w:rPr>
        <w:t>Taxawleen te xelam, te yéemu; yuuxuleen, te jooy: ñoom màndi nañu, waaye du ndoxu biiñ; di nañu tàccu, waaye du ndoxu naan bu tar. Ndaxte Boroom bi sotti na ci yéen xelum nelaw gu xóot, te tëj na seeni bët: yonent yi ak seeni kilifay ngis, moom mu sëf leen. Te peeñug lépp nekk na ci yéen ni waxi téere buñu taal; nit ñi di jox kooku xam jang, ne ko: “Jàngalal ma lii, maa ngi lay ñaan.” Mu ne: “Manuma ko, ndaxte taal nañu ko.” Te itam, di nañu jox téere bi koo xamul jang, ne ko: “Jàngalal ma lii, maa ngi lay ñaan.” Mu ne: “Xamuma jang.”</w:t>
      </w:r>
    </w:p>
    <w:p>
      <w:pPr>
        <w:pStyle w:val="ArticleScripture"/>
        <w:jc w:val="left"/>
      </w:pPr>
      <w:r>
        <w:rPr>
          <w:rFonts w:ascii="Times New Roman" w:hAnsi="Times New Roman" w:eastAsia="Times New Roman" w:cs="Times New Roman"/>
        </w:rPr>
        <w:t>Moo tax, Boroom bi nee: Ndaxte xeet wii jege na ma ak seen gémmiñ, te di ma teral ak seen tuuti biir gémmiñ, waaye seen xol sore na lool ci man, te seen ragal ma dafa sukkandiku ci ndigali nit ñi rekk. Moo tax, xool-leen, dinaa yokk sama jëf ju yéeme ci biir xeet wii, ba nekk jëf ju yéeme ak kéemaan; ndax xam-xamu seen boroom xam-xam dina sànku, te déggoo ak xel mu rafet ci seen boroom xel ña dina nëbbu. Yàlla naqar na ñi di seet lu xóot ngir nëbb seen pexe ci Boroom bi, te seen jëf yi nekk ci lëndëm, te ñuy wax ne: Kan moo nu gis? te kan moo nu xam? Seen dëppookat gu ubbi lu bees ci kaw suuf day mel ni banneexu tabaxkat bi; ndax ndax liggéey bi man na wax ci ki ko bind ne: Mbind ma ko? walla ndax mbir mi ñu sos man na wax ci ki ko sos ne: Amul xam-xam? Esayi 28:1–8; 29:9–16.</w:t>
      </w:r>
    </w:p>
    <w:p>
      <w:pPr>
        <w:pStyle w:val="ArticleBody"/>
        <w:jc w:val="left"/>
      </w:pPr>
      <w:r>
        <w:rPr>
          <w:rFonts w:ascii="Times New Roman" w:hAnsi="Times New Roman" w:eastAsia="Times New Roman" w:cs="Times New Roman"/>
        </w:rPr>
        <w:t>Boroom bi dina def “liggéey bu yém” ci biir naanakat yu Efrayim, bi Mu leen di dindi seen xel ak seen dégg-dégg, ñaari mbir yooyu sax lañu dëppookk ak xam-xam bu yokku biñuy xam bu yégleb waxu yonent bi ubbiku. Ñi am xel ñoo xam. Benn cér ci “liggéey bu yém” boobu mooy dindi xam-xam bi Ganaar gu bokk ci xeetu Yuda ubbil, bàyyi ko ci xel yu naanakat yu Efrayim. Tasare diggante ñi am xel ak ñi bon mooy benn cér ci “liggéey bu yém” bu Boroom bi. Mooy xebaar bu baax bu fàww. Gannaaw bi Kirist jiite Yawut ya di werante ba Mu jaarale leen ci léebu kërub reseñ ba noonu téj leen ci biir seen bopp ba ñu yégle seen bopp àtte, Mu laajoon laaj bu jëme ci Sabóor 118:</w:t>
      </w:r>
    </w:p>
    <w:p>
      <w:pPr>
        <w:pStyle w:val="ArticleScripture"/>
        <w:jc w:val="left"/>
      </w:pPr>
      <w:r>
        <w:rPr>
          <w:rFonts w:ascii="Times New Roman" w:hAnsi="Times New Roman" w:eastAsia="Times New Roman" w:cs="Times New Roman"/>
        </w:rPr>
        <w:t>Doj wi tabaxkat yi bañoon, mooy nekk doj wu gën a am solo ci xonq bi. Loolu jëfub Boroom bi la; dafa yéem ci sunu bët. Tey moo di bés bi Boroom bi sàkk; dinañu ci bég te bànneex. Sabóor 118:22–24.</w:t>
      </w:r>
    </w:p>
    <w:p>
      <w:pPr>
        <w:pStyle w:val="ArticleBody"/>
        <w:jc w:val="left"/>
      </w:pPr>
      <w:r>
        <w:rPr>
          <w:rFonts w:ascii="Times New Roman" w:hAnsi="Times New Roman" w:eastAsia="Times New Roman" w:cs="Times New Roman"/>
        </w:rPr>
        <w:t>Boroom bi dina mat “liggéey bu yéeme ak kemaan” ci kaw màndiŋkat yi yu Efrayim, te loolu dafay boole nangu leen seen kàttan gu ñuy xam dëgg. “Doju bopp bu koñ bi” yéeme na ci gis-gisu ñi yor “biiñ bu bees” bi Yowel wax.</w:t>
      </w:r>
    </w:p>
    <w:p>
      <w:pPr>
        <w:pStyle w:val="ArticleBody"/>
        <w:jc w:val="left"/>
      </w:pPr>
      <w:r>
        <w:rPr>
          <w:rFonts w:ascii="Times New Roman" w:hAnsi="Times New Roman" w:eastAsia="Times New Roman" w:cs="Times New Roman"/>
        </w:rPr>
        <w:t>Naan nga màndiŋ mënuñoo jàng téere biñu tëj, mu doon njiit yi ñuy tekki ni ñu “am xam-xam” mbaa askan wi ñuy tekki ci ñi “amulu xam-xam.” Dafa neexul yoon mu naan yi man a déggoo bu baax seede gi yonent bi ci Mbind mi, miñu tekki ni “téere biñu tëj.” Itam, ñi naan ñi, ñaar yoon lañu leen waxe ne dañu “jóge nañu ci yoon wi.” Benn yoonaat, lii bind nañu ko ci Esayi ñaar-fukk ak juróom-ñett, biir xët wu mag wu Mbind mi ci mbirum taw bi mujj, fa Esayi waxee “noppalu ak yeesal gi” yi ñi naan ñi bëggul woon dégg. “Noppalu ak yeesal gi” yégle la, ndaxte manees na ko dégg.</w:t>
      </w:r>
    </w:p>
    <w:p>
      <w:pPr>
        <w:pStyle w:val="ArticleBody"/>
        <w:jc w:val="left"/>
      </w:pPr>
      <w:r>
        <w:rPr>
          <w:rFonts w:ascii="Times New Roman" w:hAnsi="Times New Roman" w:eastAsia="Times New Roman" w:cs="Times New Roman"/>
        </w:rPr>
        <w:t>Màndarga ga jël na ay borom naan yi bàyyi yooni “yoon yu mag yi” yi Yeremi wax, te mooy “yoon wi” nit war a dox ci, ngir gis taw bu mujj bi, mi Yeremi teg niki “noppaliku”. Bañug yégleb taw bu mujj bi ci borom naan yu Efrayim mooy benn mbir bu tedd ci Kàddu Yàlla. Naan lañu, ndaxte bañ nañu dellu ca jaar-jaar bu njëkk ba, miy joxe nataal walla xeetu misaal bi war a njëkk ci nettali gi jëm ci ñent-fukki junni ak ñent-fukki ñaar, te mooy itam nettali taw bu mujj bi.</w:t>
      </w:r>
    </w:p>
    <w:p>
      <w:pPr>
        <w:pStyle w:val="ArticleBody"/>
        <w:jc w:val="left"/>
      </w:pPr>
      <w:r>
        <w:rPr>
          <w:rFonts w:ascii="Times New Roman" w:hAnsi="Times New Roman" w:eastAsia="Times New Roman" w:cs="Times New Roman"/>
        </w:rPr>
        <w:t>«Jëf ju yéeme bi» ñuy matal ci kaw màndarga yi ci Efrayim am na ci waxtu tuurug taw gu mujj gi. Ci waxtu taw gu mujj ga, beneen yégle gu nattu di jur ñaari xeet yu màggatu, te ñoom lañuy misaal ci «biir» bi ñuy naan. Ñi bon bañ nañu sukkandiku seen jëfandikug waxu yonent bi ci rëdd yu jaar-jaari taarixu sell bi, te ñi di jëfandikoo pexe bu «rëdd ci kaw rëdd» bu Esayi ñaar-fukk ak juróom-ñett naan nañu «biir bu bees» bi. Màndargag naanug ñi bon feeñ na ci seen manadi xam waxu yonent bi, te seen xaalisub gumb lu dal la woon ndax seen bañ della ci yoon yi yàgg te di cosaan. Yeesu yedd na Yawut yi di werante ci lu néew, dafa leen laaj ndax mus nañu jàng ci doj wi ñu bañ, te mu nekk boppu xonq wi.</w:t>
      </w:r>
    </w:p>
    <w:p>
      <w:pPr>
        <w:pStyle w:val="ArticleBody"/>
        <w:jc w:val="left"/>
      </w:pPr>
      <w:r>
        <w:rPr>
          <w:rFonts w:ascii="Times New Roman" w:hAnsi="Times New Roman" w:eastAsia="Times New Roman" w:cs="Times New Roman"/>
        </w:rPr>
        <w:t>doj bi nekk ci boppu xonq bi mooy ne, dëggu waxi yonent bi nekk ci fondamaa bi mbaa doj-u kornéer bi, ñu fàtte ko ci doj bu njëkk ba mu dellu nekk ci doj bu njëkk ci kaw. Doj-u alfa bi mooy itam doj-u omega bi. Njàngat gu mag gi ci waxi yonent, guy samp te di taxawal yoonu “rëdd ci rëdd,” (moo di yoonu taw bu mujj bi), mooy ne, njàlbéenu benn mbir dafay misaalal mujju benn mbir. Njàngat gu mag gi ci waxi yonent ci yëngu-yëngu Millerite bi mooy njàngatu bés bu jot at, te ñu dëggal ko ba malaaka bi ci Peeñu Yàlla fukk wàcc. Njàngat gu mag gi ci waxi yonent ci yëngu-yëngu ñent-fukk ak ñent junni ñaar-fukk ak ñent junni bi mooy ne njàlbéen bi dafay misaalal mujjaay bi, te ñu dëggal ko ba malaaka bi ci Peeñu Yàlla fukk ak juróom-ñett wàcc.</w:t>
      </w:r>
    </w:p>
    <w:p>
      <w:pPr>
        <w:pStyle w:val="ArticleBody"/>
        <w:jc w:val="left"/>
      </w:pPr>
      <w:r>
        <w:rPr>
          <w:rFonts w:ascii="Times New Roman" w:hAnsi="Times New Roman" w:eastAsia="Times New Roman" w:cs="Times New Roman"/>
        </w:rPr>
        <w:t>Kàddu Yàlla gu yégle ñëwteem dañuy leeral bu baax mbir yi aju ci tawub mujj bi. Benn ci xaqiqat yooyu mooy ne màndiŋu Efrayim amuñu kàttan gu ñu man a xàm tawub mujj bi, te lii dafa amoon misaal ci Yawut ya nekkoon di wax Piyeer ne taalibe yi màndi nañu. Njàngat wu maggi doxalin wi, dafañu ko teg ci kanam bu jub Alpha ak Omega ay yoon yu bari ci Kàddu Yàlla, waaye Kàddu gi tëj nañu ko ci ñoom. Doxalin wi, sàrtu yégle gi gën a mag, ak yégleb tawub mujj bi, ñooy ay mbir yu sell ci benn rëddoo gu yégle ci jaar-jaaru waxtu, te ñu ko tekki ni “liggéey bu yéemu.”</w:t>
      </w:r>
    </w:p>
    <w:p>
      <w:pPr>
        <w:pStyle w:val="ArticleScripture"/>
        <w:jc w:val="left"/>
      </w:pPr>
      <w:r>
        <w:rPr>
          <w:rFonts w:ascii="Times New Roman" w:hAnsi="Times New Roman" w:eastAsia="Times New Roman" w:cs="Times New Roman"/>
        </w:rPr>
        <w:t>Ba pareetu kàddug Aji Boroom mbooloom yi dikk ci man ne: Nii la Aji Boroom mbooloom yi waxe; Dama kiñaan ci Siyon ak kiñaan gu réy, te dama ko kiñaan ak mer mu tar. Nii la Aji bi waxe; Dellusi naa ci Siyon, te dinaa dëkk ci biir Yerusalem: te Yerusalem dees na ko wooye dëkkub dëgg; te tundu Aji Boroom mbooloom yi, tundu bu sell bi. Nii la Aji Boroom mbooloom yi waxe; Mag ñi góor ak mag ñi jigéen dinañu saxatiwaat ci mbedd yi Yerusalem, ku nekk ak yaram ndax màggat gu bare. Te mbedd yi dëkk ba dinañu fees ak xale yu góor ak yu jigéen, di fo ci mbedd ya.</w:t>
      </w:r>
    </w:p>
    <w:p>
      <w:pPr>
        <w:pStyle w:val="ArticleScripture"/>
        <w:jc w:val="left"/>
      </w:pPr>
      <w:r>
        <w:rPr>
          <w:rFonts w:ascii="Times New Roman" w:hAnsi="Times New Roman" w:eastAsia="Times New Roman" w:cs="Times New Roman"/>
        </w:rPr>
        <w:t>Noonu loolu la Boroom mbind mi wax: Su fekkee ne lii dafa yéemu ci bët yi ñàkk-desu xeet wii ci fan yii, ndax war na it a yéemu ci sama bët yi? Kii la Boroom mbind mi wax. Noonu la Boroom mbind mi wax: Gisleen, dinaa musal sama xalq ci réewum penku, ak ci réewum sowu; te dinaa leen indi, ñu dëkk ci biir Yerusalem; te ñuy sama xalq, man it dinaa ne seen Yàlla, ci dëgg ak ci njub. Noonu la Boroom mbind mi wax: Na seen loxo dëgër, yéen ñiy dégg ci fan yii wax yii jaarale ko ci gémmiñi yonent yi, yi nekkoon ca bés ba ñu sampoon fondemaŋ kër Yàlla Boroom mbind mi, ngir tabax kër-gu sell gi. Ndaxte bala fan yooyu, amuloon peyu nit, te itam amuloon peyu jur; te kenn amuloon jàmm moom miy génn walla miy dugg ndax metit mi; ndaxte man maa doon def ba nit ku nekk di jàngoro ak moroomam. Waaye léegi, du maa nekki ci ñàkk-desu xeet wii ni ma nekkoon ci bés yu njëkk ya, kii la Boroom mbind mi wax. Sakarija 8:1–11.</w:t>
      </w:r>
    </w:p>
    <w:p>
      <w:pPr>
        <w:pStyle w:val="ArticleBody"/>
        <w:jc w:val="left"/>
      </w:pPr>
      <w:r>
        <w:rPr>
          <w:rFonts w:ascii="Times New Roman" w:hAnsi="Times New Roman" w:eastAsia="Times New Roman" w:cs="Times New Roman"/>
        </w:rPr>
        <w:t>Sakariya nee na, “Na seen yi dëgër; yéen ñi dégg ci fan yii wax ji jaarale ko ci gémmiñu yonent yi, ñi nekkoon ca bés ba ñu tabaxee fondemaŋ kër Aji Boroom Mbooloom yi, ngir kër-u Yàlla ga man a tabaxees.” Li dëgërël askanu Yàlla mooy waxu fondemaŋ bi, biy doon doj wu gën a kawe. Wax jooju mooy ne jaar-jaaru Millerite dellusiwaat na ci jaar-jaaru ñi ñuy wax ñent-fukki junni ak ñent-fukk ak ñeent.</w:t>
      </w:r>
    </w:p>
    <w:p>
      <w:pPr>
        <w:pStyle w:val="ArticleBody"/>
        <w:jc w:val="left"/>
      </w:pPr>
      <w:r>
        <w:rPr>
          <w:rFonts w:ascii="Times New Roman" w:hAnsi="Times New Roman" w:eastAsia="Times New Roman" w:cs="Times New Roman"/>
        </w:rPr>
        <w:t>Kirist nee: “Bu nekk ci yeneeni fan yii ne ci bëti desitu nit ñii lu yéeme la, ndax dina yéeme itam ci sama bëti?” Laaj boobu mooy wone jamono ji ci waxu yonent yi yépp, di jamono ji “jëf ju yéeme” Yàlla, waaye itam mooy wone bi yëngu-yëngu Laodise bu ñaari téeméer ak ñeent fukki junni nit ñaareel soppeeku jëm ci yëngu-yëngu Filadelfi bu ñaari téeméer ak ñeent fukki junni nit ñaareel. Mooy benn bérab bi ñu leen daldi tàmpe, te mooy itam benn bérab bi yëngu-yëngub xarekat soppeeku di yëngu-yëngub ndam, te mooy itam fa liggéeyu boole Yàlla ak nit ku nekk ci biir mbooloo mii matale, ba kër Yàlla gi set wecc dëgg. Lii manees na ko xam ci aaya yi, ndaxte ci jaar-jaaru yonent wi Muy “jëfam ju yéeme,” jëf joju yéeme na ci bëti Yàlla ak ci bëti desitu nit ña; te “bët ak bët” misaal la bu benn bokk ak bennute. Bennute bi fii wonees di wax ci dalal askanu Yàlla, ñiy topp Gàtt gi fu Mu jëm, te jot nañu ci bérab bu ñuy dee gën a bëgg bañ a bàkkaar ak bañ a mis-représante karakteru Kirist.</w:t>
      </w:r>
    </w:p>
    <w:p>
      <w:pPr>
        <w:pStyle w:val="ArticleBody"/>
        <w:jc w:val="left"/>
      </w:pPr>
      <w:r>
        <w:rPr>
          <w:rFonts w:ascii="Times New Roman" w:hAnsi="Times New Roman" w:eastAsia="Times New Roman" w:cs="Times New Roman"/>
        </w:rPr>
        <w:t>Misee dafay jaar-jaar yu njëkk yi ci Israayil bu yàgg ni ay “mbir yu yéem.”</w:t>
      </w:r>
    </w:p>
    <w:p>
      <w:pPr>
        <w:pStyle w:val="ArticleScripture"/>
        <w:jc w:val="left"/>
      </w:pPr>
      <w:r>
        <w:rPr>
          <w:rFonts w:ascii="Times New Roman" w:hAnsi="Times New Roman" w:eastAsia="Times New Roman" w:cs="Times New Roman"/>
        </w:rPr>
        <w:t>Ni mel ni ngay génnée réewum Misra, dinaa ko won ay mbir yu yéeme. Micée 7:15.</w:t>
      </w:r>
    </w:p>
    <w:p>
      <w:pPr>
        <w:pStyle w:val="ArticleBody"/>
        <w:jc w:val="left"/>
      </w:pPr>
      <w:r>
        <w:rPr>
          <w:rFonts w:ascii="Times New Roman" w:hAnsi="Times New Roman" w:eastAsia="Times New Roman" w:cs="Times New Roman"/>
        </w:rPr>
        <w:t>“Jëf yu yéemu yi” mooy jaar-jaari njàlbéen yu doy waar, te ñu wax ne “yéemu na” ndaxte jaar-jaari njàlbéen boobu dañu koy delloo ci jaar-jaari mujj gi, te xëy nañu ko ci doj wu njëkk ndaw wi ci kaw, maanaam “cap stone.” “Jëf yu yéemu yi” mooy jaar-jaar gi tambalee ak “corner stone” te mujjee ak “cap stone.” Jëfam yu “yéemu yi” feeñoon nañu ci jaar-jaari Musaa, te ñu delloo ko ci jaar-jaari Kirist. Musaa moo doon “corner stone,” te Kirist moo doon “cap stone.” Ci wàllu waxu yonent, Musaa mooy alpha, te Kirist omega.</w:t>
      </w:r>
    </w:p>
    <w:p>
      <w:pPr>
        <w:pStyle w:val="ArticleScripture"/>
        <w:jc w:val="left"/>
      </w:pPr>
      <w:r>
        <w:rPr>
          <w:rFonts w:ascii="Times New Roman" w:hAnsi="Times New Roman" w:eastAsia="Times New Roman" w:cs="Times New Roman"/>
        </w:rPr>
        <w:t>“Tambali ci Muuse, mooy Alfa bu njëkk ci taarixu Biibël bi, Kirist tekki na ci Mbind mi yépp mbir yi jëm ci moom.” The Desire of Ages, 797.</w:t>
      </w:r>
    </w:p>
    <w:p>
      <w:pPr>
        <w:pStyle w:val="ArticleBody"/>
        <w:jc w:val="left"/>
      </w:pPr>
      <w:r>
        <w:rPr>
          <w:rFonts w:ascii="Times New Roman" w:hAnsi="Times New Roman" w:eastAsia="Times New Roman" w:cs="Times New Roman"/>
        </w:rPr>
        <w:t>Móos jangale woon na, te Piyeer jëfandikoo baatam yi ci Pentekot ngir wone ne Móos dafa doon misaalu Kirist.</w:t>
      </w:r>
    </w:p>
    <w:p>
      <w:pPr>
        <w:pStyle w:val="ArticleScripture"/>
        <w:jc w:val="left"/>
      </w:pPr>
      <w:r>
        <w:rPr>
          <w:rFonts w:ascii="Times New Roman" w:hAnsi="Times New Roman" w:eastAsia="Times New Roman" w:cs="Times New Roman"/>
        </w:rPr>
        <w:t>Waaye yëf yooyu, yi Yàlla waxoon lu jiitu jaarale ko ci gémmiñi ñépp ay yonentam, ne Almasi bi dafa wara sonn, moo leen matal noonu. Tuubleen nag te delluwaatleen, ngir seeni bàkkaar ñu far leen, ba jamono yi ñuy indi noflaayee jógée ci kanamu Boroom bi ñëwee; te mu yónnee Yeesu Almasi bi, mi ñu woon yégleel leen lu jiitu. Kooku, asamaan war na ko daldi téeru ba kera jamono yi ñuy delloo yëf yépp ci seen xaalis gu mat, yi Yàlla waxoon jaarale ko ci gémmiñi yonentam yu sell yépp, li dale ca ndoorteelu àddina. Ndaxte Musaa waxoon dëgg baay ya naan: “Boroom bi seen Yàlla dina leen taxawal ab yonent ci seen bokk, ci seen mbokk, ku mel ni man; kooku ngeen koy dégg ci lépp lu mu leen wax. Te dina am ne, képp ku déggul yonent boobu, dees na ko dagg ci biir askan wi.” Waaw, te itam yonent yépp, dale ca Samiyel ak ñi ko topp, ñépp ñi wax, yéglewoon nañu itam fan yii. Jëf ya 3:18–24.</w:t>
      </w:r>
    </w:p>
    <w:p>
      <w:pPr>
        <w:pStyle w:val="ArticleBody"/>
        <w:jc w:val="left"/>
      </w:pPr>
      <w:r>
        <w:rPr>
          <w:rFonts w:ascii="Times New Roman" w:hAnsi="Times New Roman" w:eastAsia="Times New Roman" w:cs="Times New Roman"/>
        </w:rPr>
        <w:t>Musaa ni alfa te Kirist mooy omega, loolu tabaxoon na ko seede gu ñaareelu Piyeer ci Musaa ci xëyub Pentekot bi; te ci loolu, Piyeer dafa di dëggal ak ràññee ne benn cëru yu gëna am solo ci yégle gu taw gu mujj gi (ak xeex bi ñu ci yëkkati) mooy sàrtu kàddugu yonent bi di “alfa ak omega.” Sàrtu boobu mooy li di wàlluwaay ñeent-fukk ak ñeent junni ñaar-fukk ak ñeent war a takkale ak sàrtu at/bés ci jaar-jaaru Milerit bi. Sàrtu “alfa ak omega” mooy sàrtu “fondamaaŋ bi nekk doxalin bu mujj bi”; mooy itam sàrt yi di “Musaa ak Ndaw-mi;” te moo tax wax ju joge ci ngëm gi ràññee ko ne mooy benn ci ay aaya ci woyug toolu reseñ bi, mi itam di woyu Musaa ak Ndaw-mi.</w:t>
      </w:r>
    </w:p>
    <w:p>
      <w:pPr>
        <w:pStyle w:val="ArticleBody"/>
        <w:jc w:val="left"/>
      </w:pPr>
      <w:r>
        <w:rPr>
          <w:rFonts w:ascii="Times New Roman" w:hAnsi="Times New Roman" w:eastAsia="Times New Roman" w:cs="Times New Roman"/>
        </w:rPr>
        <w:t>Tambali ak mujj gi ñu tektale ci ay rëdd yu bari ci waxi yonent yi dañuy tegu ci nettali jamono ji Yàlla matale ay “jëfam yu yéeme,” te mooy leer gi ñuy génne ci xam li misaal bi “jëfam yu yéeme” di firndeel, moo soppi ab Laodicean mu nekk Philadelphia, noonu muy doon doj ci kër Yàlla gu ñuy tabax, ni kër gi Millerite ñu tabaxoon ci 46 at, ba agsi ci 22 Oktoobar 1844, ba Boroom bi dikk na ci saa si ci këram.</w:t>
      </w:r>
    </w:p>
    <w:p>
      <w:pPr>
        <w:pStyle w:val="ArticleScripture"/>
        <w:jc w:val="left"/>
      </w:pPr>
      <w:r>
        <w:rPr>
          <w:rFonts w:ascii="Times New Roman" w:hAnsi="Times New Roman" w:eastAsia="Times New Roman" w:cs="Times New Roman"/>
        </w:rPr>
        <w:t>Ndaxte nag mos ngeen seetaan ne Boroom bi baax na. Koom mi ngeen di ñëw ci moom, mel niw doj wu dund, nit ñi bañ kooon sax, waaye Yàlla tànn na ko te jàpp ko lu am solo lool. Yeen itam, ni doj yu dund, dees na leen tabax ngir nekk kër gu xel mu sell, ak ngir nekk saraxalekat yu sell, ngir jébbale sarax yu xel, yu Yàlla nangu ci Yeesu Kirist. Loolu tax Mbind mi wax ne: “Xool-leen, maa ngi teg ci Siyon doj wu góor-góorlu wet gu njëkk, wu tànn te am solo; te ku ko gëm du rus.” Kon nag ci yeen ñi gëm, moom am na solo; waaye ci ñi déggadi, “doj wi tabaxkat yaa bañoon, moom mooy nekk ndoortelu wet gi,” te “doj wu nit ñi di tëbbaaloo, ak xeer wu yi leen di tax ñu daanu.” Ñoom dañuy tëbbu ndaxte déggaduma kàddu gi; te loolu itam mooy li ñu waroon a dugg. Waaye yeen, xeetu nit yu Yàlla tànn, saraxalekat yu buur, xeet wu sell, askan wu Yàlla moom-ëm; ngir ngeen yégle màggali ki leen woowe ba génne leen ci lëndëm, dugal leen ci leeram gu yéemu. Yeen ñi nekkoon jaar-jaar askanul, léegi nag nekkeen askanu Yàlla; yeen ñi jotul woon yërmande, léegi nag jot ngeen yërmande. 1 Piyeer 2:3–10.</w:t>
      </w:r>
    </w:p>
    <w:p>
      <w:pPr>
        <w:pStyle w:val="ArticleBody"/>
        <w:jc w:val="left"/>
      </w:pPr>
      <w:r>
        <w:rPr>
          <w:rFonts w:ascii="Times New Roman" w:hAnsi="Times New Roman" w:eastAsia="Times New Roman" w:cs="Times New Roman"/>
        </w:rPr>
        <w:t>Wooñu nit ci leeram gu yéeme jox na misaal bi ñuy wootee, ndaxte mandarga yiir wa 1888, miñ ko dëppale ak xel mu sukkandiku ci yëngu-yëngu Kóora ci taarixu alfa bu Musaa, buñ ko yóbbu ba ca fan yu mujj ya, dafa méngoo ak 9/11, bi yégleb Laodisee ñëwee ak malaaka bu ñetteel bi, ni waxin xel mu sukkandiku bi ko waxee. Laodisee yi ci waxi yonent yi “gumb lañu,” maanaam ñu ngi ci lëndëm, te woote bi di génne ci lëndëm tàmbalee na ba yégleb Laodisee agsee ci 1856, 1888 ak 9/11. Ca 9/11, “woote bi di génne ci lëndëm” nekkul woon rekk woote ngir dégg xam leeru malaaka bi ci Peeñu 18, waaye itam woote la woon ci ki koy dégg, ngir dugg ci taarix boobu sax, fa “jëf yu yéeme” Yàlla dinañu fa am seen mat gu mat sëkk.</w:t>
      </w:r>
    </w:p>
    <w:p>
      <w:pPr>
        <w:pStyle w:val="ArticleBody"/>
        <w:jc w:val="left"/>
      </w:pPr>
      <w:r>
        <w:rPr>
          <w:rFonts w:ascii="Times New Roman" w:hAnsi="Times New Roman" w:eastAsia="Times New Roman" w:cs="Times New Roman"/>
        </w:rPr>
        <w:t>Ñetti nañu ko ci yeneen yoon yu bare ci biir fanweer ak ñett fukki at yi weesu ne, tekkiinu waxu yonent bi ci “xebaar bu baax bu dul jeex” mooy jaar-jaaru mbir boobu, fa dëggu yonent bu tëj woon di ubbeeku, te loolu di tàmbali ab jéemantu nattu bu am ñetti jéego, te ñaari melokaan yu wuutu am ci ñetti nattuyooyu. Ñaari nattu yi njëkk dañoo wuute ci seen jikko ak nattu bu ñetteel bi, ndaxte bu ñetteel bi mooy seetlu buy wone ndax weesoo nga nattu bu njëkk ak bu ñaareel bi. Benn melokaan bu wuutu it ci xebaar bu baax bu dul jeex mooy ne, war nga weesu nattu bi fi nekk ngir man a bokk ci nattu bi koy topp.</w:t>
      </w:r>
    </w:p>
    <w:p>
      <w:pPr>
        <w:pStyle w:val="ArticleBody"/>
        <w:jc w:val="left"/>
      </w:pPr>
      <w:r>
        <w:rPr>
          <w:rFonts w:ascii="Times New Roman" w:hAnsi="Times New Roman" w:eastAsia="Times New Roman" w:cs="Times New Roman"/>
        </w:rPr>
        <w:t>Jaar-jaarey “jëf yu yém” yi itam mooy itam jaar-jaarey fu “xibaar bu baax bu dul jeex” di ag ci ndamaram, ndaxte waxtuw àtte bi malaaka bu jëkk bi yégle te mu mel ne mooy xibaar bu baax bu dul jeex, dafay jot ci matugam gu mat tàmbalee ci 9/11. Àtte bi ñu doon artu ci mbirum Millerites mooy 22 Oktoobar 1844, bi bunt bi tëjje ci léebub fukki janq, te loolu doon misaaluy yoonu Dimas, ba beneen yoon bunt bi dellu di tëj ci léebub fukki janq. 9/11 mooy yégle ne waxtuw àtteb jëf-jëfu Yàlla dafay tàmbali ci yoonu Dimas, ni Millerites yi yégle woon ne waxtuw àtteb seetkat bi tàmbali woon ci 22 Oktoobar 1844.</w:t>
      </w:r>
    </w:p>
    <w:p>
      <w:pPr>
        <w:pStyle w:val="ArticleBody"/>
        <w:jc w:val="left"/>
      </w:pPr>
      <w:r>
        <w:rPr>
          <w:rFonts w:ascii="Times New Roman" w:hAnsi="Times New Roman" w:eastAsia="Times New Roman" w:cs="Times New Roman"/>
        </w:rPr>
        <w:t>Diggante 11/9 ba taxaw ba ñëw ci yoonu dibeeru-juróom-benn ba, mooy ab jamono juñu tegtal ni “jëfandikookat yu yéeme Yàlla,” te ni doj wa cosaan wi ñëw a nekk “boppu koñ ba,” te ni “jamonoy Pentekot,” te ni “Habakuk saar ñaareel bi,” te ni “jamonoy tëj-jàmmu téeméeri ak ñeenti-fukk ak ñeent ñi,” te ni “jamonoy nattu nataalu rab wi,” te ni “xibaar bu baax bu sax,” te ni “jaar-jaaru sell bu 1840 ba 1844,” te ni jaar-jaaru “Peeñu Saar fukk bi,” te ni “jaar-jaaru ba noppi ci sóobu Almasi bi ba ca dee jamonoam.”</w:t>
      </w:r>
    </w:p>
    <w:p>
      <w:pPr>
        <w:pStyle w:val="ArticleBody"/>
        <w:jc w:val="left"/>
      </w:pPr>
      <w:r>
        <w:rPr>
          <w:rFonts w:ascii="Times New Roman" w:hAnsi="Times New Roman" w:eastAsia="Times New Roman" w:cs="Times New Roman"/>
        </w:rPr>
        <w:t>Jaar-jaar bi melokaan ci ab fraktal jaarale ko woon ci Ay Sóobam moo tàmbalee jamono ju 2520 fan, bi jeexee ca bant ba. Sóobug Kirist dafa melaloon deeŋam, suulugam ak dekkiwaayam, te loolu amoon na ci lu wér ba mat ci mujju 1260 fan yi.</w:t>
      </w:r>
    </w:p>
    <w:p>
      <w:pPr>
        <w:pStyle w:val="ArticleBody"/>
        <w:jc w:val="left"/>
      </w:pPr>
      <w:r>
        <w:rPr>
          <w:rFonts w:ascii="Times New Roman" w:hAnsi="Times New Roman" w:eastAsia="Times New Roman" w:cs="Times New Roman"/>
        </w:rPr>
        <w:t>Bi Xel mu Sell mi wàcce ci ñëwug Almasi bi ci sóobam, loolu dafa melaloon wàccug malaakam Kàddug Yàlla gi nekk ci Peeñu 18 ci 9/11. Gannaaw 1260 fan yu wax ci kaaw, mbir yi sóob bi doon melal da ñoo mataloon ci yoonu dëgg ci bant ba. Jaar-jaar bi nekk diggante sóob ba ak bant ba am na alfa ju mel ci biir moom, te ñu koy matal ci yoonu dëgg ca mujju jamono ja. Jaar-jaari alfa ak omega ay faraktaal lañu ci mboolem jaar-jaar ba yépp. Jaar-jaar bi nekk diggante sóob ba ak bant ba mooy “jëf yu yéeme yu Yàlla,” te noonu itam loolu ñu koy melal ci “sóobug Almasi,” te noonu itam ci “deeŋam, suulugam ak dekkiwaayam” ci yoonu dëgg, te noonu itam ci “sóobug Israayil gu yàgg ga ca Géej gu Xonq ga,” te noonu itam ci “sóobug juróom-ñaar ñiir yi ci biir jaar-jaaru Nóoyin.” Jamono yooyu yépp dañuy tekki jaar-jaaru “jëf yu yéeme yi” yu Moom.</w:t>
      </w:r>
    </w:p>
    <w:p>
      <w:pPr>
        <w:pStyle w:val="ArticleBody"/>
        <w:jc w:val="left"/>
      </w:pPr>
      <w:r>
        <w:rPr>
          <w:rFonts w:ascii="Times New Roman" w:hAnsi="Times New Roman" w:eastAsia="Times New Roman" w:cs="Times New Roman"/>
        </w:rPr>
        <w:t>Bu jëm ci limu 8 ni màndarga ndekkite, ñaari juróom-ñett yu nit ñi nekkoon ci gaal gi lañu di wax njëkk bu limu 8 muy màndarga; te ci sàrtu wax ji njëkk, lépp luy leeral ci yoon wàllu waxi yonent bi nekk na ci wax ji njëkk. Ñaari juróom-ñett yu nit ñooñu dañuy jóge ci suuf su yàgg sañse ba jëm ci suuf su bees, ndax du noonu?</w:t>
      </w:r>
    </w:p>
    <w:p>
      <w:pPr>
        <w:pStyle w:val="ArticleBody"/>
        <w:jc w:val="left"/>
      </w:pPr>
      <w:r>
        <w:rPr>
          <w:rFonts w:ascii="Times New Roman" w:hAnsi="Times New Roman" w:eastAsia="Times New Roman" w:cs="Times New Roman"/>
        </w:rPr>
        <w:t>Ñaari juróom-ñett yooyu dund nañu jamono ji mu tawoon, waaye ñépp ñi bañee ndegëlbu artu bu taw bi dee nañu, ndax dafa wóor? Juróom-ñett yi “8” yu dem ci suuf su bees, yiñuy tegtale ak jaar-jaaru waxu artu bu ñu bañ, bunt bu tëj, taw bi ak suuf su bees, jaar nañu ci soppeb jamono yu Yàlla dogal woon, nekk ci yoon wu jëmale leen ci àddina ju yàgg jii ba ci àddina ju bees ji.</w:t>
      </w:r>
    </w:p>
    <w:p>
      <w:pPr>
        <w:pStyle w:val="ArticleBody"/>
        <w:jc w:val="left"/>
      </w:pPr>
      <w:r>
        <w:rPr>
          <w:rFonts w:ascii="Times New Roman" w:hAnsi="Times New Roman" w:eastAsia="Times New Roman" w:cs="Times New Roman"/>
        </w:rPr>
        <w:t>Soppi yenn ci jamonoy dispansasioŋ bi tegtal juróom-ñett xol yi di téeméer ak ñeent-fukki ñent-fukki junni ñent-ñeent, mooy jëlew bi nekk diggante Laodicea ak Philadelphia, te moomu itam mooy jëlew bi nekk diggante kërceen gu bëre gi, gu ñu defare ak pepp ak ñax mu bon, ak kërceen gu not gi, gu ñu defare ak peppub njëkk mi rekk, bi ñu yékkati ni sarax bu sañ-sañ ngir mu nekk mandarga ngir àddina sépp gis ko, ni ku xool gaal gu benn doŋŋ ci kaw ndox mu tar. Nit ñooñu ñooy juróom-ñett yu jóge ci juróom-ñaari, te jaar-jaaru gaal gu mag ga ak jaar-jaaru Géeju Pënd mi, ñépp ñoo di misaal yu ñuy won ay “jëfam yu yéeme”am.</w:t>
      </w:r>
    </w:p>
    <w:p>
      <w:pPr>
        <w:pStyle w:val="ArticleBody"/>
        <w:jc w:val="left"/>
      </w:pPr>
      <w:r>
        <w:rPr>
          <w:rFonts w:ascii="Times New Roman" w:hAnsi="Times New Roman" w:eastAsia="Times New Roman" w:cs="Times New Roman"/>
        </w:rPr>
        <w:t>Ñoom yooyu lañu, ñi dekkiwaat ngir matal li Mbind mi wax ci Révélation 11:11. Ñoom nag, askanu kóllëre Yàlla lañu, te seen baay Ibraayma moo leen di tektal, moom mi yeboon màndarga kóllëre gi jaarale ko ci xaraf gu ñu wara defe ca bésub juróom-ñett ba.</w:t>
      </w:r>
    </w:p>
    <w:p>
      <w:pPr>
        <w:pStyle w:val="ArticleBody"/>
        <w:jc w:val="left"/>
      </w:pPr>
      <w:r>
        <w:rPr>
          <w:rFonts w:ascii="Times New Roman" w:hAnsi="Times New Roman" w:eastAsia="Times New Roman" w:cs="Times New Roman"/>
        </w:rPr>
        <w:t>Lépp yii rëy dañuy tegtal benn jamono buy benn, te jamono jooju dafay tambalee ak tabax yi ci 9/11 te muy jeex ci yoonu Dibeer bi. 9/11 mooy doj wu njëkk wi, te yoonu Dibeer bi mooy doj wu mujj wi. Ci jaar-jaaru delloo Yerusalem ca jamonoy Neemi ak Esdra, fondemaŋ bi mat na ca jaar-jaaru ndigal wu njëkk wi, te kër Yàlla gi ci boppam jeex na lu jiitu ndigal wu ñetteel wi. Ci jaar-jaaru Millerite yi, fondemaŋ yi sampu nañu ci weeru Mee 1842, ba ñu génnee tablo 1843 bi. Kër Yàlla gu Millerite gi waroon na ñu tabax ko diirub ñeent-fukk ak juróom-benn at, tambalee 1798 ba àgg 1844. Bala 22 Oktoobar 1844, kër Yàlla gu Millerite gi jeex na, te doj wu mujj wi mooy Yuuxu Guddi gi. Bi Yuuxu Guddi gi jeexee 22 Oktoobar 1844, alfa ak ndigal wu ñetteel wu 457 B.C. gis nañu seen moroom ci omega bu 1844. 457 B.C. muy alfa ci 2300 at yi, te 1844 muy omega. Ñoom ñaar benn lañu ci benn tolluwaay, ndaxte ndigal walla malaaka, ñoom ñépp yégle lañu, te ñoom ñépp itam daan nañuy misaalal yoonu Dibeer bi, fa ñu di def ab ndigal te fa yégleb malaaka wu ñetteel wi di màgg ba nekk Yuuxu Rëy.</w:t>
      </w:r>
    </w:p>
    <w:p>
      <w:pPr>
        <w:pStyle w:val="ArticleBody"/>
        <w:jc w:val="left"/>
      </w:pPr>
      <w:r>
        <w:rPr>
          <w:rFonts w:ascii="Times New Roman" w:hAnsi="Times New Roman" w:eastAsia="Times New Roman" w:cs="Times New Roman"/>
        </w:rPr>
        <w:t>Li dale ci 457 baatu Kirist jiitu ba ci 408 baatu Kirist jiitu, ñeent-fukk ak juróom-ñeent at yu Daniel waxe ni ñooy jamono ji Yawut ya di mottali tabaxaat “mbedd mi dinañu ko tabaxaat, ak tata ji itam, doonte ci jamono yu metti.”</w:t>
      </w:r>
    </w:p>
    <w:p>
      <w:pPr>
        <w:pStyle w:val="ArticleScripture"/>
        <w:jc w:val="left"/>
      </w:pPr>
      <w:r>
        <w:rPr>
          <w:rFonts w:ascii="Times New Roman" w:hAnsi="Times New Roman" w:eastAsia="Times New Roman" w:cs="Times New Roman"/>
        </w:rPr>
        <w:t>Xamleen nag te xam ne, dale ci génn ndigalu delloo te tabax Yerusalem ba ci Almasi bi di Buur bi, dina am juróom-ñaari ay ayu-bés yu mag ak juróom-benn-fukk ak ñaar. Dinu delloo tabax mbedd mi ak tata ji, sax ci jamono yu metti. Daniel 9:25.</w:t>
      </w:r>
    </w:p>
    <w:p>
      <w:pPr>
        <w:pStyle w:val="ArticleBody"/>
        <w:jc w:val="left"/>
      </w:pPr>
      <w:r>
        <w:rPr>
          <w:rFonts w:ascii="Times New Roman" w:hAnsi="Times New Roman" w:eastAsia="Times New Roman" w:cs="Times New Roman"/>
        </w:rPr>
        <w:t>457 BC ak 1844 ñoo di alpha ak omega ci wax ci 2300 at yi. Ñoom ñaar ñépp dañuy melal yoonu Dibeer, ndaxte ni ñuy alpha ak omega, benn lañu; te naqaru 1844, ci wax ju wàccale, dañu koy jàppandikoo ak naqaru bant bi. Su fekkee ne 1844 day melal bant bi, te noonu la, kon moroomam buy alpha (457 BC) itam day ko melal. 1844 ba 1863 mooy won yoonu nattu gi ñetteelu malaaka mi. Nattu googu mooy lu 49 at yi diggante ñetteelu ndigal bi, ndigalu yoonu Dibeer bi, ak matug liggéeyu mbedd mi ak tata ji, mi am ci jamono ju metti.</w:t>
      </w:r>
    </w:p>
    <w:p>
      <w:pPr>
        <w:pStyle w:val="ArticleBody"/>
        <w:jc w:val="left"/>
      </w:pPr>
      <w:r>
        <w:rPr>
          <w:rFonts w:ascii="Times New Roman" w:hAnsi="Times New Roman" w:eastAsia="Times New Roman" w:cs="Times New Roman"/>
        </w:rPr>
        <w:t>457 BK ba 408 BK mooy alfa jaar-jaarey 2300 at yi, te muy misaal ci omega jaar-jaarey 1844 ba 1863. Ñaari jaar-jaarey yooyu di won jaar-jaarey juróom-ñeent-fukk ak ñeent junni nit ñi gannaaw bi ñu leen tëje, ca yoonu Dibéer ba baatub jegeel nit àddina tëj. Liggéeyu juróom-ñeent-fukk ak ñeent junni nit ñi mooy woo góor ak jigéen ngir ñu dellu ca “yoon yu mag ya”, yi Esayi misalee ni tabaxaat bërëb yu yàqu te mag, te Yeremi moo xamle ne mooy yoon wi jëm ci ndawtal tawteb mu mujj. “Miir mi” mooy yoonu Yàlla, mi juróom-ñeent-fukk ak ñeent junni nit ñi di tegtal àddina bépp ni bannere. Loolu dina am ci jamono yu metti yi ci ñetteelu musibaam Islama, ndaxte Islama moo merloo xeet yi. Liggéey bi ak jamono yu metti yi dinañu wéy ba keraaka Mikaayel jóg.</w:t>
      </w:r>
    </w:p>
    <w:p>
      <w:pPr>
        <w:pStyle w:val="ArticleBody"/>
        <w:jc w:val="left"/>
      </w:pPr>
      <w:r>
        <w:rPr>
          <w:rFonts w:ascii="Times New Roman" w:hAnsi="Times New Roman" w:eastAsia="Times New Roman" w:cs="Times New Roman"/>
        </w:rPr>
        <w:t>Kon, su fekkee ne 457 atum ci kanam Kirist ba 408 atum ci kanam Kirist mooy ab diir bu yonent bu tàmbalee ca ñetteelu ndigal ba, te mu doon misaalu ab diir bu yonent bu tàmbalee ci 1844 ak ñëwug ñetteelu malaaka ba, ba jeex ci 1863, kon man ngaa gis ne seen jokkoo ak yonentub 2300 atum, muy taxawalug tàmbali walla muy taxawalug mujje, mooy leen firndeel ni ñoo di alfa ak omega ci seen diggante. Jamono yu metti yi ci Nehemi mooy misaal jamono yu metti yi jiitu ba te booleek Xareb Réew ma. Diiru ñeent-fukk ak juróom-ñeent at yi ci taarixu alfa ba mooy teewal diiru fukk ak juróom-ñent at yi ci taarixu omega ba. Te itam, boobu diiru fukk ak juróom-ñent at dafa fekk nañu ko ci misaalu fukk ak juróom-ñent at yi nekk ca tàmbalig yonentub 65 at yi ci Esayi.</w:t>
      </w:r>
    </w:p>
    <w:p>
      <w:pPr>
        <w:pStyle w:val="ArticleScripture"/>
        <w:jc w:val="left"/>
      </w:pPr>
      <w:r>
        <w:rPr>
          <w:rFonts w:ascii="Times New Roman" w:hAnsi="Times New Roman" w:eastAsia="Times New Roman" w:cs="Times New Roman"/>
        </w:rPr>
        <w:t>Ndaxte boppu Siri mooy Damaas, te boppu Damaas mooy Resin; te ci biir juróom-benn-fukk ak juróom ñett at, Efrayim dina daanu ba du askan. Esayi 7:8.</w:t>
      </w:r>
    </w:p>
    <w:p>
      <w:pPr>
        <w:pStyle w:val="ArticleBody"/>
        <w:jc w:val="left"/>
      </w:pPr>
      <w:r>
        <w:rPr>
          <w:rFonts w:ascii="Times New Roman" w:hAnsi="Times New Roman" w:eastAsia="Times New Roman" w:cs="Times New Roman"/>
        </w:rPr>
        <w:t>Esayi tënk ci wax ci waxu yonent bii ci atum 742 BC, te 19 at gannaaw, ci 723 BC, nguurug bëj-gànnaaru biñu yóbbu ko ci jaamukaay ngir 2520 at, te mu jeex ci 1798. 19 ati diggante 742 BC ak 723 BC dafa méngook 19 ati diggante 1844 ak 1863, ndaxte 19 at yu jëkk ya mooy alfa bu waxu yonent bii, te 19 yu mujj ya mooy omega bi. Ci jaar-jaaru 19 at yooyu, buur bu bon bu tudd Ahaz, Esayi jànkoonte na ko ak yégleg tawub mujj gi, ni ko aaya juróom-ñett bi teewal ci ndigalub “juróom-ñaari yoon.” Ahaz bañ na yégle bi, ni ko Adventisme Millerite bu Laodise bi itam defee ci 1863.</w:t>
      </w:r>
    </w:p>
    <w:p>
      <w:pPr>
        <w:pStyle w:val="ArticleBody"/>
        <w:jc w:val="left"/>
      </w:pPr>
      <w:r>
        <w:rPr>
          <w:rFonts w:ascii="Times New Roman" w:hAnsi="Times New Roman" w:eastAsia="Times New Roman" w:cs="Times New Roman"/>
        </w:rPr>
        <w:t>Ci jamono jooja, saraxalekat bu kawe Ahaz seet na Asiri, dellusi faasonu seen këru jaamu xërëm yu leen diiney jamono yooyu, te Ahaz sant nañu ngir tabax ko ci biir kër Yàlla. Rëdd wi méngoo na ak nettali yonent bu déggadi woon, mi waruloon dellu Yuda ci benn yoon bi mu jaaroon, waaye mu def ko te yonent bu fen tey wax ne dee, nax na ko; loolu di misaalub delluwaay ci méthodologie protestan bu wacc ci ndigal ngir nëbb xam-xamu Millerite ci mbirum “juróom-ñaar yi” ci matal gu cosaan, ni xaj buy dellu ci ay metitam boppam.</w:t>
      </w:r>
    </w:p>
    <w:p>
      <w:pPr>
        <w:pStyle w:val="ArticleBody"/>
        <w:jc w:val="left"/>
      </w:pPr>
      <w:r>
        <w:rPr>
          <w:rFonts w:ascii="Times New Roman" w:hAnsi="Times New Roman" w:eastAsia="Times New Roman" w:cs="Times New Roman"/>
        </w:rPr>
        <w:t>Lii di doxaloon bi nguur gu bëj-gànnaaw ak nguur gu bëj-saalum di tàmbali xare bu réew ci biir réew mi, te loolu di misaalal Xare Bu Réew bi ci États-Unis ba waxtu bu 19 at dellu jëfandikoo. 742 at laata Kirist ba 723 at laata Kirist dafa tegu ci jamono ju 19 at, 1844 ba 1863, te loolu di tegantal jamono ji joge ci yoonu Dimaas ba ag jeexitalu waxtu yërmandey àtte. Taariixu 9/11 ba yoonu Dimaas mooy taariixu nattu nataalu rab wa ci biir États-Unis, te moom lañuy delloo ci nattu nataalu rab wa ci àddina si, mi tàmbalee ci yoonu Dimaas. Moo tax jamonoy 19 at yi di tegantal yoonu Dimaas ba jeexitalu waxtu yërmandey àtte, ñoom itam dañuy tegantal taariixu 9/11 ba yoonu Dimaas, te mooy taariixu “jëfam yu yéeme” yi.</w:t>
      </w:r>
    </w:p>
    <w:p>
      <w:pPr>
        <w:pStyle w:val="ArticleBody"/>
        <w:jc w:val="left"/>
      </w:pPr>
      <w:r>
        <w:rPr>
          <w:rFonts w:ascii="Times New Roman" w:hAnsi="Times New Roman" w:eastAsia="Times New Roman" w:cs="Times New Roman"/>
        </w:rPr>
        <w:t>Danu sax ci jëfandikukat bu ci topp.</w:t>
      </w:r>
    </w:p>
    <w:p>
      <w:pPr>
        <w:pStyle w:val="ArticleScripture"/>
        <w:jc w:val="left"/>
      </w:pPr>
      <w:r>
        <w:rPr>
          <w:rFonts w:ascii="Times New Roman" w:hAnsi="Times New Roman" w:eastAsia="Times New Roman" w:cs="Times New Roman"/>
        </w:rPr>
        <w:t>Kaddoominu Boroom bi ñëw ci man ne ma: Yow, doomu nit ki, lan mooy léebu loolu ngeen am ci suuf Israyel, di wax ne: “Fan yi yàgg nañu, te gis-gis bu nekk amul njariñ”? Moo tax waxleen ne: “Ni Boroom bi Yàlla waxe la: Dinaa tax ba léebu loolu jeex, te duñu koatiyewaat mukk ci Israyel.” Waaye waxleen ne: “Fan yi agsi nañu, te njariñu gis-gis bu nekk jege na.” Ndaxte du amati benn gis-gis bu neenul, walla benn kàttan gu naaféq, ci biir kërug Israyel. Ndaxte man maa di Boroom bi; dinaa wax, te kàddu gi ma di wax dina am; du yàggatiwaat. Ndaxte ci seen fan, éey kër gu réer, dinaa wax kàddu gi te dinaa ko matal,” la Boroom bi Yàlla wax.</w:t>
      </w:r>
    </w:p>
    <w:p>
      <w:pPr>
        <w:pStyle w:val="ArticleScripture"/>
        <w:jc w:val="left"/>
      </w:pPr>
      <w:r>
        <w:rPr>
          <w:rFonts w:ascii="Times New Roman" w:hAnsi="Times New Roman" w:eastAsia="Times New Roman" w:cs="Times New Roman"/>
        </w:rPr>
        <w:t>Ba noppi kàddug Boroom bi dikk ci man, ne: Yow, doomu nit ki, xoolal, waa kër Israyil dañuy wax ne, Gis-gis bi mu gis, ci fan yu bari yu nare la, te muy yonnent ci mbir yi sore lool. Kon nag waxal leen ne, nii la Boroom Yàlla bi waxe: Benn sama kàddu du yàggatati mukk; waaye kàddu gi ma wax, dina am, la Boroom Yàlla bi wax. Ezekiel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Mbooloom Aseñis Jouroomeel-Ñaareel bu Laodise — Limu Juróom-Ñaareel</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