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Adventiste Bés bu Juróom-Ñaareel ci jamono mu njëkk ci Laodise — Limu Fukk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Limu Fukki</w:t>
      </w:r>
    </w:p>
    <w:p>
      <w:pPr>
        <w:pStyle w:val="ArticleBody"/>
        <w:jc w:val="left"/>
      </w:pPr>
      <w:r>
        <w:rPr>
          <w:rFonts w:ascii="Times New Roman" w:hAnsi="Times New Roman" w:eastAsia="Times New Roman" w:cs="Times New Roman"/>
        </w:rPr>
        <w:t>Nun dëgërgër benn ci xaaj bu nekk ci visionu Esayi, bi tàmbalee ci saar 7 ba àgg ci mujjug saar 12. Nu ngi koy def ndaxte ci atum 1850 “Boroom bi yókk na loxoam ñaareel yoon, ngir dajale” ay nitam yu des. Nu ngi sampu ci seen bérabi ànd ak yoon yi bokk diggante 1844 ak 1863. “1850” ak ñaareel dajale ga bokk na ci yooyu màndargay yoon.</w:t>
      </w:r>
    </w:p>
    <w:p>
      <w:pPr>
        <w:pStyle w:val="ArticleBody"/>
        <w:jc w:val="left"/>
      </w:pPr>
      <w:r>
        <w:rPr>
          <w:rFonts w:ascii="Times New Roman" w:hAnsi="Times New Roman" w:eastAsia="Times New Roman" w:cs="Times New Roman"/>
        </w:rPr>
        <w:t>Bu njeexitu Esayi tambalee ci bennal beneen ndajeel bu ñëw ci aaya bu jëkkub Saar 7, saa yu wax jenn waxin wu mel ni “ci bés boobu” feeñee nekk na tekki wu war a denc ci taxawaayu kàddug yonent gu ñu samp ci Saar 7. Ab caabi bu am solo ngir xàjjal njàqare gi ci yoon moo di xam ne yonent wi dafa dox ci jamono yu “jëfandikoo luñu waxaat te yaatal ko,” te sàrt boobu moo nekk ci njàqare gi.</w:t>
      </w:r>
    </w:p>
    <w:p>
      <w:pPr>
        <w:pStyle w:val="ArticleBody"/>
        <w:jc w:val="left"/>
      </w:pPr>
      <w:r>
        <w:rPr>
          <w:rFonts w:ascii="Times New Roman" w:hAnsi="Times New Roman" w:eastAsia="Times New Roman" w:cs="Times New Roman"/>
        </w:rPr>
        <w:t>Dëgg-dëgg yu bareb yu ci xamale ci gis-gisu Esayi, li tambalee ci saar wu juróom-benn, war nañu koo jëfandikoo ak gis-gis gu nekk ne “jëkk ak jëkk”, Esayi day tegu fi ni bakkan bu ñu fal ci 9/11 ngir yégle ne taw bu mujj bi agsi na. Ci boobu jëf ju sell, saar wu juróom-ñaari Esayi day wone ragal ga caat yi yonent bi doon tegtal ci saar wu juróom-benn bi mu laajee laaj bi ne, “ba kañ” la wara sax di jox yégleb 9/11 jëmsi ab kërceen gu wacc ci ngëm, gi “am bët waaye bañ a gis, te am nopp waaye bañ a dégg”?</w:t>
      </w:r>
    </w:p>
    <w:p>
      <w:pPr>
        <w:pStyle w:val="ArticleBody"/>
        <w:jc w:val="left"/>
      </w:pPr>
      <w:r>
        <w:rPr>
          <w:rFonts w:ascii="Times New Roman" w:hAnsi="Times New Roman" w:eastAsia="Times New Roman" w:cs="Times New Roman"/>
        </w:rPr>
        <w:t>Ci biir ba, buur bu bon te ñàkk xel bi, Akas, mooy misaal bu benn Laodise gu dul nangu artug yégle gu taw wu mujj ga, ni ko ay sàmmkat yi di ko joxe, ñoom ñi di jànkoonte ak Akas bu bon te ñàkk xel, mi Esayi ak doomam di tegu.</w:t>
      </w:r>
    </w:p>
    <w:p>
      <w:pPr>
        <w:pStyle w:val="ArticleBody"/>
        <w:jc w:val="left"/>
      </w:pPr>
      <w:r>
        <w:rPr>
          <w:rFonts w:ascii="Times New Roman" w:hAnsi="Times New Roman" w:eastAsia="Times New Roman" w:cs="Times New Roman"/>
        </w:rPr>
        <w:t>9/11 agsi ci jaar-jaari yonent bi nekk ci Daniel benn-fukk ak benn, saar ñeent-fukk, ba tax buñu fekk Isaaya ci 9/11 ci xaaj wi juróom-benn, kon ci wàllu yonent, fekk nañu ko biir saar ñeent-fukk bu Daniel benn-fukk ak benn; waaye lu gën a am solo mooy ne, fekk nañu ko biir “jaar-jaaru kumpa gu saar ñeent-fukk gi.” Jaar-jaaru kumpa gu saar ñeent-fukk gi tambalee na ba bi saar gi matalee woon ci atum 1989 ak daanu Réewum Soviet yi. Dale ci 1989 ba àgga ci yoonu Dibër bu saar ñeent-fukk ak benn, loolu mooy “jaar-jaaru kumpa gu saar ñeent-fukk gi” nga xam ne Gaynde gi bokk ci xeetu Yuda moo koy ubbi ci biir benn “jaar-jaar bu kumpa” boobu. Li loolu tegtal ci sunu seetlu bi ci Isaaya miy tegu nekk ndawtal bu taw gu mujj gi gannaaw 9/11, mooy ne benn cér ci ndawtal taw gu mujj gi, bi Isaaya di yégle, mooy—Daniel benn-fukk ak benn, saar yi ñeent-fukk ak benn ba ñeent-fukk ak juróom.</w:t>
      </w:r>
    </w:p>
    <w:p>
      <w:pPr>
        <w:pStyle w:val="ArticleBody"/>
        <w:jc w:val="left"/>
      </w:pPr>
      <w:r>
        <w:rPr>
          <w:rFonts w:ascii="Times New Roman" w:hAnsi="Times New Roman" w:eastAsia="Times New Roman" w:cs="Times New Roman"/>
        </w:rPr>
        <w:t>Taxaw ci kanam ak xam-xamu waxu Yàlla ci 9/11, Esayi ci saar fukki benn bi, dafay wone artu ne mbir mi ci topp te di xew mooy “sàrt bu jubulwul,” muy yoonu Dibeer bi, te dees na ko wone ci aaya ñeent-fukk ak benn ci Daniel fukki benn. Nataalu Esayi ci yégleb ndox mu mujj mi, defees na ko ci biir “jaar-jaaru mbootaay bu nëbbu” bu aaya ñeent-fukk, gannaaw 9/11. Matug aaya ñeent-fukk ci 1989, teg na Esayi gannaaw 1989, ci 9/11, fa mu ñu ko di fal ak xonq buy jóge ci kaw saraxalukaay bi. Esayi mooy mel ni yonnent buy yégle xibaar bu ëmb juróom-benn aaya yu mujj yi ci Daniel fukki benn.</w:t>
      </w:r>
    </w:p>
    <w:p>
      <w:pPr>
        <w:pStyle w:val="ArticleBody"/>
        <w:jc w:val="left"/>
      </w:pPr>
      <w:r>
        <w:rPr>
          <w:rFonts w:ascii="Times New Roman" w:hAnsi="Times New Roman" w:eastAsia="Times New Roman" w:cs="Times New Roman"/>
        </w:rPr>
        <w:t>Esayi wax na bu leer ne moom ak doomam ñu ngi nekk ngir doon ay màndarga ak ay kéemaan. Ci sarax 7, aaya 3, Esayi ak doomam ñu ngi ci wetug yoon wi joge ca ndox mu kawe mi, ci wetu toolu fuller bi. Esayi mi ngi wone xebaaru taw bu mujj bi, biñu ko ñañaal ngir yégle ci sarax 6, te mi ngi taxaw ci ñetti màndargay taw bu mujj bi, te itam ànd ak doomam Shearjashub. Yoonu ndox mu kawe mi mooy ab réereb waxu yonent buy tegtal ñaari tubéey yu fees ak diwlin wurus wi Sakari waxal, te yaay White itam wax na ci loolu yoon yu bari; ñooñu dañuy melokaan xebaar bi jóge ci yoonu ndox mu kawe mi ci xebaaru taw bu mujj bi.</w:t>
      </w:r>
    </w:p>
    <w:p>
      <w:pPr>
        <w:pStyle w:val="ArticleBody"/>
        <w:jc w:val="left"/>
      </w:pPr>
      <w:r>
        <w:rPr>
          <w:rFonts w:ascii="Times New Roman" w:hAnsi="Times New Roman" w:eastAsia="Times New Roman" w:cs="Times New Roman"/>
        </w:rPr>
        <w:t>Xarala Yesayë bi boole Sakariya ñaari tubi yi, te kàddu Ellen White boole na Sakariya ak léebu fukki janq yi. Ci saar juróom-benn bi, Yesayë suufeeku na ba ci pënd mi bi mu gisée ndamu Boroom bi. Mu nangu yéggal kàddu gi ñu tegtal ci sarax ba ci benn, di kàddu gi leerël suuf si ak ndamu Yàlla. Te ñu sellal ko ak xember bu jóge ci saraxalukaay ba, te gannaaw loolu mu taxaw ca ndox mu nekk ci mbàmbulaan mi ñu sos ak ndox mi jóge ci kaw mbàmbulaan mi. Ci saar ñaar-fukk ak juróom-ñett bi, Yesayë leeral na ne kàddu taw wa mujj bi mooy “rëdd ci kaw rëdd,” te ci sarax ba ci benn, kaw mbàmbulaan mi mooy firndeel ay rëdd yu bari yu yonent.</w:t>
      </w:r>
    </w:p>
    <w:p>
      <w:pPr>
        <w:pStyle w:val="ArticleBody"/>
        <w:jc w:val="left"/>
      </w:pPr>
      <w:r>
        <w:rPr>
          <w:rFonts w:ascii="Times New Roman" w:hAnsi="Times New Roman" w:eastAsia="Times New Roman" w:cs="Times New Roman"/>
        </w:rPr>
        <w:t>Esayi, mi ngi teewal benn ruu ci 9/11, du taxaw fi diwlin buur gu wurus gi di wàccé jógé ci ndox mu kawe mi, lu dul ne ruu boobu laaj na yoon wu baax wi di jëme ci yoon wu yàgg wa Yirmiya wax, te mooy “yoonu mag (yoon)” bu Esayi wax “ci toolu fuller bi,” fa la “ndëmm” la Yirmiya wax ne amees. Baatu taw bu mujj bu Esayi miiru na du rekk ci rëddub fukki janq yi, rëddub ñaari tóll yu wurus yi Sakarya wax, ak rëddub yoon wu yàgg wa Yirmiya wax; waaye itam Esayi taxaw na “ci toolu fuller bi,” fa la Yonnent bi ci Kóllëre gi di sellaal ak setal doom yi Lewi ni xaalis ak wurus.</w:t>
      </w:r>
    </w:p>
    <w:p>
      <w:pPr>
        <w:pStyle w:val="ArticleBody"/>
        <w:jc w:val="left"/>
      </w:pPr>
      <w:r>
        <w:rPr>
          <w:rFonts w:ascii="Times New Roman" w:hAnsi="Times New Roman" w:eastAsia="Times New Roman" w:cs="Times New Roman"/>
        </w:rPr>
        <w:t>Liggéeyu wax ci kàddu gu xamle bi, ngir indi yeneen rëdd yu bokk ci sarax bu ñetteelu ca saar bi juróom-ñaareel, dafa yomb lool. Diwlinu Sakariya ak fukki janq yi, ñoo bokk ak escalie Yàqub ak ñaari sarax yu njëkk yi ci Peeñu Yowaana, ndax ñoom ñépp dañuy wax ci yoonu jokkoo gi nekk diggante Yàlla ak nit. Yoon wu yàgg wi Yeremi wax, dafay boole “wottukat” bi wol bànd bi, bi buur bu bon te dof, Axaas, bëggul dégg. Bànd boobu moo di jëkk ci yëgle yi yépp ci kàddu gu xamle bi, noonu itam wottukati wax ju xamle yi, ba jël leen dugal ci “yoon wu kawe” wi Esayi wax, fa Esayi ak doomam taxaw ngir yégle ndaw li jiitu Laodise.</w:t>
      </w:r>
    </w:p>
    <w:p>
      <w:pPr>
        <w:pStyle w:val="ArticleBody"/>
        <w:jc w:val="left"/>
      </w:pPr>
      <w:r>
        <w:rPr>
          <w:rFonts w:ascii="Times New Roman" w:hAnsi="Times New Roman" w:eastAsia="Times New Roman" w:cs="Times New Roman"/>
        </w:rPr>
        <w:t>Isaïe ak doomam Seear-Yaasub, te tekki ne “desit dina dellusi”, taxaw nañu benn, te ñuy misaal yégleb ndaw roob mu mujj mi agsi woon ca 9/11. Dem nañu ngir daje ak buur bu bon bi, Axaas, te ni baay ak doom lañuy doon nekk misaal bu alfa ak omega, mooy sart wu njëkk wi ci yoonu “rëdd ci kaw rëdd”. “Rëdd ci kaw rëdd” mooy sart wi ñu misaaloon ci njariñu Milerit yi, mooy njubte “bés/at” bi.</w:t>
      </w:r>
    </w:p>
    <w:p>
      <w:pPr>
        <w:pStyle w:val="ArticleBody"/>
        <w:jc w:val="left"/>
      </w:pPr>
      <w:r>
        <w:rPr>
          <w:rFonts w:ascii="Times New Roman" w:hAnsi="Times New Roman" w:eastAsia="Times New Roman" w:cs="Times New Roman"/>
        </w:rPr>
        <w:t>Bésu 11 ut 1840, benn yégle gu Isalaam ci ñaareelu toroxte bu nekk ci Peeñu 9 am na mat, te miis bi ñuy wax “bés/at” bu Millerite yi dëggaloon nañu ko; loolu nag may na doole yégle gu Miller ci mbirum atum 1843, gi sukkandikoo woon ci miis bu bés/at. Bésu 11 ut 2001, benn yégle gu Isalaam ci ñetteelu toroxte bu nekk ci Peeñu 9, 10 ak 11 am na mat, te miis bu alpha (8-11-1840) ak omega (9/11) dëggaloon nañu ko, bi malaaka mu mag mi nekk ci Peeñu 18 wàccee, ba kër yu mag yaa ngi New York daanu—ni malaaka mu mag mi nekk ci Peeñu 10 wàccee woon Bésu 11 ut 1840, ba alpha bi doon misaal bu omega amee mat.</w:t>
      </w:r>
    </w:p>
    <w:p>
      <w:pPr>
        <w:pStyle w:val="ArticleBody"/>
        <w:jc w:val="left"/>
      </w:pPr>
      <w:r>
        <w:rPr>
          <w:rFonts w:ascii="Times New Roman" w:hAnsi="Times New Roman" w:eastAsia="Times New Roman" w:cs="Times New Roman"/>
        </w:rPr>
        <w:t>Du Esayi ak doom doomam rekk a ngi tegtal njariñu njëkk bi di “rëdd ci kaw rëdd,” waaye itam ñoom a ngi tegtal yégleb Eli, miy yégleb wu ñuy wone jaarale ko ci diggante baay ak ay doomam. Yégleb Eli mi ñuy waare lu jiitu bés bu mag te tiitallu bu Boroom bi, mooy firndeel benn yégleb buy ñëw lu jiitu ndogal attey Yàlla yi di tàmbali. Attey tëral yi Yàlla moom tegtal ab jamono ju di “bés bu mag te tiitallu bu Boroom bi.” Jamono jooju tàmbalee na ca yoonu Dibandey Dibeer ba, ba àgg ci juróom-ñaari mbas yu mujj yi. Jamono jooju tàmbalee na ca yoonu Dibandey Dibeer te mu jeex ci juróom-ñaari mbas yu mujj yi. Kon nag, yégleb Eli dafa sampu ci njariñu alfa ak omega, boolees ko ak artu ne jege na tëju jamonoy yiw. Ak yégleb Eli itam am na ay rëdd yu barey waxi yonent yi ñu sampu ci Eli, ndaxte Eli, ni Yeesu waxe, dafa tegtal Yaxya miy sóob, te Eli ak Yaxya ñoom ñaar, ni Sister White waxe, da ñuy tegtal William Miller, te boolees Eli ak Yaxya miy sóob, ñoom ñaar a ngi tegtal ñaar-fukki junni ak ñeent-fukki junni (Eli), ak mbooloo mu réy mi nekk ci Peeñu 7 (Yaxya).</w:t>
      </w:r>
    </w:p>
    <w:p>
      <w:pPr>
        <w:pStyle w:val="ArticleBody"/>
        <w:jc w:val="left"/>
      </w:pPr>
      <w:r>
        <w:rPr>
          <w:rFonts w:ascii="Times New Roman" w:hAnsi="Times New Roman" w:eastAsia="Times New Roman" w:cs="Times New Roman"/>
        </w:rPr>
        <w:t>Esayi ak doomam taxaw nañu ci yoon yu mag ya, yi di fondamaŋ yi, te ñu ngi jot diwlin wurus gi, ndaxte ñoom ay janq yu xam, yu jaar ci yoonu sellalinu fuller bi, mi amoon matug njariñ ci 22 Oktoobar 1844, di misaalal yoonu Dibeer bi. Esayi ak desit yi dellusi, (ndaxte loolu la turu doomam, Shearjashub, tekki), dañuy tegtal desit yi “dellusi” ca yoon yu mag ya ci 9/11. Jokkoo baay ak desit bi, mi itam di jokkoo alfa ak omega bi, te itam di jokkoo Iliyaas bi ci “xol yi baay yi ak doom yi,” moo xamle ne Baay Miller ak jokkoom ak yëngu-yëngoo desit bu malaaka bu njëkk bi moo nekkoon yëngu-yëngu alfa bu Filadelfi. Ci yëngu-yëngu alfa bi, Baay Miller dañoo ko raññee ni Iliyaas ak Yowaana Sóobkat bi, ki Yeesu wax ne mooy ndaw li waajal yoon wi ngir Yonnenta Kóllëre gi. Lépp loolu, di matug yeneen waxi yonent yi ci jaar-jaaru alfa bu malaaka bu njëkk ak bu ñaareel bi, dees na ko delloo ci jaar-jaaru omega bu malaaka bu ñetteel bi.</w:t>
      </w:r>
    </w:p>
    <w:p>
      <w:pPr>
        <w:pStyle w:val="ArticleBody"/>
        <w:jc w:val="left"/>
      </w:pPr>
      <w:r>
        <w:rPr>
          <w:rFonts w:ascii="Times New Roman" w:hAnsi="Times New Roman" w:eastAsia="Times New Roman" w:cs="Times New Roman"/>
        </w:rPr>
        <w:t>Am na ñu fa yeneen xaqiqat yu gën a am solo ci misaal bi Esayi jox ci peeñ mi, waaye fii dafa nekk rekk nu xàmmi ne Esayi mooy màggal bu leer dëgg yu bare yi dëkkal xol bu yëgle nguurug taw bu mujj bi ci 9/11. Lépp ci xëtu yi nu appena waxtaan, te sax yeneen yu bari itam, dañu nekk ci aaya bu ñetteel bi ci saar bu juróom-ñaareel bi.</w:t>
      </w:r>
    </w:p>
    <w:p>
      <w:pPr>
        <w:pStyle w:val="ArticleBody"/>
        <w:jc w:val="left"/>
      </w:pPr>
      <w:r>
        <w:rPr>
          <w:rFonts w:ascii="Times New Roman" w:hAnsi="Times New Roman" w:eastAsia="Times New Roman" w:cs="Times New Roman"/>
        </w:rPr>
        <w:t>Ci benn baat bu juróom-ñett, dëgg-gu yonent bi gën a tar, ndaxte mooy wax ca laabi biy ubbi “jaar-jaari nettali gu nëbbu ci baat bu ñeent-fukk,” te lu yéem la ne, boobu laab benn la ñu xamale ci benn baat boobu sax, fa ñu màndargoo ndoortel ñaari waxi yonent yu jëm ci waxtu wu 2520 at.</w:t>
      </w:r>
    </w:p>
    <w:p>
      <w:pPr>
        <w:pStyle w:val="ArticleScripture"/>
        <w:jc w:val="left"/>
      </w:pPr>
      <w:r>
        <w:rPr>
          <w:rFonts w:ascii="Times New Roman" w:hAnsi="Times New Roman" w:eastAsia="Times New Roman" w:cs="Times New Roman"/>
        </w:rPr>
        <w:t>Ndax boppu Siri mooy Damas, te boppu Damas mooy Resin; te ci biir juróom-benn-fukk ak juróom-ñaari at, Efrayim dina neenal ba du xeet. Te boppu Efrayim mooy Samariya, te boppu Samariya mooy doomu Remaliya.</w:t>
      </w:r>
    </w:p>
    <w:p>
      <w:pPr>
        <w:pStyle w:val="ArticleScripture"/>
        <w:jc w:val="left"/>
      </w:pPr>
      <w:r>
        <w:rPr>
          <w:rFonts w:ascii="Times New Roman" w:hAnsi="Times New Roman" w:eastAsia="Times New Roman" w:cs="Times New Roman"/>
        </w:rPr>
        <w:t>Bu ngeen gëmul, dungeen sax dara. Esayi 7:8, 9.</w:t>
      </w:r>
    </w:p>
    <w:p>
      <w:pPr>
        <w:pStyle w:val="ArticleBody"/>
        <w:jc w:val="left"/>
      </w:pPr>
      <w:r>
        <w:rPr>
          <w:rFonts w:ascii="Times New Roman" w:hAnsi="Times New Roman" w:eastAsia="Times New Roman" w:cs="Times New Roman"/>
        </w:rPr>
        <w:t>Melo misaal bu Esayi ci yàgg wu mujj gi dafa boole “juróom-ñaari yoon” yi Muusa wax, ndaxte kàddug at yu juróom-benn-fukk ak juróom ci aaya juróom-ñett bi moo xamle tambaliwaayu ngir ñaari buur-yooni Israayil, di kaw ak suuf, ci seen tasaaru 2520 at. Ci aaya boobu sax la nekk caabi bi di ubbi ñetti rëdd yu wax ci yoonent: Daniyel 11:40 ci daanu Rusi bu Sowiyet bi ci 1989, ak Daniyel 11:10, ak itam Esayi 8:8. Ak ñetti rëdd yii (Esayi 8:8, Daniyel 11:10, 40), caabi ji mooy “bopp” yi nekk ci aaya 8 ak 9. Bu ñu jëfandikoo caabi gu “bopp” yi ci aaya yu méngoo yooyu ñett, bunt bi jëm ci jaar-jaaru xew-xewu Ukrain ak Njàngat Adina bi Ñetteel bi di ñëw léegi day ubbiku. Bu buntu yoonent boobu ubbikoo, kon aaya 11 ba 16 yi ci Daniyel 11 dañuy feeñ ni seen jaar-jaar day méngoo ak aaya 40 ci Daniyel 11 gannaaw daanu Rusi bu Sowiyet bi ci 1989. Ubbig “jaar-jaar bu nëbbu bu aaya 40” mooy dëgg gu bokk ci yéen yu néew yi ñu xamle ne dees na leen dindi téj gi, ci wàllu dindi téj gi ci Peeñug Yeesu Kirist, tuuti bala waxtu probasiyoŋ bi tëjee.</w:t>
      </w:r>
    </w:p>
    <w:p>
      <w:pPr>
        <w:pStyle w:val="ArticleBody"/>
        <w:jc w:val="left"/>
      </w:pPr>
      <w:r>
        <w:rPr>
          <w:rFonts w:ascii="Times New Roman" w:hAnsi="Times New Roman" w:eastAsia="Times New Roman" w:cs="Times New Roman"/>
        </w:rPr>
        <w:t>Aayaat bu jëkk ci saar juróom-ñettal bu Isaaya tàmbalee ak baat bi ne, “Te itam,” muy wone ne saar juróom-ñettal bi war na jéggi kaw saar juróom-ñaaral bi. Bu weesoo ci ne baat bu jëkk ba mooy “Te itam,” aayaat bu ñetteel bu saar juróom-ñettal bi boolees na ko ak aayaat bu ñetteel bu saar juróom-ñaaral bi ngir nekk sañse bu ñaareel ne ñaari saar yi war nañu leen jëfandikoo xët ci kaw xët. Ñaari aayaat yu “ñett” yi dañuy wax ci kenn ci doom yu góor yu Isaaya, te seen tur yi ñoom ñaar dañuy wax itam ci yégleb kàddug yonent bi nekk ci nettali bi. Shearjashub tekki na ne, “desit bi dina dellu,” te Mahershalalhashbaz tekki na ne, “gaaw ci alal njàqare bi.” Shearjashub lañu jëkk a tudd, teg ci ginnaaw Mahershalalhashbaz (mi di tur bi gëna gudd ci Biibël bi). Alfa bi ñu teewal ak “1” ndaw na, te ci fii sax ñu xamale ko ne mooy “desit”; te omega bi ñu teewal ak “22” moo gëna mag, te ñu wone ko ak tur bi gëna gudd ci Biibël bi, fekk muy misaalal yëngu-yëngu yu gaaw yu yoonu dibeer bi.</w:t>
      </w:r>
    </w:p>
    <w:p>
      <w:pPr>
        <w:pStyle w:val="ArticleBody"/>
        <w:jc w:val="left"/>
      </w:pPr>
      <w:r>
        <w:rPr>
          <w:rFonts w:ascii="Times New Roman" w:hAnsi="Times New Roman" w:eastAsia="Times New Roman" w:cs="Times New Roman"/>
        </w:rPr>
        <w:t>Alfa bi ci des, mi Shearjashub di kooy ci, nekk ak baayam Isaaya ci saar ñetteel bi. Ñoom ñaar bokk nañu ci alfa ak omega, te taxaw nañu ci benn barab bu ñu defare ak ñetti jëfandikoo yu wuute ngir nettali taw gu mujj gi.</w:t>
      </w:r>
    </w:p>
    <w:p>
      <w:pPr>
        <w:pStyle w:val="ArticleScripture"/>
        <w:jc w:val="left"/>
      </w:pPr>
      <w:r>
        <w:rPr>
          <w:rFonts w:ascii="Times New Roman" w:hAnsi="Times New Roman" w:eastAsia="Times New Roman" w:cs="Times New Roman"/>
        </w:rPr>
        <w:t>Noonu Boroom bi wax Esayi ne: “Demal léegi ngir dajeek Ahax, yaw ak Seaar-Yaasub sa doom, ca mujj ga bu yoon wu ndoxal dex bu kërug ndox mu kaw, ca yoonu toolu ku raxas mbubb ya.” Esayi 7:3.</w:t>
      </w:r>
    </w:p>
    <w:p>
      <w:pPr>
        <w:pStyle w:val="ArticleBody"/>
        <w:jc w:val="left"/>
      </w:pPr>
      <w:r>
        <w:rPr>
          <w:rFonts w:ascii="Times New Roman" w:hAnsi="Times New Roman" w:eastAsia="Times New Roman" w:cs="Times New Roman"/>
        </w:rPr>
        <w:t>Esayi mooy misaalu junni téeméer ñent-fukki ak ñent-fukki junni ñaar-fukk ak ñaar, te ci bi mu waral woote 9/11, Esayi dafa itam di waral woote bi ci sulet 2023. Ci 9/11 Esayi mooy ab Laodise, ni ko Yàkkóoba mi soppiwkat di teke, mi doon nangu ngir jël ngóobalu Esawu, ba noonu Adventisme di ñuusal a génn ci gémmiñu Boroom bi; waaye ci 2023 Esayi dafa di waral Israyil, mi not. Esayi mooy ki doon yégle yéenekaayu Yàlla te yees ko xam ne moom ab Laodise la, ba noppi xonq buy jóge altar daldi ko setal ba muy nekk ab Filadelfia.</w:t>
      </w:r>
    </w:p>
    <w:p>
      <w:pPr>
        <w:pStyle w:val="ArticleScripture"/>
        <w:jc w:val="left"/>
      </w:pPr>
      <w:r>
        <w:rPr>
          <w:rFonts w:ascii="Times New Roman" w:hAnsi="Times New Roman" w:eastAsia="Times New Roman" w:cs="Times New Roman"/>
        </w:rPr>
        <w:t>“Esayi amoon na gis gu rafet ci ndamu Yàlla. Mu gisoonu feeñug kàttanu Yàlla, te gannaaw bi mu xoolee màggtegam, ndigal daldi dikk ci moom ngir mu dem def benn liggéey bu wóor. Mu jàpp ne yépp yépp amul yeyo ngir liggéey boobu. Lan moo ko tax mu seet boppam ne amul yeyo? Ndax dafa jàppe woon boppam ne amul yeyo bala muy gis ndamu Yàlla?—Déedet; dafa foogoon ne nekk na ci kanam Yàlla ci xaalisug njub; waaye bi ndamu Boroom mbooloom xare ba feeñee ci moom, bi mu gisee màggte gu weesu waxu Yàlla, mu ne: “Damaa réer; ndaxte nit ku ay tuñ yu sobax laa, te dëkk naa ci biir xeet wu ay tuñam sobax; ndaxte sama bët gis na Buur bi, Boroom mbooloom xare ba. Noonu kenn ci serafe ya daldi dawsi ci man, yor ci loxoom këri-dóomu safara gu dund, gu mu jël ak peñ ci kow saraxal ba; mu laal ko sama gémmiñ, ne: Xoolal, lii laal na sa tuñ; sa tooñ dindi nañu ko, te sa bàkkaar setal nañu ko.” Lii mooy liggéey li nuy soxla, ñun ku nekk ci sunu bopp, ñu def ko sunu ndigël. Danu bëgg këri-dóomu safara gu dund, gu jógé ci saraxal ba, ñu teg ko ci sunuy tuñ. Danu bëgg a dégg wax ji ñuy wax ne: “Sa tooñ dindi nañu ko, te sa bàkkaar setal nañu ko” Review and Herald, June 4, 1889.</w:t>
      </w:r>
    </w:p>
    <w:p>
      <w:pPr>
        <w:pStyle w:val="ArticleBody"/>
        <w:jc w:val="left"/>
      </w:pPr>
      <w:r>
        <w:rPr>
          <w:rFonts w:ascii="Times New Roman" w:hAnsi="Times New Roman" w:eastAsia="Times New Roman" w:cs="Times New Roman"/>
        </w:rPr>
        <w:t>Baax naata ci Isaaya sarax 6 nekk na misaal buy tegtu 9/11 ba ci ndigalu Dibeer, te sarax 6 mooy tegtal bu 9/11. Sarax yi 7 ba 9 di wone yégle bi Isaaya joxoon njiitu Yuda yu waccoon ci ngëm, ak misaal bi xew diirub lakkalug téereb ñaar-fukk ak ñeent-fukk ak ñeent junni nit, ba naanukaay yi Efrayim di tëb. Ci benn peeñ mi itam, Isaaya bind na:</w:t>
      </w:r>
    </w:p>
    <w:p>
      <w:pPr>
        <w:pStyle w:val="ArticleScripture"/>
        <w:jc w:val="left"/>
      </w:pPr>
      <w:r>
        <w:rPr>
          <w:rFonts w:ascii="Times New Roman" w:hAnsi="Times New Roman" w:eastAsia="Times New Roman" w:cs="Times New Roman"/>
        </w:rPr>
        <w:t>Xooluleen, man ak xale yi ma Aji Boroom bi may, nu ngi doon ay tektal ak ay kéemaan ci Israyil, yu jóge ca Boroom kàttan yi, mi dëkk ci tundu Siyon. Esayi 8:18.</w:t>
      </w:r>
    </w:p>
    <w:p>
      <w:pPr>
        <w:pStyle w:val="ArticleBody"/>
        <w:jc w:val="left"/>
      </w:pPr>
      <w:r>
        <w:rPr>
          <w:rFonts w:ascii="Times New Roman" w:hAnsi="Times New Roman" w:eastAsia="Times New Roman" w:cs="Times New Roman"/>
        </w:rPr>
        <w:t>Esayi ak ay doomam ay mandarga la ci biir xumb yi nekk ci ay sàcc 7 ba 9. Sàcc 7 ba 9 ñoo di taxawaayu xët wi yépp, ci mbirum bépp njëkkale ci “bés boobu” walla ci “waxtu woowu.” Aaya 18 mooy wone ne Esayi ak doomam ay mandarga lañu, te aaya yi wër aaya 18 dañuy xamale jamono ji war a xàmme mandarga yooyu.</w:t>
      </w:r>
    </w:p>
    <w:p>
      <w:pPr>
        <w:pStyle w:val="ArticleScripture"/>
        <w:jc w:val="left"/>
      </w:pPr>
      <w:r>
        <w:rPr>
          <w:rFonts w:ascii="Times New Roman" w:hAnsi="Times New Roman" w:eastAsia="Times New Roman" w:cs="Times New Roman"/>
        </w:rPr>
        <w:t>Te ñu bare ci seen biir dinañu tëb, te daanu, te dammiku, te lëjju ci laas, te jàpp leen. Buumal seede si, tëj yoonu bi ci seen biir sama taalibe yi. Te man, dinaa muñ ci Boroom bi, miy nëbb ay kanamam ci kër Yaakoob, te dinaa ko yaakaar.</w:t>
      </w:r>
    </w:p>
    <w:p>
      <w:pPr>
        <w:pStyle w:val="ArticleScripture"/>
        <w:jc w:val="left"/>
      </w:pPr>
      <w:r>
        <w:rPr>
          <w:rFonts w:ascii="Times New Roman" w:hAnsi="Times New Roman" w:eastAsia="Times New Roman" w:cs="Times New Roman"/>
        </w:rPr>
        <w:t>Xoolleen, man ak doom yi ma Aji Boroom bi jox ñu ngi nekk ngir nekk ay màndarga ak ay kéemaan ci Israayil, jógé ca Boroom xarey asamaan yi, mi dëkk ci tundu Siyon. Esayi 8:15–18.</w:t>
      </w:r>
    </w:p>
    <w:p>
      <w:pPr>
        <w:pStyle w:val="ArticleBody"/>
        <w:jc w:val="left"/>
      </w:pPr>
      <w:r>
        <w:rPr>
          <w:rFonts w:ascii="Times New Roman" w:hAnsi="Times New Roman" w:eastAsia="Times New Roman" w:cs="Times New Roman"/>
        </w:rPr>
        <w:t>Ñi “xaar ci Boroom bi” la Esayi ak ñaari doomam di firndeel. Ñoom ñoo di ñi Boroom bi nëbbaloon “ay kanamam,” te loolu mooy benn melokaan bu ñiy yeewu ci laaj yi ñaanu Lewiitu 26 di laaj, gannaaw Sulet 2023, di am. Ñoom dafa leen yeewu ci ne seeni nangu duggall war na boole ne Boroom bi doxoon na ak ñoom ci lu juuyoo, maanaam ne dafa nëbbal leen ay kanamam.</w:t>
      </w:r>
    </w:p>
    <w:p>
      <w:pPr>
        <w:pStyle w:val="ArticleBody"/>
        <w:jc w:val="left"/>
      </w:pPr>
      <w:r>
        <w:rPr>
          <w:rFonts w:ascii="Times New Roman" w:hAnsi="Times New Roman" w:eastAsia="Times New Roman" w:cs="Times New Roman"/>
        </w:rPr>
        <w:t>“Faxaas seede bi, teere yoonu bi” mooy màndargaalug ñaar-fukk ak ñeent junni ñent téeméer ak ñeent-fukk ñaar ñi, ñi ñu juutal ak “ñu bare.” “Ñu bare” lañu woo, waaye ñu néew rekk lañu tànn. “Ñu bare” lañu juutal ak Esayi ak doomam ñaar, ñi di tegtalug ñu néew ñi. “Ñu bare” yooyu mooy juróom-ñaari jigéen yu ndaw yi ñuy wax yéefar, te moo tax juróom-ñaari mbir daldi xew ci ñoom: dañuy “tàbbi, daanu, dammiku, làqu ci buum, te ñu jàpp leen.” Dañuy tàbbi ndaxte dañu bañ mesajub taw bi mujj.</w:t>
      </w:r>
    </w:p>
    <w:p>
      <w:pPr>
        <w:pStyle w:val="ArticleScripture"/>
        <w:jc w:val="left"/>
      </w:pPr>
      <w:r>
        <w:rPr>
          <w:rFonts w:ascii="Times New Roman" w:hAnsi="Times New Roman" w:eastAsia="Times New Roman" w:cs="Times New Roman"/>
        </w:rPr>
        <w:t>Ndax ak ay bëñu wax yu dawul yomb ak làkk wu wuute la leen di waxe askan wi. Ñi mu waxoon ne: lii mooy noflaay bi ngeen man a nofale ñi sonn, te lii mooy yeesal gi; waaye bëgguñu woon dégg. Waaye kàddu Boroom bi nekkoon ci seen kaw ni ndigalu ci kaw ndigal, ndigalu ci kaw ndigal; rëdd ci kaw rëdd, rëdd ci kaw rëdd; fii tuuti, fa tuuti; ngir ñu dem, dellu gannaaw, daanu, damm, ñu jàpp leen ci fiir, te ñu nangu leen. Isaaya 28:11–13.</w:t>
      </w:r>
    </w:p>
    <w:p>
      <w:pPr>
        <w:pStyle w:val="ArticleBody"/>
        <w:jc w:val="left"/>
      </w:pPr>
      <w:r>
        <w:rPr>
          <w:rFonts w:ascii="Times New Roman" w:hAnsi="Times New Roman" w:eastAsia="Times New Roman" w:cs="Times New Roman"/>
        </w:rPr>
        <w:t>Ci jamono biir buy tërëlin ci saraxal ga ci ayiit juróom-ñett, Esayi dafa mel ni mu wax ndëggub ñi bon, ñi Ahaz di misaal, te mu xamale benn mbooloo ma ci weerse fukk ak ñett ci ayiit ñaar-fukk ak juróom-ñett. Li tax ñuy “daanu” mooy ñoom dañuy bañ xebaaru taw bu mujj bi, mi nekkoon ci seen bopp “rëdd ci kaw rëdd,” te ñi ko jébbale dañu leen tegtal ni ñu am gémmiñ yu waxe ak tangalante. Yawut yi di werante ca Pentekot, ñoo jiiñ taalibe yi ne dañoo màndi ndaxte mënuñu woon a déggoo xebaar bi. Ci seen xel, dafa mel ni gémmiñ yu waxe ak tangalante moo ko jébbale.</w:t>
      </w:r>
    </w:p>
    <w:p>
      <w:pPr>
        <w:pStyle w:val="ArticleBody"/>
        <w:jc w:val="left"/>
      </w:pPr>
      <w:r>
        <w:rPr>
          <w:rFonts w:ascii="Times New Roman" w:hAnsi="Times New Roman" w:eastAsia="Times New Roman" w:cs="Times New Roman"/>
        </w:rPr>
        <w:t>Ci wàllu ñetteel bu saraxal juróom-ñaareelu xaaj bi, Esayi moo doon alfa gu yonent ci jëfandikoom ak doomam Shearjashub, te moom itam moo doon omega ci digganteem ak baayam, waaye itam alfa ci digganteem ak rakkam. Naka ñu doon tegtal yu Alpha ak Omega, dañuy taxaw fa ñaari tuuru wurus yi jóge ca kër-yàlla ga asamaan di sàkk benn bëti ndox, ca wetu yoon wu mag wi ci yoon wu yàgg ba Yeremiya, ca tool ba ñuy soppi lino bi, ba xas yi doon set weex, bi Yonnentek Kóllëre gi di sellal doom yi Léwi, ak itam Esayi ak Shearjashub. Bi mu agsee foofa, mu jox buur Ahaz, bu bon te dof, ndigal yoon wu yàgg wu Muuse, di bataaxalu Levitik fanweeri ñaar ci mbirum “juróom-ñaari yoon,” te loolu di taxawal ci benn aaya boobu sax ne “bopp” mooy buur, walla nguurug buur bi, walla dëkkub nguuru bi.</w:t>
      </w:r>
    </w:p>
    <w:p>
      <w:pPr>
        <w:pStyle w:val="ArticleBody"/>
        <w:jc w:val="left"/>
      </w:pPr>
      <w:r>
        <w:rPr>
          <w:rFonts w:ascii="Times New Roman" w:hAnsi="Times New Roman" w:eastAsia="Times New Roman" w:cs="Times New Roman"/>
        </w:rPr>
        <w:t>Bës boobu ubbii leeru Kàddu Yàlla ngir xareb Ukreen bi tambalee ci atum 2014 man a gis ko ni mbirum waxi yonent ci Biibël, te ñu ko feeñal ni lu xew diirub saxal ga ñeel ñaar-fukk ak ñeent junni ñent-ñaar, ak ci jaar-jaaru ñetti njiit yu mujj yi ci Etazüni. Bëccëg taw wu mujj wi, Esayi feeñal na ko ci xaaj yi juróom-ñaar ak fukk ak benn, te muy melokaan jaar-jaaru biir ak bitim-réew bu juróom-benni aaya yu mujj yi ci Daniyeel fukk ak benn. Aaya bu njëkk bi, maanaam aaya fanweeri, Esayi niru ko ci xaaj yi juróom-benn ba juróom-ñent, te gannaaw loolu ci xaaj yi fukk ak benn, wax ji ñu ubbiwoon ci 1989, ak jaar-jaaram yu biir ak yu bitim-réew, ñu leen teg fee. Bépp bàyyi-bàyyi bu mag bu nekk ci yégleg taw wu mujj wi feeñ na ci peeñ mi.</w:t>
      </w:r>
    </w:p>
    <w:p>
      <w:pPr>
        <w:pStyle w:val="ArticleBody"/>
        <w:jc w:val="left"/>
      </w:pPr>
      <w:r>
        <w:rPr>
          <w:rFonts w:ascii="Times New Roman" w:hAnsi="Times New Roman" w:eastAsia="Times New Roman" w:cs="Times New Roman"/>
        </w:rPr>
        <w:t>Aaya yu mujj ci saraxu fukki bi di waxe benn jaar-jaaru yonent bu ni mel ak li aaya yu mujj ci saraxu fukki ak benn di tegtal. Saraxu fukki bi mooy bittimréew, te saraxu fukki ak benn mooy biir. Ci téereb Peeñ mi, juróom-ñaari mboolooy jàngalekat yi mooy biir, te kër yi mooy bittimréew. Ci aaya yu mujj ci saraxu fukki bi, dooley baab bi dafay yëngal loxoom ci Yerusalem, ci benn wàll wu mengook dooley baab ba di agsi ci mujjam te kenn du ko dimbali ci aaya ñent-fukk ak juróom ci Daniel fukki ak benn.</w:t>
      </w:r>
    </w:p>
    <w:p>
      <w:pPr>
        <w:pStyle w:val="ArticleScripture"/>
        <w:jc w:val="left"/>
      </w:pPr>
      <w:r>
        <w:rPr>
          <w:rFonts w:ascii="Times New Roman" w:hAnsi="Times New Roman" w:eastAsia="Times New Roman" w:cs="Times New Roman"/>
        </w:rPr>
        <w:t>Bësubes dina mu nekk ci Nob; dina yëngal loxoom ci tundu doom ju jigéen ju Siyon, ci tundub Yerusalem. Xool-leen, Boroom bi, Boroom xarey mbooloomi asamaan, dina dagg kar-kar yi ak tiit bu réy; ñi kawe ci taar, dees na leen watte, te ñi réy-réylu dees na leen suufeel. Dina gor xeexi àll bi ak weñ gu ñu defaree ferr; te Libaaŋ dina daanu ndax kàttanug Ki am doole. Esayi 10:32–34.</w:t>
      </w:r>
    </w:p>
    <w:p>
      <w:pPr>
        <w:pStyle w:val="ArticleBody"/>
        <w:jc w:val="left"/>
      </w:pPr>
      <w:r>
        <w:rPr>
          <w:rFonts w:ascii="Times New Roman" w:hAnsi="Times New Roman" w:eastAsia="Times New Roman" w:cs="Times New Roman"/>
        </w:rPr>
        <w:t>Mujju kàddu ci saar fukk ak benn mooy jeexital xelub nattu nit, te foofu la mujjug Daniel fukk ak benn itam jeexe.</w:t>
      </w:r>
    </w:p>
    <w:p>
      <w:pPr>
        <w:pStyle w:val="ArticleScripture"/>
        <w:jc w:val="left"/>
      </w:pPr>
      <w:r>
        <w:rPr>
          <w:rFonts w:ascii="Times New Roman" w:hAnsi="Times New Roman" w:eastAsia="Times New Roman" w:cs="Times New Roman"/>
        </w:rPr>
        <w:t>Te mooy tabernaakli yu këram yi ci diggante géej ya ci tundu sell bu tedd ba; waaye dina àgg ci jeexitalam, te kenn du ko dimbali. Te ci waxtu woowu Mikayel dina taxaw, buur bu mag ba miy taxaw ngir doom yi sa xeet; te dina am jamono ju metti, bu mel ne li kenn mosul a gis lu ni mel ba, dale ca bi xeet amee ba ci waxtu woowu; te ci waxtu woowu sa xeet dinañu mucc, ku nekk kuñu fekk tuddam bind ci téere bi. Daniel 11:45, 12:1.</w:t>
      </w:r>
    </w:p>
    <w:p>
      <w:pPr>
        <w:pStyle w:val="ArticleBody"/>
        <w:jc w:val="left"/>
      </w:pPr>
      <w:r>
        <w:rPr>
          <w:rFonts w:ascii="Times New Roman" w:hAnsi="Times New Roman" w:eastAsia="Times New Roman" w:cs="Times New Roman"/>
        </w:rPr>
        <w:t>Saar fukki ci benn laaya bu jubul, mi Rakku Jigéen White wax ne mooy yoonu Dibéer bi.</w:t>
      </w:r>
    </w:p>
    <w:p>
      <w:pPr>
        <w:pStyle w:val="ArticleScripture"/>
        <w:jc w:val="left"/>
      </w:pPr>
      <w:r>
        <w:rPr>
          <w:rFonts w:ascii="Times New Roman" w:hAnsi="Times New Roman" w:eastAsia="Times New Roman" w:cs="Times New Roman"/>
        </w:rPr>
        <w:t>Njalbéen na ñi di dogal ay dogal yu jubul te di bind ay metit yu ñu santaane. Esaayi 10:1.</w:t>
      </w:r>
    </w:p>
    <w:p>
      <w:pPr>
        <w:pStyle w:val="ArticleBody"/>
        <w:jc w:val="left"/>
      </w:pPr>
      <w:r>
        <w:rPr>
          <w:rFonts w:ascii="Times New Roman" w:hAnsi="Times New Roman" w:eastAsia="Times New Roman" w:cs="Times New Roman"/>
        </w:rPr>
        <w:t>Saaru fukki bi tambali ci yoonu dundub dibeer, te loolu méngook aaya ñent fukk ak benn ci Daniel saar fukk ak benn, te mu jeex ci benn méngale ak taxawug Mixaayel ci jaar-jaaru aaya ñent fukk ak juróom ci Daniel fukk ak benn.</w:t>
      </w:r>
    </w:p>
    <w:p>
      <w:pPr>
        <w:pStyle w:val="ArticleScripture"/>
        <w:jc w:val="left"/>
      </w:pPr>
      <w:r>
        <w:rPr>
          <w:rFonts w:ascii="Times New Roman" w:hAnsi="Times New Roman" w:eastAsia="Times New Roman" w:cs="Times New Roman"/>
        </w:rPr>
        <w:t>«Ñu sampu xérëm na, ni xarit wurus wi ñu taxawaloon ci mbedd mi nekk Dura. Te ni Nebukadnesar, buur Buur Babilon bi, génnee woon ndigal ne képp ku dul sujjóot te jaamu xarit woowu dees na ko rey, noonu itam dees na yégle ne képp ku dul teral kërgëtu Dibiir bi Sunday, dees na ko mbugal ak kaso ak dee. Noonu lañuy doxandéem Sabat Boroom bi. Waaye Boroom bi wax na ne: “Alal na ñi di taxawal ndigali tooñ, te di bind metit mi ñu santaane” [Isaiah 10:1]. [Zephaniah 1:14–18; 2:1–3, quoted.]» Manuscript Releases, volume 14, 91.</w:t>
      </w:r>
    </w:p>
    <w:p>
      <w:pPr>
        <w:pStyle w:val="ArticleBody"/>
        <w:jc w:val="left"/>
      </w:pPr>
      <w:r>
        <w:rPr>
          <w:rFonts w:ascii="Times New Roman" w:hAnsi="Times New Roman" w:eastAsia="Times New Roman" w:cs="Times New Roman"/>
        </w:rPr>
        <w:t>Ci biir fukk ak benn ci Kàddu Yàlla ga ñuy wax “yëngu-yëngu su mag,” miy teg firnde Sunday law bi ci aaya fukk ak ñett, am na ñetti misaal yu Islam yu booleek “yëngu-yëngu” bi, miy yëngël rab wu suuf wi ci Biir Pexe fukk ak ñett, bu muy wax ni ajdana. Ci Isaaya sarax fukk, Sunday law bi dañu koy tegtal ni ab “sàrt bu jubulwul” buñu yégle “musiba” ci kawam. Ci “yëngu-yëngu su mag” bu Biir Pexe fukk ak benn, dale ci aaya fukk ak ñett ba ci aaya fukk ak juróom-ñett, Islam bu ñetteelu musiba bi dañu ko xamale ak ñeenti misaal yu Islam ak xeex bi muy def ci kaw Mbooloom États-Unis ci Sunday law bi; “Te ci waxtu woowu amoon na yëngu-yëngu su mag,” ak “ñaareelu musiba bi wees na; te xoolal, ñetteelu musiba bi ngi ñëw gaaw. Te malaaka juróomeelu bi wol,” “te xeeti aduna yi mer.”</w:t>
      </w:r>
    </w:p>
    <w:p>
      <w:pPr>
        <w:pStyle w:val="ArticleBody"/>
        <w:jc w:val="left"/>
      </w:pPr>
      <w:r>
        <w:rPr>
          <w:rFonts w:ascii="Times New Roman" w:hAnsi="Times New Roman" w:eastAsia="Times New Roman" w:cs="Times New Roman"/>
        </w:rPr>
        <w:t>Saar fukki ci kapitaal bi mooy nettali dooley pap bi dale ci aaya ñent-fukk ak benn ba ci Daniel fukk ak benn ba agsi ci aaya ñent-fukk ak juróom, bi papaas bi di àgg ci njeexitalam. Aaya ñent-fukk bokkul ci nettalib saar fukki bi, ndax Esayi mi ngi leeral “jaar-jaaru nettali bu nëbbu” bu aaya ñent-fukk, bi waxu taw bi mujj di ñëw joxees kërgëm gu dëkku ba njëngal, gi Ahas di tegtal. Njeexitalu saar fukk ak benn bi itam mi ngi won njotug njucc ci dooley pap bi ci benn jaar-jaar boobu.</w:t>
      </w:r>
    </w:p>
    <w:p>
      <w:pPr>
        <w:pStyle w:val="ArticleScripture"/>
        <w:jc w:val="left"/>
      </w:pPr>
      <w:r>
        <w:rPr>
          <w:rFonts w:ascii="Times New Roman" w:hAnsi="Times New Roman" w:eastAsia="Times New Roman" w:cs="Times New Roman"/>
        </w:rPr>
        <w:t>Te Boroom bi dina alag bés làmmiñu géeju Misra, te ak ngelawam gu màgg gi dina yëngal loxoom ci kaw dex gi, te dina ko dóor ba mu xàjju ñaari juróom-ñaar ay dex yu ndaw, te dina def nit ñi ñu jàll ci suuf su wow. Te ab yoon wu yaatu dina am ngir desitu askanam, ñi desé, jóge Asiri; ni mu mel woon Israayil ca bés ba mu génnee réewu Misra. Isaaya 11:15, 16.</w:t>
      </w:r>
    </w:p>
    <w:p>
      <w:pPr>
        <w:pStyle w:val="ArticleBody"/>
        <w:jc w:val="left"/>
      </w:pPr>
      <w:r>
        <w:rPr>
          <w:rFonts w:ascii="Times New Roman" w:hAnsi="Times New Roman" w:eastAsia="Times New Roman" w:cs="Times New Roman"/>
        </w:rPr>
        <w:t>Saaru Esayi benn 10 mooy wàllu biti bi, te benn 11 mooy wàllu biir bu jaar ci benn benn jaar-jaar boobu. Wàllu biti ak wàllu biir dañuy àndandoo lool ci Kàddu Yàlla, te ñaari benn yii di ay wet gu ànd ci seen diggante tey feeñal waarebu malaaka bu ñetteel bi, ni ko Esayi tekkee. Waarebu malaaka bu ñetteel bi, wax nañu ko ci yeneen anam yu bari jaarale ko ci waxug xel mu sell, waaye benn xeetu xàjjat bu jariñ ci waare boobu mooy ne mu dajale xew-xew yi jëm ci tëj gi àtteb jébbale gi, te itam mu fésal solo njàngatug waajal bopp. Esayi 10 mooy xew-xew yi, te benn 11 mooy waajal bi.</w:t>
      </w:r>
    </w:p>
    <w:p>
      <w:pPr>
        <w:pStyle w:val="ArticleScripture"/>
        <w:jc w:val="left"/>
      </w:pPr>
      <w:r>
        <w:rPr>
          <w:rFonts w:ascii="Times New Roman" w:hAnsi="Times New Roman" w:eastAsia="Times New Roman" w:cs="Times New Roman"/>
        </w:rPr>
        <w:t>“Xew xew yi jëm ci jeexitalu waxtu ug nattu ak liggéeyu waajal ngir jamonoy tiis bi, ñu leen wone na leer nàññ. Waaye mbooloo yu bare amuñu genn xam-xam ci dëgg yu am solo yooyu, mel ni suñu ko feeñalul woon mukk. Seytaane dafa xool ngir dindi bépp tàllal gu leen man a def ñu am xel ngir mucc, te jamonoy tiis bi dina leen fekk te waajaluwuñu.”</w:t>
      </w:r>
    </w:p>
    <w:p>
      <w:pPr>
        <w:pStyle w:val="ArticleScripture"/>
        <w:jc w:val="left"/>
      </w:pPr>
      <w:r>
        <w:rPr>
          <w:rFonts w:ascii="Times New Roman" w:hAnsi="Times New Roman" w:eastAsia="Times New Roman" w:cs="Times New Roman"/>
        </w:rPr>
        <w:t>“Bu Yàlla yónnee nit ñi artu yu am solo lool, te ñu mel ni malaaka yu sell yi di leen yégle ci biir asamaan, moom dafay laaj nit ku nekk ku am xel mu man a xalaat mu déggal ndigël gi. Àtte yu tiit ba ñu yégle ci kaw jaamu rab wi ak nataalam (Apocalypse 14:9–11), war nañu jógloo ñépp ngir ñu faral di gëstu yonent yi ngir xam lan mooy màndarga rab wi, ak naka lañuy moytu jot ci moom. Waaye mbooloom nit ñi dañuy dindi seeni nopp ba bañ a déglu dëgg te ñu jéngoo ci léeb yi. Ndawte ndaw li, apostool bi Pool waxoon na, di xool ba ca fan yu mujj ya: ‘Jamono dina ñëw bu ñuy muñul njàngale mu wér wi.’ 2 Timotée 4:3. Jamono jooju agsi na ba mat sëkk. Mbooloo mu bare bi bëggul dëggu Biibël, ndaxte dafay xeex ak bëgg-bëggi xol bu bàkkaar, buy soppiku addina; te Seytaane di leen jox nax yi ñuy sopp.”</w:t>
      </w:r>
    </w:p>
    <w:p>
      <w:pPr>
        <w:pStyle w:val="ArticleScripture"/>
        <w:jc w:val="left"/>
      </w:pPr>
      <w:r>
        <w:rPr>
          <w:rFonts w:ascii="Times New Roman" w:hAnsi="Times New Roman" w:eastAsia="Times New Roman" w:cs="Times New Roman"/>
        </w:rPr>
        <w:t>“Waaye Yàlla dina am ay nit ci kaw suuf ngir saxal Biibël bi, te Biibël bi rekk, ni muy sàrtu bépp jàngale ak cosaanu bépp yeesal. Xalaati nit ñi am xam-xam, liy génn ci saay-saay bu xam-xam, dog yi walla àtte yi kër-yàlla yi jël, doonte ñu bari te juboo akul ni la mboolooy jàngoro yi ñuy tegu, baatub li ëpp ci nit ñi—du benn, mbaa ñoom ñépp—waruñu leen a jàppe ni firnde ngir walla ci kaw benn poñtu ngëm gu dëggu. Bala nuy nangu benn jàngale mbaa benn ndigal, war nañuy laaj ndimbalug ko ci ab wax ju leer ne: ‘Ni Boroom bi waxe.’”</w:t>
      </w:r>
    </w:p>
    <w:p>
      <w:pPr>
        <w:pStyle w:val="ArticleScripture"/>
        <w:jc w:val="left"/>
      </w:pPr>
      <w:r>
        <w:rPr>
          <w:rFonts w:ascii="Times New Roman" w:hAnsi="Times New Roman" w:eastAsia="Times New Roman" w:cs="Times New Roman"/>
        </w:rPr>
        <w:t>“Seexaay mi ngi sax di jéem a jëmé xel nit ci nit, te du Yàlla. Moom moo tax nit ñi di xool ci eveek yi, ci sàmm yi, ci jàngalekat yu teoloji, ngir ñoom doon seen gindikat, te duñu seet Mbind mi ngir xam seen warugar ci seen bopp. Noonu nag, boo manee yor xelu njiit yooyu, dina man a jëfandikoo mbooloo yi ni ko soobee.” The Great Controversy, 594, 595.</w:t>
      </w:r>
    </w:p>
    <w:p>
      <w:pPr>
        <w:pStyle w:val="ArticleBody"/>
        <w:jc w:val="left"/>
      </w:pPr>
      <w:r>
        <w:rPr>
          <w:rFonts w:ascii="Times New Roman" w:hAnsi="Times New Roman" w:eastAsia="Times New Roman" w:cs="Times New Roman"/>
        </w:rPr>
        <w:t>Danu yokk ci gëstu bii ci mbind mi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Adventiste Bés bu Juróom-Ñaareel ci jamono mu njëkk ci Laodise — Limu Fukk</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