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Kàngi Ajãnda Bésub Ñetteel fan yu Juróom-ñaar yi ci Laodike — Limu fukk ak 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Nimero Fukk ak Benn-benn bi</w:t>
      </w:r>
    </w:p>
    <w:p>
      <w:pPr>
        <w:pStyle w:val="ArticleBody"/>
        <w:jc w:val="left"/>
      </w:pPr>
      <w:r>
        <w:rPr>
          <w:rFonts w:ascii="Times New Roman" w:hAnsi="Times New Roman" w:eastAsia="Times New Roman" w:cs="Times New Roman"/>
        </w:rPr>
        <w:t>Bataaxal tawfeex bi mujjub ndox mu mujj mi mooy artu ci mbirum jegewaayu jeexital ndigal, te ànd ak woote ngir waajal bopp bu nit ku nekk. Ñaari xalaat yooyu lañu tegtal ci ay saar 10 ak 11 ci peeñug Esayi, te loolu dañu ko def ci jumtukaayu bataaxalu Daniyel 11, biñ ko ubbiloon ci atum 1989, te taarixam bu nëbbisoon diñ ko ubbil ci waxtuw téereel giir ñent-fukk ak ñeent-junni ñaari-fukk ak ñeent, ñi Esayi ak doomam di wuutu ci peeñ mi. Ñaari rëdd yooyu booloo dañuy tegtal artu ngir Axaas, miy wuutu Lawodise yi amul “xam-xam bu njëkk” ci ñaari rëdd yii, biir ak biti, yiy lawal kàddug waxi Yàlla ci yeesalu mbind mi.</w:t>
      </w:r>
    </w:p>
    <w:p>
      <w:pPr>
        <w:pStyle w:val="ArticleBody"/>
        <w:jc w:val="left"/>
      </w:pPr>
      <w:r>
        <w:rPr>
          <w:rFonts w:ascii="Times New Roman" w:hAnsi="Times New Roman" w:eastAsia="Times New Roman" w:cs="Times New Roman"/>
        </w:rPr>
        <w:t>Dañeel 11:11 ak Peeñug Yowaana 11:11 dañuy wone benn melokaanu biir ak biti, ak Dañeel di teewal melokaanu biti, te Peeñug Yowaana di teewal melokaanu biir. Ñaari “sarax ak aaya” yu biir ak biti yii dañuy jokkoo bu jub ak yégle yi biti ak biir ci saar 10 ak 11, te noonu lañuy ko defe itam ci Esayi 11:11.</w:t>
      </w:r>
    </w:p>
    <w:p>
      <w:pPr>
        <w:pStyle w:val="ArticleBody"/>
        <w:jc w:val="left"/>
      </w:pPr>
      <w:r>
        <w:rPr>
          <w:rFonts w:ascii="Times New Roman" w:hAnsi="Times New Roman" w:eastAsia="Times New Roman" w:cs="Times New Roman"/>
        </w:rPr>
        <w:t>Esayi benn 6 mooy 9/11 te mu xamle sellal ak diwlinu Esayi ni ndawndawal ci 9/11. Baatu benn 7 ak li ko topp moo di tënkub yégle bi agsiwoon ci 9/11. Benn 10 dafay xamle wér-gu-yaramu juroom-benni sarax yu mujj yi ci Daniel benn 11, ndaxte mooy yégle bi ñu ubbi woon ci jamono mujj gi ci 1989.</w:t>
      </w:r>
    </w:p>
    <w:p>
      <w:pPr>
        <w:pStyle w:val="ArticleBody"/>
        <w:jc w:val="left"/>
      </w:pPr>
      <w:r>
        <w:rPr>
          <w:rFonts w:ascii="Times New Roman" w:hAnsi="Times New Roman" w:eastAsia="Times New Roman" w:cs="Times New Roman"/>
        </w:rPr>
        <w:t>Saar bu fukk ci téerey Esayi mi ñuy wax “chapitre” fukk ak benn dafay tegtal 9/11 ak ndawal Esayi ak yoon wi mu yégle. Aaya bu njëkk bi dafa lëkkandoo ak aaya fukk bi ci turu “Jese”; te aaya fukk bi nee: “Te ca bés boobu,” te aaya fukk ak benn bi yokk ne: “Te dina am ca bés boobu ne Boroom bi dina jàppaat ay loxoom ñaareel yoon ngir jëlati desitu askanam.”</w:t>
      </w:r>
    </w:p>
    <w:p>
      <w:pPr>
        <w:pStyle w:val="ArticleBody"/>
        <w:jc w:val="left"/>
      </w:pPr>
      <w:r>
        <w:rPr>
          <w:rFonts w:ascii="Times New Roman" w:hAnsi="Times New Roman" w:eastAsia="Times New Roman" w:cs="Times New Roman"/>
        </w:rPr>
        <w:t>Bés booba moo doonoon 1850.</w:t>
      </w:r>
    </w:p>
    <w:p>
      <w:pPr>
        <w:pStyle w:val="ArticleScripture"/>
        <w:jc w:val="left"/>
      </w:pPr>
      <w:r>
        <w:rPr>
          <w:rFonts w:ascii="Times New Roman" w:hAnsi="Times New Roman" w:eastAsia="Times New Roman" w:cs="Times New Roman"/>
        </w:rPr>
        <w:t>Te benn bu jëme ci garabug Yese, te sàq bu juddoo ci ay reenam dina sax; te Xelum Boroom bi dina dal ci moom, xelum xam-xam ak degg-degg, xelum ndigël ak kàttan, xelum xam ak ragal Boroom bi; te dina ko def ku gaaw ci xam ragal Boroom bi. Du àtte ci li ay bëtam gis, te du yedd ci li ay noppam dégg; waaye ci njubte lay àtte way-ñàkk yi, te ci màndute lay yedd ndaw ñi nekk ci suuf si. Dina dóor suuf si ak yatub gémmiñam, te ak noflaayu tuñcam dina rey ñi bon. Njubte dina nekk takkayu ndiggam, te takku dina nekk takkayu gannaaram. Bëy bi it dina dëkk ak xar mi, te njàngat mi dina tëdd ak bëti xar mi; nag wu ndaw mi ak gaindeg-góor gu ndaw gi ak nag wu yaatu mi dinañu nekk benn, te xale bu ndaw dina leen jiite. Nag wi ak janax ji dinañu lekk; seeni doom dinañu tëdd benn. Gaindeg-góor gi dina lekk ñax ni nag wi. Xale buy nàmp dina fo ci bësu jàngóor, te xale bu ñu dindi ci nàmp dina dugal loxoom ci paxu mbaam-fàttal. Duñu lor mbaa yàq ci sama tund wu sell wi bépp; ndaxte suuf si dina fees ak xam Boroom bi, ni ndox yi di muur géej gi.</w:t>
      </w:r>
    </w:p>
    <w:p>
      <w:pPr>
        <w:pStyle w:val="ArticleScripture"/>
        <w:jc w:val="left"/>
      </w:pPr>
      <w:r>
        <w:rPr>
          <w:rFonts w:ascii="Times New Roman" w:hAnsi="Times New Roman" w:eastAsia="Times New Roman" w:cs="Times New Roman"/>
        </w:rPr>
        <w:t>11:10 Te bés bu boobu, gennu Yese dina am, te dina taxaw ngir nekk ràññeeñu gaayi askan yi; xeeti ñi dul Yawut dinañu ko seet; te noflaayam dina màgg te tedd.</w:t>
      </w:r>
    </w:p>
    <w:p>
      <w:pPr>
        <w:pStyle w:val="ArticleScripture"/>
        <w:jc w:val="left"/>
      </w:pPr>
      <w:r>
        <w:rPr>
          <w:rFonts w:ascii="Times New Roman" w:hAnsi="Times New Roman" w:eastAsia="Times New Roman" w:cs="Times New Roman"/>
        </w:rPr>
        <w:t>11:11 Te bés bu am ca bés, Boroom bi dina yokkatiy loxoom ñaareelu yoon ngir jotaat ci desitug ay nitam yi, yi des, jen ci Asiri, ak Misra, ak Patros, ak Kus, ak Elam, ak Shinar, ak Hamat, ak dunu géej gi.</w:t>
      </w:r>
    </w:p>
    <w:p>
      <w:pPr>
        <w:pStyle w:val="ArticleScripture"/>
        <w:jc w:val="left"/>
      </w:pPr>
      <w:r>
        <w:rPr>
          <w:rFonts w:ascii="Times New Roman" w:hAnsi="Times New Roman" w:eastAsia="Times New Roman" w:cs="Times New Roman"/>
        </w:rPr>
        <w:t>11:12 Te dina taxawal ab màndargaalal ngir xeeti àddina yi, te dajal gaññug Israyil yi, te dajale ñi tasaaroo ci Yuda, jógé ci ñeenti weti suuf si.</w:t>
      </w:r>
    </w:p>
    <w:p>
      <w:pPr>
        <w:pStyle w:val="ArticleScripture"/>
        <w:jc w:val="left"/>
      </w:pPr>
      <w:r>
        <w:rPr>
          <w:rFonts w:ascii="Times New Roman" w:hAnsi="Times New Roman" w:eastAsia="Times New Roman" w:cs="Times New Roman"/>
        </w:rPr>
        <w:t>Sañ-sañu Efrayim dina jeex, te noon yi Yuda dinañu leen dagg; Efrayim du fiñ Yuda, te Yuda du sonal Efrayim. Waaye dinañu daw wër ci kaw-bëttu Filiste yi jëm sowwu; ñoom ñépp benn bokk dinañu alal yi réy ci penku; dinañu teg seen loxo ci Edom ak Moab; te doom Amon yi dinañu topp leen.</w:t>
      </w:r>
    </w:p>
    <w:p>
      <w:pPr>
        <w:pStyle w:val="ArticleScripture"/>
        <w:jc w:val="left"/>
      </w:pPr>
      <w:r>
        <w:rPr>
          <w:rFonts w:ascii="Times New Roman" w:hAnsi="Times New Roman" w:eastAsia="Times New Roman" w:cs="Times New Roman"/>
        </w:rPr>
        <w:t>Te Boroom bi dina alag Màndiŋ gu Misra, te ak ngelawam gu dëgër dina yëngal loxoom ci kaw dex gi, te dina ko dóor ba mu sàcc ci juróom-ñaari xelu ndox, ba nit ñi man a jàll ci suuf su wow. Te buntu yoon buy taxaw dina am ngir desit gi ci ay nitam ñi des, ñiy jóge Asiri; ni mu woon ci Israayil ca bés ba mu génne woon ci suufu Misra. Isaaya 11:1–16.</w:t>
      </w:r>
    </w:p>
    <w:p>
      <w:pPr>
        <w:pStyle w:val="ArticleBody"/>
        <w:jc w:val="left"/>
      </w:pPr>
      <w:r>
        <w:rPr>
          <w:rFonts w:ascii="Times New Roman" w:hAnsi="Times New Roman" w:eastAsia="Times New Roman" w:cs="Times New Roman"/>
        </w:rPr>
        <w:t>Saar bi benn bi ne: «Te ab bant bu jóge ci garaabu Yese, te car ba dina sàkku ci ay affoom; te Xelum Boroom bi dina dal ci moom.» Mbind mi am doole ci jéem a melal Kirist bi dafay wéy, WAAY tegtal gi gën a jëm ci mujjug jamono yi, gannaaw jamonoy Isaya walla sax jamono yi Kirist doxoon ca biir nit ñi.</w:t>
      </w:r>
    </w:p>
    <w:p>
      <w:pPr>
        <w:pStyle w:val="ArticleBody"/>
        <w:jc w:val="left"/>
      </w:pPr>
      <w:r>
        <w:rPr>
          <w:rFonts w:ascii="Times New Roman" w:hAnsi="Times New Roman" w:eastAsia="Times New Roman" w:cs="Times New Roman"/>
        </w:rPr>
        <w:t>Jàngat bu baax day won ne aaya yu njëkk ba baat ñent ak juróom-ñeent yi ñépp di melokaani yu xamle Kirist; te ci aaya fukki bi mu wax ne: “Te xet gu bawoo ci garabu Isayi dina génn.” Amul benn dogal ci doxinu xalaat bi, dale ko ci aaya bu njëkk ba jot ci aaya fukki bi. Aaya fukki bi nee na: “te ca bés boobu,” te loolu war na ame ci benn bés ak aaya bu njëkk bi. Ñaar ñi, aaya fukki bi ak aaya bu njëkk bi, ñoom ñaar ñépp dañuy xamle “root”; te noonu lañuy boole aaya yi ñaar, rëdd ci kaw rëdd.</w:t>
      </w:r>
    </w:p>
    <w:p>
      <w:pPr>
        <w:pStyle w:val="ArticleBody"/>
        <w:jc w:val="left"/>
      </w:pPr>
      <w:r>
        <w:rPr>
          <w:rFonts w:ascii="Times New Roman" w:hAnsi="Times New Roman" w:eastAsia="Times New Roman" w:cs="Times New Roman"/>
        </w:rPr>
        <w:t>Benn benn, sarax 1 ak 10 wax nañ ne: “Te bant bu juddu ci garabug Yese dina génn, te carax dina sax ci ay reenu ko: Te ci bés boobu dina am reenug Yese, bu taxaw ngir doon mandegu xeet yi; ko ko xeeti ndëkk yi di seet; te noppalu mii moom dina màgg te tedd.”</w:t>
      </w:r>
    </w:p>
    <w:p>
      <w:pPr>
        <w:pStyle w:val="ArticleBody"/>
        <w:jc w:val="left"/>
      </w:pPr>
      <w:r>
        <w:rPr>
          <w:rFonts w:ascii="Times New Roman" w:hAnsi="Times New Roman" w:eastAsia="Times New Roman" w:cs="Times New Roman"/>
        </w:rPr>
        <w:t>Ab “ndigal” mooy misaalu boroom doole la.</w:t>
      </w:r>
    </w:p>
    <w:p>
      <w:pPr>
        <w:pStyle w:val="ArticleScripture"/>
        <w:jc w:val="left"/>
      </w:pPr>
      <w:r>
        <w:rPr>
          <w:rFonts w:ascii="Times New Roman" w:hAnsi="Times New Roman" w:eastAsia="Times New Roman" w:cs="Times New Roman"/>
        </w:rPr>
        <w:t>Mu jur jigéen ji jur doom ju góor, moom mi war a nguuru ci xeeti réew yépp ak yat wu weñ gu ferr; te doomam ga ñëwsi ko ca Yàlla ak ci ganguneyam. Peeñu Yowaana 12:5.</w:t>
      </w:r>
    </w:p>
    <w:p>
      <w:pPr>
        <w:pStyle w:val="ArticleBody"/>
        <w:jc w:val="left"/>
      </w:pPr>
      <w:r>
        <w:rPr>
          <w:rFonts w:ascii="Times New Roman" w:hAnsi="Times New Roman" w:eastAsia="Times New Roman" w:cs="Times New Roman"/>
        </w:rPr>
        <w:t>Ab “yar” mooy màndarga tànn, séddoo ak tasare.</w:t>
      </w:r>
    </w:p>
    <w:p>
      <w:pPr>
        <w:pStyle w:val="ArticleScripture"/>
        <w:jc w:val="left"/>
      </w:pPr>
      <w:r>
        <w:rPr>
          <w:rFonts w:ascii="Times New Roman" w:hAnsi="Times New Roman" w:eastAsia="Times New Roman" w:cs="Times New Roman"/>
        </w:rPr>
        <w:t>Te Musaa tëral yoon yi ca kanam Aji Sax ji ci kër yoon waajur gi. Ca ëllëg sa, Musaa dugg ci kër yoon waajur gi; te xoolal, yoon Aaróon ngir njabootu Lewi gi sax na, jur na meññeef, meññ meññeef yu tàmbali génn, toog na ay tóor-tóor, te jur na alimond. Noonu Musaa génne yoon yépp yi ca kanam Aji Sax ji, indi leen ca ñi bokk ci Ban Israayil ñépp; ñu xool leen, kenn ku nekk jël sa yoonam. Aji Sax ji ne Musaa: “Delloo yoonu Aaróon ca kanam seede bi, ngir ñu denc ko muy màndarga ci wàllu ñi di rebel; noonu nga dindi bu baax seen xiin-xiin ci sama kaw, ngir ba ñu bañ dee.” Musaa def na noonu; ni ko Aji Sax ji santoon, noonu la ko defe. Màndarga 17:7–11.</w:t>
      </w:r>
    </w:p>
    <w:p>
      <w:pPr>
        <w:pStyle w:val="ArticleBody"/>
        <w:jc w:val="left"/>
      </w:pPr>
      <w:r>
        <w:rPr>
          <w:rFonts w:ascii="Times New Roman" w:hAnsi="Times New Roman" w:eastAsia="Times New Roman" w:cs="Times New Roman"/>
        </w:rPr>
        <w:t>Yetu Aaróŋ bi meñ na won ne amna “yet” ci jamonoy taw bu mujj bi, ndax Aaróŋ rekk a doon “yet” bi meñ ci diggante fukki ñaar ak benn “yet” yi. Jóg gi ci meñ mooy màndarga jamonoy taw bu mujj bi, ba Yàlla di feeñal wuuteg ci diggante fukki ñaar “yet” yu bañ, yi di wax ne ñoom a yor xebaaru taw bu mujj bi, te itam ni ñu ko misaale woon ci wonte Eliya, bi safara doon màndargaal wuute gi nekk ci diggante dëgg ak fen. “Yet” itam mooy màndargu natt ak àtte.</w:t>
      </w:r>
    </w:p>
    <w:p>
      <w:pPr>
        <w:pStyle w:val="ArticleScripture"/>
        <w:jc w:val="left"/>
      </w:pPr>
      <w:r>
        <w:rPr>
          <w:rFonts w:ascii="Times New Roman" w:hAnsi="Times New Roman" w:eastAsia="Times New Roman" w:cs="Times New Roman"/>
        </w:rPr>
        <w:t>Te ñu may ab benn xob wu mel ni bant; te malaaka mi taxaw ne: “Jógël, nga natt kër Yàlla gi, ak saraxalukaay bi, ak ñi fay jaamu.” Péeñu 11:1.</w:t>
      </w:r>
    </w:p>
    <w:p>
      <w:pPr>
        <w:pStyle w:val="ArticleBody"/>
        <w:jc w:val="left"/>
      </w:pPr>
      <w:r>
        <w:rPr>
          <w:rFonts w:ascii="Times New Roman" w:hAnsi="Times New Roman" w:eastAsia="Times New Roman" w:cs="Times New Roman"/>
        </w:rPr>
        <w:t>“Yett bi” génn ci garaabu Jessie, te “Jessie” tekki na ne “taxaw feeñ,” ni màndarga yi di mel ci waxi yëgleb Biibël bi. Pharez mooyoon dëgg-dëgg “rap” bu Jessie, te Pharez tekki na “xott, génn ci biti walla tasaaroo.” Pharez mooy rap walla tàmbaliwaayu xeetu deretu Jessie. Kon nag “rapu Jessie” misaal la buy tektale alfa Pharez, te omega bi mooy Jessie, tàmbali ak mujji. Rapu Jessie tàmbalee na ak tasaaroo (Pharez) te mu jeex ci màndarga bu nit ku taxaw. Ci yëgleb, góor ñuy taxaw di màndargaal nguur. Ci Biibël bi, Pharez mooy tàmbaliwaayu benn xeetu deret, te amul benn njaxlaf bu jiitu ay feeñam, te turam tekki na xott; noonu mbind mi aju ci askanam ak turam di nañu jëfandikoo ngir xamle Pharez ne mooy tàmbali, di def Jessie muy mujji. Melchizedek itam mooy benn nit ku Biibël bi wax, ku ñu xamle ne amul njuróom wu jiitu ay xeetam, ni ko deme ak Pharez. Rapu Pharez yor na dëgg bi ne mooy màndargaal sarxalkat gu Melchizedek, kooku Ibrahima fayeeloon fukk ci téere yi.</w:t>
      </w:r>
    </w:p>
    <w:p>
      <w:pPr>
        <w:pStyle w:val="ArticleBody"/>
        <w:jc w:val="left"/>
      </w:pPr>
      <w:r>
        <w:rPr>
          <w:rFonts w:ascii="Times New Roman" w:hAnsi="Times New Roman" w:eastAsia="Times New Roman" w:cs="Times New Roman"/>
        </w:rPr>
        <w:t>Tërëlinu saraxaleku Melchizedek mooy tërëlinu saraxal bu Kirist.</w:t>
      </w:r>
    </w:p>
    <w:p>
      <w:pPr>
        <w:pStyle w:val="ArticleScripture"/>
        <w:jc w:val="left"/>
      </w:pPr>
      <w:r>
        <w:rPr>
          <w:rFonts w:ascii="Times New Roman" w:hAnsi="Times New Roman" w:eastAsia="Times New Roman" w:cs="Times New Roman"/>
        </w:rPr>
        <w:t>Fa jiitu jiital bi duggal ngir nun, mooy Yeesu, mi nekk Saraxalekat bu Kawe ba fàww ci melow Melchisédec. Hébreux 6:20.</w:t>
      </w:r>
    </w:p>
    <w:p>
      <w:pPr>
        <w:pStyle w:val="ArticleBody"/>
        <w:jc w:val="left"/>
      </w:pPr>
      <w:r>
        <w:rPr>
          <w:rFonts w:ascii="Times New Roman" w:hAnsi="Times New Roman" w:eastAsia="Times New Roman" w:cs="Times New Roman"/>
        </w:rPr>
        <w:t>Rapu Yese mooy saraxalekatug Malkisedek, te tàmbali gi war na wone mujj gi. Yese moo taxawal mbooloom mujj mi ci saraxalekatug Malkisedek, ñi Esayi wax ne dañuy màndargay xeeti àddina yi.</w:t>
      </w:r>
    </w:p>
    <w:p>
      <w:pPr>
        <w:pStyle w:val="ArticleBody"/>
        <w:jc w:val="left"/>
      </w:pPr>
      <w:r>
        <w:rPr>
          <w:rFonts w:ascii="Times New Roman" w:hAnsi="Times New Roman" w:eastAsia="Times New Roman" w:cs="Times New Roman"/>
        </w:rPr>
        <w:t>“Garab gi” mooy ‘dagg (garab yi); jëg ga walla xob bu garab (bu ñu dagg walla bu ñu jëmbët),’ te “garab gi” di sax ci genn nguur gu ñu weesu woon, ni Nebukadnessar ci Daniel saar ñeent. Ci waxu yonent yi, garab mooy nguur, te bu nguur jeexee, garab googu dees na ko dagg.</w:t>
      </w:r>
    </w:p>
    <w:p>
      <w:pPr>
        <w:pStyle w:val="ArticleBody"/>
        <w:jc w:val="left"/>
      </w:pPr>
      <w:r>
        <w:rPr>
          <w:rFonts w:ascii="Times New Roman" w:hAnsi="Times New Roman" w:eastAsia="Times New Roman" w:cs="Times New Roman"/>
        </w:rPr>
        <w:t>“Garab bi” ci xët wi jóg na ci kërgu bopp wu ñu dagg—du ci bakan bu kawe. Ci biir nguur gu jiitu, gi stump bi di tektal, “yar” wu di mandarga kàttan ak sañ-sañ moo génn; te sañ-sañ boobu aju na ci ndax “yar” boobu yóbbu na “mbotit ak tóor-tóor yi” yu yégle ndox mu mujj ma. Sañ-sañ boobu jóge na ci ab nguur gu jiitu, gu ñu dagg ba daanu.</w:t>
      </w:r>
    </w:p>
    <w:p>
      <w:pPr>
        <w:pStyle w:val="ArticleBody"/>
        <w:jc w:val="left"/>
      </w:pPr>
      <w:r>
        <w:rPr>
          <w:rFonts w:ascii="Times New Roman" w:hAnsi="Times New Roman" w:eastAsia="Times New Roman" w:cs="Times New Roman"/>
        </w:rPr>
        <w:t>“Rap” bi mooy “rapu Jesse,” te “garab gu ndaw” gi jóge ci “xóot bi” mi ngi jóge ci “xóot bi” bu ay rapam di rapu Jesse. Garab gu ndaw gi jur boroom nguur ga, ci xóot bi la jóge, waaye Carax bi ci rap bi la jóge—te rap bi mooy mbir mi ñuy taxaw ci wone. Rap bi mooy tambali bi, te mujj gi mooy Carax bi.</w:t>
      </w:r>
    </w:p>
    <w:p>
      <w:pPr>
        <w:pStyle w:val="ArticleBody"/>
        <w:jc w:val="left"/>
      </w:pPr>
      <w:r>
        <w:rPr>
          <w:rFonts w:ascii="Times New Roman" w:hAnsi="Times New Roman" w:eastAsia="Times New Roman" w:cs="Times New Roman"/>
        </w:rPr>
        <w:t>Baatu “car” bi dafay tekki samaay nit ku wottu walla mandargaatu yoon. Esayi dafa nu xamale ne Car gi dikk na ci waxtu yoonu Dibeer bi.</w:t>
      </w:r>
    </w:p>
    <w:p>
      <w:pPr>
        <w:pStyle w:val="ArticleScripture"/>
        <w:jc w:val="left"/>
      </w:pPr>
      <w:r>
        <w:rPr>
          <w:rFonts w:ascii="Times New Roman" w:hAnsi="Times New Roman" w:eastAsia="Times New Roman" w:cs="Times New Roman"/>
        </w:rPr>
        <w:t>Te bés booba juróom-ñaari jigéen dinañu jàpp benn góor, naan: Nun dinañu lekk sunu mburu, te sol sunu yére; waaye nañu rekk ñu woo nu sa tur ngir dindi sunu rus. Ca bés booba sax, caraxu Boroom bi dina rafet te am ndam, te meññeefu suuf si dina tedd te am taar ngir ñi rëcc ci Israyil. Te dina am ne, ku des ci Siyon ak ku sax ci Yerusalem, dees na ko wax ku sell, mooy képp ku ñu bind ci biir ñiy dund ci Yerusalem: bu Boroom bi sanggee sobe yi ci ndaw ñi Siyon, te setal deretu Yerusalem ci biiram jaarale ko ci xel mu àtte ak ci xel mu lakk. Esaaya 4:1–4.</w:t>
      </w:r>
    </w:p>
    <w:p>
      <w:pPr>
        <w:pStyle w:val="ArticleBody"/>
        <w:jc w:val="left"/>
      </w:pPr>
      <w:r>
        <w:rPr>
          <w:rFonts w:ascii="Times New Roman" w:hAnsi="Times New Roman" w:eastAsia="Times New Roman" w:cs="Times New Roman"/>
        </w:rPr>
        <w:t>“Benn góor” bi juróom-ñaari jigéen yi di jàpp mooy baab, moom miy juróom-ñetteel bi bokk ci juróom-ñaari ba ca yoonu Dibéer ba, di naaféqale ñaar-fukk ak juróom-ñaar xol yi nekkoon ci gaal gi. Ca yoonu Dibéer ba, “ca bés booba” “saxu Boroom bi dina rafet te am ndam,” “bu Boroom bi setalee sobe dóomu jigéeni Siyon, te sellal deretu Yerusalem ci biiramam jaarale ko ci xelum atte ak ci xelum lakk.” Sellal gi ak xelum atte ak lakk, Yonnenta Kóllëre gi moo ko matal ci Malasi ñett ca yoonu Dibéer ba. “Sax bu rafet bi” mooy téeméeri ak ñeent-fukk ak ñeent junni ñi, ñoom ñi jógewuñu ci tontu gi waaye ci rootu Jesse, mooy saxalukaay bi.</w:t>
      </w:r>
    </w:p>
    <w:p>
      <w:pPr>
        <w:pStyle w:val="ArticleBody"/>
        <w:jc w:val="left"/>
      </w:pPr>
      <w:r>
        <w:rPr>
          <w:rFonts w:ascii="Times New Roman" w:hAnsi="Times New Roman" w:eastAsia="Times New Roman" w:cs="Times New Roman"/>
        </w:rPr>
        <w:t>Sañ-sañ buñu moomale mooy ay ndigal yuñu wone ci yoon wu jóge ci ab cariig buur bu daanu. Buurug Filadelfi daanu na diggante atum 1856 ak 1863, te sañ-sañ biñu sampoon ci buur-googu bu daanu, dees na ko delloo jëfandikoo ca waxtu yoonu Dibeer bi. Bu cariig bi di sañtu bi, buñu ko yékati, sàq gu Lawodise gu ñetti-fukki junni ak ñeenti-fukki junni nit ñi dafay jële jamono, dugg ci sàq gu Filadelfi gu ñetti-fukki junni ak ñeenti-fukki junni nit ñi. Foofu la sañ-sañ walla yoon wi jóge ci buurug Millerit walla Filadelfi, ñuy ko wone ci ab caabi buñu teg ci Eliyakim ci Esayi 22:22.</w:t>
      </w:r>
    </w:p>
    <w:p>
      <w:pPr>
        <w:pStyle w:val="ArticleScripture"/>
        <w:jc w:val="left"/>
      </w:pPr>
      <w:r>
        <w:rPr>
          <w:rFonts w:ascii="Times New Roman" w:hAnsi="Times New Roman" w:eastAsia="Times New Roman" w:cs="Times New Roman"/>
        </w:rPr>
        <w:t>Te dinaa teg bu kërug Daawuda ci kaw mbaggam; noonu dina ubbi, kenn du tëj; te dina tëj, kenn du ubbi. Esayi 22:22.</w:t>
      </w:r>
    </w:p>
    <w:p>
      <w:pPr>
        <w:pStyle w:val="ArticleBody"/>
        <w:jc w:val="left"/>
      </w:pPr>
      <w:r>
        <w:rPr>
          <w:rFonts w:ascii="Times New Roman" w:hAnsi="Times New Roman" w:eastAsia="Times New Roman" w:cs="Times New Roman"/>
        </w:rPr>
        <w:t>Waax bi mooy màndarga 22 Oktoobar 1844 te mu ngi wone ne Eliyaakim dafa jot “caabi.” Ci ñaari waax yi jiitu, sañ-sañu Laodisee dañu ko jële ci Shebna, jox ko Eliyaakim. Ca yoonu Dimaas, sañ-sañ bi ñu mas a jox nit ñi ñu tànn ci kóllëre gi, dees na ko jële ci nguurug Adventismu fanweeri-bés gu juróom-ñaareel gu Laodisee, jox ko nguurug yëngu-yëngu Filadelfi gu téeméeri ñeent-fukki junni ak ñeent-fukk ñi—mooy nguurug ndam.</w:t>
      </w:r>
    </w:p>
    <w:p>
      <w:pPr>
        <w:pStyle w:val="ArticleScripture"/>
        <w:jc w:val="left"/>
      </w:pPr>
      <w:r>
        <w:rPr>
          <w:rFonts w:ascii="Times New Roman" w:hAnsi="Times New Roman" w:eastAsia="Times New Roman" w:cs="Times New Roman"/>
        </w:rPr>
        <w:t>Mu ne leen: Waaye yéen, kan ngeen wax ne man laa? Noonu Simóŋ Piyeer tontu ne ko: Yaa di Almasi bi, Doomaj Yàlla ju dund ji. Yeesu tontu ne ko: Yaw a barkeel, Simóŋ Barjona; ndaxte du yaram ak deret a la ko xamal, waaye sama Baay bi nekk ci asamaan. Te maa ngi ne la itam, yaw yaa di Piyeer, te ci doj wii laay tabax sama mbooloom gëm; te bunt yu safara dëgguñu ci moom. Dinaa la jox caabi nguuru asamaan si; te lu nga boole ci suuf, dees na ko boole ci asamaan; te lu nga yiw ci suuf, dees na ko yiw ci asamaan. Matye 16:16–19.</w:t>
      </w:r>
    </w:p>
    <w:p>
      <w:pPr>
        <w:pStyle w:val="ArticleBody"/>
        <w:jc w:val="left"/>
      </w:pPr>
      <w:r>
        <w:rPr>
          <w:rFonts w:ascii="Times New Roman" w:hAnsi="Times New Roman" w:eastAsia="Times New Roman" w:cs="Times New Roman"/>
        </w:rPr>
        <w:t>Yéen bu am sañ-sañ, bi ñu mel ni ab caabi bu ñu jox Piyeer, ñu teg ko ci bëtub Eliyaakim ci Esayi 22:22. Piyeer mooy firnde gu bokk ci caraxal ñaari téeméeri junni ak ñeent-fukki junni ñi di dugg ci kóllëre ak Almasi jiitu yoonu Dimaas bi. Ci xelal gi, Piyeer am na ci Seesare Filib, te mooy Paniyum bu ay saar 13 ba 15 ci Daniel 11 di wax. Ñu soppi turam, muy firnde gu jëme ci jëfandikook kóllëre, te tur wi di Piyeer, bu ñu ko jëfe ak yokk booleet yu limu taxawaayu araf yépp, mu tollu ci 144,000. Sañ-sañ bi, wala yéen bi, wala caabi bi ñu teg ci Eliyaakim biñu sànni Sebna ci ab tool ni mburu-bool, te mooy “yéen” bi jóge ci gònt gu nekk ci ngéem gu Filadelfiyaa, Millerite Adventism, gu ñu dagg ci atum 1856 ba 1863.</w:t>
      </w:r>
    </w:p>
    <w:p>
      <w:pPr>
        <w:pStyle w:val="ArticleBody"/>
        <w:jc w:val="left"/>
      </w:pPr>
      <w:r>
        <w:rPr>
          <w:rFonts w:ascii="Times New Roman" w:hAnsi="Times New Roman" w:eastAsia="Times New Roman" w:cs="Times New Roman"/>
        </w:rPr>
        <w:t>Piyeer dafa jot ndigalug nit ñi Yàlla fas ak kóllëre ci saa su ñuy xaaj pepp mi ak ñaxum ñi, ndaxte pepp mi dees na ko yékkati ni mburu wéyukaay bu Pentekot. Ñaxum ñi ñëw nañu jëkk ci xaajale, ni ko lawax wi nekk ci mburu yéyukaay yi Pentekot di melal, te ñuy dindi ko jaarale ko ci toggin bi. Ndigital yetu mbaa caabi jóge na ci kërgóotu nguur gu daanu, te carax bi di liirukaay bi jóge na ci rootu Jesse te mooy rootu Jesse, ndaxte Yeesu dafa melal mujju mbir ak njalbéenu mbir. Root mi mooy njalbéen, te carax bi mooy mujj. Jëfandikoo gu yonent bii, Yawut yu bëre ay wax ak ay werante yi nekkoon jamonoy Almasi bi walla tey, duñu ko man a xam, ndaxte mooy njariñ bu njëkk ci yoonu jëfandikoo nawetu taw bu mujj bi, te itam dañu ko melal ni caabi kër Daawuda. Caabi gi dafa ubbi bunt bu jëm ci kër Daawuda, bi ñu tëj. Caabi gi dafa ubbi bunt bi jëm ca këru sell gu asamaan si, kër Daawuda. Alfa bi ci 22 Oktoobar 1844 dafa dellu ci omega bi ci yoonu Dibbeeri.</w:t>
      </w:r>
    </w:p>
    <w:p>
      <w:pPr>
        <w:pStyle w:val="ArticleBody"/>
        <w:jc w:val="left"/>
      </w:pPr>
      <w:r>
        <w:rPr>
          <w:rFonts w:ascii="Times New Roman" w:hAnsi="Times New Roman" w:eastAsia="Times New Roman" w:cs="Times New Roman"/>
        </w:rPr>
        <w:t>Daawuda, doomu Yese, bind na lu kumpa bu tax ñépp bañatee wax ak Yawut yu bëgg xulóo yi ca fan yi Kirist ga nekkee, te noonu mu tëj seedeem ci Yawut ya.</w:t>
      </w:r>
    </w:p>
    <w:p>
      <w:pPr>
        <w:pStyle w:val="ArticleScripture"/>
        <w:jc w:val="left"/>
      </w:pPr>
      <w:r>
        <w:rPr>
          <w:rFonts w:ascii="Times New Roman" w:hAnsi="Times New Roman" w:eastAsia="Times New Roman" w:cs="Times New Roman"/>
        </w:rPr>
        <w:t>Ab Sabóor bu Daawuda. Boroom bi wax na sama Sang bi: «Toogalal ci sama ndijoor, ba kera ma def sa noon yi ndimbalal sa tànk.» Boroom bi dina yónnee yat sa kàttan gi nekk ci Siyon: «Nguuru ngal ci biir sa noon yi.» Sa nit ñi dinañu bëgg a topp ci bés sa kàttan, ci taaru sell gi, nekk ci biirub suba; yaw, yaa am ndox-mbəpp mu ndaw sa ngone. Boroom bi jur na gént, te du ko soppi: «Yaw yaay saraxalekat ba fáww, mel ni Melchizedek.» Sabóor 110:1–4.</w:t>
      </w:r>
    </w:p>
    <w:p>
      <w:pPr>
        <w:pStyle w:val="ArticleBody"/>
        <w:jc w:val="left"/>
      </w:pPr>
      <w:r>
        <w:rPr>
          <w:rFonts w:ascii="Times New Roman" w:hAnsi="Times New Roman" w:eastAsia="Times New Roman" w:cs="Times New Roman"/>
        </w:rPr>
        <w:t>Palmoni dogal na tëral bind bii ci Sabóor 110, te loolu nag, ci dëgg-dëgg, mooy beneen lim bu nekk ci àdduna matematig bi te xam ne mooy lim bu am solo. Genn ci “220” ak fukki yoon “11” daan na yóbbu xel nit mu yaakaar ne lim bi “110” yor na solo, te noonu la—ni bind bi itam ame ko. Woyu Daawuda la, te Daawuda mooy misaal bu ñaar-fukk ak ñeent junni nit ñi, ba tax mu nekk aay bu jëme ci woyu toolu reseñ bi, mooy woyu Musaa ak Gàmmiñ bi. Mu ngi xamle kañ lañuy romb boroom beykat yu jëkk ya ci toolu reseñ bi te jox tool bi ñaar-fukk ak ñeent junni nit ñaari-fukk ak ñeent junni ñi. Bu loolu amee, mooy “bésu sa kàttan,” di méngoo ak kàttanu Pentekot ci jeexital jamonoy Pentekot bi.</w:t>
      </w:r>
    </w:p>
    <w:p>
      <w:pPr>
        <w:pStyle w:val="ArticleBody"/>
        <w:jc w:val="left"/>
      </w:pPr>
      <w:r>
        <w:rPr>
          <w:rFonts w:ascii="Times New Roman" w:hAnsi="Times New Roman" w:eastAsia="Times New Roman" w:cs="Times New Roman"/>
        </w:rPr>
        <w:t>Nit ñi Yàlla dinañu nekk “bëgg-bëgg” ca bés ba ñuy ñëwee “ca biiru njël ga,” ak “ndoxum sedd bu sa ndawte.” Juddu gu bees mooy misaal buy wone soppeeku ak dund. Ñaari fukki junni ak ñeent-fukki ñeent junni ñi, jëlees na leen ca biir ga ci weeru Sulet 2023, te juddu nañu ak ndoxum sedd bu seen ndawte, ndaxte juddu nañu ci yégleb Guddi Digg bi, mi amoon itam ca njëlbéen ga ak Millerit yi, walla seen “ndawte.” Mooy benn ndoxum sedd bi, ndaxte am na benn dellusiwaayu jaar-jaar bu alfa bi ci biir jaar-jaar bu omega bi. Ca “bésu seen” “dooleel,” bi ñuy dàqee Shebna “ca” “berabam, te ca” “taxawaayam,” te ñu wàcce ko “suuf,” Eliakim, ñaari fukki junni ak ñeent-fukki ñeent junni ñi dañuy nekk saraxalekat yu omega, ndaxte defees na leen ci toppandoog Melchizedek, ndaxte ñaari fukki junni ak ñeent-fukki ñeent junni ñi duñu mos goûte dee, walla ni Melchizedek, saraxalekat lañu ba fàww.</w:t>
      </w:r>
    </w:p>
    <w:p>
      <w:pPr>
        <w:pStyle w:val="ArticleBody"/>
        <w:jc w:val="left"/>
      </w:pPr>
      <w:r>
        <w:rPr>
          <w:rFonts w:ascii="Times New Roman" w:hAnsi="Times New Roman" w:eastAsia="Times New Roman" w:cs="Times New Roman"/>
        </w:rPr>
        <w:t>Ci “bësu dooleem” bi, Boroom bi dina yónnee “yetu dooleem bi, mu jóge Siyoŋ.” Sañ-sañu nguuram yi, ci yiwu yiw (jubbal) ak ndamug ndam (sellal), dekkal na ci kaw ñi sol kaalaamu ndamam; ndaxte ñoom ñoo di wuutu nguuram. Ñoom deesleen yónnee, ñu jóge Siyoŋ, ndaxte tekkiinu Siyoŋ dafa di wone lëmbaayu ñaar-fukki ak ñeent junni.</w:t>
      </w:r>
    </w:p>
    <w:p>
      <w:pPr>
        <w:pStyle w:val="ArticleScripture"/>
        <w:jc w:val="left"/>
      </w:pPr>
      <w:r>
        <w:rPr>
          <w:rFonts w:ascii="Times New Roman" w:hAnsi="Times New Roman" w:eastAsia="Times New Roman" w:cs="Times New Roman"/>
        </w:rPr>
        <w:t>Bi Farisen yi dajale woon, Yeesu laaj leen ne: «Lu ngeen xalaat ci Kirist? Kan moo nekk baayam?» Ñu tontu ko ne: «Doomu Daawuda.»</w:t>
      </w:r>
    </w:p>
    <w:p>
      <w:pPr>
        <w:pStyle w:val="ArticleScripture"/>
        <w:jc w:val="left"/>
      </w:pPr>
      <w:r>
        <w:rPr>
          <w:rFonts w:ascii="Times New Roman" w:hAnsi="Times New Roman" w:eastAsia="Times New Roman" w:cs="Times New Roman"/>
        </w:rPr>
        <w:t>Mu ne leen: «Kon nag la Daawuda, ci Xel mi, di ko wooye Sang bi, bu mu waxee ne: “Boroom bi wax na sama Sang bi: Toogal ci sama ndeyjoor, ba kera ma def say noon niir sa tànk”? Su fekkee nag ne Daawuda wooye na ko Sang bi, naka la manee doon doomam?»</w:t>
      </w:r>
    </w:p>
    <w:p>
      <w:pPr>
        <w:pStyle w:val="ArticleScripture"/>
        <w:jc w:val="left"/>
      </w:pPr>
      <w:r>
        <w:rPr>
          <w:rFonts w:ascii="Times New Roman" w:hAnsi="Times New Roman" w:eastAsia="Times New Roman" w:cs="Times New Roman"/>
        </w:rPr>
        <w:t>Kenn kuñu manula woon benn baat ci tontu ko, te bu bés boobu weesoo kenn ñemeetuwaat a laaj ko dara. Macë 24:41–46.</w:t>
      </w:r>
    </w:p>
    <w:p>
      <w:pPr>
        <w:pStyle w:val="ArticleBody"/>
        <w:jc w:val="left"/>
      </w:pPr>
      <w:r>
        <w:rPr>
          <w:rFonts w:ascii="Times New Roman" w:hAnsi="Times New Roman" w:eastAsia="Times New Roman" w:cs="Times New Roman"/>
        </w:rPr>
        <w:t>Jokkoo yëg-yëgu Daawuda ak Kirist ci wàllu alfa ak omega — ndoorte ak mujje — mooy sàrt bu njëkk ci yoonu “rëdd ci kaw rëdd”, te sàrt boobu Yawut yu di xulóo woon manuñu ko xam ni itam benn Adventiste ñaareelu bés bu juróom-ñaareel buy bokk ci Lawdise manul a déggoo ne jaar-jaaru Millerite yi ba ca waxtu yégle gu Mbëggeel Guddi bi mooy fa ndoxu lay bi jógé asamaan tuuréséewoon ca ndawteelu Adventisme. “Lay” sa ndawte nekk na ci kaw téeméeri ak ñeent-fukk ak ñeent-junni ñaari, te tàmbalee na wowaat ci 9/11, te sàrtu Dibéer mooy “bésu kàttan”, bu ca des ñi di ñaññaloo ngir ñu sàkkal leen ay saraxalekat ci toppandoo Melkisedek.</w:t>
      </w:r>
    </w:p>
    <w:p>
      <w:pPr>
        <w:pStyle w:val="ArticleBody"/>
        <w:jc w:val="left"/>
      </w:pPr>
      <w:r>
        <w:rPr>
          <w:rFonts w:ascii="Times New Roman" w:hAnsi="Times New Roman" w:eastAsia="Times New Roman" w:cs="Times New Roman"/>
        </w:rPr>
        <w:t>Ci toqalu Layoqise ci Addina Bésu fan Yàlla bu juróom-ñaareel bés bi (jëkkër gi di xeex) mooy génn càngóor bi (jëkkër gi daan na), te ci xeetu Yese moom ñi téeméeri juróom-ñeent fukki junni ak ñeent junni, ñoo di càngóoru meññent gu tedd, yékkat nañu ko mel ni saraxu yëngu ci bésub dooleem.</w:t>
      </w:r>
    </w:p>
    <w:p>
      <w:pPr>
        <w:pStyle w:val="ArticleBody"/>
        <w:jc w:val="left"/>
      </w:pPr>
      <w:r>
        <w:rPr>
          <w:rFonts w:ascii="Times New Roman" w:hAnsi="Times New Roman" w:eastAsia="Times New Roman" w:cs="Times New Roman"/>
        </w:rPr>
        <w:t>Dina yokkute xalaat yii ci ëllëg bi ci bineen mbind mi.</w:t>
      </w:r>
    </w:p>
    <w:p>
      <w:pPr>
        <w:pStyle w:val="ArticleScripture"/>
        <w:jc w:val="left"/>
      </w:pPr>
      <w:r>
        <w:rPr>
          <w:rFonts w:ascii="Times New Roman" w:hAnsi="Times New Roman" w:eastAsia="Times New Roman" w:cs="Times New Roman"/>
        </w:rPr>
        <w:t>«Kàddu yu Xel mu Sell, benn»</w:t>
      </w:r>
    </w:p>
    <w:p>
      <w:pPr>
        <w:pStyle w:val="ArticleScripture"/>
        <w:jc w:val="left"/>
      </w:pPr>
      <w:r>
        <w:rPr>
          <w:rFonts w:ascii="Times New Roman" w:hAnsi="Times New Roman" w:eastAsia="Times New Roman" w:cs="Times New Roman"/>
        </w:rPr>
        <w:t>“1 Awril 1850, ci ‘Góor gu Ndaw gi.’</w:t>
      </w:r>
    </w:p>
    <w:p>
      <w:pPr>
        <w:pStyle w:val="ArticleScripture"/>
        <w:jc w:val="left"/>
      </w:pPr>
      <w:r>
        <w:rPr>
          <w:rFonts w:ascii="Times New Roman" w:hAnsi="Times New Roman" w:eastAsia="Times New Roman" w:cs="Times New Roman"/>
        </w:rPr>
        <w:t>“Samay mbokk yi.—Boroom bi jox na ma benn gis-gis, 26 Samwiyee, te dinaa ko nettali. Gis naa ne ñenn ci nit ñi Yàlla moom di moomam dañoo nekk xel mu tëj te nelaw; dañoo mel ni ku xare ci nelaw rekk, te xamuwuñu jamono jii nu nekk léegi; te ne góor ga yor ‘brossu suuf’ gi dugg na, te ñenn nekkoon ci ñeewluñu ngir ñu balay leen. Maa ngi ñaan Yeesu mu musal leen, mu yërëm leen ba ca kanam tuuti, te mu may leen ñu gis seen njàqare ju metti, ngir ñu waajal seen bopp bala muy baaxul ba fàww. Malaaka ma ne: ‘Alaguy dikk ni mbëmbëtlu ngelaw gu tar lool.’ Maa ngi ñaan malaaka ma mu yërëm te mu musal ñi bëgg addina sii, te taq ci seen alal, te bëgguñoo secci seen bopp ak yooyu, ba joxe leen ni sarax ngir yombal yonnenta yi ci seen yoon, ngir ñu dundal xarit yi xiif ngir ñàkk lekk gu xel mu sell.”</w:t>
      </w:r>
    </w:p>
    <w:p>
      <w:pPr>
        <w:pStyle w:val="ArticleScripture"/>
        <w:jc w:val="left"/>
      </w:pPr>
      <w:r>
        <w:rPr>
          <w:rFonts w:ascii="Times New Roman" w:hAnsi="Times New Roman" w:eastAsia="Times New Roman" w:cs="Times New Roman"/>
        </w:rPr>
        <w:t>“Bi ma doon nit ñi néew doole, di dee ndax ñu amul dëgg gu tey gi, te am na ñenn ci ñi wax ne gëm nañu dëgg gi te dañuy bàyyi ñu dee, ndax dañuy tere jumtukaay yi war ngir yóbbu liggéeyu Yàlla kanam, li ma gis nag metti woon lool, ba ma ñaan malaaka ma mu dindi ma ko. Gis naa ne bu mbiri Yàlla laajee leneen ci seen alal, ni waxambaane wi ñëw ca Yeesu, [Matthew 19:16–22.] dañuy dem ak tiis; te neelul ab yoon mbas mu di daanu bu bare dina romb leen, jël seen alal lépp, te kon dina weesu ci ñoom ngir saraxee alali àddina, ba defar alalu asamaan.”</w:t>
      </w:r>
    </w:p>
    <w:p>
      <w:pPr>
        <w:pStyle w:val="ArticleScripture"/>
        <w:jc w:val="left"/>
      </w:pPr>
      <w:r>
        <w:rPr>
          <w:rFonts w:ascii="Times New Roman" w:hAnsi="Times New Roman" w:eastAsia="Times New Roman" w:cs="Times New Roman"/>
        </w:rPr>
        <w:t>“Noonu gis naa Fàggukat bu tedd te màggat, bu rafet te neex, ni mu bàyyi réewi ndam la, te ñëw ci àddina jii bu lëndëm te wéet, ngir joxe bakkanam bu wert, te dee, ku jub ci ndax ñi jubul. Mu yéeg ñaawal gu metti ak dóor gu tar, te sol kalaas gu dëppoo xonq gu dëgër, te jëbbi tuur yu mag yu deret ca tool ba; bi di sax metitali bàkkaaru àddina si yépp nekk ci kawam. Malaaka ma laaj ne: “Lu tax?” Éy, gis naa te xam naa ne ci sunu ndax la; ngir sunuy bàkkaar la sonn loolu lépp, ngir ba ci deretam bu wert mu man a jotle nu ca Yàlla.”</w:t>
      </w:r>
    </w:p>
    <w:p>
      <w:pPr>
        <w:pStyle w:val="ArticleScripture"/>
        <w:jc w:val="left"/>
      </w:pPr>
      <w:r>
        <w:rPr>
          <w:rFonts w:ascii="Times New Roman" w:hAnsi="Times New Roman" w:eastAsia="Times New Roman" w:cs="Times New Roman"/>
        </w:rPr>
        <w:t>«Kon ma, ñu dellu yékkati ma ci sama kanam nit ñi nga xam ne bëgguñu woon joxe alalu àddina sii ngir musal bakan yu di dee, ci yónnee leen dëgg gi, fekk Yeesu taxaw na ci kanam Baay bi, di ñaanale leen ak deretam, ak coono yi mu sonn, ak dee gi mu dee ngir ñoom; te fekk itam yonnent Yàlla yi doon xaar, pareel ngir yóbbu leen dëgg gu musal gi ngir ñu man a tëj ak màndargay Yàlla miy dund. Dafa metti woon ci ñenn ñi wax ne gëm nañu dëggu jamono jii, ba sax def lu tuuti nii rekk, maanaam jox yonnent yi xaalisu Yàlla ci boppam, bi mu leen lebbe woon ngir ñu nekk saytu-kat ci kawam.</w:t>
      </w:r>
    </w:p>
    <w:p>
      <w:pPr>
        <w:pStyle w:val="ArticleScripture"/>
        <w:jc w:val="left"/>
      </w:pPr>
      <w:r>
        <w:rPr>
          <w:rFonts w:ascii="Times New Roman" w:hAnsi="Times New Roman" w:eastAsia="Times New Roman" w:cs="Times New Roman"/>
        </w:rPr>
        <w:t>«Noonu Yeesu mi diisoonoon, saraxam ak mbëggeelam bu xóot, ba tax mu joxe seen bakkan ngir ñoom, feeñaat na ma; te gannaaw loolu, dundug ñi doon wax ne ay toppkatam lañu, ñi am alali àddina sii, te jàpp ne ndimbal ci mbirum mucc mooy lu reyi. Malaaka ma ne: “Ndax ñu mel ni man nañu dugg asamaan?” Beneen malaaka tontu ne: “Déedéet, mukk, mukk, mukk. Ñi amul yitte ci yëngu-yëngub Yàlla ci suuf, duñu man a woy woyu mbëggeelu jotale ca kaw.”»</w:t>
      </w:r>
    </w:p>
    <w:p>
      <w:pPr>
        <w:pStyle w:val="ArticleScripture"/>
        <w:jc w:val="left"/>
      </w:pPr>
      <w:r>
        <w:rPr>
          <w:rFonts w:ascii="Times New Roman" w:hAnsi="Times New Roman" w:eastAsia="Times New Roman" w:cs="Times New Roman"/>
        </w:rPr>
        <w:t>«Ma gis ne Yàlla doon def ci suuf si, te léegi dina ñu ko dagg ci njub; te war na ne yonnent yi gaaw yi gaaw ci seen yoon ngir seet ba gis gàllankoor gi tasaaroo. Ab malaaka nee: “Ndax ñépp ay yonnent lañu? Déedéet, déedéet, yonnenti Yàlla am nañu benn ndaw ñeel.”»</w:t>
      </w:r>
    </w:p>
    <w:p>
      <w:pPr>
        <w:pStyle w:val="ArticleScripture"/>
        <w:jc w:val="left"/>
      </w:pPr>
      <w:r>
        <w:rPr>
          <w:rFonts w:ascii="Times New Roman" w:hAnsi="Times New Roman" w:eastAsia="Times New Roman" w:cs="Times New Roman"/>
        </w:rPr>
        <w:t>“Gis naa ne, yoonu Yàlla gaañu na te toroxal na ko ndax ay nit ñuy tukki te amuñu benn ndigal gu jóge ci Yàlla. Noonu nag, dañuy wara jox Yàlla konto ci bépp xaalis bu nekk bu ñu jëfandikoo ci tukki fañu warul dem; ndaxte xaalis boobu manoon na dimbali yoonu Yàlla, te ndax ñàkkam, ay ruu xiif nañu ba dee ndax ñàkk lekk wu espiritual, wi Yàlla mana leen joxoon jaarale ko ci ay yonnentam yu mu woo te tànn, bu ñu amoon woon ay jumtukaay.”</w:t>
      </w:r>
    </w:p>
    <w:p>
      <w:pPr>
        <w:pStyle w:val="ArticleScripture"/>
        <w:jc w:val="left"/>
      </w:pPr>
      <w:r>
        <w:rPr>
          <w:rFonts w:ascii="Times New Roman" w:hAnsi="Times New Roman" w:eastAsia="Times New Roman" w:cs="Times New Roman"/>
        </w:rPr>
        <w:t>“Yëngu yëngu buy yàgg na tàmbalee, te dina wéy di yàgg ba noppi, te ñépp ñi bëggul a jàpp bu baax te taxaw bu dëgër, bu dul soppiku ci dëgg gi, te saraxeel ngir Yàlla ak ngir mbiram, dinañu leen yëkkati génne. Malaaka mi ne: ‘Ndax ngeen yaakaar ne kenn dinañu ko gaññ a saraxeel? Déedéet. Déedéet. War naa doon sarax bu ci xol bu sell. Lu nekk la war ngir jënd tool bi.’—Maa ngi jooy ci Yàlla ngir mu yërëm ay nitam, ñenn ci ñoom daan nañu xàddi te di dee.”</w:t>
      </w:r>
    </w:p>
    <w:p>
      <w:pPr>
        <w:pStyle w:val="ArticleScripture"/>
        <w:jc w:val="left"/>
      </w:pPr>
      <w:r>
        <w:rPr>
          <w:rFonts w:ascii="Times New Roman" w:hAnsi="Times New Roman" w:eastAsia="Times New Roman" w:cs="Times New Roman"/>
        </w:rPr>
        <w:t>«Gis naa ne ñi am doole ngir liggéey ak seen loxo, te dimbali saxal liggéey bi, nekk nañu ci lu yëngu ci seen doole jii, ni beneen ñi di yëngu ci seen alal. »</w:t>
      </w:r>
    </w:p>
    <w:p>
      <w:pPr>
        <w:pStyle w:val="ArticleScripture"/>
        <w:jc w:val="left"/>
      </w:pPr>
      <w:r>
        <w:rPr>
          <w:rFonts w:ascii="Times New Roman" w:hAnsi="Times New Roman" w:eastAsia="Times New Roman" w:cs="Times New Roman"/>
        </w:rPr>
        <w:t>« Noonu gis naa ne àttey Yàlla Aji Man ji doon ñëw gaaw. Maa ngi ñaan malaaka mi mu wax ak nit ñi ci làkkam. Mu ne: “Mbépp dënnu ak leeru melaxu Tundu Sinaay du yëngal ñi bëggul a yëngu ndax dëgg yu leer yi nekk ci kàddug Yàlla; te itam yëgleb malaaka du leen yee.” » Review and Herald, 1 Apriil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Kàngi Ajãnda Bésub Ñetteel fan yu Juróom-ñaar yi ci Laodike — Limu fukk ak benn</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