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Yoël ak Kàngug fanweeru-juróom-ñaareelu bésu Njaay gu Laodise — Limu fukk ak ñaar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2025-12-17</w:t>
      </w:r>
    </w:p>
    <w:p>
      <w:pPr>
        <w:pStyle w:val="ArticleHeading"/>
        <w:jc w:val="left"/>
      </w:pPr>
      <w:r>
        <w:rPr>
          <w:rFonts w:ascii="Arial" w:hAnsi="Arial" w:eastAsia="Arial" w:cs="Arial"/>
        </w:rPr>
        <w:t>Limu fukki bi ak ñaar</w:t>
      </w:r>
    </w:p>
    <w:p>
      <w:pPr>
        <w:pStyle w:val="ArticleBody"/>
        <w:jc w:val="left"/>
      </w:pPr>
      <w:r>
        <w:rPr>
          <w:rFonts w:ascii="Times New Roman" w:hAnsi="Times New Roman" w:eastAsia="Times New Roman" w:cs="Times New Roman"/>
        </w:rPr>
        <w:t>Sama bëgg-bëgg mooy teg seede bu yonent bi Joel ci anam wu tax ba man a xàm ne li Joel seede moom lañu gis ci li Piyeer doon wax ak a def ca Pentekot. Wóor naa ne Biibël bi leer na ci li Piyeer doon def ak a wax ca Pentekot, waaye li may wut mooy xam li Piyeer doon jëfandikoo ci misaal bu yonent ci jaar-jaaru taw bu mujj bi, bi mu tëjée ndigalu Pentekot ci kàdduy matug téereb Joel.</w:t>
      </w:r>
    </w:p>
    <w:p>
      <w:pPr>
        <w:pStyle w:val="ArticleBody"/>
        <w:jc w:val="left"/>
      </w:pPr>
      <w:r>
        <w:rPr>
          <w:rFonts w:ascii="Times New Roman" w:hAnsi="Times New Roman" w:eastAsia="Times New Roman" w:cs="Times New Roman"/>
        </w:rPr>
        <w:t>Piyeer mooy misaal gi ci askanu Yàlla buy des, te du ñu ko màggal rekk ci Pentekoost, waaye itam ci Sezaare Filiib ci Macë 16. Sezaare Filiib nekk na ci aaya yi fukk ak ñett ba fukk ak juróom-ñaar ci Danyeel 11, ñetti aaya yu wone xare bu njëkk a mataloo woon ci jamono ju tarih bi, ba Sezaare Filiib tuddoon Paaniyum. Aaya yi fukk ak ñett ba fukk ak juróom-ñaar jiitu nañu aaya bi fukk ak juróom-benn, bi jàngale yoonu Dibeer bi ci Etazini. Aaya bi fukk mooy wone daanu Mbootaayu Sowiyeet bi ci atum 1989. Aaya yi fukk ba fukk ak juróom-benn ci Danyeel 11 dañuy tegtal jamono juy tàmbalee 1989 ba ci yoonu Dibeer bi, te jamono jooju mooy “jaar-jaaru nettali bi” ci aaya bi ñeent-fukk ci benn xarit wu benn aaya.</w:t>
      </w:r>
    </w:p>
    <w:p>
      <w:pPr>
        <w:pStyle w:val="ArticleHeading"/>
        <w:jc w:val="left"/>
      </w:pPr>
      <w:r>
        <w:rPr>
          <w:rFonts w:ascii="Arial" w:hAnsi="Arial" w:eastAsia="Arial" w:cs="Arial"/>
        </w:rPr>
        <w:t>Jaar-jaaru Njëgëla yi nekk ci MBIND MU ÑU TAXAW CI AY ARAAM-BU MAAG</w:t>
      </w:r>
    </w:p>
    <w:p>
      <w:pPr>
        <w:pStyle w:val="ArticleHeading"/>
        <w:jc w:val="left"/>
      </w:pPr>
      <w:r>
        <w:rPr>
          <w:rFonts w:ascii="Arial" w:hAnsi="Arial" w:eastAsia="Arial" w:cs="Arial"/>
        </w:rPr>
        <w:t>1798</w:t>
      </w:r>
    </w:p>
    <w:p>
      <w:pPr>
        <w:pStyle w:val="ArticleScripture"/>
        <w:jc w:val="left"/>
      </w:pPr>
      <w:r>
        <w:rPr>
          <w:rFonts w:ascii="Times New Roman" w:hAnsi="Times New Roman" w:eastAsia="Times New Roman" w:cs="Times New Roman"/>
        </w:rPr>
        <w:t>Te ci jamono mujj bi, buur bëj-gànnaar bi dina ko dóor:</w:t>
      </w:r>
    </w:p>
    <w:p>
      <w:pPr>
        <w:pStyle w:val="ArticleHeading"/>
        <w:jc w:val="left"/>
      </w:pPr>
      <w:r>
        <w:rPr>
          <w:rFonts w:ascii="Arial" w:hAnsi="Arial" w:eastAsia="Arial" w:cs="Arial"/>
        </w:rPr>
        <w:t>1989</w:t>
      </w:r>
    </w:p>
    <w:p>
      <w:pPr>
        <w:pStyle w:val="ArticleScripture"/>
        <w:jc w:val="left"/>
      </w:pPr>
      <w:r>
        <w:rPr>
          <w:rFonts w:ascii="Times New Roman" w:hAnsi="Times New Roman" w:eastAsia="Times New Roman" w:cs="Times New Roman"/>
        </w:rPr>
        <w:t>Waaye doomam ñi dinañu xumb, te danañu dajale mbooloom mbooloo yu réy; te buur bu bëj-gànnaaw bi dina dikk ci kawam mel ni ngelaw gu tar, ànd ak sarwee yi, ak way fas yi, ak gaal yu bari; dina dugg ci réew yi, te dina fees ba jall, ba weesu. Te kenn dina dikk kat, te fees ba jall ci biir; gannaaw loolu dina dellu, ba xumbaat, ba agsi ci kèrëm gu ñu dëgërël.</w:t>
      </w:r>
    </w:p>
    <w:p>
      <w:pPr>
        <w:pStyle w:val="ArticleHeading"/>
        <w:jc w:val="left"/>
      </w:pPr>
      <w:r>
        <w:rPr>
          <w:rFonts w:ascii="Arial" w:hAnsi="Arial" w:eastAsia="Arial" w:cs="Arial"/>
        </w:rPr>
        <w:t>2014 xeexu Raphia bi</w:t>
      </w:r>
    </w:p>
    <w:p>
      <w:pPr>
        <w:pStyle w:val="ArticleScripture"/>
        <w:jc w:val="left"/>
      </w:pPr>
      <w:r>
        <w:rPr>
          <w:rFonts w:ascii="Times New Roman" w:hAnsi="Times New Roman" w:eastAsia="Times New Roman" w:cs="Times New Roman"/>
        </w:rPr>
        <w:t>Te buur bëj-gànnaar bi dina mer lool, te dina génn ngir xeex ak moom, di buur bëj-nor bi; te dina yóbbu mbooloo mu bare lool; waaye mbooloo mi dees na ko jébbal ci loxoom. Te bu mu jëlée mbooloo mi, xolam dina reyréylu; te dina daaneel fukki junni ñu bare; waaye loolu du ko dooleel.</w:t>
      </w:r>
    </w:p>
    <w:p>
      <w:pPr>
        <w:pStyle w:val="ArticleHeading"/>
        <w:jc w:val="left"/>
      </w:pPr>
      <w:r>
        <w:rPr>
          <w:rFonts w:ascii="Arial" w:hAnsi="Arial" w:eastAsia="Arial" w:cs="Arial"/>
        </w:rPr>
        <w:t>Xareb Paniyam (Caesarea Philippi)</w:t>
      </w:r>
    </w:p>
    <w:p>
      <w:pPr>
        <w:pStyle w:val="ArticleScripture"/>
        <w:jc w:val="left"/>
      </w:pPr>
      <w:r>
        <w:rPr>
          <w:rFonts w:ascii="Times New Roman" w:hAnsi="Times New Roman" w:eastAsia="Times New Roman" w:cs="Times New Roman"/>
        </w:rPr>
        <w:t>Ndax buur bu bëj-gànnaar dina dellusi, te dina daldi dajale mbooloo mu gën a bare ba mu jiitu woon; te ci lu wóor dina ñëw gannaaw ay at yu tollook, ak mbind mu réy ak alal ju bare.</w:t>
      </w:r>
    </w:p>
    <w:p>
      <w:pPr>
        <w:pStyle w:val="ArticleScripture"/>
        <w:jc w:val="left"/>
      </w:pPr>
      <w:r>
        <w:rPr>
          <w:rFonts w:ascii="Times New Roman" w:hAnsi="Times New Roman" w:eastAsia="Times New Roman" w:cs="Times New Roman"/>
        </w:rPr>
        <w:t>Te ci jamono yooyu, ñu bare dinañu jóg fiir buur bu bëj-saalum bi; te itam sàcc yi ci sa xeet dinañu yékkati seen bopp ngir taxawal peeñ mi; waaye dinañu daanu.</w:t>
      </w:r>
    </w:p>
    <w:p>
      <w:pPr>
        <w:pStyle w:val="ArticleScripture"/>
        <w:jc w:val="left"/>
      </w:pPr>
      <w:r>
        <w:rPr>
          <w:rFonts w:ascii="Times New Roman" w:hAnsi="Times New Roman" w:eastAsia="Times New Roman" w:cs="Times New Roman"/>
        </w:rPr>
        <w:t>Noonu bëj-saalumu di na ñëw, tërëxal benn tund, te jël dëkk yi gën a ñu dëgër; te loxo yi bëj-góor-góorlu sud duñu ko man a dëkku, du itam ay nitam yi mu tànn; te doole du am sax ngir man a dëkku.</w:t>
      </w:r>
    </w:p>
    <w:p>
      <w:pPr>
        <w:pStyle w:val="ArticleHeading"/>
        <w:jc w:val="left"/>
      </w:pPr>
      <w:r>
        <w:rPr>
          <w:rFonts w:ascii="Arial" w:hAnsi="Arial" w:eastAsia="Arial" w:cs="Arial"/>
        </w:rPr>
        <w:t>Sàrtu Dibéer bi ci États-Unis d’Amérique</w:t>
      </w:r>
    </w:p>
    <w:p>
      <w:pPr>
        <w:pStyle w:val="ArticleScripture"/>
        <w:jc w:val="left"/>
      </w:pPr>
      <w:r>
        <w:rPr>
          <w:rFonts w:ascii="Times New Roman" w:hAnsi="Times New Roman" w:eastAsia="Times New Roman" w:cs="Times New Roman"/>
        </w:rPr>
        <w:t>Waaye ki dikk ci moom dina def ni ko soob, te “kenn du taxaw” ci kanamam; te “dina taxaw” ci réew mi tedd ci ndam, te loxoam dina ko alag. Dina dugg itam ci réew mi tedd ci ndam, te réew yu bare dinañu daanu; waaye yii dinañu rëcc ci loxoom, mooy Edom, ak Moab, ak kilifteef yi gën a mag ci doomi Ammon. Dina yóbbu loxoom itam ci kow réew yi: te suufu Misra du rëcc. Daniel 11:40, 10–16, 41, 42.</w:t>
      </w:r>
    </w:p>
    <w:p>
      <w:pPr>
        <w:pStyle w:val="ArticleBody"/>
        <w:jc w:val="left"/>
      </w:pPr>
      <w:r>
        <w:rPr>
          <w:rFonts w:ascii="Times New Roman" w:hAnsi="Times New Roman" w:eastAsia="Times New Roman" w:cs="Times New Roman"/>
        </w:rPr>
        <w:t>Bu Piyeer nekk ci Kaisare Filipi ci wàllu kàddug yonent, (Panium), te Pentekot mooy jamonoji taw gu mujj gi, loolu tax mu nekk ci “jaar-jaaru nettali bu nëbbu” bi nekk ci sarax bu ñeent-fukk. Maa ngi bëgg a wax ci xareb Ukrain bii fi nu nekk tey te mi ngirënde ci sarax bu fukk ak benn ci xaaj bu fukk ak benn, ak ci xareb Panium bi di ñëw bi nekk ci sarax yu fukk ak ñett ba fukk ak juróom, te moo jiite ci Xareb Àddina bu Ñetteel bi; yooyu mooy xew-xew yu biti yi ci diggante 1989 ak yoonu Dibëer bi. Waaye nu ngi fi léegi di jëfandikoo jaar-jaaru malaaka bu ñetteel bi, dale ko ci 22 Oktoobar 1844 ba ci sosug njëgu mbooloom kerk gu yoon may.</w:t>
      </w:r>
    </w:p>
    <w:p>
      <w:pPr>
        <w:pStyle w:val="ArticleBody"/>
        <w:jc w:val="left"/>
      </w:pPr>
      <w:r>
        <w:rPr>
          <w:rFonts w:ascii="Times New Roman" w:hAnsi="Times New Roman" w:eastAsia="Times New Roman" w:cs="Times New Roman"/>
        </w:rPr>
        <w:t>Rëdd bi misaal dikk ngëwug malaaka bu ñetteel bi ca 9/11 (1844) ba ca yoonu Dibeer bi (1863). Yoonu Dibeer bi dañu ko misaale ak Emancipation Proclamation bi miy yéglee goreel, noonu di misaal yoonu Dibeer bi fañuy dindi goreel. Goreel gi njiitu Réew mi njëkk ci pàrti Republican bi yégle woon, di misaal goreel gi njiitu Réew mi mujj ci pàrti Republican bi dina dindi—ki ñu dogal ci waxi yonent yi ne, bu yoonu Dibeer bi agsee, dina nekk ab diktaator.</w:t>
      </w:r>
    </w:p>
    <w:p>
      <w:pPr>
        <w:pStyle w:val="ArticleScripture"/>
        <w:jc w:val="left"/>
      </w:pPr>
      <w:r>
        <w:rPr>
          <w:rFonts w:ascii="Times New Roman" w:hAnsi="Times New Roman" w:eastAsia="Times New Roman" w:cs="Times New Roman"/>
        </w:rPr>
        <w:t>“Bu sunu réew bi dees na baña yoon yi ñuy doon taxawal ay njubalu nguuram, ba def ab yoonu Dibeer, Protestantiis ci jëf jooju dina lëkkal ak poperi; du dara ludul jox dund gu bees ci noot gu ñaaw ga, gi yàgg a nekk ci xaar ug mën a jot waxtoom ngir delluwaat ci noot bu tar.” Testimonies, volume 5, 711.</w:t>
      </w:r>
    </w:p>
    <w:p>
      <w:pPr>
        <w:pStyle w:val="ArticleBody"/>
        <w:jc w:val="left"/>
      </w:pPr>
      <w:r>
        <w:rPr>
          <w:rFonts w:ascii="Times New Roman" w:hAnsi="Times New Roman" w:eastAsia="Times New Roman" w:cs="Times New Roman"/>
        </w:rPr>
        <w:t>742 BC mooy alif taarix bi tambalee waxtaan yi Esayi 7:8, te jot ci yokkute omega bi ci 1863. Ci 742, Akas, buur bu nguur gu bëj-gànnaar gu Yuda, dafa duggewoon ci xareb réew mi ak fukki giir yu bëj-gànnaar yi taxawoon nguur gu bëj-gànnaar gi. Taarixu 742 BC feeñoon na ci Yuda, réewu ndam gu dëgg gi ci Mbind mi, bi Yawut yu dëgg dëkkoon, te ci wax ji dañu ko tektalee ci buur bu bon te dof bi, Akas—noonu mu nekk misaalu taarixu omega bi ci 1863. Taarixu omega bu 1863 mat na ci biir jamonoy bi États-Unis di nguuru ni rab wu suuf si, di juróomeel gi ci nguur yi waxandikoo ci kàddug yonent yi ci Biibël bi. États-Unis mooy réewu ndam gu xel mi, booleeg Kiristaanug protestan yi, ñi di Yawut yu xel ci kaw njàngaleem Biibël bi. Xareb réew mi diggante bëj-gànnaar ak bëj-saalum ci 742 BC ci taarixu alif bi misaaloon na xareb réew mi diggante bëj-gànnaar ak bëj-saalum ci taarixu omega bi ci 1863. Ñoom ñaar ñi seede dañuy misaal taarixu biti bi jiitu yoonu dibeer ba, fa réewu ndam gu xel gi di feeñaat a xaajoo ci ñaari wërngal.</w:t>
      </w:r>
    </w:p>
    <w:p>
      <w:pPr>
        <w:pStyle w:val="ArticleBody"/>
        <w:jc w:val="left"/>
      </w:pPr>
      <w:r>
        <w:rPr>
          <w:rFonts w:ascii="Times New Roman" w:hAnsi="Times New Roman" w:eastAsia="Times New Roman" w:cs="Times New Roman"/>
        </w:rPr>
        <w:t>Ci at 742 lu jiitu Kirist, doole bi nekkoon ca bëj-gànnaaru mi dafa doon boole bu amoon diggante fukki xeeti Israyil yu bëj-gànnaar ak Siri; loolu nag dafa doon misaal bu wone boole ak kàttan gu bawoo biti, ni ko matale woon ba ndimbalug papasi bi bëggoon jaam ñëwee ci wetug réew yi bëj-saalum yi doon ànd ak jaam ca xareb Civil War ba. Jàmbaar ju bawoo biti ji doon wetal Siri atum 742 lu jiitu Kirist, ak jàmbaar ju bawoo biti ji doon wetal papasi ba ca Civil War ba, day xamle booleb world-globalists ak Demokrat yu globalist yi ci seen xare ak MAGA-ism, xare boobu tambalee na ca atum 2015, ba njiitu réew bu ñeenteel bi te gëna bare alal taxawee, te ci loolu mu yëngal mbooloom réewum Grecia bépp, ni ko Daniel fukkeel benn, saar ñaareel waxe. Yëngal googu mooy wone yokkute xel ak xeebu way-rëy-jàng yi ci téereb Joel. “Grecia” ak “heathen” ay misaal lañu yu nguurug njaam mi di jiite àddina si jëm Armageddon, ci boole ak rab wa ak yonent bu dëggul bi.</w:t>
      </w:r>
    </w:p>
    <w:p>
      <w:pPr>
        <w:pStyle w:val="ArticleBody"/>
        <w:jc w:val="left"/>
      </w:pPr>
      <w:r>
        <w:rPr>
          <w:rFonts w:ascii="Times New Roman" w:hAnsi="Times New Roman" w:eastAsia="Times New Roman" w:cs="Times New Roman"/>
        </w:rPr>
        <w:t>Ci atum 2015, xeeti yi dekkaloon nañu ci wooteg yonent bi jëm ci xuru Yeosafat bu Yoel, bi mu itam tuddewoon xurug àtte. Ci atum 2015, Donald Trump yégle na ne dina seetaan nguurug Ameerig, noonu mu yëngal mbooloom réewi àddina yu bokk ci nguur gu mag, gi ñu teewal ci Gres, te xeeti yi tàmbali nañu seen dox jëm ci Armageddon, te loolu am na benn at rekk gannaaw tambale xareb Ukrain, ngir matale aaya fukki ak benn ci Daniel fukki ak benn.</w:t>
      </w:r>
    </w:p>
    <w:p>
      <w:pPr>
        <w:pStyle w:val="ArticleBody"/>
        <w:jc w:val="left"/>
      </w:pPr>
      <w:r>
        <w:rPr>
          <w:rFonts w:ascii="Times New Roman" w:hAnsi="Times New Roman" w:eastAsia="Times New Roman" w:cs="Times New Roman"/>
        </w:rPr>
        <w:t>Xare yi am réew yi amoon ci 742 JK ak ci 1863 dañuy wone jaar-jaaru yoonu Dibeer, bi di seetal jeexital buur gu juróomeel benn ci waxi yonent yi ci Biibël. Boobu buur gu juróomeel benn tambalee na ak Xareb Soppeeku, ba tax jeexitalam ci yoonu Dibeer di tegtale dellusi Xareb Soppeeku, ci jamono jii sax xareb bi di xareb réew mi di am. Melokaan ak turu xare bu ñuy wax xareb réew walla xareb soppeeku, ci gis-gis la aju. Li Demokaraat yi di def léegi jaarale ko ci xeetu àtte, sàccug xaalis, nax, duggub nit ñi ci yoonul, ak way-jëfandikookat xibaar, ñoom dañu koy wax ab “soppeeku melokaan”; waaye nit ña fay taxaw ci seen pexe yu goloobalist yi, dañuy gis yëf yooyu sax ni ñoo tàmbali “jafe-jafe” yu réew mi. Ndax Antifa ay saay-saay la walla ab sàmmkat?</w:t>
      </w:r>
    </w:p>
    <w:p>
      <w:pPr>
        <w:pStyle w:val="ArticleBody"/>
        <w:jc w:val="left"/>
      </w:pPr>
      <w:r>
        <w:rPr>
          <w:rFonts w:ascii="Times New Roman" w:hAnsi="Times New Roman" w:eastAsia="Times New Roman" w:cs="Times New Roman"/>
        </w:rPr>
        <w:t>Ñaari xare yi ñaari xew-xewu jaar-jaar yi dañuy tegtal benn xare bu tasoo, buy am ci jaar-jaaru mujj gi ci njiitu Réew mi bokk ci Parti républicain. Ni ko deme woon ak jëkkëri njiitu Réew mi bokk ci Parti républicain, noonu itam xare bi dina am ndam ci mujj gi ci njiitu Réew mi bokk ci Parti républicain, mi itam jëfandikoo nañu ko muy misaaloo ak jëkkëri President bi, moom mi nekkoon itam aji-ndam ci Xareb Révolution bi. Révolution MAGA, ci ni Démocrates yi ko waxe, moo jur xew-xewu “rëcc-rëcci réew mi” yi nu nekk a gis léegi. Toppandoo ak sa bopp politig, xare bii nu nekk a gis léegi mooy mbaa xareb révolution mbaa xareb kër-gu mag. Waaye ci wax ju yonent, moom ñaar la.</w:t>
      </w:r>
    </w:p>
    <w:p>
      <w:pPr>
        <w:pStyle w:val="ArticleBody"/>
        <w:jc w:val="left"/>
      </w:pPr>
      <w:r>
        <w:rPr>
          <w:rFonts w:ascii="Times New Roman" w:hAnsi="Times New Roman" w:eastAsia="Times New Roman" w:cs="Times New Roman"/>
        </w:rPr>
        <w:t>1863 dafay tekki yoonu Dibeer bi, te 1844 itam noonu la, ba ca jamono boobu malaaka bu ñetteel bi dikk ak yégleb yoonu Dibeer bi. Diirub 1844 ba 1863 jël na màndargay yoonu Dibeer bi ca njàlbéen ba ca mujj. Ci 1846, séy bi Whites yi, sàmm Noflaay bi, ak soppi tur bi Harmen mu nekk White, dañoo màndargaal ne séy bañu dugge woon ci 22 Oktoobar 1844 am na jeexitalam, te jeexital boobu moo tàmbalee yoonu nattu malaaka bu ñetteel bi, ni nattu Noflaay bi bu ñetti wàll ci manna màndargaale woon njàlbéenu fukki nattu yi toppoo sóobu Géeju Xonq gi.</w:t>
      </w:r>
    </w:p>
    <w:p>
      <w:pPr>
        <w:pStyle w:val="ArticleBody"/>
        <w:jc w:val="left"/>
      </w:pPr>
      <w:r>
        <w:rPr>
          <w:rFonts w:ascii="Times New Roman" w:hAnsi="Times New Roman" w:eastAsia="Times New Roman" w:cs="Times New Roman"/>
        </w:rPr>
        <w:t>Mann mi mooyoon na jëkk te mu tegu woon itam ci fukkiième nattu ba ca Kadesh, ndax ñoom ñépp ñaar dañuy taxawal yégleefu ñetteel malaaka bi, te moo tax mu jëm ci yoonu Dibéer bi.</w:t>
      </w:r>
    </w:p>
    <w:p>
      <w:pPr>
        <w:pStyle w:val="ArticleScripture"/>
        <w:jc w:val="left"/>
      </w:pPr>
      <w:r>
        <w:rPr>
          <w:rFonts w:ascii="Times New Roman" w:hAnsi="Times New Roman" w:eastAsia="Times New Roman" w:cs="Times New Roman"/>
        </w:rPr>
        <w:t>“Bés bu nekk ci seen yàgg tukki bi ca màndiŋ ma, Bànni-Israayil daan seede kéemaan yu ñett, yu ñu jagleel ngir ñu tàggat ci seen xel sellug bésu Noflaay bi: ci bés bu juróom-benn bi, manna gu ñaari yoon la daan wàcc; ci bés bu juróom-ñaareel bi, dara daawul wàcc; te xaaj bi waroon a doy bésu Noflaay bi dafa daan des neex te set, fekk su fekkee ne ñu ko bàyyi woon ba beneen waxtu, dafa daan yàqu ba nekk lu mënul jëfandikoo.” Patriarchs and Prophets, 296.</w:t>
      </w:r>
    </w:p>
    <w:p>
      <w:pPr>
        <w:pStyle w:val="ArticleBody"/>
        <w:jc w:val="left"/>
      </w:pPr>
      <w:r>
        <w:rPr>
          <w:rFonts w:ascii="Times New Roman" w:hAnsi="Times New Roman" w:eastAsia="Times New Roman" w:cs="Times New Roman"/>
        </w:rPr>
        <w:t>Natt fukki ci fukk i nattu yi mooy nattu “manne” bi, te muy tereb bindub ñetti yégle yi ñetti malaaka yi ci Peeñu ñent fukk ak ñeent. Ni ko manné mi mel, malaaka yi itam dañuy tegtal artu ñetti wàll ci wóorug jaamu ci bésu njëkk ci ayu-bés bi. Kéemaanu manné bi bu ñetti wàll “defees na ko ngir jox seen xel kàddug sellug Sabbaat bi,” te loolu nag, mooy sax njariñu malaaka bu ñetteel bi. Jëfekaay bu njëkk ci ñetti kéemaan yi manné mi di tegtal, dafa boole “lekk” mburu mu asamaan mi, te “lekk” mooy màndarga alfa bu jamonoy tawub mujj ba. Kéemaan bu ñaareel bi, dafa tegtal yégleb malaaka bu ñaareel bi, fa ñu xam ne waxu xel mu sell mi day “ñaareel” ay baat ak ay kàddu ngir màndargaal jamono ji ñaar i màbb ya Babilon daan; ndaxte Babilon daanu na, daanu na. Kéemaan bu ñetteel bi mooy aarug mburu mu Sabbaatu bésu juróom-ñaareel bi.</w:t>
      </w:r>
    </w:p>
    <w:p>
      <w:pPr>
        <w:pStyle w:val="ArticleBody"/>
        <w:jc w:val="left"/>
      </w:pPr>
      <w:r>
        <w:rPr>
          <w:rFonts w:ascii="Times New Roman" w:hAnsi="Times New Roman" w:eastAsia="Times New Roman" w:cs="Times New Roman"/>
        </w:rPr>
        <w:t>Ni manna, ci melokaanu ñatti malaaka yi, mooy malaaka bu njëkk bi; te moo tax war na mu yor nettali bépp, te nettali boobu, ci Peeñu 14, mooy nettali ñatti malaaka yépp. Malaaka bu njëkk bi mooy ab “fractal” bu yégle yi ñatti malaaka yi. “Fractal” mooy melokaan gu jafe-jafe ci xët-u géométrie, gu ñu mana xàjj ci ay xaaj, te ku nekk ci yooyu di benn natt wu ndaw bu melo ni bépp bi. Boppam-bokk boobu lañuy wax “self-similarity.” “Fractal” yi faral di ame ay detaay yu rëy solo, doonte ñu gën a xool seen biir bu baax. “Fractal” yi am nañu ci matematig, bioloji, fizik, jeoloji, simi, astronomi, injenëri, ak ci yeneen barab yu bare yu xam-xam.</w:t>
      </w:r>
    </w:p>
    <w:p>
      <w:pPr>
        <w:pStyle w:val="ArticleBody"/>
        <w:jc w:val="left"/>
      </w:pPr>
      <w:r>
        <w:rPr>
          <w:rFonts w:ascii="Times New Roman" w:hAnsi="Times New Roman" w:eastAsia="Times New Roman" w:cs="Times New Roman"/>
        </w:rPr>
        <w:t>“Tabaxu ñetti jëfandikook yi” yu ñetti malaaka yi nekk ci Peeñu ga ca wet gu fukk ak ñeent ba, ñu ngi ko teewal ci yëgleb malaaka bu njëkk bi, te loolu tax malaaka bu njëkk bi di ab “fractal” bu ñetti malaaka yi. Ñetti xët yu njëkk yi ci téereb Daniel dañuy teewal, ku nekk ci sa bopp, yëgleb malaaka bu njëkk, bu ñaareel ak bu ñetteel; te Daniel saar bi njëkk moom itam dafay yor benn “tabaxu ñetti jëfandikook yi” boobu mi ñu teewal ci ñetti saar yi, ni ko ñetti malaaka yi di jëfe ci seen diggante ak malaaka bu njëkk bi.</w:t>
      </w:r>
    </w:p>
    <w:p>
      <w:pPr>
        <w:pStyle w:val="ArticleBody"/>
        <w:jc w:val="left"/>
      </w:pPr>
      <w:r>
        <w:rPr>
          <w:rFonts w:ascii="Times New Roman" w:hAnsi="Times New Roman" w:eastAsia="Times New Roman" w:cs="Times New Roman"/>
        </w:rPr>
        <w:t>Kéemaan ñetti kéemaan yi ci manna bi dañu war a ko lekk, te saaru Daniel benn mi mooy lu jëm ci lekk. Daniel dafa romb nattu njariñu lekk gi bi mu tànne ñam mu joge ci garab yi gën a ñam wa Babilon. Gannaaw loolu, dañu ko nattal ci mbindam, te mbindam meññeel na benn tasaaro ci diggante kanamam ak kanam ñi lekk ñamu Babilon. Baatu malaaka ñaareel bi mooy woote ngir sore Babilon ci jamonoju tasaaro bi ñuy sos ñaari xeet te gannaaw loolu ñu feeñ. Nattu ñaareel boobu ci Daniel jaar na ci nattu ñetteel bi Nebukadnessar, mi doon nattu ñetteel bi ci saaru benn bi te muy misaal nattu nataalu wurus bi ci saaru ñett bi, mi Sœur White di faral di ko jëfandikoo ngir wax yoonu Dibéeri bi, mi mooy baatu malaaka ñetteel bi. Saaru Daniel benn bi mooy benn fractal bu ñiari saaru ak ñetti saari Daniel yi, te ñetti saari yooyu dañuy tegtal ñetti malaaka yi ci Peeñu Yàlla fukki ñeent, te ci ñoom malaaka bi njëkk ak saaru Daniel benn bi ñoom ñaar ñépp dañuy fractal bu ñetti malaaka yépp ak ñetti saari yépp.</w:t>
      </w:r>
    </w:p>
    <w:p>
      <w:pPr>
        <w:pStyle w:val="ArticleScripture"/>
        <w:jc w:val="left"/>
      </w:pPr>
      <w:r>
        <w:rPr>
          <w:rFonts w:ascii="Times New Roman" w:hAnsi="Times New Roman" w:eastAsia="Times New Roman" w:cs="Times New Roman"/>
        </w:rPr>
        <w:t>“Benn ayubis ci seen yoon wu gudd gi ca màndiŋ ma, waa Israyil daan seedeel benn kéemaan bu am ñetti wàll yuñu dogal ngir dëgërloo seen xel ci sellug Bésub Noflaay bi: ca juróom-benni bés ba, ñaari tolluwaay yu matooni ci manna la daan wàcc; ca juróom-ñaareel ba, benn dara wàccul; te cër bi ñu war a soxla ngir Bésub Noflaay bi, dafa daan sax neex te set, fekk bu ñu desalee dara ci beneen waxtu, dafa daan yàqu ba mënumeesu ko jëfandikoo.</w:t>
      </w:r>
    </w:p>
    <w:p>
      <w:pPr>
        <w:pStyle w:val="ArticleScripture"/>
        <w:jc w:val="left"/>
      </w:pPr>
      <w:r>
        <w:rPr>
          <w:rFonts w:ascii="Times New Roman" w:hAnsi="Times New Roman" w:eastAsia="Times New Roman" w:cs="Times New Roman"/>
        </w:rPr>
        <w:t>“Ci mbir yi ànd ak joxe manna bi, am na nu wér te leer lool ne diisub noonu dees ko sosul, ni ñu bare di wax, ba noppi ba yoon wi joxe ca Sinai. Lu jiitu ba Bànni Israayil agsi Sinai, xamoon nañu ne war nañu leen di sàmm diisub bi. Ci li ñu wara dajale bépp àjjuma benn cër yu ñaar ngir waajal diisub bi, ba manna du wàcc ca bés booba, sellug bésu noppalu bi dañu koy feddali saa su ne ci seen xel. Te ba ñenn ci nit ña génn ca diisub ba ngir dajale manna, Boroom bi laaj ne: ‘Ba kañ ngeen di bañ a sàmm samay ndigal ak samay yoon?’” Patriarchs and Prophets, 296.</w:t>
      </w:r>
    </w:p>
    <w:p>
      <w:pPr>
        <w:pStyle w:val="ArticleBody"/>
        <w:jc w:val="left"/>
      </w:pPr>
      <w:r>
        <w:rPr>
          <w:rFonts w:ascii="Times New Roman" w:hAnsi="Times New Roman" w:eastAsia="Times New Roman" w:cs="Times New Roman"/>
        </w:rPr>
        <w:t>Dajoo te lekkaleen manna, dafay misaalal Yowaana ci fukkiy saraxu Peeñ mi, bi mu jële (dajoo) téere bu ndaw ba ci loxol malaaka ma, ba noppi lekk ko.</w:t>
      </w:r>
    </w:p>
    <w:p>
      <w:pPr>
        <w:pStyle w:val="ArticleScripture"/>
        <w:jc w:val="left"/>
      </w:pPr>
      <w:r>
        <w:rPr>
          <w:rFonts w:ascii="Times New Roman" w:hAnsi="Times New Roman" w:eastAsia="Times New Roman" w:cs="Times New Roman"/>
        </w:rPr>
        <w:t>Noonu maangi malaaka ma, ne ko ci moom: “Jox ma téere bu ndaw bi.” Mu ne ma: “Jël ko te lekk ko; dina wex sa biir, waaye dina neex ci sa gémmiñ ni leñ.” Peeñu Yàlla 10:9</w:t>
      </w:r>
    </w:p>
    <w:p>
      <w:pPr>
        <w:pStyle w:val="ArticleBody"/>
        <w:jc w:val="left"/>
      </w:pPr>
      <w:r>
        <w:rPr>
          <w:rFonts w:ascii="Times New Roman" w:hAnsi="Times New Roman" w:eastAsia="Times New Roman" w:cs="Times New Roman"/>
        </w:rPr>
        <w:t>Yowaana dafa war a dem ci malaaka mi te laaj ko, gannaaw loolu war na “jël” téere bu ndaw bi, te gannaaw loolu war na “lekk” ko. Yowaana dafay teewal ñetti jéego yu malaaka bu njëkk bi ci dem ci malaaka bi ak laaj ko, te loolu topp ci ñaareelu jéego bi di jël ak ñetteelu jéego bi di lekk. Dajeel walla lekk, mooy njëkk ci ñetti nattu yu manna ma; waaye muŋgi ëmb ab fraktal bu ñetti nattu yu manna ma yépp. Dajeel ak lekk manna ma, dafay teewal Yeremi.</w:t>
      </w:r>
    </w:p>
    <w:p>
      <w:pPr>
        <w:pStyle w:val="ArticleScripture"/>
        <w:jc w:val="left"/>
      </w:pPr>
      <w:r>
        <w:rPr>
          <w:rFonts w:ascii="Times New Roman" w:hAnsi="Times New Roman" w:eastAsia="Times New Roman" w:cs="Times New Roman"/>
        </w:rPr>
        <w:t>Déggóon nañ sa wax yi, te lekk naa leen; te sa kàddu nekkoon na ma mbég ak bànneexu sama xol; ndaxte tudd nañu ma ci sa tur, Yàlla Boroom Mbooloom yi. Yeremi 15:16.</w:t>
      </w:r>
    </w:p>
    <w:p>
      <w:pPr>
        <w:pStyle w:val="ArticleBody"/>
        <w:jc w:val="left"/>
      </w:pPr>
      <w:r>
        <w:rPr>
          <w:rFonts w:ascii="Times New Roman" w:hAnsi="Times New Roman" w:eastAsia="Times New Roman" w:cs="Times New Roman"/>
        </w:rPr>
        <w:t>Ay kàddu “gisees na leen” ci Yeremi, mi doon seet te ba noppi ñaan ngir téere bu tuuti bi. Kàddug Yàlla gisees na ko bi ñuy dajale mana ma. Dajale ak lekk mana ma, dafay mel ni Esëkiel mi lekk téere bi ñu ko joxoon; te ci def loolu, mu wone ne bañ a lekk téere bi mooy mel ni kër gu réer gi.</w:t>
      </w:r>
    </w:p>
    <w:p>
      <w:pPr>
        <w:pStyle w:val="ArticleScripture"/>
        <w:jc w:val="left"/>
      </w:pPr>
      <w:r>
        <w:rPr>
          <w:rFonts w:ascii="Times New Roman" w:hAnsi="Times New Roman" w:eastAsia="Times New Roman" w:cs="Times New Roman"/>
        </w:rPr>
        <w:t>Waaye yow, doomu nit ki, déggal li ma lay wax; bul dikk ni kër ga nag ni mu réy a moytu: ubbi sa gémmiñ, te lekk li ma lay jox. Ba ma xoolee nag, gis naa loxo buy yónnee ci man; te xoolal, téere bu ñu wër doon nekk ci biiram. Mu tàllal ko ci sama kanam; te dañu ko bindoon ci biir ak ci biti: te li ñu ca bindoon mooy jooy, ak naqar, ak alkande. Te mu ne ma itam: Doomu nit ki, lekkal li nga gis; lekkal wër wu téere wii, te dem wax ak kërug Israyil.</w:t>
      </w:r>
    </w:p>
    <w:p>
      <w:pPr>
        <w:pStyle w:val="ArticleScripture"/>
        <w:jc w:val="left"/>
      </w:pPr>
      <w:r>
        <w:rPr>
          <w:rFonts w:ascii="Times New Roman" w:hAnsi="Times New Roman" w:eastAsia="Times New Roman" w:cs="Times New Roman"/>
        </w:rPr>
        <w:t>Kon ma ubbi sama gémmiñ, te mu lekkal ma kër gu bind ga. Mu ne ma: “Doomu nit ki, lekkal sa biir te feesal sa yaram ak kër gu bind gi may la.” Noonu lekk naa ko; te neex na ci sama gémmiñ ni lewul ci saf-safam. Ezekiel 2:8–3:3.</w:t>
      </w:r>
    </w:p>
    <w:p>
      <w:pPr>
        <w:pStyle w:val="ArticleBody"/>
        <w:jc w:val="left"/>
      </w:pPr>
      <w:r>
        <w:rPr>
          <w:rFonts w:ascii="Times New Roman" w:hAnsi="Times New Roman" w:eastAsia="Times New Roman" w:cs="Times New Roman"/>
        </w:rPr>
        <w:t>Su Esekiel bañoonul lekk téere bu ndaw boobu, kon dina bokk ci kër gu weddi gi, te “mbind” mi ci “téere” bi mu war a lekk, mi ngi ko wone ni mooy “jooy, ak naqar, ak alkande,” muy tegtal ab yégle bu ñetti wàll ci mujjug fan yi. Yégle bu ñetti wàll bi ci mujjug fan yi mooy yégle yi ñetti malaaka yi nekk ci Peeñu 14, te wàllu mbir mi Esekiel joxe ci ñetti yégle yooyu mooy wàllu Islaam ak ñetteel alkande bi. Ñetti yégle yooyu am nañu alfa ak omega, te ñetteel bi mooy “alkande,” muy benn cim màndarga yu njëkk yi yu Islaam; noonu alfa war na méngoo ak omega, ba taxna “jooy yi” mooy tegtal jooy ya tàmbalee 9/11 ak agsi gi juróomeel trompet bi ak ñetteel alkande bi, te dina yokku ndànk-ndànk ba ca juróom-ñaari musiba yu mujj ya. Ca “yëngu-yëngub suuf” bu yoonu Dimaas bi ci Peeñu 11, ñetteel alkande bi di ñëw gaaw, te waxi xel mu sell mi ngi nu xamal ne dogal bu jubulwul bi ci Esayi 10 mooy yoonu Dimaas boobu. Aaya bi tàmbalee dafa wax ne “alkande” ci kaw ñiy sàkk dogal yu jubulwul.</w:t>
      </w:r>
    </w:p>
    <w:p>
      <w:pPr>
        <w:pStyle w:val="ArticleBody"/>
        <w:jc w:val="left"/>
      </w:pPr>
      <w:r>
        <w:rPr>
          <w:rFonts w:ascii="Times New Roman" w:hAnsi="Times New Roman" w:eastAsia="Times New Roman" w:cs="Times New Roman"/>
        </w:rPr>
        <w:t>Lekkaale manna ma moo doon jëfandoo bu njëkk ci ñetti nattu yi, ñaareelu bi mooy “ñaaral” gi ci bésu waajal. Te lu ñu doon waajal? Ñu doon waajal ngir nattu Sabat bi, mi di yégleb malaaka bu ñetteel bi.</w:t>
      </w:r>
    </w:p>
    <w:p>
      <w:pPr>
        <w:pStyle w:val="ArticleBody"/>
        <w:jc w:val="left"/>
      </w:pPr>
      <w:r>
        <w:rPr>
          <w:rFonts w:ascii="Times New Roman" w:hAnsi="Times New Roman" w:eastAsia="Times New Roman" w:cs="Times New Roman"/>
        </w:rPr>
        <w:t>Kéeméere buy ñett yooyu doon na itam njëkk wala alfa ci fukki nattu yi. Yàlla joxe na manna ci njëkk waat bi, gannaaw loolu Mu joxe benn cër bu “ñaari yoon” ci ñaareelu waat bi, waaye amul dara ci ñetteelu waat bi. Ñetteelu nattu bi wuute na ak ñaari nattu yu njëkk ya, ndaxte ñetteelu bi mooy nattu bu leeral dëgg bi. Ñetti nattu yooyu dañuy tegu alfa bu jéego gu fukki waat yu nattu, te loolu moo jiite ba ci njëkk Kadesh.</w:t>
      </w:r>
    </w:p>
    <w:p>
      <w:pPr>
        <w:pStyle w:val="ArticleBody"/>
        <w:jc w:val="left"/>
      </w:pPr>
      <w:r>
        <w:rPr>
          <w:rFonts w:ascii="Times New Roman" w:hAnsi="Times New Roman" w:eastAsia="Times New Roman" w:cs="Times New Roman"/>
        </w:rPr>
        <w:t>Bu fekkee teolog yépp yi, dinga gis bari limu fukki nattu yi, yi mottali seen tëj ci Kadesh bu jëkk ba. Lu ëpp ci ñoom dafa boole Géej gu Xonq mi benn ci fukki nattu yi, te ñenn ñi dañuy boole itam ay màndarga yu jaar ci cosaan, yu jiitu Géej gu Xonq mi bi mbas yi nekkee. Ñoom ñépp dañoo juum.</w:t>
      </w:r>
    </w:p>
    <w:p>
      <w:pPr>
        <w:pStyle w:val="ArticleBody"/>
        <w:jc w:val="left"/>
      </w:pPr>
      <w:r>
        <w:rPr>
          <w:rFonts w:ascii="Times New Roman" w:hAnsi="Times New Roman" w:eastAsia="Times New Roman" w:cs="Times New Roman"/>
        </w:rPr>
        <w:t>Nattu jëfandikoo bu njëkk bi mooy mànn bi. Pawulo wax na ne jàllug Géej gu xonq ga doon na sóobu ci ndox.</w:t>
      </w:r>
    </w:p>
    <w:p>
      <w:pPr>
        <w:pStyle w:val="ArticleScripture"/>
        <w:jc w:val="left"/>
      </w:pPr>
      <w:r>
        <w:rPr>
          <w:rFonts w:ascii="Times New Roman" w:hAnsi="Times New Roman" w:eastAsia="Times New Roman" w:cs="Times New Roman"/>
        </w:rPr>
        <w:t>Rakk yi, bokk yi, bëgguma ngeen xamul ne sunuy baay yépp nekkoon nañu ci suux bi, te ñoom ñépp jàll nañu ci géej gi; te ñoom ñépp sóobu nañu ci Musa ci suux bi ak ci géej gi. 1 Corinthians 10:1, 2.</w:t>
      </w:r>
    </w:p>
    <w:p>
      <w:pPr>
        <w:pStyle w:val="ArticleBody"/>
        <w:jc w:val="left"/>
      </w:pPr>
      <w:r>
        <w:rPr>
          <w:rFonts w:ascii="Times New Roman" w:hAnsi="Times New Roman" w:eastAsia="Times New Roman" w:cs="Times New Roman"/>
        </w:rPr>
        <w:t>Musaa dafay misaal Yeesu, te sóobu Yeesu di won nee am na benn yoonu nattu gu am ñetti wàll, di tàmbalee ak di jébbal ci nattu bëgg-bët. Bant bi dafa amoon misaal ci Jéggi-Guddi gi ca Misra. Ba ñu génnee ca beneen wet gu Géej gu Xonq ga, Almasi bi dafa dekkiwoon ni saraxu njëkk meññ. Bi Mu génnee ca bàmmeel bu ndox ba ci loxoy Yaxya Miy Sóob, Almasi bi (saraxu njëkk meññ bi) dafa tàmbalee benn yoonu nattu bu ñeent fukk fan. Gannaaw bi Mu dekkiwee, ni ko misaalal woon ci sóobam, amoon na ñeent fukk fan yu Almasi bi doon jëfandikoo ak taalibe yi kanam ak kanam. Yoonu nattu bi di tàmbalee gannaaw jéggi Géej gu Xonq ga, ni ko wóoré ne Xelum Mi dafa ko yóbbu ca màndiŋ ma saa su Mu génnee ci ndox mi.</w:t>
      </w:r>
    </w:p>
    <w:p>
      <w:pPr>
        <w:pStyle w:val="ArticleBody"/>
        <w:jc w:val="left"/>
      </w:pPr>
      <w:r>
        <w:rPr>
          <w:rFonts w:ascii="Times New Roman" w:hAnsi="Times New Roman" w:eastAsia="Times New Roman" w:cs="Times New Roman"/>
        </w:rPr>
        <w:t>Nattu jëfandikukat bi ci Kirist mooy bëgg-bakkan, ndaxte Mburu Asamaan jël na liggéeyam gu ñu ko fal right fa Adam daanu woon. Nattu bi njëkk gannaaw Dexugu Xonq mooy nattu manna bu ñetti wàll yu mel ni nattu bu ñetti wàll bi ñu teg ci Mburu Asamaan. Nattu Kirist tambalee na gannaaw ba Mu génne ci ndox mi, noonu itam fukk nattu ya war nañu tambali “gannaaw” ba ñoom génne ci ndox mi. Bu boobaa, Kirist dafa jànkoonte ak nattu bu ñetti wàll, bu ñu sàmm ci jamono ju jëm ci bëgg-bakkan, ni ko nattu manna bu ñetti wàll bi di misaal, bi tambalee gannaaw ba Xel mi dàq Israyil gu yàgg ga génne Misra, dugg leen ca màndiŋ ma.</w:t>
      </w:r>
    </w:p>
    <w:p>
      <w:pPr>
        <w:pStyle w:val="ArticleBody"/>
        <w:jc w:val="left"/>
      </w:pPr>
      <w:r>
        <w:rPr>
          <w:rFonts w:ascii="Times New Roman" w:hAnsi="Times New Roman" w:eastAsia="Times New Roman" w:cs="Times New Roman"/>
        </w:rPr>
        <w:t>Yeneen lim yu bari ci xalaat ngir xam ban i ngoor yu fippu la fukki nattu yi jeexee ca Kades di teg ci seen leer, dañuy boole ngooru Aarón bu wërsëg-góol gu wurus jëfandikoo ko muy benn ci yooyu fukki nattu; waaye dañu juum.</w:t>
      </w:r>
    </w:p>
    <w:p>
      <w:pPr>
        <w:pStyle w:val="ArticleBody"/>
        <w:jc w:val="left"/>
      </w:pPr>
      <w:r>
        <w:rPr>
          <w:rFonts w:ascii="Times New Roman" w:hAnsi="Times New Roman" w:eastAsia="Times New Roman" w:cs="Times New Roman"/>
        </w:rPr>
        <w:t>Meri wurus nag guus-gi tektel naari ñaari nattu. Lool mooy benn mbir bu am solo ci misaalu wurus nag gi. Bokk-na ci ne, jamono ji nit ñi xalaate ne Yàlla du gis, ñu wone seen bokk ak xar-kanam; gannaaw lool, Muuse dellusi. Noonu nit ñi def tànn bu nekk ci sax ci seen bokk ak xar-kanam ci kanam Yàlla bu leer, ni ko Muuse di firndeel.</w:t>
      </w:r>
    </w:p>
    <w:p>
      <w:pPr>
        <w:pStyle w:val="ArticleBody"/>
        <w:jc w:val="left"/>
      </w:pPr>
      <w:r>
        <w:rPr>
          <w:rFonts w:ascii="Times New Roman" w:hAnsi="Times New Roman" w:eastAsia="Times New Roman" w:cs="Times New Roman"/>
        </w:rPr>
        <w:t>Ci ñaari wut gu yéex tey yokku ci wàllug weddi gi, nu gis genn xaaj yu njëk ci xeetu yi ci yoon wu yonent bi, ba xeetu Lewi tàmbalee am benn sargal bu sell bu jëm ci liggéeyu kër Yàlla rekk; ndax ba ci kanam weddi googu, liggéeyu kër Yàlla waroon a nekk lu taq ci ñi jiitu juddoo ci bépp xeet. Loolu dootul woon mel noonu. Léegi xeetu Lewi bu takku ci ngëm mooy denc te yor kër-kawe ga. “Xaaj” walla tasaaroo ci “ñaari” mooy benn cër bu bokk ci melokaanu yonent bi bu wërsëgu wurus ga.</w:t>
      </w:r>
    </w:p>
    <w:p>
      <w:pPr>
        <w:pStyle w:val="ArticleBody"/>
        <w:jc w:val="left"/>
      </w:pPr>
      <w:r>
        <w:rPr>
          <w:rFonts w:ascii="Times New Roman" w:hAnsi="Times New Roman" w:eastAsia="Times New Roman" w:cs="Times New Roman"/>
        </w:rPr>
        <w:t>Weddi Aaroŋ misaale woon na ci weddi Yereboam, buur bu njëkk bu nguurug bérab bu bëj-gànnaar bu Israyil. Yereboam “ñaareel” naguru wurus yi, dafa teg benn ci Betel ak benn ci Daan. Aaroŋ ak Yereboam dañuy teewal jaar-jaari taarix yu bokk, te loolu mooy taarixu sosub nataalu rab wa. Taarixu nataalu rab wa mat na ci ñaari jamono, yu xàjjaloo ak yoonu Dibeer bi ci Etazini. Nataalu rab wa mooy misaalu booloog kër-ceeb ak nguur, gi ñu tabaxal njëkk ci Etazini, te gannaaw gi ci addina si.</w:t>
      </w:r>
    </w:p>
    <w:p>
      <w:pPr>
        <w:pStyle w:val="ArticleBody"/>
        <w:jc w:val="left"/>
      </w:pPr>
      <w:r>
        <w:rPr>
          <w:rFonts w:ascii="Times New Roman" w:hAnsi="Times New Roman" w:eastAsia="Times New Roman" w:cs="Times New Roman"/>
        </w:rPr>
        <w:t>Am na mel ni bépp xaajoo bu ànd ak màndarga yi jëm ci nataalu rab wi. Ci jamonoy Aaróon, mooyoon tasare gi ci diggante Leweet yi ak ñeneen ñi; ci jamonoy Yerobowam, mooyoon tasare gi tax ñaar fukki giir ya doon ñaar giiri bëtub bëj-saalum ak fukk giiri bëtub bëj-gànnaar.</w:t>
      </w:r>
    </w:p>
    <w:p>
      <w:pPr>
        <w:pStyle w:val="ArticleBody"/>
        <w:jc w:val="left"/>
      </w:pPr>
      <w:r>
        <w:rPr>
          <w:rFonts w:ascii="Times New Roman" w:hAnsi="Times New Roman" w:eastAsia="Times New Roman" w:cs="Times New Roman"/>
        </w:rPr>
        <w:t>Mbind miir gu yoonu nguur ak yoonu réew mi, Yowaana woowe na ko ci téereb Peeñ gi nekk “natalu rab wi.” Wuru-Aaroŋ ak xuruus yu wurus yu Yerobowam yi dañoo doon natalu rab; te rab wi ñu doon natalu mooy Babulon, ndaxte jëkkër nguur gi ci waxi yonent yi nekk ci Biibël, dañu koy tekki ci boppu “wurus” ci saaru ñaareel bi ci Danyeel. Natalu rab wi dafay tegu ci ñaari nattu, ndaxte nattu bi, jëkk, ñu indi ko ci kaw rab wu suuf si—Etazini—te gannaaw loolu, ci saaru fukki ak ñett baat bu Peeñ gi, Etazini dafay gaawloo àddina si ngir tax ñu samp natalu rab wi. Nattu bu jëkk bi mooy USA, te bu ñaareel bi mooy àddina si.</w:t>
      </w:r>
    </w:p>
    <w:p>
      <w:pPr>
        <w:pStyle w:val="ArticleScripture"/>
        <w:jc w:val="left"/>
      </w:pPr>
      <w:r>
        <w:rPr>
          <w:rFonts w:ascii="Times New Roman" w:hAnsi="Times New Roman" w:eastAsia="Times New Roman" w:cs="Times New Roman"/>
        </w:rPr>
        <w:t>«Bu Amerig, suufu diine ak ngoralu xel mu sell, booy booloo ak Papasi ngir jébbal xel nit ñi te dugal leen ci teral ngir ñu wormaal Noflaay bu fen bi, nit ñi ci bépp réew ci suuf si yépp dinañu ñu jiite ngir topp seetamam.» Testimonies, volume 6, 18.</w:t>
      </w:r>
    </w:p>
    <w:p>
      <w:pPr>
        <w:pStyle w:val="ArticleScripture"/>
        <w:jc w:val="left"/>
      </w:pPr>
      <w:r>
        <w:rPr>
          <w:rFonts w:ascii="Times New Roman" w:hAnsi="Times New Roman" w:eastAsia="Times New Roman" w:cs="Times New Roman"/>
        </w:rPr>
        <w:t>«Réew yi nekk bitim réew dinañu topp royukaayu États-Unis. Doonte mo jiitu, waaye benn jafe-jafe boobu dina dal sunuy nit ci bépp bérab ci àddina si.» Testimonies, volume 6, 395.</w:t>
      </w:r>
    </w:p>
    <w:p>
      <w:pPr>
        <w:pStyle w:val="ArticleBody"/>
        <w:jc w:val="left"/>
      </w:pPr>
      <w:r>
        <w:rPr>
          <w:rFonts w:ascii="Times New Roman" w:hAnsi="Times New Roman" w:eastAsia="Times New Roman" w:cs="Times New Roman"/>
        </w:rPr>
        <w:t>Ndaxug xuruuru wurus wi am na ñaari wàll te muy màndarga ñaar ci juróom-ñent yi jëkk a nekk nattu yu jiitu, yi di wël ci nattu bu fukk ba, mooy nattu bu mujj ba ca Kadesh bu jëkk ba. Bu ñu boolee ndàqaaru Aaron ak yi Jeroboam “rëdd ci kaw rëdd”, dinga gis ne Aaron, saraxalekat bu mag ba, day tegu ci kaw kër-ceeb, te Jeroboam, buurub Israayil ba, day tegu ci kaw réew mi. Ñaari rëdd yooyu, bu ñu nekk benn, dañuy màndarga booloo gu njëkk ci diggante kër-ceeb ak réew. Ñaari sarxalkatu Jeroboam yooyu sampoon nañu leen ci Betel, (li tekki mooy kër-ceeb), ak Dan (li tekki mooy àtte), te ñoom ñaar ñépp dañuy tegu ci kaw booloog kër-ceeb ak réew. Gannaaw bi pexe yi taxawee noonu, dinañu tàmbali xàmle fukki nattu yi.</w:t>
      </w:r>
    </w:p>
    <w:p>
      <w:pPr>
        <w:pStyle w:val="ArticleBody"/>
        <w:jc w:val="left"/>
      </w:pPr>
      <w:r>
        <w:rPr>
          <w:rFonts w:ascii="Times New Roman" w:hAnsi="Times New Roman" w:eastAsia="Times New Roman" w:cs="Times New Roman"/>
        </w:rPr>
        <w:t>Fukkii nattu ña ngi nekk ci wàllu noppalu bésub Noflaay bi (Hebrews 3–4). Ñu tàmbalee ak kéemaanu manna bi ñetti yoon ak njàngaleem ci bésub Noflaay bi, te mu jeex ci fukki baat bi, mooy Kades bu njëkk bi. Kades boobu njëkk mooy “bésu merloo bi ci Mbind mi,” te Pool dafa teg ngëstu mujj gi ci wàllu nattu bésub Noflaay bi. Nattu Alfa bi mooy bésub Noflaay bi, ni ko manna bi doon màndarga, te nattu fukk baat bi ak Omega bi ci Kades bu njëkk bi itam mooy noppalu bésub Noflaay bi. Alfa ak Omega daanaka di wone mujj gi ak njàlbéen gi.</w:t>
      </w:r>
    </w:p>
    <w:p>
      <w:pPr>
        <w:pStyle w:val="ArticleScripture"/>
        <w:jc w:val="left"/>
      </w:pPr>
      <w:r>
        <w:rPr>
          <w:rFonts w:ascii="Times New Roman" w:hAnsi="Times New Roman" w:eastAsia="Times New Roman" w:cs="Times New Roman"/>
        </w:rPr>
        <w:t>Moo tax, (ni Xel mu Sell mi waxe, Léegi bu ngeen déggee baatam, buleen deñqal seen xol, ni ci bés ba ñu ma merloo, ci bésu nattu ga ca màndiŋ ma: fa seen maam yi ma nattu, di ma seet, te gis sama jëf yi di ñeent-fukk at. Moo tax ma metti ak xeetu nit ñooñu, te ne, Saa su nekk dañuy réer ci seen xol; te xamuñu sama yoon yi. Noonu ma giñ ci sama mer ne, Duñu dugg ci sama noflaay.)</w:t>
      </w:r>
    </w:p>
    <w:p>
      <w:pPr>
        <w:pStyle w:val="ArticleScripture"/>
        <w:jc w:val="left"/>
      </w:pPr>
      <w:r>
        <w:rPr>
          <w:rFonts w:ascii="Times New Roman" w:hAnsi="Times New Roman" w:eastAsia="Times New Roman" w:cs="Times New Roman"/>
        </w:rPr>
        <w:t>Mballuleen, bokkleen, ba benn ci yéen xol bu bon bu weddi ngir dëddoo ak Yàlla ju dund ji. Waaye dénkanteleen bés bu nekk, fekk mu ngi tudd Tey; ngir bañ kenn ci yéen dëgër ndax naxalu bàkkaar. Ndaxte nun nekk nañu bokk ak Kirist, su nu téye njàlbéenug sunu kóolute ba ca mujj ga, te sax ci.</w:t>
      </w:r>
    </w:p>
    <w:p>
      <w:pPr>
        <w:pStyle w:val="ArticleScripture"/>
        <w:jc w:val="left"/>
      </w:pPr>
      <w:r>
        <w:rPr>
          <w:rFonts w:ascii="Times New Roman" w:hAnsi="Times New Roman" w:eastAsia="Times New Roman" w:cs="Times New Roman"/>
        </w:rPr>
        <w:t>Bi ñuy wax ne: “Tey, su ngeen déggée baatam, buleen dëgëral seen xol, ni ko deme woon ca fexe ga.” Ndax am na ñenn ñi, bi ñu déggée baat ba, ñu fexeel; waaye du ñépp ñi génn Misra ci loxol Musaa. Waaye ak kan la meroon diirub ñeent-fukki at? Ndax du ak ñi bàkkaaroon, te seen yaram daanu ca màndiŋ ma? Te ñan la giñal ne duñu dugg ci noppalikuam, su dul ñi gëmul woon? Noonu, gis nanu ne mënuñu woon a dugg ndax ngëmadi.</w:t>
      </w:r>
    </w:p>
    <w:p>
      <w:pPr>
        <w:pStyle w:val="ArticleScripture"/>
        <w:jc w:val="left"/>
      </w:pPr>
      <w:r>
        <w:rPr>
          <w:rFonts w:ascii="Times New Roman" w:hAnsi="Times New Roman" w:eastAsia="Times New Roman" w:cs="Times New Roman"/>
        </w:rPr>
        <w:t>Kon nag ragal, na ndax benn ci yéen mel ni mu romb lu ñu nu bàyyi ci digeb dugg ci noflaayam. Ndaxte xebaar bu baax bi yéglees na ko nu, ni ñoom itam; waaye kàddu gi ñu leen yégle woon jariñu leen dara, ndaxte jaxasuwul ak ngëm ci ñi ko dégg.</w:t>
      </w:r>
    </w:p>
    <w:p>
      <w:pPr>
        <w:pStyle w:val="ArticleScripture"/>
        <w:jc w:val="left"/>
      </w:pPr>
      <w:r>
        <w:rPr>
          <w:rFonts w:ascii="Times New Roman" w:hAnsi="Times New Roman" w:eastAsia="Times New Roman" w:cs="Times New Roman"/>
        </w:rPr>
        <w:t>Ndax nun ñi gëm, dugg nañu ci noflaay ga, ni Mu waxe ne: “Naka laa giñee ci sama mer, duñu dugg ci sama noflaay,” doontey jëf yi matoon nañu dale ko ca sosug àddina. Ndaxte wax na ci benn bérab bu jëm ci bésub juróom-ñaareel bi, ne: “Yàlla noppaliku na ca bésub juróom-ñaareel ba ci bépp ay jëfam.” Te ci fii itam, ne: “Duñu dugg ci sama noflaay.”</w:t>
      </w:r>
    </w:p>
    <w:p>
      <w:pPr>
        <w:pStyle w:val="ArticleScripture"/>
        <w:jc w:val="left"/>
      </w:pPr>
      <w:r>
        <w:rPr>
          <w:rFonts w:ascii="Times New Roman" w:hAnsi="Times New Roman" w:eastAsia="Times New Roman" w:cs="Times New Roman"/>
        </w:rPr>
        <w:t>Kon nag nekk na ñenn war nañu dugg ci moom, te ñi jëkk a yéglee ko duggulñu ndax seen ngëmadi: Kon nag, mu wàccaat ab bés bu mu tànn, di wax ci Dawuda ne: “Tey”, gannaaw yàgg bu tollu noonu; ni ñu ko waxe ne: “Tey, su ngeen déggée baatam, buleen dëgërël seen xol.”</w:t>
      </w:r>
    </w:p>
    <w:p>
      <w:pPr>
        <w:pStyle w:val="ArticleScripture"/>
        <w:jc w:val="left"/>
      </w:pPr>
      <w:r>
        <w:rPr>
          <w:rFonts w:ascii="Times New Roman" w:hAnsi="Times New Roman" w:eastAsia="Times New Roman" w:cs="Times New Roman"/>
        </w:rPr>
        <w:t>Ndaxte bu fekkee ne Yeesu mayoon na leen noflaay, kon du waxoon gannaaw loolu ci beneen bés.</w:t>
      </w:r>
    </w:p>
    <w:p>
      <w:pPr>
        <w:pStyle w:val="ArticleScripture"/>
        <w:jc w:val="left"/>
      </w:pPr>
      <w:r>
        <w:rPr>
          <w:rFonts w:ascii="Times New Roman" w:hAnsi="Times New Roman" w:eastAsia="Times New Roman" w:cs="Times New Roman"/>
        </w:rPr>
        <w:t>Kon nag ci noppaloo ngir askanu Yàlla. Ndaxte ku duggee ci noppaluam, moom itam bàyyi na ay jëfam, ni Yàlla bàyyiwoon ay jëfam. Kon nañu góor-góorlu ngir dugg ci noppaloo googu, ngir bañ kenn daanu topp misaalu benn gaamul googa. Hébreux 3:8–4:11.</w:t>
      </w:r>
    </w:p>
    <w:p>
      <w:pPr>
        <w:pStyle w:val="ArticleBody"/>
        <w:jc w:val="left"/>
      </w:pPr>
      <w:r>
        <w:rPr>
          <w:rFonts w:ascii="Times New Roman" w:hAnsi="Times New Roman" w:eastAsia="Times New Roman" w:cs="Times New Roman"/>
        </w:rPr>
        <w:t>Ci “bésub dayug xëcc bi,” ñu bañ nañu bataaxalu Josuwe ak Kaleb. Xaaj bi tënk na ci ñi dul dugg, ndax seen ngëmadi ci benn bataaxal bu ñu dégg. Bataaxal boobu, “noflaay” lañu koy fésal.</w:t>
      </w:r>
    </w:p>
    <w:p>
      <w:pPr>
        <w:pStyle w:val="ArticleScripture"/>
        <w:jc w:val="left"/>
      </w:pPr>
      <w:r>
        <w:rPr>
          <w:rFonts w:ascii="Times New Roman" w:hAnsi="Times New Roman" w:eastAsia="Times New Roman" w:cs="Times New Roman"/>
        </w:rPr>
        <w:t>“Ñi bëggul a jox Boroom bi ndimbal wu takku, wóor, te am mbëggeel, duñu gis noppalu xel ci dund gi, mbaa ci dund gu ñëw. ‘Kon nag, am na noppalu bu des ngir askanu Yàlla.... Nanu sonn nag ngir dugg ci noppalu boobu, ngir kenn bañ a lakk ci misaal moomu mu ñàkk ngëm.’ Noppalu bi ñuy wax fii mooy noppaluug yiw, bi ñuy jot ci topp ndigalu bi. ‘Sonnleen ak sago.’” Pacific Union Recorder, 7 Nowàmbar 1901.</w:t>
      </w:r>
    </w:p>
    <w:p>
      <w:pPr>
        <w:pStyle w:val="ArticleBody"/>
        <w:jc w:val="left"/>
      </w:pPr>
      <w:r>
        <w:rPr>
          <w:rFonts w:ascii="Times New Roman" w:hAnsi="Times New Roman" w:eastAsia="Times New Roman" w:cs="Times New Roman"/>
        </w:rPr>
        <w:t>“Ñàkka” gi mooy ndigal li ñu tegtal ci ndigal Yosuwe ak Kaleb. Pool jëfandikoo dëgg yi bokk ak bésub noflaay bu juróom-ñaareelu fan ngir nekk misaal bu ndigalug “ñàkka” gi nga xam ne ñi waroon dee ci màndiŋ mi bañ nañu ko.</w:t>
      </w:r>
    </w:p>
    <w:p>
      <w:pPr>
        <w:pStyle w:val="ArticleBody"/>
        <w:jc w:val="left"/>
      </w:pPr>
      <w:r>
        <w:rPr>
          <w:rFonts w:ascii="Times New Roman" w:hAnsi="Times New Roman" w:eastAsia="Times New Roman" w:cs="Times New Roman"/>
        </w:rPr>
        <w:t>Wax ji naan, “Tey bu ngeen bëggee dégg baatam,” mooy benn ak li téere Révélation di xojjo ci ku nekk buy dégg baatu Xel mi, maanaam dégg yégleb Xel mi, te yégleb googu mooy yégleb taw wu mujj wi, te yégleb googu mooy yégleb “ndimbal” li. Ca Kadesh baat boobu jolli, te ñi weddi tann njiit bu bees ngir dellu leen Misra. Jaar-jaaru bàkkaar boobu ñu wax ci Sabóor 95 ak ci Hébreux, ba Pawulo waxe ko. Jaar-jaar boobu feeñal na ñàkkug njubte ga Israeel gu yàgg gi wone ci seeni fukki nattu yu ñaareel. Nattu alfa bi ci fukki nattu yooyu tàmbalee na ak kéemaan gu ñetti yoon ci man na mi, miy melokaan ci yégle yi ñetti malaka yi, Yoonu Yàlla, noppalu Sabaa bi, Mburu Asamaan bi, déggal ak àtte—and nattu bu mujj bi ci fukki nattu yooyu mooy nattu “ndimbal” li. “Ndimbal” lu xéewal bi, ni Sœur White waxe ko, mooy melokaanu taw wu mujj wi. Kadesh mooy melokaanu nattu bi di nangu walla bañ yéglebu taw wu mujj wi, bi ñuy wone “rëdd ci kaw rëdd.”</w:t>
      </w:r>
    </w:p>
    <w:p>
      <w:pPr>
        <w:pStyle w:val="ArticleBody"/>
        <w:jc w:val="left"/>
      </w:pPr>
      <w:r>
        <w:rPr>
          <w:rFonts w:ascii="Times New Roman" w:hAnsi="Times New Roman" w:eastAsia="Times New Roman" w:cs="Times New Roman"/>
        </w:rPr>
        <w:t>“Ndox” bi ci kaw xët ba ci xët mooy tuurug Xel mu Sell mi, ni ñu koy firndeel ci taw bi mujj. “Ndox” itam mooy Noflaayub bésub juróom-ñaareel bi, moom mi di saxal gi ñu di teg ci kaw ñi takku yi diine ci jamonoy taw bi mujj. “Ndox” mooy yiw wi di firndeel doole bi ñu jagleel ñaar-fukki junni ak ñeenti-fukki junni ñent fukk ak ñeent yi, su ñaawtéef yi ñu far ba fàww. Yiw woowu du doole rekk bi ñu jagleel te di firndeel sellal, waaye itam mooy yiw wi di joxe jubal bi bu deretu Kirist di jëfandikoo ngir dindi bàkkaar yi ci ruu mi tuub. “Ndox” bu yiw mooy yégleb njubtey Kirist, njubte mu di joxe yiw gi (doole gi) ngir dund te bàkkaarul, ak yiw gi di soppi ab Lawodise mu doon ab Filadelfi. Bu ko yiwug jubal soppee, Lawodise bu njëkk bi, ni mu doon Filadelfi, jaarale ko ci dooley yiw, dafa dox ci yoon wu sell wi di jëm ci màggal. “Ndox” mooy yégleb malaaka bu ñetteel bi, ni ñu ko firndeel ci “jubal ci ngëm ci dëgg.” Ginnaaw loolu noonu la, Kadëc di jëme ci 1888.</w:t>
      </w:r>
    </w:p>
    <w:p>
      <w:pPr>
        <w:pStyle w:val="ArticleBody"/>
        <w:jc w:val="left"/>
      </w:pPr>
      <w:r>
        <w:rPr>
          <w:rFonts w:ascii="Times New Roman" w:hAnsi="Times New Roman" w:eastAsia="Times New Roman" w:cs="Times New Roman"/>
        </w:rPr>
        <w:t>Kadex bu njëkk mi ngi jëfandikoo bataaxal bi ñuy wax “noppaliku,” moom mi di bataaxalu “xibaar bu baax bi.” Xibaar bu baax bu dul jeex mooy ‘liggéeyu Almasi bi ci dugal ab yoonu nattu bu am ñetti xaaj, buy jur te gannaaw loolu feeñal ñaari xeetu way-jaamu.’ Bataaxalu xibaar bu baax bu dul jeex bu “noppaliku” ci Kadex bu njëkk day tegtal ñetti bataaxali xibaar bu baax bu dul jeex, bi ñuy yoroo ci ñetti liggéeyi Xel mu Sell mi, miy tax nit xam bàkkaar, njub ak àtte. Ñetti jéego yooyu mooy benn benn ak ñetti jéego yu nattu yi nekk ci nattub mannaa bi!</w:t>
      </w:r>
    </w:p>
    <w:p>
      <w:pPr>
        <w:pStyle w:val="ArticleBody"/>
        <w:jc w:val="left"/>
      </w:pPr>
      <w:r>
        <w:rPr>
          <w:rFonts w:ascii="Times New Roman" w:hAnsi="Times New Roman" w:eastAsia="Times New Roman" w:cs="Times New Roman"/>
        </w:rPr>
        <w:t>Fukki nattu yi tàmbalee ak yeneen natt yu ñett, di xamle ndigal Yàlla, bésu noflaay bu juróom-ñaareel bi, ak yitteb nit ci lekk ak seet ci biir bataaxalu Yàlla. Jëfekaay bu njëkk ci fukki natt yi dañu ko defoon ci ñetti wàll, ni ko mel ci bi mujj bi. Natt bu njëkk bi jëfandikoo manna, muy misaal Mburu Asamaan mi di yékkati bésu noflaay bu juróom-ñaareel bi. Natt bu mujj bi jëfandikoo “noflaay,” muy misaalu yoon wu mujj wi ci jéemantu natt gu mujj gi ci tawub mujj mi, te muy jeexee ci yoonu dibeer ba, fa ñi di teewlu Mburu Asamaan bi dees leen yékkati ni benn ràññee ci bésu noflaay bi.</w:t>
      </w:r>
    </w:p>
    <w:p>
      <w:pPr>
        <w:pStyle w:val="ArticleBody"/>
        <w:jc w:val="left"/>
      </w:pPr>
      <w:r>
        <w:rPr>
          <w:rFonts w:ascii="Times New Roman" w:hAnsi="Times New Roman" w:eastAsia="Times New Roman" w:cs="Times New Roman"/>
        </w:rPr>
        <w:t>Ndoorte fukki ci fukk yépp nattu yi, ni it noonu mujjug fukk yépp nattu yi, dañuy jëfandikoo waxtu Noflaay bi, ak yégle xebaaru xebaar bu baax bi ñu boole ak Noflaay bi, mooy xebaar bu baax bu sax ba fàwwu màggaayub ñetteelu malaaka bi. Kadesh bu njëkk bi mooy omega bu fukk yépp nattu yi, kon alpha bu fukk yépp nattu yi war na am benn xeetu melokaan. Kadesh dafa tegtaloon atum 1863, ba Boroom bi bëggoon noo jeexal liggéeyam te yóbbu askanam kër ga, waaye dugg gi ci Suuf su Digoon ba jóg ngeen na yàgg.</w:t>
      </w:r>
    </w:p>
    <w:p>
      <w:pPr>
        <w:pStyle w:val="ArticleScripture"/>
        <w:jc w:val="left"/>
      </w:pPr>
      <w:r>
        <w:rPr>
          <w:rFonts w:ascii="Times New Roman" w:hAnsi="Times New Roman" w:eastAsia="Times New Roman" w:cs="Times New Roman"/>
        </w:rPr>
        <w:t>“Ci jàng ci gëstu kàdduy Mbind mi di topp, dinanu gis ni Yàlla dafa xooloon Israyil bu yàgg ba.”</w:t>
      </w:r>
    </w:p>
    <w:p>
      <w:pPr>
        <w:pStyle w:val="ArticleScripture"/>
        <w:jc w:val="left"/>
      </w:pPr>
      <w:r>
        <w:rPr>
          <w:rFonts w:ascii="Times New Roman" w:hAnsi="Times New Roman" w:eastAsia="Times New Roman" w:cs="Times New Roman"/>
        </w:rPr>
        <w:t>« Ndaxte Boroom bi tànna na Yàggóob ngir moom ci boppam, te Israyil ngir nekkal ko alalam ju ñeel ko.» Zabuur 135:4.</w:t>
      </w:r>
    </w:p>
    <w:p>
      <w:pPr>
        <w:pStyle w:val="ArticleScripture"/>
        <w:jc w:val="left"/>
      </w:pPr>
      <w:r>
        <w:rPr>
          <w:rFonts w:ascii="Times New Roman" w:hAnsi="Times New Roman" w:eastAsia="Times New Roman" w:cs="Times New Roman"/>
        </w:rPr>
        <w:t>«Ndaxte yéen xeet bu sell ngeen ci Yàlla seen Boroom, te Aji Sax ji tànn na leen ngir ngeen doon xeetam bu ñeel moom ci boppam, ba ëpp xeeti xeet yépp yi nekk ci kow suuf si.» Deuteronom 14:2.</w:t>
      </w:r>
    </w:p>
    <w:p>
      <w:pPr>
        <w:pStyle w:val="ArticleScripture"/>
        <w:jc w:val="left"/>
      </w:pPr>
      <w:r>
        <w:rPr>
          <w:rFonts w:ascii="Times New Roman" w:hAnsi="Times New Roman" w:eastAsia="Times New Roman" w:cs="Times New Roman"/>
        </w:rPr>
        <w:t>“‘Ndey nit ñu sell la ngeen ci Boroom bi seen Yàlla: Boroom bi seen Yàlla tànn na leen ngir ngeen doon ay nitam yu jagleel ci moom ci kaw mbooloo yépp yi nekk ci kow suuf si. Boroom bi du ci li ngeen ëppoon limu nit ba mu tegwul ay mbëggeelam ci yéen, te du ci li mu leen tànnewoon; ndaxte yéen ngeen gëna néewoon ci mbooloo yépp.’ Deuteronomy 7:6, 7.</w:t>
      </w:r>
    </w:p>
    <w:p>
      <w:pPr>
        <w:pStyle w:val="ArticleScripture"/>
        <w:jc w:val="left"/>
      </w:pPr>
      <w:r>
        <w:rPr>
          <w:rFonts w:ascii="Times New Roman" w:hAnsi="Times New Roman" w:eastAsia="Times New Roman" w:cs="Times New Roman"/>
        </w:rPr>
        <w:t>“‘Ndax ci lan lañuy xame fii ne man ak sa askan wi gis nañu yiw ci sa kanam? Ndax du ci li ngay ànd ak nun? Noonu lanu may weesu, man ak sa askan wi, ci mboolem xeet yi nekk ci kaw suuf si.’ Exodus 33:16.”</w:t>
      </w:r>
    </w:p>
    <w:p>
      <w:pPr>
        <w:pStyle w:val="ArticleScripture"/>
        <w:jc w:val="left"/>
      </w:pPr>
      <w:r>
        <w:rPr>
          <w:rFonts w:ascii="Times New Roman" w:hAnsi="Times New Roman" w:eastAsia="Times New Roman" w:cs="Times New Roman"/>
        </w:rPr>
        <w:t>“Yoon wuuteel Israayil bu yàgg baa taxaw dafa bonn ci lu bari, te ñaata yoon lañu leen daldi seet ak àttey mbugal, te junni ñuy rey, ndaxte dañu bëgguloon dégg ndigali Yàlla mi leen tànn! Israayilu Yàlla ci fan yu mujj yii nekk na ci fitna gu sax ci jaxasook àddina, ba ñuy ñàkk lépp lu war a firndeel ne ñoom ñoo di xeeti Yàlla bi tànneef. Jàngaatal benn yoon Tit 2:13–15. Fi, ñu yóbbu na nu ba ci fan yu mujj yi, fekk Yàlla di sellalal boppam xeet wu sell wu bernde. Ndax danuy ko merloo ni Israayil bu yàgg baa taxaw daan ko def? Ndax danuy wàcce ay meram ci sunu kaw ndaxte danuy soreek moom, di jaxasook àddina, te di topp ay ñaawtéefi xeet yi nu wër?” Testimonies, volume 1, 282, 283.</w:t>
      </w:r>
    </w:p>
    <w:p>
      <w:pPr>
        <w:pStyle w:val="ArticleBody"/>
        <w:jc w:val="left"/>
      </w:pPr>
      <w:r>
        <w:rPr>
          <w:rFonts w:ascii="Times New Roman" w:hAnsi="Times New Roman" w:eastAsia="Times New Roman" w:cs="Times New Roman"/>
        </w:rPr>
        <w:t>Sërin White laaj na ne: “Ndax nu war a ko meral ni Israayil gu yàgg ga defoon?” Nu koy meral bu nu jaxaseek àddina, mi Misra tegtal, moom dal bi ñi weddi woon ca Kadesh bëgg a tann njiit ngir jiite leen dellu fa. Ci 1863, bëgg-bëgg gu dellu Misra ak tannug njiit bu bees bi, xel mu Sell mi dafa koy firndeel ne mooy bëgg a booleek àddina.</w:t>
      </w:r>
    </w:p>
    <w:p>
      <w:pPr>
        <w:pStyle w:val="ArticleBody"/>
        <w:jc w:val="left"/>
      </w:pPr>
      <w:r>
        <w:rPr>
          <w:rFonts w:ascii="Times New Roman" w:hAnsi="Times New Roman" w:eastAsia="Times New Roman" w:cs="Times New Roman"/>
        </w:rPr>
        <w:t>Pàcc bi nu nuy xalaat léegi, moom lañ ko jiitu woon ak waxin Sœur White ci mbirum Israayil gu yàgg gi, ci ni ñoom duggul woon ci noflaay ga. Ci jumtukaayu seen wéyadi wuy sax, moom indi na aaya yi di wone ni Yàlla bëggoon a jokkoo ak Jabaaram, waaye Jabaaram bañ na ko. Pàcc bii di ñëw mooy duggal ci li nu jàng appena.</w:t>
      </w:r>
    </w:p>
    <w:p>
      <w:pPr>
        <w:pStyle w:val="ArticleBody"/>
        <w:jc w:val="left"/>
      </w:pPr>
      <w:r>
        <w:rPr>
          <w:rFonts w:ascii="Times New Roman" w:hAnsi="Times New Roman" w:eastAsia="Times New Roman" w:cs="Times New Roman"/>
        </w:rPr>
        <w:t>Ci ñaari kàddu yi mu bind, mu wax ne: “Yàlla dafa soxla ne ay nitam wéeru ci Moom rekk. Bëggul woon ñu jot ndimbal ci ñi ko jaamuul.” Ci atum 1863, Adventismu Millerite bu Laodicea dafay tabax benn booloo ak nguurug États-Unis ngir dimbali ci seeni jéego yu ñuy aar seen xale yu góor ngir bañ a jël leen ci xare ba gëna rey nit ci jaar-jaaru Amerig.</w:t>
      </w:r>
    </w:p>
    <w:p>
      <w:pPr>
        <w:pStyle w:val="ArticleScripture"/>
        <w:jc w:val="left"/>
      </w:pPr>
      <w:r>
        <w:rPr>
          <w:rFonts w:ascii="Times New Roman" w:hAnsi="Times New Roman" w:eastAsia="Times New Roman" w:cs="Times New Roman"/>
        </w:rPr>
        <w:t>“Fii nu jàngi artu yi Yàlla joxoon Israayil gu mag ga. Nekkoonul coobareem gu baax ne ñu daanu lu yàgg ci màndiŋ ma; moo leen bëggoon yóbbu ci saa si Réew mi Mu Digoon, bu ñu ko déggloo te bëgg a top ndawam. Waaye ndaxte ñu ko yéqaaloon yoon yu bare ci màndiŋ ma, Mu giñ ci meram ne duñu dugg ci Noppaluam, lu dul ñaari nit ñi ko toppoon ak seen xol bépp. Yàlla dafa laajoon nitam ñu wéeru ci Moom doŋŋ. Bëgguloon ñu jot ndimbal ci ñi ko jaamuul.”</w:t>
      </w:r>
    </w:p>
    <w:p>
      <w:pPr>
        <w:pStyle w:val="ArticleScripture"/>
        <w:jc w:val="left"/>
      </w:pPr>
      <w:r>
        <w:rPr>
          <w:rFonts w:ascii="Times New Roman" w:hAnsi="Times New Roman" w:eastAsia="Times New Roman" w:cs="Times New Roman"/>
        </w:rPr>
        <w:t>“Baal leen Esdras 4:1–5: «Bi noon noñu bañaale Yuda ak Benyamiiñ déggee ne doom njàppandiku yi di tabax kër Yàlla Boroom Israyil, ñu ñëw ci Serubabel ak ci kilifay baay yi, ne leen: “Nanu tabax ak yéen; ndaxte nun it danuy wut seen Yàlla, ni ngeen koy wute; te danuy saraxal ci moom dàqooni bés yi Esar-Haddoon buur Asiri bi ñu nu yéegale fii.” Waaye Serubabel, Yeesuwa ak desitu kilifay baay yu Israyil wax leen ne: “Amoo leen benn yoon ak nun ci tabax kër sunu Yàlla; waaye nun sax doŋŋ, bokk benn, dina nu ko tabaxal Boroom bi Yàlla Israyil, ni buur Siirus bu Pers bi nu ko santalee.” Noonu askanu réew mi ñu doyloo loxo yi askanu Yuda, jaxase leen ci tabax bi, te ñu fay ay laajukat ngir yàq seen pexe.»”</w:t>
      </w:r>
    </w:p>
    <w:p>
      <w:pPr>
        <w:pStyle w:val="ArticleScripture"/>
        <w:jc w:val="left"/>
      </w:pPr>
      <w:r>
        <w:rPr>
          <w:rFonts w:ascii="Times New Roman" w:hAnsi="Times New Roman" w:eastAsia="Times New Roman" w:cs="Times New Roman"/>
        </w:rPr>
        <w:t>“Esdra 8:21–23: «Noonu ma wax a koor fa, ci dexu Ahava, ngir nu toroxal sunu bopp fa kanam Yàlla sunu Boroom, ngir seet ci moom yoon wu jub wi ñuy jaar, nun ak sunuy xale yu ndaw ak bépp sunu alal. Ndaxte dama rus a ñaan buur bi mbooloom xarekat ak boroom fas ngir ñu dimbali nu ci kaw yoon bi ngir sunu musal ci noon yi; ndax nun dañoo waxoon buur bi ne, Loxo sunu Yàlla ngi ci kaw ñépp ñiy seet moom ngir seen njariñ; waaye dooleem ak meram ngi ci kaw ñépp ñi ko dëddu. Kon nag nu koor, ba noppi ñaan sunu Yàlla ci lii; te mu nangul nu.»”</w:t>
      </w:r>
    </w:p>
    <w:p>
      <w:pPr>
        <w:pStyle w:val="ArticleScripture"/>
        <w:jc w:val="left"/>
      </w:pPr>
      <w:r>
        <w:rPr>
          <w:rFonts w:ascii="Times New Roman" w:hAnsi="Times New Roman" w:eastAsia="Times New Roman" w:cs="Times New Roman"/>
        </w:rPr>
        <w:t>“Yonent bi ak baay yii seetewuñu nit ñi dëkk ci réew mi ni ay jaamu Yàlla ju dëgg ji; te doonte ñoom dañuy wax ne ay xarit lañu te bëgg a dimbali leen, ñoom daretuñu booleek ñoom ci benn mbir mu jëm ci jaamu Yàlla. Bi ñuy dem Yerusalem ngir tabax kër Yàlla te delloo jaamu Yàlla, duñu ñaan buur bi ndimbal ngir ànd ak leen ci yoon wi, waaye koor ak ñaan lañu ko jëfandikoo ngir seet ndimbal ci Boroom bi. Gëm nañu ne Yàlla dina aar ay jaamam te yokk seen njariñ ci seen x efforts ngir jaamu ko. Ki Bind lépp soxlawul ndimbalug ay noonam ngir sampu jaamoom. Du laaj saraxu ñaawtéef, te nanguwul sarax yi ñiy jébbal, ñi am yeneen yàlla yu leen jiitu Boroom bi.”</w:t>
      </w:r>
    </w:p>
    <w:p>
      <w:pPr>
        <w:pStyle w:val="ArticleScripture"/>
        <w:jc w:val="left"/>
      </w:pPr>
      <w:r>
        <w:rPr>
          <w:rFonts w:ascii="Times New Roman" w:hAnsi="Times New Roman" w:eastAsia="Times New Roman" w:cs="Times New Roman"/>
        </w:rPr>
        <w:t>“Yees saxna ba noppi wax ne: ‘Yeen da ngeen bëgg doole ci seen bopp rekk.’ Nun, ci ni mu tollu ci nit ñi, danuy def bépp sarax ngir musal bakkan yi, walla ngir yóbbu leen ci dëgg gi. Waaye bokk ak ñoom, bëgg yi ñuy bëgg, te am xaritoo ak àddina, nun dañu ko ragal def, ndax su nu ko defee, dunu nekk noon ak Yàlla.” Testimonies, volume 1, 281, 282.</w:t>
      </w:r>
    </w:p>
    <w:p>
      <w:pPr>
        <w:pStyle w:val="ArticleBody"/>
        <w:jc w:val="left"/>
      </w:pPr>
      <w:r>
        <w:rPr>
          <w:rFonts w:ascii="Times New Roman" w:hAnsi="Times New Roman" w:eastAsia="Times New Roman" w:cs="Times New Roman"/>
        </w:rPr>
        <w:t>Sœur White wax na, ci kaw njàngatam gu mu jëm ci béggoo gu Kaades, ne: “Boroom Bind bépp mbir soxlawul ndimbalug noonam ngir taxaw ay jaamu-yaramam. Du laaj saraxu ñaawteef, te nanguwul saraxi ñi am yeneen yàlla yu ñu jiital Boroom bi.” Ci atum 1863, doxalin Adventismu Millerite bu Laodise dagg na nekk kanam gu mboolooy ngëm te def alliance ak kàttan ga di gaawantu jaamug Dibéer ci kaw réew mi, te gannaaw loolu ci kaw àddina si.</w:t>
      </w:r>
    </w:p>
    <w:p>
      <w:pPr>
        <w:pStyle w:val="ArticleBody"/>
        <w:jc w:val="left"/>
      </w:pPr>
      <w:r>
        <w:rPr>
          <w:rFonts w:ascii="Times New Roman" w:hAnsi="Times New Roman" w:eastAsia="Times New Roman" w:cs="Times New Roman"/>
        </w:rPr>
        <w:t>Ci jëfandikoo bu ci topp bi, dinañu wéyal sunuy xalaat ci mbind yi yonent yi di wone, yi di yokk ci 1863, te mooy doj wu mujju ci jamono ju yonent ji tàmbalee 1844 ba àgg 1863.</w:t>
      </w:r>
    </w:p>
    <w:p>
      <w:pPr>
        <w:pStyle w:val="ArticleScripture"/>
        <w:jc w:val="left"/>
      </w:pPr>
      <w:r>
        <w:rPr>
          <w:rFonts w:ascii="Times New Roman" w:hAnsi="Times New Roman" w:eastAsia="Times New Roman" w:cs="Times New Roman"/>
        </w:rPr>
        <w:t>Li amoon na, mooy li di ñëw; te li ñu def ba noppi, mooy li ñuy defaat: amul benn lu bees ci suuf si. Ndax am na dara lu ñu man a wax ne: Gis-leen, lii lu bees la? Moom, nekkoon na ba noppi ci jamono yu yàgg ya, yu jiituwoon sunu jamono. Xam naa ne, lépp lu Yàlla di def, dina sax ba fàww: amul dara lu ci maneesa yokk, te amul it dara lu ci maneesa wàññi; te Yàlla di ko def ngir nit ñi ragal ko ci kanamam. Li amoon, mooy li nekk léegi; te li war a nekk, amoon na ba noppi; te Yàlla dina laaj li weesu. Ecclésiaste 1:9, 10; 3:14, 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Yoël ak Kàngug fanweeru-juróom-ñaareelu bésu Njaay gu Laodise — Limu fukk ak ñaar</dc:title>
  <dc:subject/>
  <dc:creator>Jeff Pippenger</dc:creator>
  <cp:keywords/>
  <dc:description>Generated by ArticleDigger from joel\12_joel.json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