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Yoël ak Mbooloom Aji-Adventist yu Bés bu Juróom-Ñaareelu fan ak Laodise — Limu Ñaar-fukk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Limu Ñaar-fukk</w:t>
      </w:r>
    </w:p>
    <w:p>
      <w:pPr>
        <w:pStyle w:val="ArticleBody"/>
        <w:jc w:val="left"/>
      </w:pPr>
      <w:r>
        <w:rPr>
          <w:rFonts w:ascii="Times New Roman" w:hAnsi="Times New Roman" w:eastAsia="Times New Roman" w:cs="Times New Roman"/>
        </w:rPr>
        <w:t>Téereb Yowel mi ngi wax ne yàqug toolu reseñu Yàlla am na ci ñetteelu maas gi.</w:t>
      </w:r>
    </w:p>
    <w:p>
      <w:pPr>
        <w:pStyle w:val="ArticleScripture"/>
        <w:jc w:val="left"/>
      </w:pPr>
      <w:r>
        <w:rPr>
          <w:rFonts w:ascii="Times New Roman" w:hAnsi="Times New Roman" w:eastAsia="Times New Roman" w:cs="Times New Roman"/>
        </w:rPr>
        <w:t>Kàddu Boroom bi ñëw ci Yoel, doomu Petuwel.</w:t>
      </w:r>
    </w:p>
    <w:p>
      <w:pPr>
        <w:pStyle w:val="ArticleScripture"/>
        <w:jc w:val="left"/>
      </w:pPr>
      <w:r>
        <w:rPr>
          <w:rFonts w:ascii="Times New Roman" w:hAnsi="Times New Roman" w:eastAsia="Times New Roman" w:cs="Times New Roman"/>
        </w:rPr>
        <w:t>Dégluleen lii, yéen mag ñi, te déglu leen, yéen ñépp a dëkk ci réew mi. Ndax loolu am na ci seen jamono, walla sax ci jamonoy seeni baay? Waxleen ko seeni doom, te na seeni doom wax ko seeni doom, te seeni doom wax ko beneen xeet.</w:t>
      </w:r>
    </w:p>
    <w:p>
      <w:pPr>
        <w:pStyle w:val="ArticleScripture"/>
        <w:jc w:val="left"/>
      </w:pPr>
      <w:r>
        <w:rPr>
          <w:rFonts w:ascii="Times New Roman" w:hAnsi="Times New Roman" w:eastAsia="Times New Roman" w:cs="Times New Roman"/>
        </w:rPr>
        <w:t>Li yàllaa bu palmerworm bàyyi, locust lekk na ko; te li locust bàyyi, cankerworm lekk na ko; te li cankerworm bàyyi, caterpiller lekk na ko.</w:t>
      </w:r>
    </w:p>
    <w:p>
      <w:pPr>
        <w:pStyle w:val="ArticleScripture"/>
        <w:jc w:val="left"/>
      </w:pPr>
      <w:r>
        <w:rPr>
          <w:rFonts w:ascii="Times New Roman" w:hAnsi="Times New Roman" w:eastAsia="Times New Roman" w:cs="Times New Roman"/>
        </w:rPr>
        <w:t>Yéen màndiŋ, yeewu leen te jooy; te woyof, yéen ñépp miy naan biiñ, ndax biiñ bu bees bi; ndaxte dagg nañu ko ci seen gémmiñ. Yoel 1:1–5.</w:t>
      </w:r>
    </w:p>
    <w:p>
      <w:pPr>
        <w:pStyle w:val="ArticleBody"/>
        <w:jc w:val="left"/>
      </w:pPr>
      <w:r>
        <w:rPr>
          <w:rFonts w:ascii="Times New Roman" w:hAnsi="Times New Roman" w:eastAsia="Times New Roman" w:cs="Times New Roman"/>
        </w:rPr>
        <w:t>Léebu fukki janq yi mooy léebu Adventism, te xumb gi ci léebu bi di am bu dugub ak ñax mu bon mi ñu leen tàggale, ba ci jamono jooju ñi mel ni ñax mu bon mi xam ne “dagg nañu leen” ci “biiñ bu bees bi.” Kàddug “dagg” mi di tey ndigal jëf ju njëkk ju kóllëre Ibraam, fa ñu dagge ab nag wu jigéen, ab bëy yu jigéen ak ab xar gu góor ñaar-ñaar ci xët yi ngir dëggal kóllëre gi ak deret. Te ci benn xàll boobu saxu kóllëre bi, Yàlla wax ne dina seeti ay nitam ci àtteem ca màggat gu ñeenteel ga.</w:t>
      </w:r>
    </w:p>
    <w:p>
      <w:pPr>
        <w:pStyle w:val="ArticleScripture"/>
        <w:jc w:val="left"/>
      </w:pPr>
      <w:r>
        <w:rPr>
          <w:rFonts w:ascii="Times New Roman" w:hAnsi="Times New Roman" w:eastAsia="Times New Roman" w:cs="Times New Roman"/>
        </w:rPr>
        <w:t>Mu ne Abram ne ko: “Xam ne wóor ne sa askan dina nekk gan ci réew wu dul seen, te dinañu leen jaamloo; te dinañu leen sonal diirub ñeenti téeméeri at; te itam réew ma ñuy jaamloo, man dinaa ko atte; te gannaaw loolu dinañuy génn ak alal ju bare. Waaye yaw, dinga dem ci sa baay ya ak jàmm; dinañu la suul ci mag gu baax. Waaye ci ñeenteel maas, dinañu dellusi fii: ndaxte ñaawtéefu Amoréen yi feesagul ba noppi.” Njàlbéen ga 15:13–16.</w:t>
      </w:r>
    </w:p>
    <w:p>
      <w:pPr>
        <w:pStyle w:val="ArticleBody"/>
        <w:jc w:val="left"/>
      </w:pPr>
      <w:r>
        <w:rPr>
          <w:rFonts w:ascii="Times New Roman" w:hAnsi="Times New Roman" w:eastAsia="Times New Roman" w:cs="Times New Roman"/>
        </w:rPr>
        <w:t>Bi yoon wi matoon ci ñetteelu maas gi, ci maasug Muusaa, Boroom bi joxe Fukk Yoonu ndigalam yi ngir muy melokaanu kóllëreg ak Yàlla ak askanam yi Mu tànn. Ci ñaareelu ndigalam yooyu fukk, leerug ñenti maasi Abràam feeñ na ak màggal.</w:t>
      </w:r>
    </w:p>
    <w:p>
      <w:pPr>
        <w:pStyle w:val="ArticleScripture"/>
        <w:jc w:val="left"/>
      </w:pPr>
      <w:r>
        <w:rPr>
          <w:rFonts w:ascii="Times New Roman" w:hAnsi="Times New Roman" w:eastAsia="Times New Roman" w:cs="Times New Roman"/>
        </w:rPr>
        <w:t>Bulleen bu ñu xaral, mbaa benn melokaanu dara ju nekk ci asamaan ci kaw, mbaa ci suuf si ci suuf, mbaa ci ndox mi nekk ci suufu suuf si: bulleen leen sujjóotal seen bopp, te bulleen leen jaamu; ndax man maa di Aji Sax ji, seen Yàlla, Yàlla buy fiir, di dalal tooñu baay yi ci kaw doom yi, ba ci ñetteelu te ñeenteelu maas yu ñi ma bañ; te di won yërmande ci junni ñi ma bëgg te di sàmm samay ndigal. Esóod 20:4–6.</w:t>
      </w:r>
    </w:p>
    <w:p>
      <w:pPr>
        <w:pStyle w:val="ArticleBody"/>
        <w:jc w:val="left"/>
      </w:pPr>
      <w:r>
        <w:rPr>
          <w:rFonts w:ascii="Times New Roman" w:hAnsi="Times New Roman" w:eastAsia="Times New Roman" w:cs="Times New Roman"/>
        </w:rPr>
        <w:t>Ñeenti maas yi ci kóllëre Abràam dugal nañu leen ci yékkati melokaanu Yàlla ni Yàlla bu am kañ. Kañam boobu dañu koy juuyoo ak nataal yu ñu xar. Ak ñeenti maasu Abràam, gis nanu itam atte bu di yokk yokk. Atte boobu nekkoon na ci xeet wi fa nit ñi Yàlla nekk ci jaam; te itam ci nit ñi Yàlla, te gannaaw loolu, ñu dinañu atte Amoréen ña. Abràam moo xamle njëg bu yokk yokk ci yoonu atte, buy tàmbalee ci kër Yàlla te di jaar ci àddina si ndànk ndànk; te ñaareelu ndigël bi xamle na ne yoonu atte boobu day séddoo nit ñi ci ñaari mbooloo: benn mbooloo mooy ñi bañ Yàlla, ak beneen mbooloo mooy ñi bëgg Yàlla; noonu mu doon misaal bu wone yoonu Dibéeru dundub bésu Dimaas, bi di wax ak kàddu gu réy: “Soo ma bëggee, sàmmal samay ndigël.”</w:t>
      </w:r>
    </w:p>
    <w:p>
      <w:pPr>
        <w:pStyle w:val="ArticleBody"/>
        <w:jc w:val="left"/>
      </w:pPr>
      <w:r>
        <w:rPr>
          <w:rFonts w:ascii="Times New Roman" w:hAnsi="Times New Roman" w:eastAsia="Times New Roman" w:cs="Times New Roman"/>
        </w:rPr>
        <w:t>Ci jamono jii la ñu di joxe Yoon wi ca Sinai, ñu wone Moys xaalisu Yàlla.</w:t>
      </w:r>
    </w:p>
    <w:p>
      <w:pPr>
        <w:pStyle w:val="ArticleScripture"/>
        <w:jc w:val="left"/>
      </w:pPr>
      <w:r>
        <w:rPr>
          <w:rFonts w:ascii="Times New Roman" w:hAnsi="Times New Roman" w:eastAsia="Times New Roman" w:cs="Times New Roman"/>
        </w:rPr>
        <w:t>Ba noppi wax ci Musaa ne ko: “Xàjjalal sa bopp ñaari weti doj yu mel ni yi njëkk ya; te dinaa bind ci wet yii kàddu yi nekkoon ci weti doj yi njëkk ya, yi nga damm. Te waajalal sa bopp ci suba, te yéeg ci suba jëm ca tundu Sinaay, te taxaw fa ci sama kanam ci kaw tundu wa. Te kenn du yéeg ak yaw, mbaa benn nit buñu ko gis ci bépp wetu tundu wa; itam bañ na jur gi ak gàtt gi lekk ci kanam tundu wa.”</w:t>
      </w:r>
    </w:p>
    <w:p>
      <w:pPr>
        <w:pStyle w:val="ArticleScripture"/>
        <w:jc w:val="left"/>
      </w:pPr>
      <w:r>
        <w:rPr>
          <w:rFonts w:ascii="Times New Roman" w:hAnsi="Times New Roman" w:eastAsia="Times New Roman" w:cs="Times New Roman"/>
        </w:rPr>
        <w:t>Mu xar ñaari xeer yu xat ni yu jëkk ya; noonu Muuse jóg ci suba teel, yéeg ca tundu Sinai, ni Boroom bi ko santoon, te yóbbu ci loxoom ñaari xeer ya. Noonu Boroom bi wàcc ci niir, taxaw ak moom fa, te yégle turu Boroom bi. Te Boroom bi romb fa kanamam, daldi yégle,</w:t>
      </w:r>
    </w:p>
    <w:p>
      <w:pPr>
        <w:pStyle w:val="ArticleScripture"/>
        <w:jc w:val="left"/>
      </w:pPr>
      <w:r>
        <w:rPr>
          <w:rFonts w:ascii="Times New Roman" w:hAnsi="Times New Roman" w:eastAsia="Times New Roman" w:cs="Times New Roman"/>
        </w:rPr>
        <w:t>Boroom bi, Boroom Yàlla ji, ku yërëm te laabiir, ku muñ lu yàgg, te bare ci mbaax ak dëgg, di sàmm yërmande ba ci junni ñi, di baal tooñ, ak moytoo, ak bàkkaar, waaye du mukk a jéllal ku tooñ; di teg tooñi baay yi ci kaw doom yi, ak ci kaw doomi doom yi, ba ca ñetteelu maas ak ñeenteelu maas.</w:t>
      </w:r>
    </w:p>
    <w:p>
      <w:pPr>
        <w:pStyle w:val="ArticleScripture"/>
        <w:jc w:val="left"/>
      </w:pPr>
      <w:r>
        <w:rPr>
          <w:rFonts w:ascii="Times New Roman" w:hAnsi="Times New Roman" w:eastAsia="Times New Roman" w:cs="Times New Roman"/>
        </w:rPr>
        <w:t>Ba Muusaa gaawoon na sujjóot ba ci suuf, daldi jaamu Yàlla. Mu ne: “Bu fekkee maa gis yiw ci sa kanam, Yow Boroom bi, naa la ñaan, na sama Boroom dox ci sunu biir; ndaxte nit ñi nit ku bañ a nooy lañu; te baal sunu ñaawteef ak sunu bàkkaar, te jël nu nu nekk sa cér.” Eksod 34:1–9.</w:t>
      </w:r>
    </w:p>
    <w:p>
      <w:pPr>
        <w:pStyle w:val="ArticleBody"/>
        <w:jc w:val="left"/>
      </w:pPr>
      <w:r>
        <w:rPr>
          <w:rFonts w:ascii="Times New Roman" w:hAnsi="Times New Roman" w:eastAsia="Times New Roman" w:cs="Times New Roman"/>
        </w:rPr>
        <w:t>Ñaareel yoon ci ndigali yi, méngook ak sàrtu pionieer bu 1850 bi. Ñaari xàmmiis yu njëkk ya dafañu damm, te xàmmiis bu njëkk bi amoon na njuumte ci lim yi. Noonu Israayil gu yàgg ga nekk nañu woon ñiy denc Yoonu bi, te Israayil gu bees gi itam nekk nañu ñiy denc Yoonu Yàlla ak yooni Kàddug waxu Yàlla gu yonent bi. Bi ñaari xàmmiis ya jëkk a ñëw, am na woon wutéey gu dëgg ci biir dal bi, te bi sàrtu 1850 bi ñëwee, wutéey gu xel doon taxaw ci biir dal bi. Yonentooru Abram ci maas gu ñenteel gi mat na ci Musaa ci maas gu ñenteel ga, fa Yàlla yaatal xam-xamu atte bi ci maas gu ñenteel ga ci ndigal lu ñaareel li. Nataal yu ñu xaralaal nekk nañu woon ay coppite ngir jaamu Yàlla ju dëgg ji, te kiiraanug jikkoo Yàlla boolees na ko ak atte bi. Noonu Musaa gis na ndamu Yàlla. Mu gis kiiraanug Yàlla ni muy benn cër ci jikkoo Yàlla, ni ko Teqaleg turam di melal, te jokkoo bi nekk diggante jaamukat bi ak bàkkaaru seeni baay yu njëkk ya, wonees na ko.</w:t>
      </w:r>
    </w:p>
    <w:p>
      <w:pPr>
        <w:pStyle w:val="ArticleBody"/>
        <w:jc w:val="left"/>
      </w:pPr>
      <w:r>
        <w:rPr>
          <w:rFonts w:ascii="Times New Roman" w:hAnsi="Times New Roman" w:eastAsia="Times New Roman" w:cs="Times New Roman"/>
        </w:rPr>
        <w:t>Bi Kirist setee kërgëg Yàlla ga ca njëkk yoon ga, ndax taalibeyam yi dellu naan fàttaliku ne cër gu ñeel këram lekk na ko. “Cër” loolu mooy baat bi di “kiiñ.” Mbind mi nekk ci Yàlla te di wone ay kiiñam, mooy li yóbbu Kirist mu setal këram; te itam melokaanu waxu yonent bi ci soxla wu teg confession ci bàkkaaru seeni baay, moo doon ginnaaw loolu benn cér bu am solo ci woote bu njub ci atum àtte “juróom-ñaari yoon” bi nekk ci Levitik ñaar-fukk ak juróom-benn. “Ñeenti maas” yi ci Ibraam di yëngu ak di yéeg ci diisaayu njàngum kóllëre. Téereb Yoel dafa tekki jamonoji taw bu mujj, mi xew ci fan yu mujj yi. Téereb Yoel samp na mesajam ci kaw taxawalug mesaj bu ñeel ñeenti maas yi, muy téeméer bi ñu bindoon ca very first step bu kóllëreg Ibraam ak Yàlla, bi amoon ñetti wàll. Téeméer boobu moo àgg ba ci njeexitalam ci téereb Yoel.</w:t>
      </w:r>
    </w:p>
    <w:p>
      <w:pPr>
        <w:pStyle w:val="ArticleBody"/>
        <w:jc w:val="left"/>
      </w:pPr>
      <w:r>
        <w:rPr>
          <w:rFonts w:ascii="Times New Roman" w:hAnsi="Times New Roman" w:eastAsia="Times New Roman" w:cs="Times New Roman"/>
        </w:rPr>
        <w:t>Bi Yoon wi jëkk ci Suuf su Yàlla dig, Arku kóllëre ga nekkoon ci Silo, fa nga xam ne Eli, saraxalekat bu mag ba, ak ñaari doomam yu bon te amul xel, dañu leen taxawale ak wooteb Samuel. Silo mooy doon benn taxawaay ci yoon wi Arku ga, maanaam mandeefu kóllëre ga, doon jaar. Gannaaw bi ñu jëfandikoo Arku ga muy mandeefu wàll yi Yeriiko di daanu, mu nekk ci Silo lu mat noonu ñeenti téeméeri at, ba ci deeji Eli ak doomam yu bon ya. Noonu Filiste yi jàpp ko, te gannaaw loolu, bi Daawuda yóbboo Arku ga Yerusalem, jëfandikoo nañu foofu njàngat bi jëkk ci dugg gu ndam ci Yerusalem. Li tax ñu yóbbu mandeefu kóllëre ga Yerusalem, mooy ne Yàlla tànna na Yerusalem ngir teg fa turam, te turam moom dafa bokk ak xaleem, te xaleem boobu bokk na ak àtteem bu xale ci giroomeelu maas.</w:t>
      </w:r>
    </w:p>
    <w:p>
      <w:pPr>
        <w:pStyle w:val="ArticleBody"/>
        <w:jc w:val="left"/>
      </w:pPr>
      <w:r>
        <w:rPr>
          <w:rFonts w:ascii="Times New Roman" w:hAnsi="Times New Roman" w:eastAsia="Times New Roman" w:cs="Times New Roman"/>
        </w:rPr>
        <w:t>Ca jamono dium-dib dund màggi na, Boroom bi dina yékkati mbooloom jaam yu not ak ndam ba mu wees tundu yi ak tacc yi yépp, te xeet yi dinañu wax ne: “Ñëwleen, na nu dem kër Yàlla.”</w:t>
      </w:r>
    </w:p>
    <w:p>
      <w:pPr>
        <w:pStyle w:val="ArticleScripture"/>
        <w:jc w:val="left"/>
      </w:pPr>
      <w:r>
        <w:rPr>
          <w:rFonts w:ascii="Times New Roman" w:hAnsi="Times New Roman" w:eastAsia="Times New Roman" w:cs="Times New Roman"/>
        </w:rPr>
        <w:t>Te dina yu mujj ya, tundu kër Yàlla bi dina taxaw ci kaw tundi yi, te dina kawe janti yi; xeeti àddina yépp di dawsi ca moom. Te nit ñu bare dinañu dem, ne: Ñëwleen, nanu yéeg ci tundu Yàlla bi, ci kër Yàllay Yàggóoba; dina nu jàngale ay yoonam, te dunu dox ci ay pexeem: ndaxte yoonu yoon dina génn ci Siyon, te kàddug Yàlla ci Yerusalem. Esayi 2:2, 3.</w:t>
      </w:r>
    </w:p>
    <w:p>
      <w:pPr>
        <w:pStyle w:val="ArticleBody"/>
        <w:jc w:val="left"/>
      </w:pPr>
      <w:r>
        <w:rPr>
          <w:rFonts w:ascii="Times New Roman" w:hAnsi="Times New Roman" w:eastAsia="Times New Roman" w:cs="Times New Roman"/>
        </w:rPr>
        <w:t>Kàddu Boroom bi dañuy génn Yerusalem, ndaxte foofa la tànn a teg Turam. Ak Musaa, “Boroom bi wàcc na ci niir gi, taxaw ak moom fa, te yégle Turu Boroom bi. Te Boroom bi romb na ci kanamam, te yégle,”</w:t>
      </w:r>
    </w:p>
    <w:p>
      <w:pPr>
        <w:pStyle w:val="ArticleScripture"/>
        <w:jc w:val="left"/>
      </w:pPr>
      <w:r>
        <w:rPr>
          <w:rFonts w:ascii="Times New Roman" w:hAnsi="Times New Roman" w:eastAsia="Times New Roman" w:cs="Times New Roman"/>
        </w:rPr>
        <w:t>Boroom bi, Boroom Yàlla bi, ku yërëm te am ngëneel, ku muñ lu yàgg, te bari ci mbaax ak dëgg, di denc yërmandeelu junni ñeel, di baal saafara, tooñ ak bàkkaar, waaye du baal ku am tooñ te bàyyi ko rekk; di teg saafaras yi baay yi def ci kaw doom yi, ak ci kaw set yi, ba ci ñetteelu maas ak ñeenteelu maas. Exode 34:6, 7.</w:t>
      </w:r>
    </w:p>
    <w:p>
      <w:pPr>
        <w:pStyle w:val="ArticleBody"/>
        <w:jc w:val="left"/>
      </w:pPr>
      <w:r>
        <w:rPr>
          <w:rFonts w:ascii="Times New Roman" w:hAnsi="Times New Roman" w:eastAsia="Times New Roman" w:cs="Times New Roman"/>
        </w:rPr>
        <w:t>Turam bi mooy ay jikkoom, te jikko Yàlla nekk na lu xóot lool te yomb it. Yàlla mbëggeel la; loolu mooy wax wu yomb, waaye mat sëkk ci wone jikkoom. Dëggug kóllëreg Abram ci “ñeenteel maasug àtte” weesu na “rëdd ci rëdd” ak leer gu yokk ci ñaareelu ndigal mi, ci mbirum ñeenteel maas. Gannaaw loolu, xew-xewu Musaa yaatal na leeru ñenteel maas mi ak li muy jëm ci jikko Yàlla, ci yokk leerug jalouxam. Wax ju wàcc ci Yàlla xamle na ne jikko mooy “xalaat ak yëg-yëg yu booloo,” waaye wax ju wàcc ci Yàlla xamal na nu it ne sunuy xalaat bokkuñu ak xalaati Yàlla. Jikkoom mooy xalaatam ak yëg-yëgam yu booloo, te jikkoom am na ay wet yu bare lool te ëpp sunuy xalaat ak sunuy yëg-yëg yu yomb yu nit, ba tax wuute gi mooy ne xalaatam kawe na suuf ni asamaan kawe suuf.</w:t>
      </w:r>
    </w:p>
    <w:p>
      <w:pPr>
        <w:pStyle w:val="ArticleScripture"/>
        <w:jc w:val="left"/>
      </w:pPr>
      <w:r>
        <w:rPr>
          <w:rFonts w:ascii="Times New Roman" w:hAnsi="Times New Roman" w:eastAsia="Times New Roman" w:cs="Times New Roman"/>
        </w:rPr>
        <w:t>Ndaxte sama xalaat bokk-ul ak seen xalaat, te seen yoon yu bokk-ul ak samay yoon, la Boroom bi wax. Ndax ni asamaan kawe suufe, noonu la samay yoon kawe seen yoon, te sama xalaat it kawe seen xalaat. Esayi 55:8, 9.</w:t>
      </w:r>
    </w:p>
    <w:p>
      <w:pPr>
        <w:pStyle w:val="ArticleBody"/>
        <w:jc w:val="left"/>
      </w:pPr>
      <w:r>
        <w:rPr>
          <w:rFonts w:ascii="Times New Roman" w:hAnsi="Times New Roman" w:eastAsia="Times New Roman" w:cs="Times New Roman"/>
        </w:rPr>
        <w:t>Kon, fii ab xalaat bu nit ñi wara seetlu; su fekkee ne turu Yàlla moo di wone ay melokaanam, kon bépp feeñug turam mooy feeñug ay melokaanam. Gaynde gu xeetu Yuda mooy tëj te ubbi Kàddug waxi Yàllaam, Palmoni mooy Ki Yéeme ci jëfandikoo limu kumpa yi, te itam mooy Rapoore gi jóge ci suuf su wow, te itam garab gu lakk te doyul, genn taxawaayu safara, malaaka mu mag Mixaayil, ak yeneen ak yeneen. Jikko ak ay melokaan yu jëfandikooki Yàlla, ni ñu leen di wone ci ay turam yu bare, amuñu kemtalaay. “Xalaatu nit bu wara seetlu” bi mooy lii. Ci biir bépp xeetu feeñug jikko Yàlla yi ñu xam ne am nañu, lan mooy solo gi ne—ca njëlbéenu jéego kóllëre gu njëtt-ñaar gi ci kóllëre gu ñetti yoon gi ak Abram—“àtteb maasug ñeenteelu maas” mooy wax ju daldi sampu ci ndigalug kóllëre ga—te loolu mooy wone turam?</w:t>
      </w:r>
    </w:p>
    <w:p>
      <w:pPr>
        <w:pStyle w:val="ArticleScripture"/>
        <w:jc w:val="left"/>
      </w:pPr>
      <w:r>
        <w:rPr>
          <w:rFonts w:ascii="Times New Roman" w:hAnsi="Times New Roman" w:eastAsia="Times New Roman" w:cs="Times New Roman"/>
        </w:rPr>
        <w:t>Noonu ne Abràam wax ne ko: “Xamal lu wóor ne sa askan dina dëkkandoo ci réew wu nekkul seen moom, te dinañu jaamu leen; te ñoom dinañu sonal leen diirub téeméeri at. Waaye itam xeet woowu, ñi ñuy jaamu, dinaa leen àtte; te gannaaw loolu dinañu génn ak alal ju bare. Yow nag, dinga dem ca sa maam ya ak jàmm; dees na la suul ci mag gu baax. Waaye ci ñenteelu maas, dinañu dellusi fii; ndaxte ñaawteefu Amoréen yi feesagul ba leegi.” Génesis 15:13–16.</w:t>
      </w:r>
    </w:p>
    <w:p>
      <w:pPr>
        <w:pStyle w:val="ArticleBody"/>
        <w:jc w:val="left"/>
      </w:pPr>
      <w:r>
        <w:rPr>
          <w:rFonts w:ascii="Times New Roman" w:hAnsi="Times New Roman" w:eastAsia="Times New Roman" w:cs="Times New Roman"/>
        </w:rPr>
        <w:t>Melo Yàlla ci ni muy Àttekat nit ak xeet yi may na nit ñi ab jamono ju ñuy seet, te loolu ñu ngi ko wone ci ñeenti maas. Yàlla mooy Àttekat bi; ku yërëm la, ku muñ la, te di jeexal àtteb nit ak xeet yi ci ñeenteelu maas. Wax ju Yàlla samp ngir kóllëream ak askan wu Mu tànn dafay boole àtteb ñeenteelu maas. Ni yoonu malaaka bu njëkk bi yoré mbooleem melokaan yi nekk ci benn-benn yoonu ñetti malaaka yi, noonu itam, jéego bu njëkk bi ci kóllëreu Abram yor na melokaan yi yépp ci kóllëre gu ñetti wàll. Turu Yàlla mooy ne, Moom mooy Àttekat bu yërëm, bi di àtte ci ñeenteelu maas. Bépp yeneen jéego ci jaar-jaaru kóllëre gu askan wu Yàlla tànn, ci sax mooy tabax ci kaw loolu muy ndombo.</w:t>
      </w:r>
    </w:p>
    <w:p>
      <w:pPr>
        <w:pStyle w:val="ArticleBody"/>
        <w:jc w:val="left"/>
      </w:pPr>
      <w:r>
        <w:rPr>
          <w:rFonts w:ascii="Times New Roman" w:hAnsi="Times New Roman" w:eastAsia="Times New Roman" w:cs="Times New Roman"/>
        </w:rPr>
        <w:t>Bu téer bu Joël suñu koy teg ci yeewu Yuuxu Gudd gi ci sarax 5, te “biin bu bees bi” “dagg nañu ko” ci seeni gémmiñ, dugalug baat bi ci sepaarasioŋu kóllëre bu mujj boobu, ci diggante nit ña ñu tann ci kóllëre, mooy yégleb bu njëkk bi ci kóllëre gi, buy wone ndàqug nit ñi ci kóllëre gi, ñi ñu topp “dagg leen,” ne lii mat na ci maas gu ñeenteel gi. “Dagg nañu leen,” ndaxte xamuñu yégleb bu njëkk bi ci kóllëre gi.</w:t>
      </w:r>
    </w:p>
    <w:p>
      <w:pPr>
        <w:pStyle w:val="ArticleBody"/>
        <w:jc w:val="left"/>
      </w:pPr>
      <w:r>
        <w:rPr>
          <w:rFonts w:ascii="Times New Roman" w:hAnsi="Times New Roman" w:eastAsia="Times New Roman" w:cs="Times New Roman"/>
        </w:rPr>
        <w:t>Bataxal bu njëkk bu kóllëre gi ci ñeenti aaya yi nekk ci Genesis fukk ak juróom, mooy yar wiñu wóor, mooy rëdd bu àtte bi di jëfandikoo, bu bataaxal bu njëg bu kóllëre gi deñchee ko ci “biiñ bu bees” ci fan yu mujj yi. Diisug lu ñu boole ak yeewug màndiŋkat yi yu Efrayim, ba “biiñ bu bees” bi “dogees ko,” degg-degg kenn man na koo xam rekk—bu ñu ko tegée ci biir wàllu yëgle àtte bu jëm ci ñenteel maas bu mujj baat bu ñaawul dëgg, ci biir jamonoy nattu gi bu tawub mujj ma, ci kaw askan wu tànn wu bëggul dégg.</w:t>
      </w:r>
    </w:p>
    <w:p>
      <w:pPr>
        <w:pStyle w:val="ArticleBody"/>
        <w:jc w:val="left"/>
      </w:pPr>
      <w:r>
        <w:rPr>
          <w:rFonts w:ascii="Times New Roman" w:hAnsi="Times New Roman" w:eastAsia="Times New Roman" w:cs="Times New Roman"/>
        </w:rPr>
        <w:t>Ci Génèse ñaar-fukk ak juróom-ñett, nu gis ñaareelu jéego ci kóllëre bu ñetti wàll ak Ibraaima:</w:t>
      </w:r>
    </w:p>
    <w:p>
      <w:pPr>
        <w:pStyle w:val="ArticleScripture"/>
        <w:jc w:val="left"/>
      </w:pPr>
      <w:r>
        <w:rPr>
          <w:rFonts w:ascii="Times New Roman" w:hAnsi="Times New Roman" w:eastAsia="Times New Roman" w:cs="Times New Roman"/>
        </w:rPr>
        <w:t>Yàlla ne Ibraaima: “Yaw nag, war nga sàmm sama kóllëre; yaw ak sa giir ginnaaw la ci seen maas. Lii mooy sama kóllëre, gi ngeen war a sàmm, ci diggante man ak yéen ak sa giir ginnaaw la;”</w:t>
      </w:r>
    </w:p>
    <w:p>
      <w:pPr>
        <w:pStyle w:val="ArticleScripture"/>
        <w:jc w:val="left"/>
      </w:pPr>
      <w:r>
        <w:rPr>
          <w:rFonts w:ascii="Times New Roman" w:hAnsi="Times New Roman" w:eastAsia="Times New Roman" w:cs="Times New Roman"/>
        </w:rPr>
        <w:t>Góor góor ci yéen war nañu ko xaraf. Te dangeen war a xaraf deru jëmbët seeni bérab yu nga xam ne ñu ko dagg; te loolu dina doon màndarga kóllëre bi ci sama diggante ak yéen. Ku tollu juróom-ñett fan war nañu ko xaraf ci seen biir, bépp góor góor ci seeni maas, moom mi juddu ci kër ga, mbaa ku ñu jëndee xaalis ci loxo benn doxandéem bu bokkul ci sa askan. Ki juddu ci sa kër ak ki ñu jënde ak sa xaalis, faw war nañu leen a xaraf; te sama kóllëre dina nekk ci seen yaram ngir muy kóllëre gu sax ba fàww. Waaye góor góor bu ñuulul xaraf, ki ñu xarafalul deru bérabam boobu, bakkan booba dees na ko daggale ci askanam; ndaxte dafa tas sama kóllëre. Njàlbéen ga 17:9–14.</w:t>
      </w:r>
    </w:p>
    <w:p>
      <w:pPr>
        <w:pStyle w:val="ArticleBody"/>
        <w:jc w:val="left"/>
      </w:pPr>
      <w:r>
        <w:rPr>
          <w:rFonts w:ascii="Times New Roman" w:hAnsi="Times New Roman" w:eastAsia="Times New Roman" w:cs="Times New Roman"/>
        </w:rPr>
        <w:t>Ñaareelu ñaareel bi jox na seede bu ñaareel ci misaalu ne nit ki “daggees na ko.” Kàddu gi ñu tekki ne “daggees na ko,” saxaluwam nekk na ci jur yi Abram dagg ci ñaari xaaj ci saar ba fukki ak juróom-ñeent, te ci xët wi, ku ñakk ngénteel dees na ko “dagge” bàyyi ko ci kóllëre gi. Ngénteel soppees na ko sóobu ndox ci jaar-jaaru kóllëre gi, fa Kirist doon dëggal yeneen dëgg yii, te moo tax Moom, ni sunu royukaay, dekkat na ci juróom-ñaareelu bés bi.</w:t>
      </w:r>
    </w:p>
    <w:p>
      <w:pPr>
        <w:pStyle w:val="ArticleBody"/>
        <w:jc w:val="left"/>
      </w:pPr>
      <w:r>
        <w:rPr>
          <w:rFonts w:ascii="Times New Roman" w:hAnsi="Times New Roman" w:eastAsia="Times New Roman" w:cs="Times New Roman"/>
        </w:rPr>
        <w:t>Màndarga ma war a waral ci bés bu juróom-ñettal, ni ko juróom-ñett xel yi nekk ci gaal gi di tegtal. Ci ñaareelu jéego la seetaan bu gis-gis bi di feeñ, muy Israyil mi tann ci diggante yonent yu Jezabel ak Ilyaas bala àtte ba Ilyaas jëfe ko, walla Daniyel, Sàddarak, Mesak ak Abednego, seen melokaan di feeñ ne gëna rafet te gëna bëggooñ ñi lekk dundinu buur bi; nattu ñaareel bi, bu gis-gis la. Xaraf gu jigéen gu njàng mi, muy xarexare gi, tegtal la bu dund, te juróom-ñett xel yi ci gaal gi di tegtal ñi dundoon, ci juuyoo ak ñi dee.</w:t>
      </w:r>
    </w:p>
    <w:p>
      <w:pPr>
        <w:pStyle w:val="ArticleBody"/>
        <w:jc w:val="left"/>
      </w:pPr>
      <w:r>
        <w:rPr>
          <w:rFonts w:ascii="Times New Roman" w:hAnsi="Times New Roman" w:eastAsia="Times New Roman" w:cs="Times New Roman"/>
        </w:rPr>
        <w:t>Ci jaar-jaar ci Kirist, ba mandarga kóllëre bi jóggee ca xarafal ba ñëw ci sóob, ndaw liñu wax Pool mi yónent bi jëfandikoo na njëlbéen ju kóllëre ji ci aaya yii ngir won soppe gu mag gi ci jaar-jaaru kóllëre gi. Mu jëfandikoo yaram wi ñu dagg ci xarafal, muy màndarga nit ci digganteem ak Yàlla, te itam muy màndarga nature bu suufe bu nit ci digganteem ak natureem bu kawe. Pool jàngaloon na ay taalibeem ak Kàddug Yàlla gu yónent, te moom, jëfandikook ay jubluwaayam ni “ki ñu tannoon,” (ni turam Sawul di tekki), mooy seetlu soppe gu mag gi ci jaar-jaaru kóllëre gi, gi ñu teg ci soppe gi nekk ci diggante Israayil gu yaram ak Israayil gu xel ni ñoom di xeet wu Yàlla ak kóllëreem. Ci àggali liggéey bi ñu ko dénk, mu waxee bataaxal yónentam ci biir jaar-jaaru kóllëre gi.</w:t>
      </w:r>
    </w:p>
    <w:p>
      <w:pPr>
        <w:pStyle w:val="ArticleBody"/>
        <w:jc w:val="left"/>
      </w:pPr>
      <w:r>
        <w:rPr>
          <w:rFonts w:ascii="Times New Roman" w:hAnsi="Times New Roman" w:eastAsia="Times New Roman" w:cs="Times New Roman"/>
        </w:rPr>
        <w:t>Njëlbéen Genesis fukk ak juróom-ñaar mooy ñaareelu jéego ci ñetti jéego yi di fondamaan yu kóllëre, yi am seen matug omega ci ñetti malaaka yi ci Révélation fukk ak ñeent. Jéego ñaar bi dafa nu melale ci màndarga xaraf, muy misaal sëllu Yàlla bi nekk ci kaw téeméeri ñent-fukk ak ñeent junni, yi di rakkal, te loolu moo tekki nattu gis-gis bi. Ñetti malaaka yi ñooy omega kóllëre alpha Ibrahim. Ñetteelu jéego bi ci Ibrahim moo doon saar ñaar-fukk ak ñaar.</w:t>
      </w:r>
    </w:p>
    <w:p>
      <w:pPr>
        <w:pStyle w:val="ArticleScripture"/>
        <w:jc w:val="left"/>
      </w:pPr>
      <w:r>
        <w:rPr>
          <w:rFonts w:ascii="Times New Roman" w:hAnsi="Times New Roman" w:eastAsia="Times New Roman" w:cs="Times New Roman"/>
        </w:rPr>
        <w:t>Noonu Boroom bi wootee Ibrahima ci asamaan ñaareelu yoon, ne ko: “Giñ naa sama bopp, kàddug Aji Sax ji, ndaxte def nga lii te terewuloo sa doom, sa doomu kenn ki: Dinaa la barkeel ci barke bu bare, dinaa yokk sa askan ba ba mel ni biddéew yi ci asamaan, te mel ni suuf si nekk ci géej ga wet; te sa askan dina moom buntu noonam yi; te ci sa askan la xeeti àddina yépp di barkeeliku; ndaxte dégg nga sama baat.” Génèse 22:15–18.</w:t>
      </w:r>
    </w:p>
    <w:p>
      <w:pPr>
        <w:pStyle w:val="ArticleBody"/>
        <w:jc w:val="left"/>
      </w:pPr>
      <w:r>
        <w:rPr>
          <w:rFonts w:ascii="Times New Roman" w:hAnsi="Times New Roman" w:eastAsia="Times New Roman" w:cs="Times New Roman"/>
        </w:rPr>
        <w:t>Aaya bu njëkk bi wax na ne: «Gannaaw loolu Yàlla nattu na Ibraayma, ne ko: “Ibraayma”; mu tontu ne: “Maa ngi nii.”» Yàlla nattu na Ibraayma, te loolu mooy wone nattu gu mujj gi, bala ñetteelu yégle kóllëreg bi. Bi Ibraayma jàllée nattoo ba, ba noppi ñenti aaya yu mujj yi ci kóllëreg Ibraayma gu ñett-fànn gi ñu joxe leen. Ndaxte Ibraayma «déggal» na baatu Yàlla, te ci xët wi baat boobu mooy «baatu kóllëregam», kon Ibraayma dina barkeel ngir nekk baayub xeet yi. Ñetteelu malaaka mi mooy ab nattu; te ni Ibraayma, muy nattu buy wone jikko, te jikko mi dafa aju ci sax ngeen gëm Yàlla, ni ko Ibraayma defee, walla déedéet. Ñi jàll nattoo ba, ni ko Ibraayma defee, dinañu leen jëfandikoo ngir dajale xeet yépp ci àddina si. Fukk ak juróom-ñaar aaya yi, yu jóge ci ñetti saar, dañuy wone kóllëreg bi nekk diggante Yàlla ak askan wu tànn; te ci noonu dañuy tegu alfa bi ci jaar-jaaru kóllëregu askan wu tànn; te ci noonu itam aaya yooyu dañuy tegu omega bi ci jaar-jaaru kóllëreg bi, ni ko ñu wone ci yékkati gi ñeel junni ak téeméer ak ñeent-fukk ak ñeent.</w:t>
      </w:r>
    </w:p>
    <w:p>
      <w:pPr>
        <w:pStyle w:val="ArticleBody"/>
        <w:jc w:val="left"/>
      </w:pPr>
      <w:r>
        <w:rPr>
          <w:rFonts w:ascii="Times New Roman" w:hAnsi="Times New Roman" w:eastAsia="Times New Roman" w:cs="Times New Roman"/>
        </w:rPr>
        <w:t>Ñaata nit ci nun mooy jënd kër, walla oto, te du jëkk a xool şart yi ci kontraa bi? Ñaata Adventist yu Juróom-ñaareel bésu fanweer bu Laodice mooy xam ne njëlbéenu şart bi gën a njëkk ci seen kontratu kóllëre ak Yàlla mooy ne Yàlla mooy Yàlla ju yërëm te di àtte ba ca ñeenteelu maas gi? Musiba bi mooy ne xamuñu dëgg yu njëkk yu jaar-jaaru Millerite, te itam xamuñu dëgg yu njëkk yu seen kóllëre gu ñuy wax ne am nañu ak Yàlla, te ndax loolu ñoom, ni Israayil gu yàgg ga, xamuñu waxtu seeni ndawtal. Mujj ga ci jamono jooju ju ndawtal, ji tambalee ca 9/11, mooy bi ñu leen yeewu ci guddi-diggi, ngir rekk xam ne dagg nañu leen.</w:t>
      </w:r>
    </w:p>
    <w:p>
      <w:pPr>
        <w:pStyle w:val="ArticleBody"/>
        <w:jc w:val="left"/>
      </w:pPr>
      <w:r>
        <w:rPr>
          <w:rFonts w:ascii="Times New Roman" w:hAnsi="Times New Roman" w:eastAsia="Times New Roman" w:cs="Times New Roman"/>
        </w:rPr>
        <w:t>Dina nu ñëw ci des, dinañu ci wéy.</w:t>
      </w:r>
    </w:p>
    <w:p>
      <w:pPr>
        <w:pStyle w:val="ArticleScripture"/>
        <w:jc w:val="left"/>
      </w:pPr>
      <w:r>
        <w:rPr>
          <w:rFonts w:ascii="Times New Roman" w:hAnsi="Times New Roman" w:eastAsia="Times New Roman" w:cs="Times New Roman"/>
        </w:rPr>
        <w:t>“Bésub 18 ci weer ñaar fan gannaaw ba xew-xewu kër yu daanu ga weesu ma, dem naa ngir mottali ab diggante ci Mbooloom Carr Street, Los Angeles. Bi nu jëgee mbooloo mi, dégg nanu xale yu di jaay xibaar yi di yuuxu naan: ‘San Francisco yàqu na ndax suuf yëngu!’ Ak xol bu metti, jàng naa xibaar yu njëkk, yu gaaw a bind, ci musiba mu tiis ba.”</w:t>
      </w:r>
    </w:p>
    <w:p>
      <w:pPr>
        <w:pStyle w:val="ArticleScripture"/>
        <w:jc w:val="left"/>
      </w:pPr>
      <w:r>
        <w:rPr>
          <w:rFonts w:ascii="Times New Roman" w:hAnsi="Times New Roman" w:eastAsia="Times New Roman" w:cs="Times New Roman"/>
        </w:rPr>
        <w:t>“Ñaari ayubés gannaaw, bi nu doon dellu kër gi, nu jaar ci San Francisco te, bi nu jëlale ab gaari, nu def benn waxtu ak genn-wàll ci xool yàqute gi ñu defoon ci dëkk bu màgg boobu. Tabax yu ñu yaakaaroon ne dañoo wóor ci kanam musiba, nekk nañu woon ci yàqu-yàqu. Ci yenn fànn, tabax ya daan nañu jàppante ci suuf si benn xaaj. Dëkk ba wone na nataal bu gën a tiis ngir wàññi doole xelal nit ngir sos tabax yu dul lakk ak yu dul yëngu ci suuf yëngu.”</w:t>
      </w:r>
    </w:p>
    <w:p>
      <w:pPr>
        <w:pStyle w:val="ArticleScripture"/>
        <w:jc w:val="left"/>
      </w:pPr>
      <w:r>
        <w:rPr>
          <w:rFonts w:ascii="Times New Roman" w:hAnsi="Times New Roman" w:eastAsia="Times New Roman" w:cs="Times New Roman"/>
        </w:rPr>
        <w:t>“Jaaraleem bi ci yonentam Sefanya Boroom bi day wax ba leer mbugal yi muy indi ci kaw ñi bon: ‘Dinaa lemal lépp ci kaw suuf si, wax na Boroom bi. Dinaa lemal nit ak rab; dinaa lemal picci asamaan yi, ak jën yi ci géej gi, ak li diitloo ak ñi bon; te dinaa dagg nit ci kaw suuf si, wax na Boroom bi.’”</w:t>
      </w:r>
    </w:p>
    <w:p>
      <w:pPr>
        <w:pStyle w:val="ArticleScripture"/>
        <w:jc w:val="left"/>
      </w:pPr>
      <w:r>
        <w:rPr>
          <w:rFonts w:ascii="Times New Roman" w:hAnsi="Times New Roman" w:eastAsia="Times New Roman" w:cs="Times New Roman"/>
        </w:rPr>
        <w:t>« “Te dina bésub Sarax Boroom bi di ñëw, dinaa mbugal kilifay yi, ak doom buur bi, ak ñépp ñi sol yére yu doxandéem. Te itam ci bés boobu, dinaa mbugal ñépp ñi di tëb ca bunt ba, ñi di feesal kër seen sang ak fitna ak naaféq….”</w:t>
      </w:r>
    </w:p>
    <w:p>
      <w:pPr>
        <w:pStyle w:val="ArticleScripture"/>
        <w:jc w:val="left"/>
      </w:pPr>
      <w:r>
        <w:rPr>
          <w:rFonts w:ascii="Times New Roman" w:hAnsi="Times New Roman" w:eastAsia="Times New Roman" w:cs="Times New Roman"/>
        </w:rPr>
        <w:t>“‘Te dina bu xew ba jamono jooju, dinaa seet Yerusalem ak làmp, te dinaa mbugal nit ñi nekk ci seen ndox-mbott, yi wax ci seen xol ne: Boroom bi du def lu baax, te du def lu bon itam. Moo tax seen alal dina nekk yàqute, te seen kër dinañu nekk yàqu; dinañu tabax kër, waaye duñu ci dëkk; dinañu bey tool-u reseñ, waaye duñu naan seen biiñ.</w:t>
      </w:r>
    </w:p>
    <w:p>
      <w:pPr>
        <w:pStyle w:val="ArticleScripture"/>
        <w:jc w:val="left"/>
      </w:pPr>
      <w:r>
        <w:rPr>
          <w:rFonts w:ascii="Times New Roman" w:hAnsi="Times New Roman" w:eastAsia="Times New Roman" w:cs="Times New Roman"/>
        </w:rPr>
        <w:t>“‘Bésub Yàlla bu mag bi jege na, jege na te gaawe lool; baatub bésub Yàlla bi sax ngi déggu: jàmbaar bi dina fa jooy ak metit gu wér. Bés boobu, bésub mer la, bésub tiis ak xàjjaat la, bésub yàquute ak tasaaroo la, bésub lëndëm ak xiin la, bésub niir ak lëndëm gu dëgër la, bésub bufta ak wax ju yégle xare la, ci kaw dëkk yu ñu tataar ak ci kaw kër yuy kawe. Te dinaa indi tiis ci nit ñi, ba ñuy dox ni gumb, ndax bàkkaar nañu ci Yàlla; deretu ñoom dina tuuru mel ni suuf, te seen yàpp mel ni takkaan. Xanaa xaalis seen xaalis xaalis-wallaa wurus seen wurus dina leen man a musal ci bésub merum Yàlla; waaye réew mépp dina lakk ci safara xaleem; ndaxte dina faj nit ñépp ñi dëkk ci réew mi, te dina ko def ci gaaw.’ Sefañaa 1:2, 3, 8–18.”</w:t>
      </w:r>
    </w:p>
    <w:p>
      <w:pPr>
        <w:pStyle w:val="ArticleScripture"/>
        <w:jc w:val="left"/>
      </w:pPr>
      <w:r>
        <w:rPr>
          <w:rFonts w:ascii="Times New Roman" w:hAnsi="Times New Roman" w:eastAsia="Times New Roman" w:cs="Times New Roman"/>
        </w:rPr>
        <w:t>«Yàlla mënulati muñ lu yàgg. Léegi ay àtteem tàmbalee wàcc ci yenn bérab, te fi ak gannaaw, meram gu feeñ bu xóot dina ñàkk-jàmmal ay bérab yu ci des.»</w:t>
      </w:r>
    </w:p>
    <w:p>
      <w:pPr>
        <w:pStyle w:val="ArticleScripture"/>
        <w:jc w:val="left"/>
      </w:pPr>
      <w:r>
        <w:rPr>
          <w:rFonts w:ascii="Times New Roman" w:hAnsi="Times New Roman" w:eastAsia="Times New Roman" w:cs="Times New Roman"/>
        </w:rPr>
        <w:t>“Dina am ay ay xew-xew yu toppanteyoo di won ne Yàlla mooy Boroom xaalis bi ba noppi. Dëgg gi dees na ko waare ak wax yu leer, yu kenn mënul a juum ci seen tekki. Nun, ni ay nit ñu nekk, war nañu waajal yoonu Boroom bi ci njubte gu mag gu Xel mu Sell mi di jiite. Xebaar bu Baax bi war nañu ko joxe ci sellalam gu mat. Dexu ndox mu dund mi war na gën a xóot te gën a yaatu ci yoonam. Ci bépp tool, ci ñi gën a jege ak ci ñi sore, dees na woo nit ñi ba noppi ci bey ak ci yeneen liggéey yu suqali yu mat sëq xel mi, te dees na leen jàngale ànd ak góor ñu am pasteef. Bu ñuy jàng ni ñuy liggéeye ba am jariñ, dinañu yégle dëgg gi ak kàttan. Jaarale ko ci jëf yu yéeme yu Yàlla di doxal ci yoonam, tund yu metti doy waar nañu dindi leen te sànni leen ci géej gi. Baat bi am solo lool ci ñi dëkk ci kaw suuf si dees na ko dégg te xam ko. Nit ñi dinañu xam li di dëgg. Kanam, te ba tey kanam, liggéey bi dina jëm kanam ba ker suuf gépp dees ko artu, te noonu muj gi dina ñëw.”</w:t>
      </w:r>
    </w:p>
    <w:p>
      <w:pPr>
        <w:pStyle w:val="ArticleScripture"/>
        <w:jc w:val="left"/>
      </w:pPr>
      <w:r>
        <w:rPr>
          <w:rFonts w:ascii="Times New Roman" w:hAnsi="Times New Roman" w:eastAsia="Times New Roman" w:cs="Times New Roman"/>
        </w:rPr>
        <w:t>“Bés bu ëpp, bi fan yi diir yi di dem, dafay feeñ ne àttey Yàlla nekk nañu ci àddina. Ci safara ak mbëj mi ak yëngu suuf, Moom dafa waare way dëkk suuf sii ci ne, ndajemam jege na. Jamono ji ngi jëgëral, bi jafe-jafe ju mag ji ci taarixu àddina di ñëw, ba ànd ak ne yëngu-yëngu bu nekk ci nguurug Yàlla dees na ko xool ak interest bu tar ak tiit bu kenn mënu ko wax. Ci ay toppandoo yu gaaw, àttey Yàlla dinañu toppante seen bopp—safara ak mbëj mi ak yëngu suuf, ànd ak xare ak tuuru deret.”</w:t>
      </w:r>
    </w:p>
    <w:p>
      <w:pPr>
        <w:pStyle w:val="ArticleScripture"/>
        <w:jc w:val="left"/>
      </w:pPr>
      <w:r>
        <w:rPr>
          <w:rFonts w:ascii="Times New Roman" w:hAnsi="Times New Roman" w:eastAsia="Times New Roman" w:cs="Times New Roman"/>
        </w:rPr>
        <w:t>“Éy, su nit nit yi xamoon waxtu seet bi ñu leen di seet! Am na ñu bare te déggaguñu sax dëggu nattu bi ñeel jamono jii. Am na ñu bare itam, ñi Xelum Yàlla miy góor-góorlu ci seen biir. Waxtu àttey Yàlla yu yàq yi, mooy waxtu yërmande ci ñi amul woon fursat ngir jàng li di dëgg. Boroom bi dina leen xool ak lewet gu baax. Xolam bu fees ak yërmande daldi yëngu ci seen ndimbal; loxoomaangi wecci ba tey ngir musal, fekk bunt bi tëju na ci ñi bëgguloon dugg.”</w:t>
      </w:r>
    </w:p>
    <w:p>
      <w:pPr>
        <w:pStyle w:val="ArticleScripture"/>
        <w:jc w:val="left"/>
      </w:pPr>
      <w:r>
        <w:rPr>
          <w:rFonts w:ascii="Times New Roman" w:hAnsi="Times New Roman" w:eastAsia="Times New Roman" w:cs="Times New Roman"/>
        </w:rPr>
        <w:t>“Yërmande Yàlla feeñ na ci ay muñam yu yàgg. Mu ngi téye ay àtteem, di xaar ba ñu yégal nit ñépp bataaxalu artu bi. Yaa kay, bu sunu askan déggoon ni mu ware yéego taxawaayu kàttan gi nekk ci seen kaw ngir jox àddina bi bataaxalu yërmande bu mujj bi, ana liggéey bu am solo, bu doy waar a am!” Testimonies, volyum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Yoël ak Mbooloom Aji-Adventist yu Bés bu Juróom-Ñaareelu fan ak Laodise — Limu Ñaar-fukk bi</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