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Téerey Yoel ak Mbooloom Adwantis ñeel Besub Noppalu bu Juróom-Ñaareel ci Lawodise — Limu Ñaar-fukk ak Juróom-Benn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2026-01-12</w:t>
      </w:r>
    </w:p>
    <w:p>
      <w:pPr>
        <w:pStyle w:val="ArticleHeading"/>
        <w:jc w:val="left"/>
      </w:pPr>
      <w:r>
        <w:rPr>
          <w:rFonts w:ascii="Arial" w:hAnsi="Arial" w:eastAsia="Arial" w:cs="Arial"/>
        </w:rPr>
        <w:t>Nimero Ñaar-fukk ak Juróom-benn</w:t>
      </w:r>
    </w:p>
    <w:p>
      <w:pPr>
        <w:pStyle w:val="ArticleBody"/>
        <w:jc w:val="left"/>
      </w:pPr>
      <w:r>
        <w:rPr>
          <w:rFonts w:ascii="Times New Roman" w:hAnsi="Times New Roman" w:eastAsia="Times New Roman" w:cs="Times New Roman"/>
        </w:rPr>
        <w:t>Ñeenti maas yi ci téere Yoel dañuy tektal yàqute gu jëkk-jàkk ci toolu reseñu Yàlla bi, dale ci 1863 ba ca yoonu dundub Dibéer. Lim bu ñeent itam dafay tekki ñeenti melokaan yu xarakteru Kirist. Kerub yi ci kër-yuqub bi am nañu ñeenti jëfandikoo yu kanam, te yooyu melokaan dëppoo nañu ak partaaje bu ñeent ba Israyil bu yàggoon bi, ba ñuy daldi tabax seen màndar yu wër kër-yuqub bi. Itam dafañuy tektal ñeenti Injil yi.</w:t>
      </w:r>
    </w:p>
    <w:p>
      <w:pPr>
        <w:pStyle w:val="ArticleScripture"/>
        <w:jc w:val="left"/>
      </w:pPr>
      <w:r>
        <w:rPr>
          <w:rFonts w:ascii="Times New Roman" w:hAnsi="Times New Roman" w:eastAsia="Times New Roman" w:cs="Times New Roman"/>
        </w:rPr>
        <w:t>Ci mel ni seen yu jëkka, ñoom ñépp ñent amoon nañu kanamu nit, ak kanamu gaynde ci wetu ndeyjoor; te ñoom ñépp ñent amoon nañu it kanamu nag ci wetu càmmoñ; ñoom ñépp ñent amoon nañu itam kanamu ngelaw. Ezekiel 1:10.</w:t>
      </w:r>
    </w:p>
    <w:p>
      <w:pPr>
        <w:pStyle w:val="ArticleScripture"/>
        <w:jc w:val="left"/>
      </w:pPr>
      <w:r>
        <w:rPr>
          <w:rFonts w:ascii="Times New Roman" w:hAnsi="Times New Roman" w:eastAsia="Times New Roman" w:cs="Times New Roman"/>
        </w:rPr>
        <w:t>Rabba bu njëkk bi mel ni gainde, ñaareel bi mel ni nag wu ndaw, ñetteel bi amoon na kanam gu mel ni nit, te ñeenteel bi mel ni agle buy naaw. Peeñu Yowaana 4:7.</w:t>
      </w:r>
    </w:p>
    <w:p>
      <w:pPr>
        <w:pStyle w:val="ArticleBody"/>
        <w:jc w:val="left"/>
      </w:pPr>
      <w:r>
        <w:rPr>
          <w:rFonts w:ascii="Times New Roman" w:hAnsi="Times New Roman" w:eastAsia="Times New Roman" w:cs="Times New Roman"/>
        </w:rPr>
        <w:t>Biibël bi (Nombres 2) day wax ne 12 xeet yi (booleesuñu Lewi, ndaxte ñoom daan nañu dëkk bu yépp ci wet gu jege tabernakl bi) dañoo tàmbalee leen ci ñeenti dal yu am ku nekk ñetti xeet, te ñu tërël leen ci ñeenti jubluwaay yu mag yi wër kër-yàlla ga, ku nekk di nekk suufu ab standard, maanaam, ab bender walla ab ensign. Tëralin boobu jur na ab méngoo gu ànd ak misaal, fu dalu àddina si di seetlu nguuru asamaan gi kerub yi di wottu.</w:t>
      </w:r>
    </w:p>
    <w:p>
      <w:pPr>
        <w:pStyle w:val="ArticleBody"/>
        <w:jc w:val="left"/>
      </w:pPr>
      <w:r>
        <w:rPr>
          <w:rFonts w:ascii="Times New Roman" w:hAnsi="Times New Roman" w:eastAsia="Times New Roman" w:cs="Times New Roman"/>
        </w:rPr>
        <w:t>Yuda dafa jëm ci penku, jublu ci séq jant buy fenk, ca bunt kër-gu sell ga. Raayaayu Yuda mooy leon, ndaxte muy tegtal Leon bu giir Yuda. Ñaari giir yi nekkoon ak Yuda ñooy Issakar ak Sebulon. Ci peeñu Yowaana, mbeñ mi jëkk dafa mel ni leon, ni ko serafe yi Esekiyel amee kanamu leon. Ruben, tegtalu nit, dafa nekkoon ci bëj-saalum ak Simeon ak Gad. Ci sowu, Efrayim moo nekkoon, ak Benyamin ak Manase, te ñu dañuy tegtalu nag. Ci bëj-gànnaar, Dan moo nekkoon, ak Asher ak Naftali, te ñu dañuy tegtalu ngelaw. Mboolem lëkkale giir yi ak ñeenti kanam yi ci kër-gu sell ga ca asamaan dañoo feeñ ci ñeenti Xabaar yu Baax yi.</w:t>
      </w:r>
    </w:p>
    <w:p>
      <w:pPr>
        <w:pStyle w:val="ArticleBody"/>
        <w:jc w:val="left"/>
      </w:pPr>
      <w:r>
        <w:rPr>
          <w:rFonts w:ascii="Times New Roman" w:hAnsi="Times New Roman" w:eastAsia="Times New Roman" w:cs="Times New Roman"/>
        </w:rPr>
        <w:t>Matiye mooy Gaynde gi bokk ci xeetu Yuda, Maar mooy nag wu sarax, Luug mooy nit ki, te Yowaana mooy ngelaw lu kawe buy naaw. Kirist ci ni Mu doon Gaynde gi bokk ci xeetu Yuda, day firi Boppam ni Ki tëj te ubbi Ay Kàddug waxyu. Téereb Matiye bi am na yeneen wàll yu bare ci ay waxi Mesiya yi mat (12) moo gën a ñëw bu baax ñaar-ñaar ci ñetti xibaar yu baax yi ci des boole. Du sax a jege.</w:t>
      </w:r>
    </w:p>
    <w:p>
      <w:pPr>
        <w:pStyle w:val="ArticleBody"/>
        <w:jc w:val="left"/>
      </w:pPr>
      <w:r>
        <w:rPr>
          <w:rFonts w:ascii="Times New Roman" w:hAnsi="Times New Roman" w:eastAsia="Times New Roman" w:cs="Times New Roman"/>
        </w:rPr>
        <w:t>Téereb Matye mi dafa tegu ci Kàddu Yàlla gu yonent. Luug, mi doon doktoor, dafa wone xibaaru jàmmam ci gis-gisu Kirist ni Doomu Nit, ndaxte Luug mooy kanamu nit ki. Màrk dafa wone xibaaru jàmmu Kirist ci gis-gisu sarax suñu rendi, bi Kirist di teewal, ndaxte Màrk mooy nag wi. Yowaana mooy janoo ju kowe ji di naaw, mi wone lu xóot yi ci Yàlla ci bi mu jébbalee xibaaru jàmmu Kirist.</w:t>
      </w:r>
    </w:p>
    <w:p>
      <w:pPr>
        <w:pStyle w:val="ArticleBody"/>
        <w:jc w:val="left"/>
      </w:pPr>
      <w:r>
        <w:rPr>
          <w:rFonts w:ascii="Times New Roman" w:hAnsi="Times New Roman" w:eastAsia="Times New Roman" w:cs="Times New Roman"/>
        </w:rPr>
        <w:t>Lu am soloñ a xam ne téereb Matthew ni mu feeñee ci Kàddug yoonu waxi Yàlla. Téereb Matthew mooy Gaynde gi dëkk ci giiru Yuda, Boroomam ci Kàddoom gu yégle, Ki di Waa lim bu yéeme ci kumpa yu nëbbu yi, Linguist bu yéeme, Ki di tëj te ubbi Kàddoom. Yeesu mooy Alfa ak Omega, te moom mooy Kàddu gi. Téereb bu njëkk ci Kóllëre gu Bees ak téereb bu mujj ci Kóllëre gu Bees, ñoom ay téere yu yégle lañu. Ñu bari xam nañu lii ci téereb Peeñeel gi, waaye amaana xeluñu ne Matthew mooy alfa bi ci Kóllëre gu Bees, ba tax mu war a méngoo ak omega bi ci Kóllëre gu Bees. Mu war a teewal mujj ga, maanaam téereb Peeñeel gi.</w:t>
      </w:r>
    </w:p>
    <w:p>
      <w:pPr>
        <w:pStyle w:val="ArticleBody"/>
        <w:jc w:val="left"/>
      </w:pPr>
      <w:r>
        <w:rPr>
          <w:rFonts w:ascii="Times New Roman" w:hAnsi="Times New Roman" w:eastAsia="Times New Roman" w:cs="Times New Roman"/>
        </w:rPr>
        <w:t>Kon nag, bu nu gis ci Macë tayu melo ak màndargay jaar-jaaru nettalug kóllëre bu cosaan bi nekk ci Genees te ñu wax ko ci ay saar 11 ba 22, loolu du lenn ludul dëgg gu Gaynde gi cosaanu giirug Macë di ubbi seelam. Fukk ak ñaar i saar yu jaar-jaaru kóllëre yi te ñu leen feeñal ci Genees, Macë ak Peeñu, ñu ngi léegi ubbeeku seel, te li nu di xàmmi mooy ne saaru 23 ci Macë moo di teg wàccug ñi xam ak ñi xamul ci léebub toolu reseñ bi. Juróom-ñett i ay “alkañe” ci kaw ñaari nit ñi nekkoon askanu kóllëre gu njëkk, te ñuy am seen àndandoo ci waxu yonent bi ci juróom-ñett i bakkan yi di doxal ñaar-fukki junni ak ñeenti junni yi téeméer ñeent-fukk ak ñeent-fukk yi, ñiy dugg ca gaalug mucc ga. 23 mooy ndencu liggéey bi tambalee ci Kër Yàlla gu Asamaan bi, ba 2300 fan ak guddi yi agsee seen mujj ci 22 Oktoobar 1844, te dina defaat noonu ci yoonu Dibeer bi mu ngi ñëw lu gaaw. Saar 23 mi ngi màndargaal dëgg gii.</w:t>
      </w:r>
    </w:p>
    <w:p>
      <w:pPr>
        <w:pStyle w:val="ArticleBody"/>
        <w:jc w:val="left"/>
      </w:pPr>
      <w:r>
        <w:rPr>
          <w:rFonts w:ascii="Times New Roman" w:hAnsi="Times New Roman" w:eastAsia="Times New Roman" w:cs="Times New Roman"/>
        </w:rPr>
        <w:t>Sàppali ñaar-fukk ak ñeent bi am na ci bi Kirist jeexalee waxtaanam ak Israayil gu dëgëradi te bàyyi kër Yawut ya ngir yoon wu mujj. Nimero 24 mel na lu war a taxaw ngir wàññante Israayil gu yàgg ak Israayil gu bees, mooy dalub jamono ci jaar-jaaru waxu Yàlla, fa Kirist taxawoon ba mu joxe bataaxalam ci Macë 24. Bàkku waxu yonent bi nekk ci Macë 24 mooy misaal bu Yàlla joxe ci pexe “rëdd ci kaw rëdd”, te mu jëm ci jaar-jaaru Millerit yi ci anam wu wér, ba tax na itam muy jaar-jaaru ñi téeméeri ñeent-fukk ak ñeent-fukk ak ñeent. 24 dees na ko tegtale ci njël gi nekk ci Peeñu 12, mi taxaw ci weer wi di fésal leerug jantub njubte. Ci boppam am na fukk ak ñaar i biddéew yu di tegtal 24, ndaxte moom dafa tegtal jaar-jaar bi jiitu juddug Kirist, ba ci jamono jooju fukk ak ñaari xeetu Israayil gu yàgg di soppeeku fukk ak ñaari taalibe yi ci Israayil gu bees. Ci sàppali ñaar-fukk ak ñeent bi, dees na tegtale jaar-jaaru Millerit yi tàmbalee ci 1798 ba ci réer gu mag ga. Gannaaw loolu, Macë 25.</w:t>
      </w:r>
    </w:p>
    <w:p>
      <w:pPr>
        <w:pStyle w:val="ArticleBody"/>
        <w:jc w:val="left"/>
      </w:pPr>
      <w:r>
        <w:rPr>
          <w:rFonts w:ascii="Times New Roman" w:hAnsi="Times New Roman" w:eastAsia="Times New Roman" w:cs="Times New Roman"/>
        </w:rPr>
        <w:t>Limu 25 mooy màndarga Lewiit yi, muy yi baax walla yi bon; waaye noonu sax, mu ngi tegtal itam ci xeetu xàjjal gi diggante Lewiit yu xam ak Lewiit yu bon. Macë 25 dafa wone, ci kaw ñetti seede yi, walla ñetti léeb yi, jëfandikoo bu xàjjal gi limu ñaar-fukk ak juróom tegtal. Ci dëgg-dëgg, léebu fukki janq yi dafa tegtal jaar-jaaru Millerit yi, te itam jaar-jaaru téeméeri ñent-fukk ak ñeenti junni. Jaar-jaar boobu mooy jaar-jaaru malaaka bu njëkk bi; léebu talãaŋ yi mooy malaaka bu ñaareel bi, te léebu xar ak bëy yi mooy àtteb malaaka bu ñetteel bi.</w:t>
      </w:r>
    </w:p>
    <w:p>
      <w:pPr>
        <w:pStyle w:val="ArticleBody"/>
        <w:jc w:val="left"/>
      </w:pPr>
      <w:r>
        <w:rPr>
          <w:rFonts w:ascii="Times New Roman" w:hAnsi="Times New Roman" w:eastAsia="Times New Roman" w:cs="Times New Roman"/>
        </w:rPr>
        <w:t>Saar 26 ba 28 dañuy wax jëm ci jaar-jaaru Bésub Ràcc ak ndigalub xibaar bu baax bi gannaaw daajaleg ci bant bi.</w:t>
      </w:r>
    </w:p>
    <w:p>
      <w:pPr>
        <w:pStyle w:val="ArticleScripture"/>
        <w:jc w:val="left"/>
      </w:pPr>
      <w:r>
        <w:rPr>
          <w:rFonts w:ascii="Times New Roman" w:hAnsi="Times New Roman" w:eastAsia="Times New Roman" w:cs="Times New Roman"/>
        </w:rPr>
        <w:t>Ba loolu amee, bi Yeesu sàmmalee wax yii yépp, mu ne ay taalibeem: “Xam ngeen ne gannaaw ñaari fanu, bésub Màggalu Mucc ga dina agsi, te Doomu nit ki dees na ko wor ngir daaj ko ci bant bi.” Macë 26:1, 2</w:t>
      </w:r>
    </w:p>
    <w:p>
      <w:pPr>
        <w:pStyle w:val="ArticleBody"/>
        <w:jc w:val="left"/>
      </w:pPr>
      <w:r>
        <w:rPr>
          <w:rFonts w:ascii="Times New Roman" w:hAnsi="Times New Roman" w:eastAsia="Times New Roman" w:cs="Times New Roman"/>
        </w:rPr>
        <w:t>Ab një tënk ci jalon yu wuute yi nekk ci saar 26 mooy pexe ngir rey Yeesu ci aaya 3 ba 5. Gannaaw loolu, ñu diw Yeesu fet ci Betani ci aaya 6 ba 13. Ci aaya 14 ba 16, Yudaa wor Almasi bi ngir ñetti fukk xalisu xaalis. Gannaaw loolu, Bésub Jéggi ga ag ay taalibeem agsi ci aaya 17 ba 25. Ci aaya 26 ba 29, Yeesu sas lekkug Boroom bi, te ci aaya 30, Yeesu yégle weddiinug Piyeer. Ci aaya 36 ba 46 Yeesu nekk na ci Getsemani. Ci aaya 47 ba 56 ñu jàpp Yeesu; gannaaw gi, ci aaya 57 ba 68, Yeesu taxaw na kanam Kayifas ak Sanedreen ba. Li dale ci aaya 69 ba ca kanam, weddiinug Piyeer ci Almasi bi lañuy wone. Saar bi ëmb na fukk jalon yu seddqoo yu war a dellusi ci fan yu mujj ya.</w:t>
      </w:r>
    </w:p>
    <w:p>
      <w:pPr>
        <w:pStyle w:val="ArticleBody"/>
        <w:jc w:val="left"/>
      </w:pPr>
      <w:r>
        <w:rPr>
          <w:rFonts w:ascii="Times New Roman" w:hAnsi="Times New Roman" w:eastAsia="Times New Roman" w:cs="Times New Roman"/>
        </w:rPr>
        <w:t>Saar ñent-fukk ak juróom-ñaareel bi itam am na fukki màndarga yu xóot yu wér. Yeesu jébbalees na ko ci Pilaat, ba noppi Yudaa réy boppam ci wéy, ba noppi yóbbu nañu Yeesu kanam Pilaat, ba noppi tànn nañu Barabbas, Pilaat jox Yeesu ngir dees ko daaj ci bant, ba noppi ñaawal nañu Yeesu, ba noppi daaj-banti bi, ba noppi dee gu Yeesu, ba noppi suul nañu Yeesu, te ci mujj wottukati bàmmeel bi seede.</w:t>
      </w:r>
    </w:p>
    <w:p>
      <w:pPr>
        <w:pStyle w:val="ArticleBody"/>
        <w:jc w:val="left"/>
      </w:pPr>
      <w:r>
        <w:rPr>
          <w:rFonts w:ascii="Times New Roman" w:hAnsi="Times New Roman" w:eastAsia="Times New Roman" w:cs="Times New Roman"/>
        </w:rPr>
        <w:t>Saar ñaar-fukk ak juróom-ñett bi am na rekk ñetti màndarga yu mag, bi njëkk di ndekkiteg, ginnaawam fenub Sanedreen, te gannaaw loolu ndigal lu mag li. Ñetti saar yi, ak ñaar-fukk ak ñett màndarga yu wuute yu bant bi, dinañu dellu ci jaar-jaaru téereb ñetti téeméer ak ñeent-fukk ak ñeent-fukk ak ñeent.</w:t>
      </w:r>
    </w:p>
    <w:p>
      <w:pPr>
        <w:pStyle w:val="ArticleHeading"/>
        <w:jc w:val="left"/>
      </w:pPr>
      <w:r>
        <w:rPr>
          <w:rFonts w:ascii="Arial" w:hAnsi="Arial" w:eastAsia="Arial" w:cs="Arial"/>
        </w:rPr>
        <w:t>Macë 26 – Fukk Yoon wi ci Yoon bi</w:t>
      </w:r>
    </w:p>
    <w:p>
      <w:pPr>
        <w:pStyle w:val="ArticleListItem"/>
        <w:ind w:left="576" w:hanging="259"/>
        <w:jc w:val="left"/>
      </w:pPr>
      <w:r>
        <w:rPr>
          <w:rFonts w:ascii="Times New Roman" w:hAnsi="Times New Roman" w:eastAsia="Times New Roman" w:cs="Times New Roman"/>
        </w:rPr>
        <w:t>1. Pexe bu saraxalekat ak mag ñi mag yi ngir rey Yeesu (aaya 3–5)</w:t>
      </w:r>
    </w:p>
    <w:p>
      <w:pPr>
        <w:pStyle w:val="ArticleListItem"/>
        <w:ind w:left="576" w:hanging="259"/>
        <w:jc w:val="left"/>
      </w:pPr>
      <w:r>
        <w:rPr>
          <w:rFonts w:ascii="Times New Roman" w:hAnsi="Times New Roman" w:eastAsia="Times New Roman" w:cs="Times New Roman"/>
        </w:rPr>
        <w:t>2. Fomp gi ci Betani ndax jigéen ji yor boyetu alabàtër (aya 6–13)</w:t>
      </w:r>
    </w:p>
    <w:p>
      <w:pPr>
        <w:pStyle w:val="ArticleListItem"/>
        <w:ind w:left="576" w:hanging="259"/>
        <w:jc w:val="left"/>
      </w:pPr>
      <w:r>
        <w:rPr>
          <w:rFonts w:ascii="Times New Roman" w:hAnsi="Times New Roman" w:eastAsia="Times New Roman" w:cs="Times New Roman"/>
        </w:rPr>
        <w:t>3. Yudaa nangu na wor yees Yeesu ngir 30 xalam xaalis (ay. 14–16)</w:t>
      </w:r>
    </w:p>
    <w:p>
      <w:pPr>
        <w:pStyle w:val="ArticleListItem"/>
        <w:ind w:left="576" w:hanging="259"/>
        <w:jc w:val="left"/>
      </w:pPr>
      <w:r>
        <w:rPr>
          <w:rFonts w:ascii="Times New Roman" w:hAnsi="Times New Roman" w:eastAsia="Times New Roman" w:cs="Times New Roman"/>
        </w:rPr>
        <w:t>4. Waajal ak lekku Bésu Jéggi bi ak taalibe yi (ay xëtu 17–25)</w:t>
      </w:r>
    </w:p>
    <w:p>
      <w:pPr>
        <w:pStyle w:val="ArticleListItem"/>
        <w:ind w:left="576" w:hanging="259"/>
        <w:jc w:val="left"/>
      </w:pPr>
      <w:r>
        <w:rPr>
          <w:rFonts w:ascii="Times New Roman" w:hAnsi="Times New Roman" w:eastAsia="Times New Roman" w:cs="Times New Roman"/>
        </w:rPr>
        <w:t>5. Sampug Reeru Boroom bi (aya 26–29)</w:t>
      </w:r>
    </w:p>
    <w:p>
      <w:pPr>
        <w:pStyle w:val="ArticleListItem"/>
        <w:ind w:left="576" w:hanging="259"/>
        <w:jc w:val="left"/>
      </w:pPr>
      <w:r>
        <w:rPr>
          <w:rFonts w:ascii="Times New Roman" w:hAnsi="Times New Roman" w:eastAsia="Times New Roman" w:cs="Times New Roman"/>
        </w:rPr>
        <w:t>6. Yëgleb Piyeer ngir weddiam (ay 30–35)</w:t>
      </w:r>
    </w:p>
    <w:p>
      <w:pPr>
        <w:pStyle w:val="ArticleListItem"/>
        <w:ind w:left="576" w:hanging="259"/>
        <w:jc w:val="left"/>
      </w:pPr>
      <w:r>
        <w:rPr>
          <w:rFonts w:ascii="Times New Roman" w:hAnsi="Times New Roman" w:eastAsia="Times New Roman" w:cs="Times New Roman"/>
        </w:rPr>
        <w:t>7. Metit ci Getsemané (ay. 36–46)</w:t>
      </w:r>
    </w:p>
    <w:p>
      <w:pPr>
        <w:pStyle w:val="ArticleListItem"/>
        <w:ind w:left="576" w:hanging="259"/>
        <w:jc w:val="left"/>
      </w:pPr>
      <w:r>
        <w:rPr>
          <w:rFonts w:ascii="Times New Roman" w:hAnsi="Times New Roman" w:eastAsia="Times New Roman" w:cs="Times New Roman"/>
        </w:rPr>
        <w:t>8. Njàngale ak jàppgatu Yeesu (w. 47–56)</w:t>
      </w:r>
    </w:p>
    <w:p>
      <w:pPr>
        <w:pStyle w:val="ArticleListItem"/>
        <w:ind w:left="576" w:hanging="259"/>
        <w:jc w:val="left"/>
      </w:pPr>
      <w:r>
        <w:rPr>
          <w:rFonts w:ascii="Times New Roman" w:hAnsi="Times New Roman" w:eastAsia="Times New Roman" w:cs="Times New Roman"/>
        </w:rPr>
        <w:t>9. Yeesu jéem ci kanam Kayifas ak Sanedriin bi (vv. 57–68)</w:t>
      </w:r>
    </w:p>
    <w:p>
      <w:pPr>
        <w:pStyle w:val="ArticleListItem"/>
        <w:ind w:left="576" w:hanging="259"/>
        <w:jc w:val="left"/>
      </w:pPr>
      <w:r>
        <w:rPr>
          <w:rFonts w:ascii="Times New Roman" w:hAnsi="Times New Roman" w:eastAsia="Times New Roman" w:cs="Times New Roman"/>
        </w:rPr>
        <w:t>10. Ñëtti gëstu Piyeer ñetti yoon (vv. 69–75)</w:t>
      </w:r>
    </w:p>
    <w:p>
      <w:pPr>
        <w:pStyle w:val="ArticleHeading"/>
        <w:jc w:val="left"/>
      </w:pPr>
      <w:r>
        <w:rPr>
          <w:rFonts w:ascii="Arial" w:hAnsi="Arial" w:eastAsia="Arial" w:cs="Arial"/>
        </w:rPr>
        <w:t>Macë 27 – Fukk Yoon wi ci Yoon bi</w:t>
      </w:r>
    </w:p>
    <w:p>
      <w:pPr>
        <w:pStyle w:val="ArticleListItem"/>
        <w:ind w:left="576" w:hanging="259"/>
        <w:jc w:val="left"/>
      </w:pPr>
      <w:r>
        <w:rPr>
          <w:rFonts w:ascii="Times New Roman" w:hAnsi="Times New Roman" w:eastAsia="Times New Roman" w:cs="Times New Roman"/>
        </w:rPr>
        <w:t>1. Yeesu jébbale na Pilaat (aaya 1–2)</w:t>
      </w:r>
    </w:p>
    <w:p>
      <w:pPr>
        <w:pStyle w:val="ArticleListItem"/>
        <w:ind w:left="576" w:hanging="259"/>
        <w:jc w:val="left"/>
      </w:pPr>
      <w:r>
        <w:rPr>
          <w:rFonts w:ascii="Times New Roman" w:hAnsi="Times New Roman" w:eastAsia="Times New Roman" w:cs="Times New Roman"/>
        </w:rPr>
        <w:t>2. Réccu Yudaa ak boppam-reyugam (ay vers 3–10)</w:t>
      </w:r>
    </w:p>
    <w:p>
      <w:pPr>
        <w:pStyle w:val="ArticleListItem"/>
        <w:ind w:left="576" w:hanging="259"/>
        <w:jc w:val="left"/>
      </w:pPr>
      <w:r>
        <w:rPr>
          <w:rFonts w:ascii="Times New Roman" w:hAnsi="Times New Roman" w:eastAsia="Times New Roman" w:cs="Times New Roman"/>
        </w:rPr>
        <w:t>3. Yeesu kanam Pilaatu — àtteb yoon wi Romaan yi ci anam wu rasmi (aaya 11–14)</w:t>
      </w:r>
    </w:p>
    <w:p>
      <w:pPr>
        <w:pStyle w:val="ArticleListItem"/>
        <w:ind w:left="576" w:hanging="259"/>
        <w:jc w:val="left"/>
      </w:pPr>
      <w:r>
        <w:rPr>
          <w:rFonts w:ascii="Times New Roman" w:hAnsi="Times New Roman" w:eastAsia="Times New Roman" w:cs="Times New Roman"/>
        </w:rPr>
        <w:t>4. Tann Barabbas gannaaw Yeesu (aaya 15–26)</w:t>
      </w:r>
    </w:p>
    <w:p>
      <w:pPr>
        <w:pStyle w:val="ArticleListItem"/>
        <w:ind w:left="576" w:hanging="259"/>
        <w:jc w:val="left"/>
      </w:pPr>
      <w:r>
        <w:rPr>
          <w:rFonts w:ascii="Times New Roman" w:hAnsi="Times New Roman" w:eastAsia="Times New Roman" w:cs="Times New Roman"/>
        </w:rPr>
        <w:t>5. Pilat jébbal Yeesu ngir ñu daaj ko ca bant ba (boolees na ci bàyyi Baaraba)</w:t>
      </w:r>
    </w:p>
    <w:p>
      <w:pPr>
        <w:pStyle w:val="ArticleListItem"/>
        <w:ind w:left="576" w:hanging="259"/>
        <w:jc w:val="left"/>
      </w:pPr>
      <w:r>
        <w:rPr>
          <w:rFonts w:ascii="Times New Roman" w:hAnsi="Times New Roman" w:eastAsia="Times New Roman" w:cs="Times New Roman"/>
        </w:rPr>
        <w:t>6. Ñaawal ak yar mbëttal gi ñu soldaar yi (aaya 27–31)</w:t>
      </w:r>
    </w:p>
    <w:p>
      <w:pPr>
        <w:pStyle w:val="ArticleListItem"/>
        <w:ind w:left="576" w:hanging="259"/>
        <w:jc w:val="left"/>
      </w:pPr>
      <w:r>
        <w:rPr>
          <w:rFonts w:ascii="Times New Roman" w:hAnsi="Times New Roman" w:eastAsia="Times New Roman" w:cs="Times New Roman"/>
        </w:rPr>
        <w:t>7. Taxawaay bi ci bant bi (aay 32–44)</w:t>
      </w:r>
    </w:p>
    <w:p>
      <w:pPr>
        <w:pStyle w:val="ArticleListItem"/>
        <w:ind w:left="576" w:hanging="259"/>
        <w:jc w:val="left"/>
      </w:pPr>
      <w:r>
        <w:rPr>
          <w:rFonts w:ascii="Times New Roman" w:hAnsi="Times New Roman" w:eastAsia="Times New Roman" w:cs="Times New Roman"/>
        </w:rPr>
        <w:t>8. Déewante Yeesu (ay t. 45–50)</w:t>
      </w:r>
    </w:p>
    <w:p>
      <w:pPr>
        <w:pStyle w:val="ArticleListItem"/>
        <w:ind w:left="576" w:hanging="259"/>
        <w:jc w:val="left"/>
      </w:pPr>
      <w:r>
        <w:rPr>
          <w:rFonts w:ascii="Times New Roman" w:hAnsi="Times New Roman" w:eastAsia="Times New Roman" w:cs="Times New Roman"/>
        </w:rPr>
        <w:t>9. Màndargay yu wees ak suul bi Yosef bu Arimatee (ay. 51–61)</w:t>
      </w:r>
    </w:p>
    <w:p>
      <w:pPr>
        <w:pStyle w:val="ArticleListItem"/>
        <w:ind w:left="576" w:hanging="259"/>
        <w:jc w:val="left"/>
      </w:pPr>
      <w:r>
        <w:rPr>
          <w:rFonts w:ascii="Times New Roman" w:hAnsi="Times New Roman" w:eastAsia="Times New Roman" w:cs="Times New Roman"/>
        </w:rPr>
        <w:t>10. Taxawal sàmm yi ca bàmmeel ba (ay xët 62–66)</w:t>
      </w:r>
    </w:p>
    <w:p>
      <w:pPr>
        <w:pStyle w:val="ArticleHeading"/>
        <w:jc w:val="left"/>
      </w:pPr>
      <w:r>
        <w:rPr>
          <w:rFonts w:ascii="Arial" w:hAnsi="Arial" w:eastAsia="Arial" w:cs="Arial"/>
        </w:rPr>
        <w:t>Macë 28 – Ñetti Yoon Yu Neex</w:t>
      </w:r>
    </w:p>
    <w:p>
      <w:pPr>
        <w:pStyle w:val="ArticleListItem"/>
        <w:ind w:left="576" w:hanging="259"/>
        <w:jc w:val="left"/>
      </w:pPr>
      <w:r>
        <w:rPr>
          <w:rFonts w:ascii="Times New Roman" w:hAnsi="Times New Roman" w:eastAsia="Times New Roman" w:cs="Times New Roman"/>
        </w:rPr>
        <w:t>1. Dekki baat ak bàmmeel bu neenul (ay wax 1–10)</w:t>
      </w:r>
    </w:p>
    <w:p>
      <w:pPr>
        <w:pStyle w:val="ArticleListItem"/>
        <w:ind w:left="576" w:hanging="259"/>
        <w:jc w:val="left"/>
      </w:pPr>
      <w:r>
        <w:rPr>
          <w:rFonts w:ascii="Times New Roman" w:hAnsi="Times New Roman" w:eastAsia="Times New Roman" w:cs="Times New Roman"/>
        </w:rPr>
        <w:t>2. Fen gu mag ak njiitu saraxalek yi ak mag màggat yi ci soldaar yi (aaya 11–15)</w:t>
      </w:r>
    </w:p>
    <w:p>
      <w:pPr>
        <w:pStyle w:val="ArticleListItem"/>
        <w:ind w:left="576" w:hanging="259"/>
        <w:jc w:val="left"/>
      </w:pPr>
      <w:r>
        <w:rPr>
          <w:rFonts w:ascii="Times New Roman" w:hAnsi="Times New Roman" w:eastAsia="Times New Roman" w:cs="Times New Roman"/>
        </w:rPr>
        <w:t>3. Ndigal gu mag (aaya 16–20)</w:t>
      </w:r>
    </w:p>
    <w:p>
      <w:pPr>
        <w:pStyle w:val="ArticleBody"/>
        <w:jc w:val="left"/>
      </w:pPr>
      <w:r>
        <w:rPr>
          <w:rFonts w:ascii="Times New Roman" w:hAnsi="Times New Roman" w:eastAsia="Times New Roman" w:cs="Times New Roman"/>
        </w:rPr>
        <w:t>Ni noonu mel ni xew-xewu Almasi bi mucc gi ko ca Betani ba ci ndigal gu màgg ga moonee takk na jeexital liggéeyam ci suuf te tàmbali xebaar bu baax bi ci xeeti àddina yépp, noonu itam benn yiir yii lañuy delloo ci xew-xewu desit Yàlla bi, bi ñuy jegesi jeexital àtteg dogal ba ak seen ndam gu mujj.</w:t>
      </w:r>
    </w:p>
    <w:p>
      <w:pPr>
        <w:pStyle w:val="ArticleBody"/>
        <w:jc w:val="left"/>
      </w:pPr>
      <w:r>
        <w:rPr>
          <w:rFonts w:ascii="Times New Roman" w:hAnsi="Times New Roman" w:eastAsia="Times New Roman" w:cs="Times New Roman"/>
        </w:rPr>
        <w:t>Sàpp yu ñaar-fukk ak juróom-benni ba ñaar-fukk ak juróom-ñetti dañuy teewal jaar-jaaru Bésub Weer gi, te sampu nañu ko ci kaw 23 ay màndarga-yoon yu wuute, yu dellu ci biir jaar-jaar bi jiitu te topp Ndogalu Dibéer gi.</w:t>
      </w:r>
    </w:p>
    <w:p>
      <w:pPr>
        <w:pStyle w:val="ArticleScripture"/>
        <w:jc w:val="left"/>
      </w:pPr>
      <w:r>
        <w:rPr>
          <w:rFonts w:ascii="Times New Roman" w:hAnsi="Times New Roman" w:eastAsia="Times New Roman" w:cs="Times New Roman"/>
        </w:rPr>
        <w:t>«Ñëwug Kirist ci sunu Saraxalekat bu mag bi, ba ca bérab bu gëna sell ba, ngir setal kër Yàlla ga, ni ko Daniel 8:14 wone; ñëwug Doomu nit ki ca Boroom fan yu yàgg ya, ni ko Daniel 7:13 joxe; ak ñëwug Boroom bi ca këram, ni ko Malasi waxoon lu jiitu, lépp ay melokaani benn mbir lañu; te loolu itam moom lañu tekki ci ñëwug góor-góorlu bi ca céet ba, ni ko Kirist waxe ci léebalu fukki janq ya, ci Macë 25.» The Great Controversy, 427.</w:t>
      </w:r>
    </w:p>
    <w:p>
      <w:pPr>
        <w:pStyle w:val="ArticleBody"/>
        <w:jc w:val="left"/>
      </w:pPr>
      <w:r>
        <w:rPr>
          <w:rFonts w:ascii="Times New Roman" w:hAnsi="Times New Roman" w:eastAsia="Times New Roman" w:cs="Times New Roman"/>
        </w:rPr>
        <w:t>Mujjugi fanweeri 2300 yi ci 22 Oktoobar 1844 dina dellu ci yoonu Dibeer. Ñaari fukk ak ñett waymarks yi nekk ci ñetti saraxle yu mujj yi ci Macë yu magg yi dañuy xamle deretu tedd te jafe-jafe biñuy jëfandikoo ngir boole Yàlla ak nit.</w:t>
      </w:r>
    </w:p>
    <w:p>
      <w:pPr>
        <w:pStyle w:val="ArticleScripture"/>
        <w:jc w:val="left"/>
      </w:pPr>
      <w:r>
        <w:rPr>
          <w:rFonts w:ascii="Times New Roman" w:hAnsi="Times New Roman" w:eastAsia="Times New Roman" w:cs="Times New Roman"/>
        </w:rPr>
        <w:t>“Krist mooytu ci tur nit ci kër-yàlla ga nekk ca kaw, lu soxla la lool ci pexe mucc gi ni deewuñu ci bant ba nekkoon lu soxla. Ci deewuñam la tàmbalee liggéey boobu, te gannaaw ndekkiteem ma mu yéeg asamaan ngir matale ko fa. War nañu dugg ci ngëm bi ca biir càngaay ba, ‘fa ji jiituwaay bi duggal nañu ngir nun.’ Hébreux 6:20. Foofa la leer gi jóge ca bantub Kalwaari di feeñaat. Foofa lanu mana am xel mu gën a leer ci kumpay njot gi. Muccu nit mat na ci njëg bu asamaan fey ak lu dul manees a natt; sarax bi ñu joxe mengoo na ak la yoonu Yàlla bi ñu dëj bi laaj ci yaatuwaayam yépp. Yeesu ubbi na yoon wi jëm ca gàngunaayu Baay bi, te jaarale ko ci rammuñam, bëgg-bëgg bu dëggu bu ñépp ñi ñëw ci moom ak ngëm am, man nañu ko yóbbu fa kanam Yàlla.” The Great Controversy, 489.</w:t>
      </w:r>
    </w:p>
    <w:p>
      <w:pPr>
        <w:pStyle w:val="ArticleBody"/>
        <w:jc w:val="left"/>
      </w:pPr>
      <w:r>
        <w:rPr>
          <w:rFonts w:ascii="Times New Roman" w:hAnsi="Times New Roman" w:eastAsia="Times New Roman" w:cs="Times New Roman"/>
        </w:rPr>
        <w:t>Sàccu 23 bu Macëe dafa xojle yedd gi ñu teg ci saraxalekat yu fenn yi. Sàccu 26 ba 28 ñoo di omega bu sàccu 23. Lewit yu fenn yi, moom mag ña, seen moytu gu gëna yéex tey gëna tar ci biir ñeenti maas yi, moo jur mandarga yi nekk ci ñetti sàccu yu mujj yi.</w:t>
      </w:r>
    </w:p>
    <w:p>
      <w:pPr>
        <w:pStyle w:val="ArticleBody"/>
        <w:jc w:val="left"/>
      </w:pPr>
      <w:r>
        <w:rPr>
          <w:rFonts w:ascii="Times New Roman" w:hAnsi="Times New Roman" w:eastAsia="Times New Roman" w:cs="Times New Roman"/>
        </w:rPr>
        <w:t>Saar ñeent-fukk ak ñaar wax na ne yoonu “rëdd ci kaw rëdd” mooy yoonu Kirist, ndaxte moom daf koy jëfandikoo ngir, jaarale ko ci alagug Yerusalem, melal mbir yi nekk, ak mbir yi amoon, ak mbir yi di ñëw.</w:t>
      </w:r>
    </w:p>
    <w:p>
      <w:pPr>
        <w:pStyle w:val="ArticleBody"/>
        <w:jc w:val="left"/>
      </w:pPr>
      <w:r>
        <w:rPr>
          <w:rFonts w:ascii="Times New Roman" w:hAnsi="Times New Roman" w:eastAsia="Times New Roman" w:cs="Times New Roman"/>
        </w:rPr>
        <w:t>Mbuuru Yerusalem ci at 70 AD amoon na ci bés bu njëkk bi ci at mi Yerusalem dañoo ko jëkk a yàq ak Nebukadnesar. Yàqug Yerusalem bi Nebukadnesar defoon doon na lu weesu ci nettali màndarga yi, te nettali Kirist, bi Titus jëlé Yerusalem, doon na misaal buy wone mujjug àddina. Macë 24 dafay yékkati yoonu “line upon line”, ba tax muy rëyal ne “methodology” mooy benn cër ci seedeel waxu yonent yi.</w:t>
      </w:r>
    </w:p>
    <w:p>
      <w:pPr>
        <w:pStyle w:val="ArticleBody"/>
        <w:jc w:val="left"/>
      </w:pPr>
      <w:r>
        <w:rPr>
          <w:rFonts w:ascii="Times New Roman" w:hAnsi="Times New Roman" w:eastAsia="Times New Roman" w:cs="Times New Roman"/>
        </w:rPr>
        <w:t>Ci kapitaal 24 la Kirist moo wone soxlaw xam “sibla ga yokk a reer” gi Yonent bi Danyeel waxoon, moom xam-xam bu njëkk bu William Miller, ak misaal mi tabax peeñ ma ci Danyeel. Te itam moo tegtal weddi gu Adventisme, ndaxte dañoo bañ xam-xamu Millerite ci mbirum “bës bu nekk” bi nekk ci téereb Danyeel, ba tax ñu bokk ci réer gu tar gi 2 Thessalonians kapitaal ñaareel wax. Kapitaal bi jàppoo bu baax ak Luke 21, noonu di fésal 11 Ut 1840 ba 22 Oktoobar 1844, li doon misaalu 9/11 ba ci santaaneesub Dibeer. Te itam jàppoo na ak “jamonoy xeet yi” ci Luke 21:24, mi di benn ca jéeg yu mag yi ci ubbi “juróom-ñaari jamono” yi Musaa wax, te itam ànd ak nattug kër Yàlla gi nekk ci Revelation fukki benn.</w:t>
      </w:r>
    </w:p>
    <w:p>
      <w:pPr>
        <w:pStyle w:val="ArticleBody"/>
        <w:jc w:val="left"/>
      </w:pPr>
      <w:r>
        <w:rPr>
          <w:rFonts w:ascii="Times New Roman" w:hAnsi="Times New Roman" w:eastAsia="Times New Roman" w:cs="Times New Roman"/>
        </w:rPr>
        <w:t>Tambalee ci saptaar ñaar-fukk ak ñett, toppandoo ak 24 ak 25, te mu jeexee ak saptaar 26 ba 27, ñetti saptaar yu yor ñaar-fukk ak ñett aamiir yu mel ni omega ci alpha bu saptaar ñaar-fukk ak ñett. Saptaar ñaar-fukk ak juróom-benn yokk ci ñaar-fukk ak juróom-ñaareel ak ñaar-fukk ak juróom-ñetteel mooy “81,” te loolu moy mandarga njabootu saraxalekat yi. Ci kaw ñetti seede yi (Genesis, Matthew ak Revelation) saptaar 11 ba 22 benn rëdd lañu. Saptaar 23 ba 28 ay rëdd lañu ci dëgg, buy tàmbalee ak 23 te mu jeex ak 23.</w:t>
      </w:r>
    </w:p>
    <w:p>
      <w:pPr>
        <w:pStyle w:val="ArticleBody"/>
        <w:jc w:val="left"/>
      </w:pPr>
      <w:r>
        <w:rPr>
          <w:rFonts w:ascii="Times New Roman" w:hAnsi="Times New Roman" w:eastAsia="Times New Roman" w:cs="Times New Roman"/>
        </w:rPr>
        <w:t>Sàpp ñaari fukk ci ñaari benn ba fukk ñooy njëkk ci ñetti rëdd yu wax ci mbind mi ci téereb Macë. Fukk ay sàpp, topp ca ñaar-fukk ak ñaar ay sàpp, toppaat ci juróom-benn ay sàpp. Xel mu Sell mi xamal na nu ne téere yépp ci Biibël da ñuy daje te mujje ci Peeñu gi, te moo tax it téere yépp ci Biibël da ñuy daje te mujje ci Macë. Macë, ni kanamu gaindeg gi cosaanu Yuda mel, di fésal fukk ak ñaar yeneen waxi Mesiya yu wér, te fukk ak ñaar yooyu ñoo jur tektal yu mag yi ci jaar-jaaru taariixu Milerit yi ak téeméeri ak ñeent-fukk ak ñeent-fukk ñi. Naka la téereb Peeñu gi tambalee ak peeñug Yeesu Kirist, noonu it sàpp bu njëkk bu Macë dafay wone peeñug Yeesu Kirist buy jokkoo ak dund ak seedees Musaa, ak taariixu Antikirist, fekk di xamale ñetti cër yu jëkk ci mbooloom Yàlla gi dafa noot, ni ko yonent bi, saraxalekat bi ak buur bi tektalee.</w:t>
      </w:r>
    </w:p>
    <w:p>
      <w:pPr>
        <w:pStyle w:val="ArticleBody"/>
        <w:jc w:val="left"/>
      </w:pPr>
      <w:r>
        <w:rPr>
          <w:rFonts w:ascii="Times New Roman" w:hAnsi="Times New Roman" w:eastAsia="Times New Roman" w:cs="Times New Roman"/>
        </w:rPr>
        <w:t>Macë tàmbalee ak xamle Yeesu Kirist ci biir kóllëreg Yàlla ak xeet wu Mu tànn. Dale ci Ibraaima ba ca Daawuda, am na fukk ak ñeent maas; te dale ci Daawuda ba ca njaamug Bàbbilóon, am na fukk ak ñeent maas; te dale ci Bàbbilóon ba ci Kirist, am na beneen fukk ak ñeent maas. Xeetu askanu Kirist ci Macë dafa méngoo ak Muusaa, ndaxte Muusaa mooy alfa, te Kirist mooy omeega. Dundug Muusaa, bu mat téeméeri at ak ñaar-fukk, dafa méngoo ak téeméeri at ak ñaar-fukk yi doon jamonoy muñal ci jaar-jaari taarixu Nóoh. Kon nag, kóllëreg Nóoh dafa lëkkaloo ak kóllëreg benn xeet wu ñu tànn. Téeméeri at ak ñaar-fukk yi Muusaa moom, dañuy tekki ñetti xaaj yu nekk ñeent-fukk at, yi jeexee ak Muusaa rey Waa-Misra ga ca mujju ñeent-fukk at ya, te doom ji njëkk, Firawna ak ay xareem, ñu ñépp ñu dee ca mujju ñaareelu jamonoy ñeent-fukk at ya. Ñaareelu jamonoy ñeent-fukk at ya jeex na ci benn ànduub Kades, te ñetteelu jamonoy ñeent-fukk at ya jeex na ci ñaareelu ànduub Kades. Ñetti rëdd yu wax ci kanam yu alfa bi, yépp jeex nañu ci Kades; te ñetti rëdd yu wax ci kanam yu xeetu askanu Macë, yépp jeex nañu ci Daawuda, njaamug Bàbbilóon ak Yonnenteb kóllëre gi.</w:t>
      </w:r>
    </w:p>
    <w:p>
      <w:pPr>
        <w:pStyle w:val="ArticleBody"/>
        <w:jc w:val="left"/>
      </w:pPr>
      <w:r>
        <w:rPr>
          <w:rFonts w:ascii="Times New Roman" w:hAnsi="Times New Roman" w:eastAsia="Times New Roman" w:cs="Times New Roman"/>
        </w:rPr>
        <w:t>Bu alfa Muuse bu ànd ak omega Almasi boolee, am na juróom-benn seede yi Kades, mooy 1863 ak yoonu Dibéer bi. Gëstu maasug Matye dafa tënk buur Daawuda ci Kades, fa la Adventis bu gëmadi bees bi yóbbu ca Babilon, ba Almasi dëggal kóllëre gi ak téeméer ak ñeent-fukk ak ñeent junni nit ñi. Ci teg Daawuda ci yoonu Dibéer bi, ñaareelu seede Daawuda taxaw na, te Daawuda bokk na ci ñetti nit ñi di wuutu nit ñu taxaw ci tur yu nit, ñi tàmbalee seen liggéey bi ba ñu aggee fukki at ak ñett. Almasi, Daawuda, Yuusufa ak Esikiel ñépp tàmbalee seen liggéey ci fukki at ak ñett. Bennaloo gi ñu def ci ñaar-fukk ak ñett at ñi tàmbalee di liggéey, mooy melokaan boolee Yàlla ak nit, ba kerk gi di xare soppeeku muy kerk gi di ndam. Kerk googu dafa sosoo ci benn yonent, benn saraxalekat ak benn buur. Soppeeku googu màndargaal nañu ko ci yoonu Dibéer bi, miit itam di Kades; kon Daawuda ci gëstu maasug Matye méngoo na ak Daawuda ma fukki at ak ñett.</w:t>
      </w:r>
    </w:p>
    <w:p>
      <w:pPr>
        <w:pStyle w:val="ArticleBody"/>
        <w:jc w:val="left"/>
      </w:pPr>
      <w:r>
        <w:rPr>
          <w:rFonts w:ascii="Times New Roman" w:hAnsi="Times New Roman" w:eastAsia="Times New Roman" w:cs="Times New Roman"/>
        </w:rPr>
        <w:t>Ñetti atum waajal yi méngoo ak ñeenti téeméer ak fanweer fukki at yi kóllëre Ibrahima, te itam ak magu nit ku saraxalekat ak 1290 at yi ci Daniel 12:11. Ci bind bi ci topp, dinañu seet benn ku nekk ci ñoom ñaar-fukk ak ñaar yégley-Mesiya yooyu nekk ci téereb Macë. Lu jiitu, dañuy xàmmee ñetti rëdd yu yóbbale ci biir Macë; saar yi benn ba fukk, topp ci saar yi fukk ak benn ba ñaar-fukk ak ñaar, te gannaaw loolu ñaar-fukk ak ñett ba ñaar-fukk ak juróom-ñett.</w:t>
      </w:r>
    </w:p>
    <w:p>
      <w:pPr>
        <w:pStyle w:val="ArticleScripture"/>
        <w:jc w:val="left"/>
      </w:pPr>
      <w:r>
        <w:rPr>
          <w:rFonts w:ascii="Times New Roman" w:hAnsi="Times New Roman" w:eastAsia="Times New Roman" w:cs="Times New Roman"/>
        </w:rPr>
        <w:t>«Ab benn waxtu gannaaw naqar ga amoon ci atum 1844, damaa woon a gëm, bokk ak mbooloom ñi yaakaaroon dikkug Almasi bi, ne bunt yu yërmande yi dafa tëj ba fàww ci kaw àddina si. Jëfandikoo boobu moom, jël nañu ko woon laata ma jot ci sama njëkkag peeñ. Leer gi Yàlla maye woon ma moo yeesal sunu njuumte te may nu gis dëgg-dëgg taxawaay ba.»</w:t>
      </w:r>
    </w:p>
    <w:p>
      <w:pPr>
        <w:pStyle w:val="ArticleScripture"/>
        <w:jc w:val="left"/>
      </w:pPr>
      <w:r>
        <w:rPr>
          <w:rFonts w:ascii="Times New Roman" w:hAnsi="Times New Roman" w:eastAsia="Times New Roman" w:cs="Times New Roman"/>
        </w:rPr>
        <w:t>«Maa ngi ba tey gëm ci xalaatu bunt bu tëj bi, waaye du ci maana bi nu ko jëfandikoo woon ca njàlbéen ga, mbaa ci maana bi sama jàppandikookat yi koy jëfandikoo.»</w:t>
      </w:r>
    </w:p>
    <w:p>
      <w:pPr>
        <w:pStyle w:val="ArticleScripture"/>
        <w:jc w:val="left"/>
      </w:pPr>
      <w:r>
        <w:rPr>
          <w:rFonts w:ascii="Times New Roman" w:hAnsi="Times New Roman" w:eastAsia="Times New Roman" w:cs="Times New Roman"/>
        </w:rPr>
        <w:t>“Am na buntoon bu tëj ci fan yi Noowe. Ca jamono jooju, Xel Yàlla teguwoon boppam ci xeetu nit ñi bàkkaar te dee ci ndoxu Màbb ga. Yàlla Moom ci boppam moo jox Noowe waxu bunt bu tëj bi: ‘Sama Xel du déglu ak nit ba fàww, ndaxte moom itam yaram la; waaye fanam dinañu tollu ci téeméeri ak ñaar-fukk’ (Genesis 6:3).”</w:t>
      </w:r>
    </w:p>
    <w:p>
      <w:pPr>
        <w:pStyle w:val="ArticleScripture"/>
        <w:jc w:val="left"/>
      </w:pPr>
      <w:r>
        <w:rPr>
          <w:rFonts w:ascii="Times New Roman" w:hAnsi="Times New Roman" w:eastAsia="Times New Roman" w:cs="Times New Roman"/>
        </w:rPr>
        <w:t>“Ca bés woon na ca jamonoo Ibrahima. Yërmande ba noppi a ñaanal waa Sodom, te ñépp kudul Lot ak jabaram ak ñaari doomam yu jigéen, safara su bawoo ci asamaan rey leen.”</w:t>
      </w:r>
    </w:p>
    <w:p>
      <w:pPr>
        <w:pStyle w:val="ArticleScripture"/>
        <w:jc w:val="left"/>
      </w:pPr>
      <w:r>
        <w:rPr>
          <w:rFonts w:ascii="Times New Roman" w:hAnsi="Times New Roman" w:eastAsia="Times New Roman" w:cs="Times New Roman"/>
        </w:rPr>
        <w:t>« Benn buntoon bu tëj ba woon ca jamonoy Almasi. Doomu Yàlla mi waxoon Yawut yi dul gëm ci maas ga ne leen: “Seen kër bàyyi nañu ko ci seen kaw neen” » (Matthew 23:38).</w:t>
      </w:r>
    </w:p>
    <w:p>
      <w:pPr>
        <w:pStyle w:val="ArticleScripture"/>
        <w:jc w:val="left"/>
      </w:pPr>
      <w:r>
        <w:rPr>
          <w:rFonts w:ascii="Times New Roman" w:hAnsi="Times New Roman" w:eastAsia="Times New Roman" w:cs="Times New Roman"/>
        </w:rPr>
        <w:t>“Bu xoolu jamono ba ci fan yu mujj ya, doole ju àggul kenn jott ci moom, jëfee na wax jaare ko ci Yowaana ne: ‘Li mooy wax ki sell ki, ki dëgg la, ki yor caabi Daawuda, ki ubbi te kenn manul tëj; te ki tëj it, kenn manul ubbi’ (Peeñu 3:7).”</w:t>
      </w:r>
    </w:p>
    <w:p>
      <w:pPr>
        <w:pStyle w:val="ArticleScripture"/>
        <w:jc w:val="left"/>
      </w:pPr>
      <w:r>
        <w:rPr>
          <w:rFonts w:ascii="Times New Roman" w:hAnsi="Times New Roman" w:eastAsia="Times New Roman" w:cs="Times New Roman"/>
        </w:rPr>
        <w:t>“Ñu ma won ci peeñ mi, te ba tey maa ngi gëm ne bunt bu tëj woon amoon na ci 1844. Ñépp ñi gisoon leeru ndigalub malaaka bu njëkk ba ak bu ñaareel ba, te bañ leer googu, dees leen bàyyi ci lëndëm. Te ñi ko nangu woon te jot Xel mu Sell mi doon ànd ak yégleb ndigal li jóge asamaan, te gannaaw ga weddi seen ngëm te wax ne seen xew-xew dafa nekk naxar, noonu dañoo bañ Xelu Yàlla, te dootul leen ragal.”</w:t>
      </w:r>
    </w:p>
    <w:p>
      <w:pPr>
        <w:pStyle w:val="ArticleScripture"/>
        <w:jc w:val="left"/>
      </w:pPr>
      <w:r>
        <w:rPr>
          <w:rFonts w:ascii="Times New Roman" w:hAnsi="Times New Roman" w:eastAsia="Times New Roman" w:cs="Times New Roman"/>
        </w:rPr>
        <w:t>“Ñi gisul woon leer gi, amuñu woon tooñu bañ ko. Xëtu nit ñi doŋŋ ñoo xas leer gi jóge asamaan la Xelum Yàlla mënu leen a jot. Te xëtu nit boobu dafa boole, ni ma ko waxe, ñi gàntoon nangu yégle bi ba ñu leen ko joxee, ak it ñi ko nangu woon te gannaaw ga dellu gànt seen ngëm. Ñoom man nañoo yor melokaanu ragal Yàlla, te wax ne ay toppkat yu Kirist lañu; waaye ndaxte amuñu benn jëfandikoo gu dund ak Yàlla, Seexaan dina leen jàpp ni ay jaam ci ay naxam. Ñaari xët yii lañu fee wone ci peeñ mi—ñi wax ne leer gi ñu toppoon dafa doon naxam, ak it ña bon ci àddina si ñi, ndaxte bañ nañu leer gi, Yàlla bañ leen. Amul benn tudde ci ñi gisul woon leer gi, ba tax ñu amul woon tooñu bañ ko.” Selected Messages, téere 1, 62, 63.</w:t>
      </w:r>
    </w:p>
    <w:p>
      <w:pPr>
        <w:pStyle w:val="ArticleScripture"/>
        <w:jc w:val="left"/>
      </w:pPr>
      <w:r>
        <w:rPr>
          <w:rFonts w:ascii="Times New Roman" w:hAnsi="Times New Roman" w:eastAsia="Times New Roman" w:cs="Times New Roman"/>
        </w:rPr>
        <w:t>«Ñi nga ñoom ñi di topp Yeesu ci ngëm ci liggéey gu mag gu jëfandikoo njotug jotale, ñoom lañuy jot ci njariñi ngir mu doon seen rammukat, waaye ñi bañ leer gi di wone liggéeyu jaamu jii, duñu ci am benn njariñ. Yawut yi bañoon leer gi ñu leen joxoon ci njëlbéenu Kirist, te gëmuloon ko ni mooy Musalkatub àddina, mënuloon a jot njéggal jaarale ko ci moom. Bi Yeesu duggee, ci kawam, ak deretam boppam, ci bérabu sell ba ci asamaan ngir tuur ci ay taalibeem barkey yi aju ci rammukatéem, Yawut yi desoon nañu ci lëndëm gu mat ngir wéy di def seen sarax ak seen jébbale yu amul njariñ. Jaamu gi aju ci misaal ak ker gi doon tegtal doon na mujje. Bunt boobu ñu doon jaar ba noppi ngir nit ñi mën a agsi ca Yàlla, ubbeekatul woonati. Yawut yi bañoon woon a seet ko ci benn yoon wi rekk nga xam ne ca jamono jooju ci moom lañu ko manoon a gis, maanaa jaarale ko ci jaamu gi nekk ci kërug sell ga ci asamaan. Moo tax gisuñu woon benn bokk ak Yàlla. Ci ñoom bunt bi tëj na. Xamuñu woon Kirist ni mooy sarax sa dëgg te mooy rammukat ki kenn kee kanam Yàlla; moo tax mënuñu woon a jot ci njariñi rammukatéem.»</w:t>
      </w:r>
    </w:p>
    <w:p>
      <w:pPr>
        <w:pStyle w:val="ArticleScripture"/>
        <w:jc w:val="left"/>
      </w:pPr>
      <w:r>
        <w:rPr>
          <w:rFonts w:ascii="Times New Roman" w:hAnsi="Times New Roman" w:eastAsia="Times New Roman" w:cs="Times New Roman"/>
        </w:rPr>
        <w:t>“Nekkin xaalis Yude yi gëmul doon na misaal bu wone nekkin ñi sax ci yéene te gëmul ci biir ñiy wax ne ay kirisiten, te ñoom dañuy bëgg a bañ a xam liggéeyu sunu Saraxalekat bu Kowe bi full yërmande. Ci sarwiis bu misaal ba, bu saraxalekat bu kowe bi duggee ca Barabu Sell ba gën a Sell, Israayil gépp dafa waroon dajaloo wër kër Yàlla ga, te ci anam bu gën a tedd, toroxal seen baken fa kanam Yàlla, ngir ñu jot ci baalug seeni bàkkaar te bañ a ñu daggale leen ak mbooloo mi. Kon naka la gën a am solo ci Bésub Jubal bu antitype bii, nu xam liggéeyu sunu Saraxalekat bu Kowe bi te xam itam yan warugar lañu laaj ci nun.”</w:t>
      </w:r>
    </w:p>
    <w:p>
      <w:pPr>
        <w:pStyle w:val="ArticleScripture"/>
        <w:jc w:val="left"/>
      </w:pPr>
      <w:r>
        <w:rPr>
          <w:rFonts w:ascii="Times New Roman" w:hAnsi="Times New Roman" w:eastAsia="Times New Roman" w:cs="Times New Roman"/>
        </w:rPr>
        <w:t>“Nit du ñu man a bañ ci lu amul mbugal ndigal li Yàlla, ci yërmandeem, yónnee leen. Ab yégle bu jóge asamaan yónneesoon na adduina bi ca jamonoy Nóoyin, te seen muccoon jàppoon na ci ni ñu jëfe ak yégle boobu. Ndaxte dañoo bañe waare wa, Xelum Yàlla nekkatuloon ak xeetu ñaari bakkaar ba, te ñu sank ci ndoxum Mbëmbë mi. Ca jamonoy Ibraayma, yërmande taxawatuloon di ñaanal dëkkkat yu tooñu Sodom, te ñépp ku dul Lot ak jabaram ak ñaari doom-jàngam, ñu lakk leen ci safara si jóge asamaan. Noonu itam ca fan yi Kirist nekk. Doomu Yàlla waxoon Yawut yi gëmuloon ci jamono jooju ne: ‘Seen kër bàyyi nañu ko leen, mu nekk kër gu màndiŋ.’ Matthew 23:38. Bi Mu xool jëm ci fan yu mujj yi, Màggug Kàttan googu sax moom itam wax na ci mbirum ñi ‘nanguwuloon bëgg-bëggu dëgg, ngir ñu man a mucc’ ne: ‘Looloo tax Yàlla dina leen yónnee nax gu tar, ba ñu gëm fen, ngir ñépp ñi gëmuloon dëgg waaye bànneexu ci jubadi, ñu daan leen.’ 2 Thessalonians 2:10–12. Naka lañuy bañee njàngalem Kàddoom, Yàlla di jële Xelam bàyyi leen ci nax yi ñuy soppiku.” The Great Controversy, 430, 431.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Téerey Yoel ak Mbooloom Adwantis ñeel Besub Noppalu bu Juróom-Ñaareel ci Lawodise — Limu Ñaar-fukk ak Juróom-Benn</dc:title>
  <dc:subject/>
  <dc:creator>Jeff Pippenger</dc:creator>
  <cp:keywords/>
  <dc:description>Generated by ArticleDigger from joel\26_joel.json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