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Mbooloom Adventiste Bés bu Juróom-Ñaareel bi ci Laodise — Limu Ñaar fukk ak Juróom-Ñaareel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Limu Ñaar-fukk ak Juróom-Ñett</w:t>
      </w:r>
    </w:p>
    <w:p>
      <w:pPr>
        <w:pStyle w:val="ArticleBody"/>
        <w:jc w:val="left"/>
      </w:pPr>
      <w:r>
        <w:rPr>
          <w:rFonts w:ascii="Times New Roman" w:hAnsi="Times New Roman" w:eastAsia="Times New Roman" w:cs="Times New Roman"/>
        </w:rPr>
        <w:t>Nunuy dëggal yi nga xam ne Léeb bu askanu Yuda mi ngi léeral léegi lañuy bind. Danu yoroo dëgg yi ngir jëm ci yégleb Yuël, mi Piyeer wax ne mooy yéglebu taw bu mujj bi ci téereb Jëf ya. Danu jegesi ci dëgg yi léegi nekk ci yoonu mat, te mooy dëgg yi di amal tassaaro bu mujj bi ci diggante ñaari xeet yi, yi far di feeñ saa su nekk bu ñuy léeral ab dëgg buy nattu. Itam, dañuy jëfandikoo noonu yooyu dëgg yi ñu léeral ba noppi, waxuma ne ay kàddu rekk yu malaaka bu ñetteel bi miy tasare, waaye itam ne ay kàddu yi di amal tëj gi ci benn téeméeri ñeent-fukk ak ñeenti junni. Malaaka bu ñetteel bi day setal te day sellal.</w:t>
      </w:r>
    </w:p>
    <w:p>
      <w:pPr>
        <w:pStyle w:val="ArticleBody"/>
        <w:jc w:val="left"/>
      </w:pPr>
      <w:r>
        <w:rPr>
          <w:rFonts w:ascii="Times New Roman" w:hAnsi="Times New Roman" w:eastAsia="Times New Roman" w:cs="Times New Roman"/>
        </w:rPr>
        <w:t>Ndaxte bu jóge ci weeru Sulet 2023, Gànaaru gi ci xeetu Yudaa di ubbi ndànk-ndànk dëgg yu jëm ci rëdd yi biti ak biir ci jaar-jaaru nit ñu des ngir Yàlla. Léegi nag, nuy ubbi téereb Macë, ngir xam wàll wi Piyeer am. Piyeer mooy màndarga njàmm ak kóllëre gi Kirist am ak Jabaram ju Kiristiyan—kilifa gi Mu di tabax ci Kaw Doju doj wa. Piyeer dafay teewal jëkkërin ju njëkk ci Kiristiyan te itam ju mujj. Piyeer dañu koo wone ne mooy noonu ca aaya bu digg bi ci sarax yi fukk ak benn ak ñaar-fukk ak ñaar yi ci Macë, te sarax yooyu mooy sarax yu digg yi ci rëdd yi dëppoo yi Njëlbéen ak Peeñ yi, tambalee ca sarax bu fukk ak benn ba ca ñaar-fukk ak ñaar. Piyeer day teewal junni ak ñeenti-fukk ak ñeenti ni ci fan yu mujj yi, te ci kàddu googu mu ngi nekk ca Sezaare Fílip, maanaam Paaniyom ci Daniyel 11:13–15.</w:t>
      </w:r>
    </w:p>
    <w:p>
      <w:pPr>
        <w:pStyle w:val="ArticleBody"/>
        <w:jc w:val="left"/>
      </w:pPr>
      <w:r>
        <w:rPr>
          <w:rFonts w:ascii="Times New Roman" w:hAnsi="Times New Roman" w:eastAsia="Times New Roman" w:cs="Times New Roman"/>
        </w:rPr>
        <w:t>Piyeer mungi Panium, te itam mi ngi bésu Pentekot, ci kër ga ca kaw, ca ñetteelu waxtu ba, ba noppi ci kër Yàlla ga ca juróomeel waxtu ba. Juróom-benn waxtu yooyu daña tegtal jamono ji ci bi ñaari fukki junni ak ñeent fukki junni ñi diñu leen rëy, ba kàddu alxamesu Dibeer di ñëw. Daajalu Kirist itam tambalee na ca ñetteelu waxtu ba, te mu dee ca juróomeel waxtu ba; loolu moo jiital ndekkite, mi ubbi jamonoy Pentekot, te mu jeex ak Piyeer ca Pentekot ca ñetteelu waxtu ak juróomeel waxtu ba. Bi Yërëme digale xibaaru jàmm bi mu dem ca xeeti ñi dul Yawut yi, Korneel yónnee woo Piyeer ca juróomeel waxtu ba. Ñetteelu waxtu bi itam dafa tegtal saraxu suba si, te juróomeel waxtu bi saraxu ngoon gi.</w:t>
      </w:r>
    </w:p>
    <w:p>
      <w:pPr>
        <w:pStyle w:val="ArticleBody"/>
        <w:jc w:val="left"/>
      </w:pPr>
      <w:r>
        <w:rPr>
          <w:rFonts w:ascii="Times New Roman" w:hAnsi="Times New Roman" w:eastAsia="Times New Roman" w:cs="Times New Roman"/>
        </w:rPr>
        <w:t>Jafe-juroom waxtu bi dafa mel ni jamono jiir bi ñu doon amal ndaje kër-gàddaayu Exeter ak réer gu mag gi ci 22 Oktoobar 1844. Ci Kàddug Apostool yi, Pedro dafa mel ni moo bokk ci benn dëgg ak ñeneen ñi di matale téeméer ñeent-fukk ak ñeent junni ñi ci mujju saar bi jëkk, bi ñu wuutée Yudaa ak Matiyas. Kon lim bi mat na ca. Am na demandoo bu leer bu ñu xàmle ci nettali bi.</w:t>
      </w:r>
    </w:p>
    <w:p>
      <w:pPr>
        <w:pStyle w:val="ArticleBody"/>
        <w:jc w:val="left"/>
      </w:pPr>
      <w:r>
        <w:rPr>
          <w:rFonts w:ascii="Times New Roman" w:hAnsi="Times New Roman" w:eastAsia="Times New Roman" w:cs="Times New Roman"/>
        </w:rPr>
        <w:t>Piyeer moo jiitu ci néegu kaw ga, te gannaaw loolu mu nekk ci kër Yàlla gi. Bi mu nekk ci néegu kaw ga, moo doon waxtu wu ñetteel; te ci kër Yàlla gi, moo doon waxtu wu juróom-ñenteel. Woneb gi ci waxtu wu ñetteel wi jur na sóobug ñetti junni ruu.</w:t>
      </w:r>
    </w:p>
    <w:p>
      <w:pPr>
        <w:pStyle w:val="ArticleScripture"/>
        <w:jc w:val="left"/>
      </w:pPr>
      <w:r>
        <w:rPr>
          <w:rFonts w:ascii="Times New Roman" w:hAnsi="Times New Roman" w:eastAsia="Times New Roman" w:cs="Times New Roman"/>
        </w:rPr>
        <w:t>Noonu ñi dégg te nangu ci mbég kàddu ga, ñu sóob leen ci ndox; te bés booba ñu yokk ci ñoom lu mat ñetti junniy bakkan. Jëf ya 2:41.</w:t>
      </w:r>
    </w:p>
    <w:p>
      <w:pPr>
        <w:pStyle w:val="ArticleBody"/>
        <w:jc w:val="left"/>
      </w:pPr>
      <w:r>
        <w:rPr>
          <w:rFonts w:ascii="Times New Roman" w:hAnsi="Times New Roman" w:eastAsia="Times New Roman" w:cs="Times New Roman"/>
        </w:rPr>
        <w:t>Jële ci limukaay bi nekk ci mujju wet gu njëkk, ba keraam ba ca juróom-ñetteelu waxtu wa, jamono jooju dafay tekki màndargaalug tëj-gàtt gi ci téeméeri ñent fukki junni ak ñeent junni ñaar fukk.</w:t>
      </w:r>
    </w:p>
    <w:p>
      <w:pPr>
        <w:pStyle w:val="ArticleBody"/>
        <w:jc w:val="left"/>
      </w:pPr>
      <w:r>
        <w:rPr>
          <w:rFonts w:ascii="Times New Roman" w:hAnsi="Times New Roman" w:eastAsia="Times New Roman" w:cs="Times New Roman"/>
        </w:rPr>
        <w:t>Junni ñaar-fukk ak ñeent-fukk ak ñeent-junni ñi dinañu yégle yégleb lees a jubale ndax ngëm, mooy ndigalatu malaaka bu ñetteel bi ci dëgg. Jubal mooy liggéeyu Yàlla ci suufal ndamu nit ba mu nekk pëndu suuf, ni Rakku jigéen White waxe ko bu baax lool.</w:t>
      </w:r>
    </w:p>
    <w:p>
      <w:pPr>
        <w:pStyle w:val="ArticleScripture"/>
        <w:jc w:val="left"/>
      </w:pPr>
      <w:r>
        <w:rPr>
          <w:rFonts w:ascii="Times New Roman" w:hAnsi="Times New Roman" w:eastAsia="Times New Roman" w:cs="Times New Roman"/>
        </w:rPr>
        <w:t>“Lan mooy jébbale ci ngëm? Mooy liggéeyu Yàlla ci suufeel ndamug nit ba mu tollu ci pënd, te muy defal nit li mu amul kàttan a defal boppam. Bu nit ñi gissee seen dara-ndulug bopp, kon ñoom dañuy waajal ngir soloo njubtey Almasi bi. Bu ñu tàmbalee sant ak yékkati Yàlla bés bépp, kon ci seetaan rekk lañuy soppeeku ngir mel ni moom. Lan mooy yeesalug nit? Mooy xamal nit li mooy dëgg-dëgg ci boppam, ne ci boppam rekk amul njariñ. Jàngale yii, mënuloo ko mos a jàng. Éy, yàlla na nga man a xam njariñu ruuhu nit ki.” Manuscript Releases, volume 20, 117.</w:t>
      </w:r>
    </w:p>
    <w:p>
      <w:pPr>
        <w:pStyle w:val="ArticleBody"/>
        <w:jc w:val="left"/>
      </w:pPr>
      <w:r>
        <w:rPr>
          <w:rFonts w:ascii="Times New Roman" w:hAnsi="Times New Roman" w:eastAsia="Times New Roman" w:cs="Times New Roman"/>
        </w:rPr>
        <w:t>Benn misaal ci bataaxal bu jëfandikoo jubal bi, ni ko ñaar-fukki ñeent ak ñeent junni nit ñi yéglee, mooy Gideyon, mi di nit ku nekk ci kóllëre gi, ndaxte soppi nañu turam, tudd ko Yerubbaal. Bataaxalu Gideyon moo nekkoon ci li mu def: mu def ab lampa buy taal ci biir ndablu suuf, teg ca ba noppi tas ndab la, wol bufta, daldi wax ci kàddu gu xumb: «sàmmu Boroom bi ak Gideyon.» Saafara Gideyon moom itam saafara Boroom bi la woon, ndaxte saafara ji mooy Kàddu Yàlla, te loolu mooy boole Yàllaay ak nit. Bataaxal boobu mooy li bufta bi ak xaacu ba doon fésal, bi muy tas ndab la. Ndab li mooy nit, te war nañu ko damm walla suufeel ko ba mu dem ci dust, ngir ndamlu leeru Yàlla man a feeñ.</w:t>
      </w:r>
    </w:p>
    <w:p>
      <w:pPr>
        <w:pStyle w:val="ArticleBody"/>
        <w:jc w:val="left"/>
      </w:pPr>
      <w:r>
        <w:rPr>
          <w:rFonts w:ascii="Times New Roman" w:hAnsi="Times New Roman" w:eastAsia="Times New Roman" w:cs="Times New Roman"/>
        </w:rPr>
        <w:t>Bala yéglee ndigal li, Gedeyon dajale woon ñetti téeméeri nit jaarale ko ci benn yoonu nattu. Bi yoonu natt wi jeexee, Gedeyon amoon na ñetti téeméeri nit. 300 mooy asaka wu ñatti junni nit ñi ci Pentekot. Ñoom dañuy teewal mbooloom xare bi ñuy yékkati ci Esekiyel 37, ñi dugg ci kóllëre guy sax ba fàww.</w:t>
      </w:r>
    </w:p>
    <w:p>
      <w:pPr>
        <w:pStyle w:val="ArticleScripture"/>
        <w:jc w:val="left"/>
      </w:pPr>
      <w:r>
        <w:rPr>
          <w:rFonts w:ascii="Times New Roman" w:hAnsi="Times New Roman" w:eastAsia="Times New Roman" w:cs="Times New Roman"/>
        </w:rPr>
        <w:t>Noonu ma, dama wax ci ma ko, ma jottali wax ju ñëw ci seen biir; ñu dund, taxaw ci seen tànk, doon mbooloo mu réy lool. Noonu mu ne ma: “Doomu nit ki, yax yi mooy kër gi yépp gu Israyil; xoolleen, ñu naan: ‘Sunuy yax wow nañu, sunuy yaakaar sànku na; ñu dagg nu ba noppi.’” Esekiyel 37:10, 11.</w:t>
      </w:r>
    </w:p>
    <w:p>
      <w:pPr>
        <w:pStyle w:val="ArticleBody"/>
        <w:jc w:val="left"/>
      </w:pPr>
      <w:r>
        <w:rPr>
          <w:rFonts w:ascii="Times New Roman" w:hAnsi="Times New Roman" w:eastAsia="Times New Roman" w:cs="Times New Roman"/>
        </w:rPr>
        <w:t>Këru Israyil dagg nañu ko ngir seen wàll yi, te Esekiyel dina won ni wàllu Yuda ak Efrayim yiñ dagg ba tàqale, dinañu nekk benn xeet. Mboolem lëkkoolu xare boobu dañuy doon ñaari bant yu weesu woon, waaye dañuy booleeku ba nekk benn bant, bu ñuy dugg ci kóllëre ak Yàlla.</w:t>
      </w:r>
    </w:p>
    <w:p>
      <w:pPr>
        <w:pStyle w:val="ArticleScripture"/>
        <w:jc w:val="left"/>
      </w:pPr>
      <w:r>
        <w:rPr>
          <w:rFonts w:ascii="Times New Roman" w:hAnsi="Times New Roman" w:eastAsia="Times New Roman" w:cs="Times New Roman"/>
        </w:rPr>
        <w:t>Te itam dina fas kóllëre ak ñoom; te kóllëre googu dina doon kóllëre gu dul jeex ak ñoom: te dinaa leen sampu, yokk leen, te dinaa teg sama kër ju sell ci seen biir ba fàww. Sama mbubb itam dina nekk ak ñoom: waaw, man dinaa ne seen Yàlla, te ñoom dinañu nekk samay nit. Te xeet yi dul Yisraeel dinañu xam ne man, Boroom bi, maa sant Yisraeel, bu fekkee ne sama kër ju sell nekk na ci seen biir ba fàww. Ezekiel 37:26–28.</w:t>
      </w:r>
    </w:p>
    <w:p>
      <w:pPr>
        <w:pStyle w:val="ArticleBody"/>
        <w:jc w:val="left"/>
      </w:pPr>
      <w:r>
        <w:rPr>
          <w:rFonts w:ascii="Times New Roman" w:hAnsi="Times New Roman" w:eastAsia="Times New Roman" w:cs="Times New Roman"/>
        </w:rPr>
        <w:t>“Xeeti yi dina xam ne Boroom bi moo sellal Israayil,” bu mu samp ay bérabam bu sell ci seen diggante. Bokkalug bérab bu sell Yàlla ak askanam dafa tegu ci bokkalug kërgóorug nit ak kërgóorug Yàlla, te bu loolu amee, ñetti téeméeri ñaar-fukk yi Yàlla takku ci moom, dañuy rëññ, te adduña mënul a am beneen waare lu dul gis askan wu sellaloo bi ci jamonoy yoonu Dibeer bi.</w:t>
      </w:r>
    </w:p>
    <w:p>
      <w:pPr>
        <w:pStyle w:val="ArticleScripture"/>
        <w:jc w:val="left"/>
      </w:pPr>
      <w:r>
        <w:rPr>
          <w:rFonts w:ascii="Times New Roman" w:hAnsi="Times New Roman" w:eastAsia="Times New Roman" w:cs="Times New Roman"/>
        </w:rPr>
        <w:t>“Liggéeyu Xel mu Sell mi mooy tax àddina bi xam bàkkaar, njub ak àtte. Àddina bi mënul a yeesal ndigal ludul ci gis ñi gëm dëgg gi, ñu sellal leen ci dëgg gi, di jëfe ci kaw ay njariñ yu kawe te sell, di wone bu leer te yéeg, rëddoo gi nekk diggante ñiy sàmm ndigali Yàlla ak ñiy tàllal leen ci seen tànk. Sellalug Xel mi mooy màndargaal wu leer wu wone wuute gi nekk diggante ñi am seel bu Yàlla, ak ñi di sàmm bésu noflaay bu fen. Bu nattu gi aksee, dina leer ne lu doon màndargay rab wi. Mooy sàmm dibeer. Ñi, gannaaw ba ñu déggee dëgg gi, di wéy di jàpp ne bés boobu sell la, dañuy yëngu ak firndeel bu nit ku bàkkaar ga, moom mi foogoon soppi jamono ak yoon yi.” Bible Training School, December 1, 1903.</w:t>
      </w:r>
    </w:p>
    <w:p>
      <w:pPr>
        <w:pStyle w:val="ArticleBody"/>
        <w:jc w:val="left"/>
      </w:pPr>
      <w:r>
        <w:rPr>
          <w:rFonts w:ascii="Times New Roman" w:hAnsi="Times New Roman" w:eastAsia="Times New Roman" w:cs="Times New Roman"/>
        </w:rPr>
        <w:t>Sa bérab Yàlla boolees na ak mbooloom ngëmam bu ko mbooloo mi soppeekuwee, nekk mbooloom ngëm mu xeex ba nekk mbooloom ngëm mu not. Kóllëre gi Esigel wax, dañu ko fésal ci jokkoo bant ñaar yi, yi jëfandikoo ngir tax ñuy nekk benn xeet.</w:t>
      </w:r>
    </w:p>
    <w:p>
      <w:pPr>
        <w:pStyle w:val="ArticleScripture"/>
        <w:jc w:val="left"/>
      </w:pPr>
      <w:r>
        <w:rPr>
          <w:rFonts w:ascii="Times New Roman" w:hAnsi="Times New Roman" w:eastAsia="Times New Roman" w:cs="Times New Roman"/>
        </w:rPr>
        <w:t>Waxal leen ne, “Nii la Boroom bi Yàlla waxe: Xoolleen, dinaa jël bantub Yuusufa, bi nekk ci loxob Efrayim, ak xeeti Israyil yi bokk ak moom, te dinaa boole leen ak moom, maanaam ak bantub Yuda, te def leen benn bant; te dinañu doon benn ci sama loxo. Te banti yi nga ci bind, dañuy nekk ci sa loxo ci seen kanam. Te waxal leen, ”</w:t>
      </w:r>
    </w:p>
    <w:p>
      <w:pPr>
        <w:pStyle w:val="ArticleScripture"/>
        <w:jc w:val="left"/>
      </w:pPr>
      <w:r>
        <w:rPr>
          <w:rFonts w:ascii="Times New Roman" w:hAnsi="Times New Roman" w:eastAsia="Times New Roman" w:cs="Times New Roman"/>
        </w:rPr>
        <w:t>Nii la Aji Boroom bi waxe; Gisleen, dinaa jël ñi bokk ci Israel ci biir xeeti ñi dul Yàlla, fa mu ñëwoon, te dinaa leen dajale fu nekk, ba indi leen ci seen réew. Te dinaa leen def benn xeet ci réew ma, ci tundu Israel; te benn buur rekk mooy nekk seen buur ñépp. Duñu dootati nekk ñaari xeet, te duñu dootati séddoo ci ñaari nguur mukk. Duñu dootati sobeel seen bopp ak seen xërëm yi, mbaa ak seen yëf yu bon yu sib, mbaa ak benn ci seen moytu yi. Waaye dinaa leen musal ci bépp fu ñu dëkk, fa ñu bàccoon, te dinaa leen setal; noonu ñu nekk sama nit ñi, te man ma nekk seen Yàlla. Ezekiel 37:19–23.</w:t>
      </w:r>
    </w:p>
    <w:p>
      <w:pPr>
        <w:pStyle w:val="ArticleBody"/>
        <w:jc w:val="left"/>
      </w:pPr>
      <w:r>
        <w:rPr>
          <w:rFonts w:ascii="Times New Roman" w:hAnsi="Times New Roman" w:eastAsia="Times New Roman" w:cs="Times New Roman"/>
        </w:rPr>
        <w:t>Bant bu Efrayim ak bant bu Yuda mooy ñaari tasare yu juróom-ñaar fukki at ak juróom-ñaar téeméeri at (2520) yu dal ci Efrayim ak Yuda, te ñu agsi seen mujje ci 1798 ak 22 Oktoobar 1844, ku nekk ci sa jamono. Ñu nekk benn réew rekk, mooy Israayil gu xel gu tay ji, ci 22 Oktoobar 1844, ba liggéeyu sellal ay nitam, wala sellalu kërëm, tambalee. Jaar-jaaru waxtu woowu dafa mel ni jaar-jaaru nit ñi ñuy wax ñaari téeméer ak ñeent-fukk ak ñeent-junni, ñi ñuy seetal ak sellal, ndax ndaw yi Kàddug Kóllëre gi, mi dellu ci këram ci gaaw-gaaw ci yoonu Dibes bi, dina leen seetal te sellal leen. Bu seetal boobu mattee, tuuti laata yoonu Dibes bi, kër Yàlla gi dafa not ci ndam dina am buur ci seen kaw, te buur boobu mooy Daawuda, mi tàmbalee nguuram ba mu amee fanweeri at. Mooy benn Daawuda boobu it, mi nekk ci Macë 1, ni mu tollu ci ñenteel-fukki maas ci ginnaaw Ibraaima. Loolu day won ñetteelu seede bu Daawuda ci yoonu Dibes bi. Mbooloo mu am doole mi ñuy yékkati ci ñaari bant yi, buur Daawuda moo ko jiite, bu ñu seetalee kër gi ba ñu génne fa ñaawteef yi.</w:t>
      </w:r>
    </w:p>
    <w:p>
      <w:pPr>
        <w:pStyle w:val="ArticleScripture"/>
        <w:jc w:val="left"/>
      </w:pPr>
      <w:r>
        <w:rPr>
          <w:rFonts w:ascii="Times New Roman" w:hAnsi="Times New Roman" w:eastAsia="Times New Roman" w:cs="Times New Roman"/>
        </w:rPr>
        <w:t>Te Daawuda, sama jaam bi, dina buur ci seen kaw; te ñoom ñépp dinañu am benn sàmmkat. Dinañu dox itam ci samay àtte, te sàmm samay dogal, te jëfe leen. Dinañu dëkk ci réew mi ma joxoon Yàggóoba, sama jaam bi, fa seen baay ya dëkkoon; te dinañu fa dëkk, ñoom ak seen doom, ak doomi seen doom ba fàww; te Daawuda, sama jaam bi, dina nekk seen kilifa ba fàww. Ezekiel 37:24, 25.</w:t>
      </w:r>
    </w:p>
    <w:p>
      <w:pPr>
        <w:pStyle w:val="ArticleBody"/>
        <w:jc w:val="left"/>
      </w:pPr>
      <w:r>
        <w:rPr>
          <w:rFonts w:ascii="Times New Roman" w:hAnsi="Times New Roman" w:eastAsia="Times New Roman" w:cs="Times New Roman"/>
        </w:rPr>
        <w:t>Mbooloo ma itam mooy itam saraxalekat yi ci 1 Piyeer saaru ñaareel, ñi am fanweerlu at bu ñett fuk bu ñu tàmbalee seen liggéey.</w:t>
      </w:r>
    </w:p>
    <w:p>
      <w:pPr>
        <w:pStyle w:val="ArticleScripture"/>
        <w:jc w:val="left"/>
      </w:pPr>
      <w:r>
        <w:rPr>
          <w:rFonts w:ascii="Times New Roman" w:hAnsi="Times New Roman" w:eastAsia="Times New Roman" w:cs="Times New Roman"/>
        </w:rPr>
        <w:t>Yéen itam, ni doj yu dund, ñu ngi leen di tabax ngir ngeen nekk kër gu xel, saraxalekat yu sell, ngir jébbal sarax yu xel, yu Yàlla nangu jaarale ko ci Yeesu Kirist. 1 Piyeer 2:5.</w:t>
      </w:r>
    </w:p>
    <w:p>
      <w:pPr>
        <w:pStyle w:val="ArticleBody"/>
        <w:jc w:val="left"/>
      </w:pPr>
      <w:r>
        <w:rPr>
          <w:rFonts w:ascii="Times New Roman" w:hAnsi="Times New Roman" w:eastAsia="Times New Roman" w:cs="Times New Roman"/>
        </w:rPr>
        <w:t>Sarnaak yu itam dañu leen melaloon ci ñetti téeméeri waarekat yu Millerite, yi jël ñetti téeméeri ataay 1843 yi ñu mool, te jëfandikoo ataay yi ngir yóbbu waxtaan bi ci seen maas.</w:t>
      </w:r>
    </w:p>
    <w:p>
      <w:pPr>
        <w:pStyle w:val="ArticleScripture"/>
        <w:jc w:val="left"/>
      </w:pPr>
      <w:r>
        <w:rPr>
          <w:rFonts w:ascii="Times New Roman" w:hAnsi="Times New Roman" w:eastAsia="Times New Roman" w:cs="Times New Roman"/>
        </w:rPr>
        <w:t>«Gannaaw waxtaan yu néew ci mbir mi, ñépp a ànd ci woot bi ngir def ñetti téeméeri lim yu mel ni bii ci wuutu-lithografie, te loolu amoon na gaaw. Ñu tudde leen “eskaart yu ‘43.” Ndaje boobu dafa am solo lool.» The Autobiography of Joseph Bates, 263.</w:t>
      </w:r>
    </w:p>
    <w:p>
      <w:pPr>
        <w:pStyle w:val="ArticleScripture"/>
        <w:jc w:val="left"/>
      </w:pPr>
      <w:r>
        <w:rPr>
          <w:rFonts w:ascii="Times New Roman" w:hAnsi="Times New Roman" w:eastAsia="Times New Roman" w:cs="Times New Roman"/>
        </w:rPr>
        <w:t>“Léegi sunuy jaar-jaar day won na ne amoon na ay téeméeri nit ñuy jàngale ci benn réeréef yu jaar ci waxtu yi ni ko William Miller doon def, ñépp bokk benn melokaan. Kon nag, benn-doxalinbu xibaar ba mooy woon ne ñépp a boole ci benn téeméer rekk, ñëwug Boroom bi Yeesu Kirist ci ab waxtu bu wóor, mooy 1844.” Joseph Bates, Early SDA Pamphlets, 17.</w:t>
      </w:r>
    </w:p>
    <w:p>
      <w:pPr>
        <w:pStyle w:val="ArticleBody"/>
        <w:jc w:val="left"/>
      </w:pPr>
      <w:r>
        <w:rPr>
          <w:rFonts w:ascii="Times New Roman" w:hAnsi="Times New Roman" w:eastAsia="Times New Roman" w:cs="Times New Roman"/>
        </w:rPr>
        <w:t>Ñettiikat yu Millerite yu 300 dafa matal seen liggéey ci jamonoy malaaka bu jëkk bi, te waxinug yëgle day xamal nu ne malaaka bu jëkk bi day mel ni malaaka bu ñetteel bi. Ci laajug Joseph Bates, ñoom ñépp “benn xeetu nit lañu woon.” Gideon dafa digal xaritam bu ñetti téeméeri nit ñi ngir ñu def ni mu ko defe. Ñetti téeméeri waarekat yu Millerite yi, ñi ñu misaale woon ak mbooloom Gideon bu ñetti téeméeri nit, war nañu leen a taxawal ci 9/11, fa bataaxal bu jëkk bi di ame doole, te nattu gi di tambali.</w:t>
      </w:r>
    </w:p>
    <w:p>
      <w:pPr>
        <w:pStyle w:val="ArticleScripture"/>
        <w:jc w:val="left"/>
      </w:pPr>
      <w:r>
        <w:rPr>
          <w:rFonts w:ascii="Times New Roman" w:hAnsi="Times New Roman" w:eastAsia="Times New Roman" w:cs="Times New Roman"/>
        </w:rPr>
        <w:t>Noonu Yerubaal, mooy Gidéon, ak ñépp ñi mu andoon ak ñoom, jóg ci suba te daldi samp seen kër gu ndaw ca wetug teen bu Harod; ba tax mbooloom Madiyan ya nekkoon ci bëj-gànnaar seen wet, ci wetu tundu More, ca xuru ba. Noonu Aji Sax ji ne Gidéon: “Nit ñi nga andal ak yow bare nañu lool ngir ma jox Madiyan ci seen loxo, ndaxte bañuma bëgg Israyil réy ci sama kanam, naan: ‘Sama loxo rekk moo ma musal.’ Léegi nag demal, yégle ci noppu nit ña, nga wax: ‘Ku ragal te tiit, na dellu te dem ci suba jóge ca tundu Galaad.’” Noonu ñaar-fukki junni ak ñaari junni ci nit ña dellu; te fukki junni ñoo des. Aji Sax ji neeti Gidéon: “Nit ñi ba tey bare nañu; yóbbu leen ca ndox ma, te fa laa leen di seetlulal. Noonu dina ame ne, ki ma la wax ne: ‘Kii dina ànd ak yow,’ kooku dina ànd ak yow; waaye ki ma la wax ne: ‘Kii du ànd ak yow,’ kooku du ànd.”</w:t>
      </w:r>
    </w:p>
    <w:p>
      <w:pPr>
        <w:pStyle w:val="ArticleScripture"/>
        <w:jc w:val="left"/>
      </w:pPr>
      <w:r>
        <w:rPr>
          <w:rFonts w:ascii="Times New Roman" w:hAnsi="Times New Roman" w:eastAsia="Times New Roman" w:cs="Times New Roman"/>
        </w:rPr>
        <w:t>Noonu mu yóbbu nit ña ba ca ndox ma; te Boroom bi wax Gidéyon ne: «Képp ku naan ndox mi ak làmmiñam, ni xaj di naan, dangay taxawal ko ci wéram; noonu itam képp ku sukkandiku ci boppam ba ci ñaari óomam ngir naan.» Te limub ñi naanoon, di yékk seen loxo ba ci seen gémmiñ, moo doon ñetti téeméeri góor; waaye ñépp ñi des, sukkandiku woon nañu ci seen ñaari óom ngir naan ndox. Àttekat yi 7:1–6.</w:t>
      </w:r>
    </w:p>
    <w:p>
      <w:pPr>
        <w:pStyle w:val="ArticleBody"/>
        <w:jc w:val="left"/>
      </w:pPr>
      <w:r>
        <w:rPr>
          <w:rFonts w:ascii="Times New Roman" w:hAnsi="Times New Roman" w:eastAsia="Times New Roman" w:cs="Times New Roman"/>
        </w:rPr>
        <w:t>Turu Gideon soppi nañu ko Jerubbaal, te liy tekki mooy “xeex ak Baal.” Gideon mooy “daggatkat,” te Yaxya Mëndi jox na gatte bi ca suufu garab ga. Yaxya dafa mel ni William Miller, ndawsi bi njëkk ba ñeel malaaka bu njëkk bi, te foofu la Gideon méngoo. Gideon mooy Miller, Eliya alfa bi, ci jaar-jaari ñetti malaaka yi.</w:t>
      </w:r>
    </w:p>
    <w:p>
      <w:pPr>
        <w:pStyle w:val="ArticleBody"/>
        <w:jc w:val="left"/>
      </w:pPr>
      <w:r>
        <w:rPr>
          <w:rFonts w:ascii="Times New Roman" w:hAnsi="Times New Roman" w:eastAsia="Times New Roman" w:cs="Times New Roman"/>
        </w:rPr>
        <w:t>Waay Madiyan ñooy noon yi dëkk ci bëj-gànnaaru, te dañoo sax ci wetu tund wu More, te Gideon nekkoon ca teen bu Harod, mi tekki ragal ak tiit. 9/11 indi na teróorism, te bataaxal bu njëkk bi mooy woo ngir ragal Yàlla. Gideon nekk na ca 9/11, ca teen bu Harod (teróorism), te noon bu bëj-gànnaaru bi nekk na ca xuru ba, ca wetu tund wu More, mi tekki taw bu njëkk. Ca 9/11 toor-tooralug taw wu mujj bi, moom mi di taw wu njëkk bi, tàmbalee na wàccale bóomam juróom-benn ci tund wu More. Gannaaw test bi njëkk ci ñaari nattu yi, ñaar-fukk ak ñaari junni ñi yónnee nañu leen ñu dellu kër ga, jóge ci tundu Galaad. Galaad dafay tekki màndarga yoon, te màndarga yoon ba fa ñaar-fukk ak ñaari junni ñi yónnee nañu leen ñu dellu kër mooy njëkk ngàcceg yaakaar gu bees gu 19 Awril 1844 walla 18 Sulet 2020. Ñaar-fukk ak ñaar mooy màndarga yoon wu njëkk ngàcceg yaakaar gi, ni 22 di xamle bés ba ngàcceg yaakaar gu mag ga aksiwoon 22 Oktoobar 1844.</w:t>
      </w:r>
    </w:p>
    <w:p>
      <w:pPr>
        <w:pStyle w:val="ArticleBody"/>
        <w:jc w:val="left"/>
      </w:pPr>
      <w:r>
        <w:rPr>
          <w:rFonts w:ascii="Times New Roman" w:hAnsi="Times New Roman" w:eastAsia="Times New Roman" w:cs="Times New Roman"/>
        </w:rPr>
        <w:t>Nattu topp ci testu ndox la woon, te ñu misaale ko ci jaar-jaaru Millerite bi ci ndaje-kàmpu Exeter, fa nga fekk ñaari tente yu and ak ndox, noonu di wone ñaari xeetu jaamu-kat. Exeter tekki na “këru-aak ndox,” te tente bu beneen ba, janq ya ñakk xel ña jóge Watertown ñoo ko doon sax. Exeter dafa di teg seen bopp ci testu ndoxu Gideon, waaye du ndox mi ci boppam la woon lu gën a am solo, waaye mooy yoonu nan ndox mi. Benn xeet ba dafa sonn lool ba mënuñu woon sax a dox jëm kanam bi ñuy root ndox mi, te beneen xeet ba dafa sax ci yóbbu yoon wa, di jëm kanam. Benn xeet ba mooy xeetu ña sonn, ñu misaale ak Leah, ci juuyoo ak Rachel, mi doon doxandékat bu baax.</w:t>
      </w:r>
    </w:p>
    <w:p>
      <w:pPr>
        <w:pStyle w:val="ArticleBody"/>
        <w:jc w:val="left"/>
      </w:pPr>
      <w:r>
        <w:rPr>
          <w:rFonts w:ascii="Times New Roman" w:hAnsi="Times New Roman" w:eastAsia="Times New Roman" w:cs="Times New Roman"/>
        </w:rPr>
        <w:t>Njàngat Future for America mooy woon Gideon ci 9/11, ba ca jamono boobu njëkk ci ñaari nattu yi di seddale mbooloo bu réy ci mbooloom Gideon. Teroris bu 9/11 mooy feeñale bëtu Harod gu ragal ak tiit, te tund wu Moreh mooy feeñale tambali ndoxum taw bi mujj. Benn tasaaroo am na ci 18 Sulet 2020, bi ñaar-fukk ak ñaar junni jógee, noonu mu màndargaal agsi jamono ju yàgg ja ak lim bi ñaar-fukk ak ñaar. Ñetti téeméer yi Yàlla jox Gideon, ñoom la ñuy ñi romb nattu ñaareel bi, mooy nattu metodoloosi taw bi mujj, ni ko Esayi ñaar-fukk ak juróom-ñeent waxe.</w:t>
      </w:r>
    </w:p>
    <w:p>
      <w:pPr>
        <w:pStyle w:val="ArticleBody"/>
        <w:jc w:val="left"/>
      </w:pPr>
      <w:r>
        <w:rPr>
          <w:rFonts w:ascii="Times New Roman" w:hAnsi="Times New Roman" w:eastAsia="Times New Roman" w:cs="Times New Roman"/>
        </w:rPr>
        <w:t>Piyeer nekk na ci Panium itam ni mu nekk ci Pentekot. Pentekot mooy yoonu Dibéer, te itam Danyeel benn-fukki benn, sarax 16 mooy yoonu Dibéer. Sarax yi 13 ba 15 ci xarit 11 bu Danyeel mooy Panium, te sarax yooyu dañuy wone jaar-jaaru waxu yonent bi ci bitim-reew, bi indi ba ca yoonu Dibéer; te Piyeer ci Jëf ya, ci ñetteelu waxtu ak juróom-ñeenteelu waxtu, dañuy wone jaar-jaaru waxu yonent bi ci biir, bi indi ba ca yoonu Dibéer. Rëdd bu bitim-reew bi mooy xamle jaar-jaar bi jëm ci màndarga rab wi, te bu biir bi mooy xamle jaar-jaar bu sëllalug téeméeri ñent-fukk ak ñent-fukk ak ñent yi. Gannaaw Piyeer nekk na misaal bu am solo lool ci jaar-jaar bu bitim-reew ak bu biir, yi léegi ñuy matal, dafa mel ne dafa yoon a ko yokk ci tegtalu waxu yonent, bi dox ci suufu njàngum kaw bi ci Mbind mi.</w:t>
      </w:r>
    </w:p>
    <w:p>
      <w:pPr>
        <w:pStyle w:val="ArticleBody"/>
        <w:jc w:val="left"/>
      </w:pPr>
      <w:r>
        <w:rPr>
          <w:rFonts w:ascii="Times New Roman" w:hAnsi="Times New Roman" w:eastAsia="Times New Roman" w:cs="Times New Roman"/>
        </w:rPr>
        <w:t>Fukki waxambaay yu Mesiya yi teerub Matyee wax ne am nañu matale, dañuy tegtal jaar-jaaru ñaari-fukki ak ñeent junni. “Waxtu mujj gi” mooy màndarga tàmbali yëngu-yëngu yeesal gu nekk, te ni juddu Aaróon ak Muusaa màndargoo woon “waxtu mujj gi” ci sëtub Muusaa, maanaam alfa Krista, noonu itam juddu Yaxyaa, ak doomu ndeyam Yeesu, moo màndargoo woon “waxtu mujj gi” ci atum 1989. Ndax am na njariñ ci seetlu fukki waxambaay yu Mesiya yooyu, loolu gën a neex ci xalaat bu ñu ko teggee ci wër-gu-yaramam ak yëkkati beneen laaj. Ban baneen téere ci Biibël bi moo màndargoo yeneen mataleb Mesiya yu tollook yi nekk ci Matyee?</w:t>
      </w:r>
    </w:p>
    <w:p>
      <w:pPr>
        <w:pStyle w:val="ArticleScripture"/>
        <w:jc w:val="left"/>
      </w:pPr>
      <w:r>
        <w:rPr>
          <w:rFonts w:ascii="Times New Roman" w:hAnsi="Times New Roman" w:eastAsia="Times New Roman" w:cs="Times New Roman"/>
        </w:rPr>
        <w:t>“Liggéey Yàlla ci suuf si di wone, jamono ba jamono, ni mu meloo lool ci bépp yëngu-yëngu bu mag buy yeesal walla ci bépp yëngu-yëngu diine. Doomi ndigali Yàlla ci li muuy doxale ak nit ñi dañuy sax di benn. Yëngu-yëngu yu am solo yi ci jamonoy tey am nañu seen melokaan ci yi weesu, te xam-xamu jàngoro mbooloom gëmkat yi ci jamono yu jiitu yi am na njàng mu am solo lool ngir sunu jamono tey.” The Great Controversy, 343.</w:t>
      </w:r>
    </w:p>
    <w:p>
      <w:pPr>
        <w:pStyle w:val="ArticleBody"/>
        <w:jc w:val="left"/>
      </w:pPr>
      <w:r>
        <w:rPr>
          <w:rFonts w:ascii="Times New Roman" w:hAnsi="Times New Roman" w:eastAsia="Times New Roman" w:cs="Times New Roman"/>
        </w:rPr>
        <w:t>Bépp yépp yéene yu bees yi am nañu fu ñuy tambalee, te ci téereb Daniel dees na ko tudde ne “waxtu mujj gi.” Waxtu mujj gi ci yéene yu bees yi Kirist mooy juddugëm, te loolu doon misaal buy tegtal ñaar ñi: 1798 ak 1989,</w:t>
      </w:r>
    </w:p>
    <w:p>
      <w:pPr>
        <w:pStyle w:val="ArticleHeading"/>
        <w:jc w:val="left"/>
      </w:pPr>
      <w:r>
        <w:rPr>
          <w:rFonts w:ascii="Arial" w:hAnsi="Arial" w:eastAsia="Arial" w:cs="Arial"/>
        </w:rPr>
        <w:t>Jëfandikoo Masiya bi njëkk—1989</w:t>
      </w:r>
    </w:p>
    <w:p>
      <w:pPr>
        <w:pStyle w:val="ArticleScripture"/>
        <w:jc w:val="left"/>
      </w:pPr>
      <w:r>
        <w:rPr>
          <w:rFonts w:ascii="Times New Roman" w:hAnsi="Times New Roman" w:eastAsia="Times New Roman" w:cs="Times New Roman"/>
        </w:rPr>
        <w:t>Ñu tontu ko ne: “Ca Betleyem bu Yude, ndaxte noonu la ko Yonent bi bind: ‘Yow Betleyem, ci suufu Yuda, doo gën a tuuti ci seen njiiti Yuda yi; ndaxte ci yaw la ab Kilifa di jóge, miy sàmm sama xeet Israyil.’ ” Macë 2:5, 6.</w:t>
      </w:r>
    </w:p>
    <w:p>
      <w:pPr>
        <w:pStyle w:val="ArticleHeading"/>
        <w:jc w:val="left"/>
      </w:pPr>
      <w:r>
        <w:rPr>
          <w:rFonts w:ascii="Arial" w:hAnsi="Arial" w:eastAsia="Arial" w:cs="Arial"/>
        </w:rPr>
        <w:t>Yëgle</w:t>
      </w:r>
    </w:p>
    <w:p>
      <w:pPr>
        <w:pStyle w:val="ArticleScripture"/>
        <w:jc w:val="left"/>
      </w:pPr>
      <w:r>
        <w:rPr>
          <w:rFonts w:ascii="Times New Roman" w:hAnsi="Times New Roman" w:eastAsia="Times New Roman" w:cs="Times New Roman"/>
        </w:rPr>
        <w:t>Waaye yaw, Bëtléem Efrata, doonte ne yaa tuuti ci biiri junniy Yuda, teewul ci yaw la ku may nekk nguurkat ci Israyil di génn ngir man; moom mi ay génnam jóge nañu ca jamono yu yàgg ya, ca fàww ba fàww. Mike 5:2.</w:t>
      </w:r>
    </w:p>
    <w:p>
      <w:pPr>
        <w:pStyle w:val="ArticleBody"/>
        <w:jc w:val="left"/>
      </w:pPr>
      <w:r>
        <w:rPr>
          <w:rFonts w:ascii="Times New Roman" w:hAnsi="Times New Roman" w:eastAsia="Times New Roman" w:cs="Times New Roman"/>
        </w:rPr>
        <w:t>Atum 1989 moo doon jamono mujj gi ñeel yëngu-yëngu malaaka bu ñetteel bi. Mu agsi woon 126 at ginnaaw ndookteb 1863, te Ronald Reagan ak George Bush mag ji dañoo ko tegtaloon. Doon jamono mujj ci nettalib Muusa mooy juddug Aaróon ak Muusa, ni itam doon jamono mujj ci nettalib Almasi mooy juddug Yahyaa Miy Sóbbi ak Almasi. Bu téereb Daaniyel ubbee, ni mu ubbeekoon ci 1989, xam-xam dina yokku. Yokkute googu ci xam-xam mooy jur ñaareelu màndarga waxtu, di xamale kañ laa beneen wax ju ngir natt ay nit di sosoo ci xam-xam biñ ubbiwoon.</w:t>
      </w:r>
    </w:p>
    <w:p>
      <w:pPr>
        <w:pStyle w:val="ArticleBody"/>
        <w:jc w:val="left"/>
      </w:pPr>
      <w:r>
        <w:rPr>
          <w:rFonts w:ascii="Times New Roman" w:hAnsi="Times New Roman" w:eastAsia="Times New Roman" w:cs="Times New Roman"/>
        </w:rPr>
        <w:t>Bépp yépp bu jëm ci yeesal gu yaramal mooy màndarga bérab bu yonn bi diñu ko tëral, te gannaaw loolu mu nekk yonn bu nattu. Almasi dafa faral di leeral nattu bi, bala muy teg góor ak jigéen yoon ci kaw seen yëngu-yaram ci nattu bi. Ñu waxoon Adam ak Eewa lu jiitu ci njariñ ak safaan yi di xewe bu ñu moyee, te Yàlla du soppiku mukk.</w:t>
      </w:r>
    </w:p>
    <w:p>
      <w:pPr>
        <w:pStyle w:val="ArticleScripture"/>
        <w:jc w:val="left"/>
      </w:pPr>
      <w:r>
        <w:rPr>
          <w:rFonts w:ascii="Times New Roman" w:hAnsi="Times New Roman" w:eastAsia="Times New Roman" w:cs="Times New Roman"/>
        </w:rPr>
        <w:t>Te Boroom bi santa nit ki ne, naan: “Mën nga lekk ak sa bànneex ci bépp garab gu nekk ci tool bi; waaye garab gu xam lu baax ak lu bon, bul lekk ci moom; ndax bés bu nga lekkee ci moom, dinga dee wóor.” Njàlbéen ga 2:16, 17.</w:t>
      </w:r>
    </w:p>
    <w:p>
      <w:pPr>
        <w:pStyle w:val="ArticleBody"/>
        <w:jc w:val="left"/>
      </w:pPr>
      <w:r>
        <w:rPr>
          <w:rFonts w:ascii="Times New Roman" w:hAnsi="Times New Roman" w:eastAsia="Times New Roman" w:cs="Times New Roman"/>
        </w:rPr>
        <w:t>William Miller “dàkkal” na bataaxalu nattu bi ngelaw bu njëkk ba ci atum 1831 ba 1833. Bataaxalu ñaari téeméer ak ñeent fukk ak ñeent ñi, ñu “dàkkal” ko ci atum 1996, ak génneeku jurnaal bi tudd Time of the End, miy wax ci juróom-benn sariis yu mujj yi ci Daniel fukki benn, yi ñu ubbi woon ci atum 1989. Ci at moomu itam, ñu génne woon mbind mi tudd Prophetic Time Lines, te mu tëral yoonu jëf ji ëpp doole juróom-ñaari fukk ak ñaar yoon yoon yi William Miller jàppale woon. Yoon yooyu léegi, ñu tëral leen ci mbind mi tudd Prophetic Keys. Yoon yi ñépp ñiy yégle bataaxalu ñetteelu malaaka bi di jëfandikoo, mooy yooni Miller.</w:t>
      </w:r>
    </w:p>
    <w:p>
      <w:pPr>
        <w:pStyle w:val="ArticleScripture"/>
        <w:jc w:val="left"/>
      </w:pPr>
      <w:r>
        <w:rPr>
          <w:rFonts w:ascii="Times New Roman" w:hAnsi="Times New Roman" w:eastAsia="Times New Roman" w:cs="Times New Roman"/>
        </w:rPr>
        <w:t>«Ñi yor ci yégleb ndigalub ñetteelu malaaka mi, dañuy seet Mbind mi ci benn doxalin bi Baay Miller jëfandikoo woon.» Review and Herald, 25 Nowàmbar 1884.</w:t>
      </w:r>
    </w:p>
    <w:p>
      <w:pPr>
        <w:pStyle w:val="ArticleBody"/>
        <w:jc w:val="left"/>
      </w:pPr>
      <w:r>
        <w:rPr>
          <w:rFonts w:ascii="Times New Roman" w:hAnsi="Times New Roman" w:eastAsia="Times New Roman" w:cs="Times New Roman"/>
        </w:rPr>
        <w:t>Yoonu Miller mooy alfa, te Bunt yi ci Kàddug wax ci yeneen jamono mooy omega. Benn yoon rekk ngir nit man a jàll ci benn yégle bu nattu ci wàllu yonent, mooy jëfandikoo pexe bu njàng mi Kàddu Yàlla tëral. Boppu yégle gu dëgg gën a bëggul a taxaw peel ak pexe bu dëgg bi ko tabax. Ci bépp yëngu-yëngu yeesal, yégle bu nattu ngir jamonoy maas ma day feeñal, te muy boole it pexe bu jub bi ni benn cër ci mandargay yoon wi. Yégleb Miller moo sukkandikoo ci ubbiwaayu téereb Daniel bi ñu woon tëj. Yégleem mooy woon itam yégleb Gedeon, ndaxte moom itam dafa juroon benn xarekat yu ñetti téeméeri.</w:t>
      </w:r>
    </w:p>
    <w:p>
      <w:pPr>
        <w:pStyle w:val="ArticleScripture"/>
        <w:jc w:val="left"/>
      </w:pPr>
      <w:r>
        <w:rPr>
          <w:rFonts w:ascii="Times New Roman" w:hAnsi="Times New Roman" w:eastAsia="Times New Roman" w:cs="Times New Roman"/>
        </w:rPr>
        <w:t>Noonu dajalee ñetti téeméeri góor ña ci ñetti mbooloo, te mu jox ku nekk ci seen loxo buftu, ak ay ndab yu neen, ak ay làmp yu nekk ci biir ndab ya. Noonu mu ne leen: “Xoolleen ma, te defleen ni ma koy def; te xamleen ne bu ma agsee ci biti dal bi, na ngeen def ni ma koy def. Bu ma wolée buftu, man ak ñépp ñi ànd ak man, kon yéen itam woluleen buftu yi ci bépp wetu dal bépp, te wax ne: ‘Saamaru Aji Sax ji ak bu Gideoŋ.’” Kàtte yi 7:16–18.</w:t>
      </w:r>
    </w:p>
    <w:p>
      <w:pPr>
        <w:pStyle w:val="ArticleBody"/>
        <w:jc w:val="left"/>
      </w:pPr>
      <w:r>
        <w:rPr>
          <w:rFonts w:ascii="Times New Roman" w:hAnsi="Times New Roman" w:eastAsia="Times New Roman" w:cs="Times New Roman"/>
        </w:rPr>
        <w:t>Bataaxalu Miller mooy “bufta bi,” ak “saamar bi.” Waaye doon na saamaru Gidéon ak Boroom bi itam. Kàddug Boroom bi ñu siiwal ko ci 1611, te 220 at gannaaw loolu Miller siiwal na bataaxalam bu malaaka bi jëkk. Déklarasioŋu Boppalug Reew yi ñu siiwal ko ci 1776, te 220 at gannaaw loolu, ci 1996, ñu siiwal na bataaxalu ñetteelu malaaka bi. Bataaxalu Miller moo doon bataaxalu biir bu malaaka bi jëkk ci askanu Yàlla, ni ko peeñale gis-gisu dexu Ulai, di yégle ubbeeku àtte ba. Bataaxalu ñetteelu malaaka bi ci Future for America mooy bataaxalu biti bu askanu Yàlla, ni ko peeñale gis-gisu dexu Hiddekel, di yégle tëju àtte ba.</w:t>
      </w:r>
    </w:p>
    <w:p>
      <w:pPr>
        <w:pStyle w:val="ArticleBody"/>
        <w:jc w:val="left"/>
      </w:pPr>
      <w:r>
        <w:rPr>
          <w:rFonts w:ascii="Times New Roman" w:hAnsi="Times New Roman" w:eastAsia="Times New Roman" w:cs="Times New Roman"/>
        </w:rPr>
        <w:t>Yoonu waxu njëkk a màgg ci benn ci kàdduy yëgle gu jëm ci Almasi yi Macëe wax ne Kirist moo ko matal, te ci loolu la muy mel ni 1831, ak “baay” bi di tegu doomam ci 1996. Ñaari seede yi ci yoonu waxu yëgle mooy alfa ak omeega, te ak bokkug ndawli nit ki, ñoom ñépp dañuy tabax ab diggante baay ak doom, te loolu mooy digganteb yëgleb Eliya bu Malasi. Xol yi baay yi dañuy dellu ci doom yi, te noonu itam xol yi doom yi ci baay yi. Wareefu Miller yi war nañu leen boole ak wareef yi tudd Prophetic Keys. Leer gu bees gi war nañu ko tabax ci kaw leer gu yàgg ga. Ñi tànn bañ a jëfandikoo yoonuwaay bu 1831 ak 1996, ñu ngi ci rëbb. Benn xeetu nit a ngi ci rëbb, te beneen bi a ngi ci barke. Tànn bi sa moom la?</w:t>
      </w:r>
    </w:p>
    <w:p>
      <w:pPr>
        <w:pStyle w:val="ArticleHeading"/>
        <w:jc w:val="left"/>
      </w:pPr>
      <w:r>
        <w:rPr>
          <w:rFonts w:ascii="Arial" w:hAnsi="Arial" w:eastAsia="Arial" w:cs="Arial"/>
        </w:rPr>
        <w:t>Ñaareelu Mesiyaanik ñaareel bi —1996</w:t>
      </w:r>
    </w:p>
    <w:p>
      <w:pPr>
        <w:pStyle w:val="ArticleScripture"/>
        <w:jc w:val="left"/>
      </w:pPr>
      <w:r>
        <w:rPr>
          <w:rFonts w:ascii="Times New Roman" w:hAnsi="Times New Roman" w:eastAsia="Times New Roman" w:cs="Times New Roman"/>
        </w:rPr>
        <w:t>Ngir amal la yonent bi waxoon am, ne: “Dinaa ubbi sama gémmiñ ci léeb yu xóot; dinaa wax yëf yi ñu denc ba ci tàmbalig àddina bi.” Macë 13:35.</w:t>
      </w:r>
    </w:p>
    <w:p>
      <w:pPr>
        <w:pStyle w:val="ArticleHeading"/>
        <w:jc w:val="left"/>
      </w:pPr>
      <w:r>
        <w:rPr>
          <w:rFonts w:ascii="Arial" w:hAnsi="Arial" w:eastAsia="Arial" w:cs="Arial"/>
        </w:rPr>
        <w:t>Yégle</w:t>
      </w:r>
    </w:p>
    <w:p>
      <w:pPr>
        <w:pStyle w:val="ArticleScripture"/>
        <w:jc w:val="left"/>
      </w:pPr>
      <w:r>
        <w:rPr>
          <w:rFonts w:ascii="Times New Roman" w:hAnsi="Times New Roman" w:eastAsia="Times New Roman" w:cs="Times New Roman"/>
        </w:rPr>
        <w:t>Dinaa ubbi sama gémmiñ ci léebu; dinaa wax wax yu xóot yu jamono ju yàgg. Sabóor 78:2.</w:t>
      </w:r>
    </w:p>
    <w:p>
      <w:pPr>
        <w:pStyle w:val="ArticleBody"/>
        <w:jc w:val="left"/>
      </w:pPr>
      <w:r>
        <w:rPr>
          <w:rFonts w:ascii="Times New Roman" w:hAnsi="Times New Roman" w:eastAsia="Times New Roman" w:cs="Times New Roman"/>
        </w:rPr>
        <w:t>Wax ju lëndëm yi; léeb yi gaay gi ci xeeti Yuda di “wax”, dañuy teewal dëgg yu ñu tëj walla ñu denc ba ca njëlbéenu àddina. Bu yégle bi seddaloo ci anam wu resmi, gannaaw loolu jot na kàttan jaarale ko ci matug yoonenta gu màndargaal tàmbali waxtu nattu.</w:t>
      </w:r>
    </w:p>
    <w:p>
      <w:pPr>
        <w:pStyle w:val="ArticleBody"/>
        <w:jc w:val="left"/>
      </w:pPr>
      <w:r>
        <w:rPr>
          <w:rFonts w:ascii="Times New Roman" w:hAnsi="Times New Roman" w:eastAsia="Times New Roman" w:cs="Times New Roman"/>
        </w:rPr>
        <w:t>Bi taw noor gu mujj ci 11i Sulet 2001, ñàkk dégg-dégg bu 1888 ak bu Koré dellu nañu ko. Ci ñàkk dégg-déggu Minneapolis bu 1888 ak ci ñàkk dégg-déggu Koré, yonnent yu Yàlla tannoon dañu leen bañ, bokk ak ndigël bi ñu yóbbuwoon. Dañu sànni benn ci doom ak ndox mu ci sangoon, ñoom ñépp a bokk. Dañu leen sànni ci wàllu xalaat ne mbooloom gépp sell na ni ñi Yàlla tann. Boroom ñàkk dégg-dégg ya mënuñu woon a gis Ndawug Yàlla ci biir yonnent yu nit ña. Li ñu mënoon a gis rekk mooy seen bopp, nit ki amul Dara ju Yàlla ci moom; moo tax ñu yaakaar ne ñépp a yem.</w:t>
      </w:r>
    </w:p>
    <w:p>
      <w:pPr>
        <w:pStyle w:val="ArticleScripture"/>
        <w:jc w:val="left"/>
      </w:pPr>
      <w:r>
        <w:rPr>
          <w:rFonts w:ascii="Times New Roman" w:hAnsi="Times New Roman" w:eastAsia="Times New Roman" w:cs="Times New Roman"/>
        </w:rPr>
        <w:t>Noonu Kora, doomu Yisar, doomu Kaat, doomu Lewi, ak Daatan ak Abiraam, doom Eliyaab, ak On, doomu Pelet, ñoom ñépp bokk ci askanu Ruben, jël nit ñi: te ñu jóg ci kanam Muusaa, ànd ak ay nit ci bànni Israayil, ñaar téeméeri ak juróom-fukkay njiit yu mbooloo ma, ñu siiw ci biir kongregaasioŋ ba, ay nit yu tedd tur: te ñu booloo di dàqoo ak Muusaa ak Aarón, ne leen: Yéen di yékkati seen bopp lool, ndaxte mbooloo mépp sell na, kenn ku nekk ci ñoom, te Boroom bi ngi ci seen biir: lu tax nag yéen di yékkati seen bopp ci kaw mbooloom Boroom bi? Numbers 16:1–3.</w:t>
      </w:r>
    </w:p>
    <w:p>
      <w:pPr>
        <w:pStyle w:val="ArticleBody"/>
        <w:jc w:val="left"/>
      </w:pPr>
      <w:r>
        <w:rPr>
          <w:rFonts w:ascii="Times New Roman" w:hAnsi="Times New Roman" w:eastAsia="Times New Roman" w:cs="Times New Roman"/>
        </w:rPr>
        <w:t>Bunt gu Kora, 1888 ak 9/11 dañu koy tektal ni bañ a suufeeloo ci tànnug Yàlla ci njiitu yu Mu tànn, te ci lu ànd ak moom di wéeru ci benn melokaanu dajale Yàlla gu dul dëgg. Yeremi moo xamale genn mbir mii itam bi ñi buntoon waxee ne: “Kër Yàlla gi, kër Yàlla gi lañuy yii.”</w:t>
      </w:r>
    </w:p>
    <w:p>
      <w:pPr>
        <w:pStyle w:val="ArticleScripture"/>
        <w:jc w:val="left"/>
      </w:pPr>
      <w:r>
        <w:rPr>
          <w:rFonts w:ascii="Times New Roman" w:hAnsi="Times New Roman" w:eastAsia="Times New Roman" w:cs="Times New Roman"/>
        </w:rPr>
        <w:t>Kàddu gi Yeremiya jotee ci Boroom bi, ne,</w:t>
      </w:r>
    </w:p>
    <w:p>
      <w:pPr>
        <w:pStyle w:val="ArticleScripture"/>
        <w:jc w:val="left"/>
      </w:pPr>
      <w:r>
        <w:rPr>
          <w:rFonts w:ascii="Times New Roman" w:hAnsi="Times New Roman" w:eastAsia="Times New Roman" w:cs="Times New Roman"/>
        </w:rPr>
        <w:t>Taxawal ci bunt kër kër Yàlla bi, te yégle fa wax jii, nga ne: Dégluleen kàddug Yàlla, yéen ñépp ñi bokk ci Yuda, di dugg ci bunt yii ngir jaamu Yàlla. Nii la Boroom mboolem mbooloo yi, Yàllay Israayil, waxe: Soppileen seeni yoon ak seeni jëf, te dinaa leen bàyyi ngeen dëkk fii. Buleen wéeru ci wax yu fen, di wax ne: Këru Yàlla, Këru Yàlla, Këru Yàlla, yooyu la.</w:t>
      </w:r>
    </w:p>
    <w:p>
      <w:pPr>
        <w:pStyle w:val="ArticleScripture"/>
        <w:jc w:val="left"/>
      </w:pPr>
      <w:r>
        <w:rPr>
          <w:rFonts w:ascii="Times New Roman" w:hAnsi="Times New Roman" w:eastAsia="Times New Roman" w:cs="Times New Roman"/>
        </w:rPr>
        <w:t>Ndax bu ngeen yépp defar seen yoon ak seen jëf yu baax; bu ngeen yépp àtte bu jub ci diggante nit ak moroomam; bu ngeen sonalul doxandéem bi, xale bu amul baay, ak jigéen ji njëkkërëm dee, te du ngeen tuur deretu ku ñàkk tooñ fii; te du ngeen topp yeneen yàlla yu leen di lor: kon dinaa leen dëlóo dëkk ci barab bii, ci suuf si ma joxoon seen baay ak seen maam, ba fàww.</w:t>
      </w:r>
    </w:p>
    <w:p>
      <w:pPr>
        <w:pStyle w:val="ArticleScripture"/>
        <w:jc w:val="left"/>
      </w:pPr>
      <w:r>
        <w:rPr>
          <w:rFonts w:ascii="Times New Roman" w:hAnsi="Times New Roman" w:eastAsia="Times New Roman" w:cs="Times New Roman"/>
        </w:rPr>
        <w:t>Xooluleen, yéen di wéeru ci wax yu fen te mënuñoo jariñ. Yeremi 7:1–8.</w:t>
      </w:r>
    </w:p>
    <w:p>
      <w:pPr>
        <w:pStyle w:val="ArticleBody"/>
        <w:jc w:val="left"/>
      </w:pPr>
      <w:r>
        <w:rPr>
          <w:rFonts w:ascii="Times New Roman" w:hAnsi="Times New Roman" w:eastAsia="Times New Roman" w:cs="Times New Roman"/>
        </w:rPr>
        <w:t>Kàddu fen yu Yawut ya waxoon ci jamono Yermiya, mooy kàddu fen yu Koraa ak ay àndandoom, ñi fippu ca 1888 te ba noppi ñi fippu ci 9/11. Ñooy fen yi màndiŋ yu Efrayim di nëbb ci suufam ci Esayi 28.</w:t>
      </w:r>
    </w:p>
    <w:p>
      <w:pPr>
        <w:pStyle w:val="ArticleScripture"/>
        <w:jc w:val="left"/>
      </w:pPr>
      <w:r>
        <w:rPr>
          <w:rFonts w:ascii="Times New Roman" w:hAnsi="Times New Roman" w:eastAsia="Times New Roman" w:cs="Times New Roman"/>
        </w:rPr>
        <w:t>Kon nag, dégluleen waxu Boroom bi, yéen nit ñi di reetaan, yiy nguuru mbooloo mii nekk Yerusalem. Ndaxte ngeen wax ne: Nun def nanu kóllëre ak dee, te ak saafara nu ànd ci déggoo; bu mbugal mu ëpp daanee jaar, du nu dikkal sunu kaw; ndaxte def nanu fen sunu pakk, te ci suufu neen la nu làqu. Esaïe 28:14, 15.</w:t>
      </w:r>
    </w:p>
    <w:p>
      <w:pPr>
        <w:pStyle w:val="ArticleBody"/>
        <w:jc w:val="left"/>
      </w:pPr>
      <w:r>
        <w:rPr>
          <w:rFonts w:ascii="Times New Roman" w:hAnsi="Times New Roman" w:eastAsia="Times New Roman" w:cs="Times New Roman"/>
        </w:rPr>
        <w:t>Lii mooy itam fen wi tegtal ñàkk mbëggeel ci Dëgg gi, mi indi nax gu tar ci 2 Tessalonig.</w:t>
      </w:r>
    </w:p>
    <w:p>
      <w:pPr>
        <w:pStyle w:val="ArticleScripture"/>
        <w:jc w:val="left"/>
      </w:pPr>
      <w:r>
        <w:rPr>
          <w:rFonts w:ascii="Times New Roman" w:hAnsi="Times New Roman" w:eastAsia="Times New Roman" w:cs="Times New Roman"/>
        </w:rPr>
        <w:t>Te ngir lii, Yàlla dina yónnee ci seen kaw réer gu metti, ngir ñu gëm fen bi; ngir ñépp ñi gëmul woon dëgg te neexal ci jubadi, ñu daan leen. 2 Tesalonig 2:11, 12.</w:t>
      </w:r>
    </w:p>
    <w:p>
      <w:pPr>
        <w:pStyle w:val="ArticleBody"/>
        <w:jc w:val="left"/>
      </w:pPr>
      <w:r>
        <w:rPr>
          <w:rFonts w:ascii="Times New Roman" w:hAnsi="Times New Roman" w:eastAsia="Times New Roman" w:cs="Times New Roman"/>
        </w:rPr>
        <w:t>“Kàddu yu dul dëgg” yi mooy xel mu ñàkk xam-xam bi ne, bàllug nit a ngi ci kërgëmm gi, waaye du ci ndaw yi Yàlla tànn ak yégle yi mu leen tànnal. Jàppante bi nekk ci diggante Yàlla ak nit, Kàdduam rekk moo koy defe te di ko saxal. Moom mooy Kàddu gi, te kenn du ñëw ci Baay bi lu dul jaarale ko ci Kàddu gi. Almasi bi, ndaw yi mu tànn ak yégle yi ñuy yégle, ñoo koy tegtal. Gëm leneen lu wuute ak loolu, mooy bañ Dëgg te gëm fen. Yeremi moo yedd Yawut yi di wéeru ci kër Yàlla gi, bi mu leen fàttali Silo, fa gaalug kóllëre Yàlla woon nekk dale ko ci dugg bi ñu dugge woon ci Suuf su Ñu Diglé.</w:t>
      </w:r>
    </w:p>
    <w:p>
      <w:pPr>
        <w:pStyle w:val="ArticleScripture"/>
        <w:jc w:val="left"/>
      </w:pPr>
      <w:r>
        <w:rPr>
          <w:rFonts w:ascii="Times New Roman" w:hAnsi="Times New Roman" w:eastAsia="Times New Roman" w:cs="Times New Roman"/>
        </w:rPr>
        <w:t>Kon nag maay ci kër gi, miñu tudde sama tur, bi ngeen wéer, ak ci barab bi ma joxoon yéen ak seeni baay, ni ma ko defee Silo. Te dinaa leen sànni dëgg ci sama kanam, ni ma sànnee seeni mbokk yépp, muy askanu Efrayim gépp. Kon bul ñaanal nit ñi, te bul yékkati yuuxu walla ñaan ngir ñoom, te bul ma dimbali ngir ñoom; ndaxte du maa la déglu. Yeremi 7:14–16.</w:t>
      </w:r>
    </w:p>
    <w:p>
      <w:pPr>
        <w:pStyle w:val="ArticleBody"/>
        <w:jc w:val="left"/>
      </w:pPr>
      <w:r>
        <w:rPr>
          <w:rFonts w:ascii="Times New Roman" w:hAnsi="Times New Roman" w:eastAsia="Times New Roman" w:cs="Times New Roman"/>
        </w:rPr>
        <w:t>Eli bu bonuloon, ak doom ñaaram yu bon, Ofni ak Finees, dañuy méngoo te ànd ak Kora, Daatan ak Abiram ndax da ñoo bayyi ngëmadi gu gën a yokku di am ba keru yoon tëjjee, te ñoom ñépp ñett dee ci benn bés, ni ko Kora, Daatan ak Abiram itam dee. Ñoom ñépp dee nañu ci yoonu Dibes bi!</w:t>
      </w:r>
    </w:p>
    <w:p>
      <w:pPr>
        <w:pStyle w:val="ArticleBody"/>
        <w:jc w:val="left"/>
      </w:pPr>
      <w:r>
        <w:rPr>
          <w:rFonts w:ascii="Times New Roman" w:hAnsi="Times New Roman" w:eastAsia="Times New Roman" w:cs="Times New Roman"/>
        </w:rPr>
        <w:t>Ci 11/9, ñaawte Kora, ak ñaawte Eli, ak ñaawte Yawut yi ci seede Yeremi, ak ñi weddi woon ci 1888, dañuy weddi te di fippu ci biir ndigal ak ñi yóbbu ndigal gi ci jamono jooju. Jamono jooju dafa jeex ci yoonu Dibeer bi gannaaw ñaari nattu. Nattu bu njëkk bi moo tàmbalee ci 11/9 ba 18 Sulet 2020, te ñaareelu nattu bi mooy setal ak tëj gi ñu wone ci ndigal bu Yuuxu Guddi. Ci génneeku setal boobu la ñuy waajal Gedeon ak ñetti téeméeri nitam ngir ñu wol seeni trompet, te ñuy ko def saa su Samuel dee fexeeku ci yoonu Dibeer bi, te loolu mooy bi Filiste ya jàppe Arka ba. Noonu itam, kanam yi daan naaj, kere gu daan not, dañuy yékkati mbooloom kërce gu daan noot, ni màndarga-wall.</w:t>
      </w:r>
    </w:p>
    <w:p>
      <w:pPr>
        <w:pStyle w:val="ArticleBody"/>
        <w:jc w:val="left"/>
      </w:pPr>
      <w:r>
        <w:rPr>
          <w:rFonts w:ascii="Times New Roman" w:hAnsi="Times New Roman" w:eastAsia="Times New Roman" w:cs="Times New Roman"/>
        </w:rPr>
        <w:t>Benn kërcegë moo am na buur bu tudd Daawuda, ak ab yonent bu Esékiel ak Samiyel di ko tegtal, ci jamono jébbal ba yàqu ba Silo. Kërcegë moo itam dina am sarxale gu Yuusufa di tegtal. Waxtu nattu ndigalu Dibes moo di fa safara Xelum Sell mi di tuuru ci lu amul natt, ni ko juróom-ñaareel bënd bi di tegtal. Safara boobu dafay alagal góor ña ñu tudd ba siiw, ñi fippuwoon ak Kora, Datan, Abiram, Eli, Ofini, Fineyas ak ña fippuwoon ci 1888.</w:t>
      </w:r>
    </w:p>
    <w:p>
      <w:pPr>
        <w:pStyle w:val="ArticleBody"/>
        <w:jc w:val="left"/>
      </w:pPr>
      <w:r>
        <w:rPr>
          <w:rFonts w:ascii="Times New Roman" w:hAnsi="Times New Roman" w:eastAsia="Times New Roman" w:cs="Times New Roman"/>
        </w:rPr>
        <w:t>Safara boobu ji ci xëccu Xelum Sell mi, mooy ndàq bu nekk ci ëllëg gu màgg gu jàmbaaru mbooloom gëmkat yi. Mbooloom gëmkat yi dañuy ko tegtal ci buur Daawuda, yonent Esékiyel ak Yuusufa saraxalekat bi. Ñetti nit ñooñu taxaw nañu ci safara si yàq ñaari téeméeri juróom-fukk nit ñi am tur, ni safara Nebukadnesar yàqee nit ñi sànni ñetti góor yu màgg ya ca furno ba. Naka noonu, bi mbooloom gëmkat yi nekk mbooloo mu daan, àddina sépp di seetaan bi ñu leen sànnee ca furno bu tàng ba, te ci saa si, Doomu Yàlla feeñ ak yonentu mbooloom gëmkat yi, saraxalekatam ak buuram — ñi Shadaraak, Meshaak ak Abednego di tegtal. Ñenti nit ñu am fanweer ci furno bu tàng bi, di tegtal dëgg gi ne, Yàlla ak nit ku ñu booloo, du bàkkaar!</w:t>
      </w:r>
    </w:p>
    <w:p>
      <w:pPr>
        <w:pStyle w:val="ArticleBody"/>
        <w:jc w:val="left"/>
      </w:pPr>
      <w:r>
        <w:rPr>
          <w:rFonts w:ascii="Times New Roman" w:hAnsi="Times New Roman" w:eastAsia="Times New Roman" w:cs="Times New Roman"/>
        </w:rPr>
        <w:t>Kora, Datan ak Abiram, ñoom itam di Eli, Ofni ak Finees, ñoo di naaféq bu njëkkal njàngum mbooloom gëmkat yu am ndam, mi sastal ci yonent, saraxalekat ak buur. Ñetti nit ñooñu ñoo di 300i nit ñi ci Gidéyon, ñetti junni nit ñi ci Pentekot, 300i waarekat Millérite yi, ak 300i kart 1843 yi, ñi am fanweeri at bu yàgg ñetti fukk ba yoonu Dimasi bi agsi te safara wàccée asamaan. Ak Ilyaas, safara ga dafa doon ngir ràññee diggante yonent yu dëgg ak yu dul dëgg. Safara ga wàcc ci Levitik ci bés bu “juróomeel” bi, ba Aaróon tàmbalee liggéey, dafay lakk saraxu Aaróon, muy sarax bi ci Malaki ñett, bi neex ni ci at yu jëkk ya. Safara googu sax dafay alag ñi joxe safara su yéem walla su àndul ak sellal, ni ko Ofni ak Finees, doomi Aaróon, teewloo.</w:t>
      </w:r>
    </w:p>
    <w:p>
      <w:pPr>
        <w:pStyle w:val="ArticleBody"/>
        <w:jc w:val="left"/>
      </w:pPr>
      <w:r>
        <w:rPr>
          <w:rFonts w:ascii="Times New Roman" w:hAnsi="Times New Roman" w:eastAsia="Times New Roman" w:cs="Times New Roman"/>
        </w:rPr>
        <w:t>Bi Yàlla di dëggal yonent bu dëgg bi ak Eli, walla saraxalekat bu dëgg bi ak Aaron, safara ji mooy indi dee gi ci yonent yu dëng yu Baal, ñoom itam ñoo di Hophni ak Phinehas. Hophni ak Phinehas ay doom yu Aaron lañu, te ñooy maas gu mujj gu nit ñi bokk ci kóllëre gi, ñi Boroom bi di sanc ci gémmiñam ca yoonu Dibeer ba.</w:t>
      </w:r>
    </w:p>
    <w:p>
      <w:pPr>
        <w:pStyle w:val="ArticleScripture"/>
        <w:jc w:val="left"/>
      </w:pPr>
      <w:r>
        <w:rPr>
          <w:rFonts w:ascii="Times New Roman" w:hAnsi="Times New Roman" w:eastAsia="Times New Roman" w:cs="Times New Roman"/>
        </w:rPr>
        <w:t>“Yii du waxu Sœur White lañu, waaye waxi Boroom bi lañu, te ndawam jox na leen ma ngir ma jox leen yéen. Yàlla woo na leen ngir ngeen bañ a doxati ak moom ci jubluwaay yu juuyoo. Jàngale yu bari joxeef nañu ci mbirum nit ñi di wax ne ay Kiristaano lañu, fekk dañuy feeñal ay jikko yu Seytaane, di xeex ci xel, ci wax ak ci jëf ak yokkuteg dëgg, te ànd na lu wóor ne dañuy topp yoon wi Seytaane jiite leen ci moom. Ci seen dëgërug xol, jàpp nañu sañ-sañ bu kennul seen moom mukk, te buñu warul a jëfandikoo. Jàngalekat bu mag ba nee: ‘Dinaa ko tasaare, tasaare, tasaare.’ Nit ñi dañuy wax ci Battle Creek: ‘Këru Boroom bi, këru Boroom bi, moom lañu doon nun,’ waaye dañuy jëfandikoo safara su àndul ak sell gi. Seen xol yuñu nooyul te suufeeluñu ci yiwug Yàlla.” Manuscript Releases, volume 13, 222.</w:t>
      </w:r>
    </w:p>
    <w:p>
      <w:pPr>
        <w:pStyle w:val="ArticleBody"/>
        <w:jc w:val="left"/>
      </w:pPr>
      <w:r>
        <w:rPr>
          <w:rFonts w:ascii="Times New Roman" w:hAnsi="Times New Roman" w:eastAsia="Times New Roman" w:cs="Times New Roman"/>
        </w:rPr>
        <w:t>“Safara bu ñépp” mooy li doomu Aaróŋ bi jëfandikoo bi saraxalekat yi tàmbalee. Limu “81” misaal la buy tegtal saraxalekat gi, te ci Lewit 8:1, ñaar-fukk ak benn fan yu sellal ak sàccu saraxalekat bi dañu leen wone. Seeni yére dañu leen summi, ba noppi sol leen yére yu Saraxalekat bu Mag bu Asamaan bi, ni ñu ko misaale ci peeñu Sàkariya mu Yosuwe ak malaaka bi ci tereb 3. Ñetti téeméeri nit ñi ci Sàkariya dañu leen tegtal ni “nit ñu ñuy waaru,” ndaxte dañoo doon tegtal jamono ju ci taarix bi Yàlla di dindi bàkkaaru ay nitam, te loolu mooy yoonu Dibéer bi, bi jàkkale gi di soppiku jële ni jàmbaar buy xeex ba nekk jàkkale ju noot. Gannaaw juróom-ñaar fan yu sàccu, dañu tàmbali liggéey ci bésub juróom-ñett.</w:t>
      </w:r>
    </w:p>
    <w:p>
      <w:pPr>
        <w:pStyle w:val="ArticleScripture"/>
        <w:jc w:val="left"/>
      </w:pPr>
      <w:r>
        <w:rPr>
          <w:rFonts w:ascii="Times New Roman" w:hAnsi="Times New Roman" w:eastAsia="Times New Roman" w:cs="Times New Roman"/>
        </w:rPr>
        <w:t>Te duñu génn buntu Mbooloom Ndaje mi di juróom-ñaar fan, ba kera mu yam fan yi ñu leen santale; ndaxte di juróom-ñaar fan la leen di santale. Leviticus 8:33.</w:t>
      </w:r>
    </w:p>
    <w:p>
      <w:pPr>
        <w:pStyle w:val="ArticleBody"/>
        <w:jc w:val="left"/>
      </w:pPr>
      <w:r>
        <w:rPr>
          <w:rFonts w:ascii="Times New Roman" w:hAnsi="Times New Roman" w:eastAsia="Times New Roman" w:cs="Times New Roman"/>
        </w:rPr>
        <w:t>Bés bu ñetteel mooy misaal bu ñetteelu bokk ci juróom-ñaar ñett yi, di misaalu Laodise jël yoonu soppeeku ba nekk Filadelfi, ak ñaari nit ñett ci gaalug Noowe, ak bés bu ñetteelu xarre, ak bés bu ñetteelu dekki bi. Bés boobu mooy yoonu Dibeer, bi gaañu dee gu papasi bi jële wérat, te noonu, gannaaw bi mu dekkee, mu nekk ñetteelu bokk ci juróom-ñaar ñett yi.</w:t>
      </w:r>
    </w:p>
    <w:p>
      <w:pPr>
        <w:pStyle w:val="ArticleScripture"/>
        <w:jc w:val="left"/>
      </w:pPr>
      <w:r>
        <w:rPr>
          <w:rFonts w:ascii="Times New Roman" w:hAnsi="Times New Roman" w:eastAsia="Times New Roman" w:cs="Times New Roman"/>
        </w:rPr>
        <w:t>Te ci bés baat ñetteel ba, Musaa woo Aaróona ak doomam yi, ak magi Israayil. Levitikus 9:1.</w:t>
      </w:r>
    </w:p>
    <w:p>
      <w:pPr>
        <w:pStyle w:val="ArticleBody"/>
        <w:jc w:val="left"/>
      </w:pPr>
      <w:r>
        <w:rPr>
          <w:rFonts w:ascii="Times New Roman" w:hAnsi="Times New Roman" w:eastAsia="Times New Roman" w:cs="Times New Roman"/>
        </w:rPr>
        <w:t>Ca bësu juróom-ñaar, saraxalekat yi tàmbalee liggéey, waaye doom yu Aaroŋ yi joxe nañu “safara su baaxul.” Adventism dafa wax ne ñoom aji kër Yàlla lañu, te Sister White xamle na ne wax jooju mooy safara su baaxul. Duul rekk la, waaye mooy safara su baaxul, muy lu juuyoo ak safara su sell. Safara su sell mooy yégle bu Midnigh Cry, te safara su baaxul mooy yégle jàmm ak kaarange gu nekk lu dëggul, gi di yégle gu mujj gi xasida yu noppi, yi bañ a woof te bañ a joxe yégle waare. Ci saar ñetteel ba, Aaroŋ moo joxe sarax bi, te safara wàcc na jóge asamaan, lekk sarax ba. Gannaaw loolu, ñaari doomam yu bon ya joxe safara su baaxul, te safara Yàlla lekk leen.</w:t>
      </w:r>
    </w:p>
    <w:p>
      <w:pPr>
        <w:pStyle w:val="ArticleScripture"/>
        <w:jc w:val="left"/>
      </w:pPr>
      <w:r>
        <w:rPr>
          <w:rFonts w:ascii="Times New Roman" w:hAnsi="Times New Roman" w:eastAsia="Times New Roman" w:cs="Times New Roman"/>
        </w:rPr>
        <w:t>Noonu Aaron yékkati loxoam jëm ci nit ñi, mu barkeel leen, te wàccé gannaaw ba mu jébbale saraxu bàkkaar bi, ak saraxu rendi-dóomal bi, ak saraxi jàmm yi. Noonu Musaa ak Aaron dugg ca Màkkaanu Ndajje ma, te génn, barkeel nit ñi; ndax ndamu Boroom bi feeñu ci kanam mboolem nit ñi. Noonu safara jóge fa kanam Boroom bi, lekk ci kaw altar bi saraxu rendi-dóomal bi ak diwlin bi; ba mboolem nit ñi gisee loolu, ñu xaacu, daldi daanu ci seen kanam. Noonu Nadab ak Abihu, doomi Aaron yi, ku nekk ci ñoom jël ayibam, def ci safara, teg ci cuuraay, daldi jébbale ci kanam Boroom bi safara su dul woon li mu leen santul. Noonu safara jóge fa Boroom bi nekk, devuur leen, ñu dee ci kanam Boroom bi. Leviticus 9:22–10:2.</w:t>
      </w:r>
    </w:p>
    <w:p>
      <w:pPr>
        <w:pStyle w:val="ArticleBody"/>
        <w:jc w:val="left"/>
      </w:pPr>
      <w:r>
        <w:rPr>
          <w:rFonts w:ascii="Times New Roman" w:hAnsi="Times New Roman" w:eastAsia="Times New Roman" w:cs="Times New Roman"/>
        </w:rPr>
        <w:t>Góor-góorlu Battle Creek ñoo di Sanedreen bu bees bi, ñuy wóolu seen taxawaayu kër-cee-gëstu jàppandikoo ko gën a sàmm ndigal gu Seede bu Dëgg bi jëfe ci Laodicea. Seede bu Dëgg bi ci Laodicea mooy Kirist, te Moom du soppiku mukk, te mas naa faral di jëfandikoo nit ñi Moom tànn ngir yégle ndigal gi ab xeet buy won melokaan yi Laodicea yor. Amul dara lu bees ci suufu jant bi.</w:t>
      </w:r>
    </w:p>
    <w:p>
      <w:pPr>
        <w:pStyle w:val="ArticleBody"/>
        <w:jc w:val="left"/>
      </w:pPr>
      <w:r>
        <w:rPr>
          <w:rFonts w:ascii="Times New Roman" w:hAnsi="Times New Roman" w:eastAsia="Times New Roman" w:cs="Times New Roman"/>
        </w:rPr>
        <w:t>Tànn na Moyis, mi Yàlla rekk jàngaloon diirub ñeent-fukk at, ni Yeesu ak doom-yaayam Yaxya itam jàngaleesoon. Tànn na Moyis, Almasi bi ak Yaxya muy misaal yu ñu jàngal ci biti doxalin njàng mu yoon. Nasaret dafay tegu ni màndarga nit ku ñu tànn, ni ko deme woon ci ñaareel ñi bees ñi door a fenk; Jones ak Waggoner ci moytu Minneapolis bu 1888. Nasaret dafay tegtal woote ak sellalug nit ku ñu tànn, waaye nit ku ñu tànn mooy waa dëkk bu ñu xeeb.</w:t>
      </w:r>
    </w:p>
    <w:p>
      <w:pPr>
        <w:pStyle w:val="ArticleScripture"/>
        <w:jc w:val="left"/>
      </w:pPr>
      <w:r>
        <w:rPr>
          <w:rFonts w:ascii="Times New Roman" w:hAnsi="Times New Roman" w:eastAsia="Times New Roman" w:cs="Times New Roman"/>
        </w:rPr>
        <w:t>Natanel ne ko wax ci moom ne: «Ndax am na lu baax lu man a jóge Nasaret?» Filip ne ko: «Ñëwal te gis.» Yowaana 1:46.</w:t>
      </w:r>
    </w:p>
    <w:p>
      <w:pPr>
        <w:pStyle w:val="ArticleBody"/>
        <w:jc w:val="left"/>
      </w:pPr>
      <w:r>
        <w:rPr>
          <w:rFonts w:ascii="Times New Roman" w:hAnsi="Times New Roman" w:eastAsia="Times New Roman" w:cs="Times New Roman"/>
        </w:rPr>
        <w:t>Làkk yu daj-daj yi ci Esayi 28 dafa tegtal ñi jóge Nasaret. Gannaaw ñu defare yégleb Miller ba mu doon yoon ci 1831, yégleb baa am doole ndax matug waxu yonent bi ci ñaareelu alkande, te muy misaal matug ab waxu yonent bu ñetteelu alkande bi ci 9/11. Dañuy jël ñetteelu waxu yonent bu Mesiya bi ci mbind mi di ñëw.</w:t>
      </w:r>
    </w:p>
    <w:p>
      <w:pPr>
        <w:pStyle w:val="ArticleScripture"/>
        <w:jc w:val="left"/>
      </w:pPr>
      <w:r>
        <w:rPr>
          <w:rFonts w:ascii="Times New Roman" w:hAnsi="Times New Roman" w:eastAsia="Times New Roman" w:cs="Times New Roman"/>
        </w:rPr>
        <w:t>“Ñetti guddi yu romb jëkk ngir biro Review lakk, nekkoon naa ci metit gu waxi bañ a man a mel. Mënuma woon nelaw. Damaa doon wër néeg bi, di ñaan Yàlla mu yërëm ay nitam. Noonu ma mel ni maa ngi ci biro Review ak góor ñi yor saytu ak doxalinub kurél gi. Damaa doon jéem a wax ak ñoom ngir dimbali leen ci loolu. Kenn ku am sañ-sañ taxaw, ne: “Yeen nee ngeen: Këru Boroom bi, Këru Boroom bi, moom lanu; moo tax am nanu sañ-sañu def lii ak laa ak lale. Waaye Kàddug Yàlla tere na lu bare ci yi ngeen bëgg a def.” Ci dikkam bu njëkk, Almasi setaloon na Kër Yàlla ga. Balaa dikkam bu ñaareel, dina dellu setalati kër ga. Moom moo fa nekkoon, di setal kër ga. Lu tax? Ndaxte liggéeyu njënd ak jaay dugg na fa, te Yàlla fàttees na ko. Ak gaaw fii ak gaaw fale ak gaaw feneen, amul woon waxtu wu ñu xalaat asamaan. Tëralini yoonu Yàlla yi ñu joxe woon na leen, te dégg naa ñu laaj naan: “Ana fu ngeen topp yoon wi ba toll?” Noonu baat bi waxees na: “Yàlla dina setal te sellal Këram ci meram.”</w:t>
      </w:r>
    </w:p>
    <w:p>
      <w:pPr>
        <w:pStyle w:val="ArticleScripture"/>
        <w:jc w:val="left"/>
      </w:pPr>
      <w:r>
        <w:rPr>
          <w:rFonts w:ascii="Times New Roman" w:hAnsi="Times New Roman" w:eastAsia="Times New Roman" w:cs="Times New Roman"/>
        </w:rPr>
        <w:t>«Ci géej gu guddi, gis naa sabar bu ay safara indi ca kaw Battle Creek. »</w:t>
      </w:r>
    </w:p>
    <w:p>
      <w:pPr>
        <w:pStyle w:val="ArticleScripture"/>
        <w:jc w:val="left"/>
      </w:pPr>
      <w:r>
        <w:rPr>
          <w:rFonts w:ascii="Times New Roman" w:hAnsi="Times New Roman" w:eastAsia="Times New Roman" w:cs="Times New Roman"/>
        </w:rPr>
        <w:t>“Bokk yi, Yàlla am na lu mu bëgg ci nun bu baax. Bëgg naa leen a wax ne, bu gëna weesu ci artu yi ñu joxe ci yëngu safara yii, njiiti sunu nit ñi wéyee dem, ni ñu ko daan defe bu yàgg, di yékkati seen bopp, Yàlla dina jël yaram yi ci topp. Ni mu wóor a ne Mu dund, dina wax ak ñoom ci làkk wu ñu dul man a ñàkk xam.”</w:t>
      </w:r>
    </w:p>
    <w:p>
      <w:pPr>
        <w:pStyle w:val="ArticleScripture"/>
        <w:jc w:val="left"/>
      </w:pPr>
      <w:r>
        <w:rPr>
          <w:rFonts w:ascii="Times New Roman" w:hAnsi="Times New Roman" w:eastAsia="Times New Roman" w:cs="Times New Roman"/>
        </w:rPr>
        <w:t>“Yàlla mingi nu xool ngir gis ndax danuy suufeel sunu bopp ci kanamam ni ay xale yu ndaw. Maa ngi wax wax yii léegi ngir nu man a ñëw ci moom ak suufeel bopp ak réccu xol, te xam li mu laaj ci nun.” Publishing Ministry, 170, 171.</w:t>
      </w:r>
    </w:p>
    <w:p>
      <w:pPr>
        <w:pStyle w:val="ArticleScripture"/>
        <w:jc w:val="left"/>
      </w:pPr>
      <w:r>
        <w:rPr>
          <w:rFonts w:ascii="Times New Roman" w:hAnsi="Times New Roman" w:eastAsia="Times New Roman" w:cs="Times New Roman"/>
        </w:rPr>
        <w:t>“Bataaxal bi ñu jagleel jamono jii du ne, ‘Kër Yàlla gi, Kër Yàlla gi, Kër Yàlla gi mooy nun.’ Kan la Boroom bi di nangu ni ay jumtukaay yu tedd?—Ñi ànd ak Kirist ci liggéey; ñi gëm dëgg gi, ñi dund dëgg gi, ñi yégle dëgg gi ci mbooleem wàllam.” Review and Herald, October 22, 1903.</w:t>
      </w:r>
    </w:p>
    <w:p>
      <w:pPr>
        <w:pStyle w:val="ArticleScripture"/>
        <w:jc w:val="left"/>
      </w:pPr>
      <w:r>
        <w:rPr>
          <w:rFonts w:ascii="Times New Roman" w:hAnsi="Times New Roman" w:eastAsia="Times New Roman" w:cs="Times New Roman"/>
        </w:rPr>
        <w:t>“Yii du baat yu bokk ci Rakku jigéen White la, waaye ay waxi Boroom bi la, te ay ndawam jox na ko ma ngir ma jox leen ko. Yàlla woo na leen ngir ngeen bañ a doxati ak Moom ci yeneen jubluwaay yu juuyoo akam. Jàngale yu bari joxeef nañu ci mbirum nit ñiy wax ne ay Kiristaan lañu, fekk ñuy wone melokaanu Seytaane, te ci xel, ci wax, ak ci jëf, dañuy weddi yokkute dëgg gi, te addina sax seede ne dañuy topp yoon wi Seytaane jiite leen ci. Ci seen dëgërug xol, dañu jàppale sañ-sañ yu taxawul ci seen loxo mukk, te waruñu koo jëfandikoo. Jàngalekat bu mag bi nee na: ‘Dinaa ko watt, watt, watt.’ Nit ñi ne ci Battle Creek: ‘Kër Yàlla gi, kër Yàlla gi nun lanu,’ waaye dañuy jëfandikoo safara su suufeek. Seeni xol nuy wuññiwuñu te nootuñu ci yiwu Yàlla.”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Mbooloom Adventiste Bés bu Juróom-Ñaareel bi ci Laodise — Limu Ñaar fukk ak Juróom-Ñaareel</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