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Yoël ak Mbooloom Ajantist yu Bés gu Juróom-Ñaari, bi ci Laodise — Limu Juróom-Ñett-fukk ak Juróom-Ñett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Limu Ñaar-fukk ak Juróom-Ñett</w:t>
      </w:r>
    </w:p>
    <w:p>
      <w:pPr>
        <w:pStyle w:val="ArticleBody"/>
        <w:jc w:val="left"/>
      </w:pPr>
      <w:r>
        <w:rPr>
          <w:rFonts w:ascii="Times New Roman" w:hAnsi="Times New Roman" w:eastAsia="Times New Roman" w:cs="Times New Roman"/>
        </w:rPr>
        <w:t>Nu ngi sakk ci xamle fukk ak ñaar i matug Yàlla ci téereb Macë, te di leen méngale ak i màndargay junni juróom-ñeent fukki junni. Nu xamle nañu juddug Almasi bi, ni muy màndargay jamonoy mujj gi, mi di tàmbali mboolem yëngu-yëngu yeesal. Juddug Almasi bi méngoo na ak 1989, mooy jamonoy mujj gi ngir junni juróom-ñeent fukki junni. Màndarga woowu dafa toppiku saa su nekk ak beneen màndarga, fañu di yégle mesaj bi ci kanam nit ñépp, ngir gannaaw loolu ñu man a woo nit ñi ci seen tráchité.</w:t>
      </w:r>
    </w:p>
    <w:p>
      <w:pPr>
        <w:pStyle w:val="ArticleBody"/>
        <w:jc w:val="left"/>
      </w:pPr>
      <w:r>
        <w:rPr>
          <w:rFonts w:ascii="Times New Roman" w:hAnsi="Times New Roman" w:eastAsia="Times New Roman" w:cs="Times New Roman"/>
        </w:rPr>
        <w:t>Ñaareelu Mesiyaas bi ñaareel moo doon njàngale Kirist ci ay léebu, te loolu mooy firndeel yoonu liggéey bi ñuy jëfandikoo ngir joxe xibaar bi ñu njëkk a dëppoo ci melin wu war a nekk gannaaw jamono ji mujj, ba yokkute xam-xam jur xibaar bu ñeel mbooloo ma wuute woowu. Loolu nekkoon 1831 ci ñi doon Millerites yi, ak 1996 ci yëngu-yëngug ñi téeméer ak ñeent-fukk ak ñeent-junni. Bu ñu jàppalee xibaar bi ci bépp nit, gannaaw loolu dees na ko may doole jaarale ko ci matug ab waxi Yàlla buy màndarga tàmbalig jéego gu nattu. Doole woowu nekkoon 11 ut 1840 ci ñi doon Millerites yi, ak 9/11 ci ñi téeméer ak ñeent-fukk ak ñeent-junni.</w:t>
      </w:r>
    </w:p>
    <w:p>
      <w:pPr>
        <w:pStyle w:val="ArticleHeading"/>
        <w:jc w:val="left"/>
      </w:pPr>
      <w:r>
        <w:rPr>
          <w:rFonts w:ascii="Arial" w:hAnsi="Arial" w:eastAsia="Arial" w:cs="Arial"/>
        </w:rPr>
        <w:t>Wàllu Mesiyaan bu ñetteel bi mooy Yonnent yi yu 9/11.</w:t>
      </w:r>
    </w:p>
    <w:p>
      <w:pPr>
        <w:pStyle w:val="ArticleScripture"/>
        <w:jc w:val="left"/>
      </w:pPr>
      <w:r>
        <w:rPr>
          <w:rFonts w:ascii="Times New Roman" w:hAnsi="Times New Roman" w:eastAsia="Times New Roman" w:cs="Times New Roman"/>
        </w:rPr>
        <w:t>Noon moo dikk ci dëkk buñu tudde Nasaret, ngir li yonent yi waxoon amaloo, ne: «Dees na ko wooye Nasareen.» Macë 2:23.</w:t>
      </w:r>
    </w:p>
    <w:p>
      <w:pPr>
        <w:pStyle w:val="ArticleHeading"/>
        <w:jc w:val="left"/>
      </w:pPr>
      <w:r>
        <w:rPr>
          <w:rFonts w:ascii="Arial" w:hAnsi="Arial" w:eastAsia="Arial" w:cs="Arial"/>
        </w:rPr>
        <w:t>Yégleelu</w:t>
      </w:r>
    </w:p>
    <w:p>
      <w:pPr>
        <w:pStyle w:val="ArticleScripture"/>
        <w:jc w:val="left"/>
      </w:pPr>
      <w:r>
        <w:rPr>
          <w:rFonts w:ascii="Times New Roman" w:hAnsi="Times New Roman" w:eastAsia="Times New Roman" w:cs="Times New Roman"/>
        </w:rPr>
        <w:t>Te bennay na bennay buy génn ci tronkub Yese, te garab gu ndaw dina sax ci ay reenam. Esayi 11:1, Kàttankat yi 13.</w:t>
      </w:r>
    </w:p>
    <w:p>
      <w:pPr>
        <w:pStyle w:val="ArticleBody"/>
        <w:jc w:val="left"/>
      </w:pPr>
      <w:r>
        <w:rPr>
          <w:rFonts w:ascii="Times New Roman" w:hAnsi="Times New Roman" w:eastAsia="Times New Roman" w:cs="Times New Roman"/>
        </w:rPr>
        <w:t>Saptaayu baat bu Ebraayik bi ñu tekki ne “Karu garab” mooy Netzer, te moom itam mooy rapum baat bu Nazaret. Karu garab gi, ci dëgg-dëgg, ci neegu ñàkk ya nekk Nazaret la jóge.</w:t>
      </w:r>
    </w:p>
    <w:p>
      <w:pPr>
        <w:pStyle w:val="ArticleScripture"/>
        <w:jc w:val="left"/>
      </w:pPr>
      <w:r>
        <w:rPr>
          <w:rFonts w:ascii="Times New Roman" w:hAnsi="Times New Roman" w:eastAsia="Times New Roman" w:cs="Times New Roman"/>
        </w:rPr>
        <w:t>“Boroom bi dina woo waxambaane yu góor yu jóge ci dund gu suufe ngir ñu topp ko ci liggéeyam, ni mu ko defee ba mu doon dund ci boppam ci suuf si. Mu weesu rabbi yu xam-xam ya, ngir tànn jëfandikook njàngatam yu njëkk ña ci jaaykat yu humble te amul njàng mu réy. Am na ay liggéeykat yu muy woo, yu jóge ci ñàkk ak ci xamunuleen. Ñu ngi ci yëngu ci sas yu àddina bi di jox, sol yére yu tar, te nit ñi di leen seet ni ay nit yu amul njariñ bu bare. Waaye dinañu doon ay xonq yu am solo lool ngir Boroom bi, ngir leer bu baax. ‘Ñoom dinañu doon samay, wax na Boroom bu yëgle mboolo yi, ca bés booba bu may dajale samay xonq yi.’” Review and Herald, 5 Mee 1903.</w:t>
      </w:r>
    </w:p>
    <w:p>
      <w:pPr>
        <w:pStyle w:val="ArticleBody"/>
        <w:jc w:val="left"/>
      </w:pPr>
      <w:r>
        <w:rPr>
          <w:rFonts w:ascii="Times New Roman" w:hAnsi="Times New Roman" w:eastAsia="Times New Roman" w:cs="Times New Roman"/>
        </w:rPr>
        <w:t>Sañ-sañu Xel Mu Sell mi, sañ-sañu Sœur White ak nangu gu joge ci yëfandikoo gu ñu bindal ci Jones ak Waggoner, ñu bañ ko woon ci 1888, ni Koraa defe woon ak sañ-sañu Musaa.</w:t>
      </w:r>
    </w:p>
    <w:p>
      <w:pPr>
        <w:pStyle w:val="ArticleScripture"/>
        <w:jc w:val="left"/>
      </w:pPr>
      <w:r>
        <w:rPr>
          <w:rFonts w:ascii="Times New Roman" w:hAnsi="Times New Roman" w:eastAsia="Times New Roman" w:cs="Times New Roman"/>
        </w:rPr>
        <w:t>“Noonu yoon, waxtu malaaka ñetteel bi dinañu waare. Bu jotee jamono ji muy joxeeku ak kàttan gu gën a réy, Boroom bi dina liggéey jaarale ko ci jumtukaay yu woyof, di jiite xel yi ñi sellal seen bopp ngir liggéeyam. Ñiy liggéey dinañu yéggal leen te may leen kàttan ndax diisóorug Xelam, waaye du ndax njàng mu jóge ci kër-yëngu bind ak xam-xam. Nit ñu am ngëm ak ñaan dinañu am kóllëre gu leen tax ñu génn ak cëno gu sell, di wax wax yi Yàlla leen jox. Bàkkaar yi Babilon dinañu feeñal. Njariñ yu tiitale yi bokk ci di farata ay sàrtu kërgóor gi ci dooley nguurug réew, dugub spiritisma bi, ak yokkute ga nëbb waaye ga gaaw gu kàttanug paap bi—yépp dinañu weesu. Jaarale ko ci artu yu tar yii, nit ñi dinañu yëngu. Junni ak junni dinañu déglu, ñi masul a dégg baat yu mel ni yii. Ci jaaxle, dinañu dégg seede bi ne Babilon mooy kërgóor gi, gu daanu ndax ay njuumteem ak ay bàkkaaram, ndax bañ na dëgg gi asamaan yónnee woon ci moom. Bu nit ñi demée ci seen jàngalekat yu njëkk ak laaj gu xiif xam-xam ne, Ndax loolu dëgg la? saraxalekat yi dinañu wax léeb, di wax wax yu lewet ngir dalal seen ragal ak noppi xol wi yeefoo. Waaye ndaxte ñu bare bañ nañu nekk ci doole rekku nit ñi te ñuy laaj ab leeru “Li Boroom bi wax mooy lii,” ministéer bu siiw bi, ni Farisen ya ca jamonoy yàgg ya, dina fees ak mer ndaxte seeni doole ñu laaj ko, te dinañu wax ne ndaw si jóge na ci Seytaane, di yëngu mbooloo yi bëgg bàkkaar ngir ñu xaste ak fitnaal ñi koy waare.” The Great Controversy, 606.</w:t>
      </w:r>
    </w:p>
    <w:p>
      <w:pPr>
        <w:pStyle w:val="ArticleBody"/>
        <w:jc w:val="left"/>
      </w:pPr>
      <w:r>
        <w:rPr>
          <w:rFonts w:ascii="Times New Roman" w:hAnsi="Times New Roman" w:eastAsia="Times New Roman" w:cs="Times New Roman"/>
        </w:rPr>
        <w:t>Baat yu jàkk-jàkk bi jóge ca néeg yu ñàkk yaa ca Nasaret, agsi na ci “waxtaanu werante” bi nekk ci Esayi ñaar-fukk ak juróom-ñett.</w:t>
      </w:r>
    </w:p>
    <w:p>
      <w:pPr>
        <w:pStyle w:val="ArticleScripture"/>
        <w:jc w:val="left"/>
      </w:pPr>
      <w:r>
        <w:rPr>
          <w:rFonts w:ascii="Times New Roman" w:hAnsi="Times New Roman" w:eastAsia="Times New Roman" w:cs="Times New Roman"/>
        </w:rPr>
        <w:t>Ci natt, bu meññoon, dinga waxtaan ak moom; dafay taxawal ngelawam gu tar ci bésub ngelaw gu penku. Esayi 27:8.</w:t>
      </w:r>
    </w:p>
    <w:p>
      <w:pPr>
        <w:pStyle w:val="ArticleBody"/>
        <w:jc w:val="left"/>
      </w:pPr>
      <w:r>
        <w:rPr>
          <w:rFonts w:ascii="Times New Roman" w:hAnsi="Times New Roman" w:eastAsia="Times New Roman" w:cs="Times New Roman"/>
        </w:rPr>
        <w:t>“Ngelawub penku” bu Islam, miñ ko tegtal ni “ñetteelu musiba bi,” te itam ni “merug xeeti réew yi,” dañu ko bàyyi woon te ci saa si ñu téye ko ci 9/11.</w:t>
      </w:r>
    </w:p>
    <w:p>
      <w:pPr>
        <w:pStyle w:val="ArticleScripture"/>
        <w:jc w:val="left"/>
      </w:pPr>
      <w:r>
        <w:rPr>
          <w:rFonts w:ascii="Times New Roman" w:hAnsi="Times New Roman" w:eastAsia="Times New Roman" w:cs="Times New Roman"/>
        </w:rPr>
        <w:t>“Ci jamono jooju, bi liggéeyu mucc gi di jeex, fitna dina dikk ci suuf si, te xeeti àddina yi dinañu mer; waaye deesleen téye ba ñu bañ a tere liggéeyu ñetteelu malaaka ma. Ci jamono jooju ‘taw bi mujj bi,’ walla fresku gu jóge ci kanamu Boroom bi, dina dikk ngir jox doole baatu kàddu gu réy gu ñetteelu malaaka ma, te waajal ñi sell yi ngir ñu man a taxaw ci jamono bi juróom-ñaar yi mujj ci mbugal yi di ñu tuur.” Early Writings, 85.</w:t>
      </w:r>
    </w:p>
    <w:p>
      <w:pPr>
        <w:pStyle w:val="ArticleBody"/>
        <w:jc w:val="left"/>
      </w:pPr>
      <w:r>
        <w:rPr>
          <w:rFonts w:ascii="Times New Roman" w:hAnsi="Times New Roman" w:eastAsia="Times New Roman" w:cs="Times New Roman"/>
        </w:rPr>
        <w:t>Muuse, Ellen White, A. T. Jones ak E. J. Waggoner daldiñu seen taxawaay ci 9/11 ni ay wottukat yu nekk ci Habakuk saar ñaareel bi, ñoom ñi laaj li ñuy wax biir “werante” yi Isaaya wax, te mu tàmbalee bi ngelaw gu bëj-gànnaar agsee. Isaaya nee “werante” woowu mooy li setal bàkkaar yi ci askanu Yàlla.</w:t>
      </w:r>
    </w:p>
    <w:p>
      <w:pPr>
        <w:pStyle w:val="ArticleScripture"/>
        <w:jc w:val="left"/>
      </w:pPr>
      <w:r>
        <w:rPr>
          <w:rFonts w:ascii="Times New Roman" w:hAnsi="Times New Roman" w:eastAsia="Times New Roman" w:cs="Times New Roman"/>
        </w:rPr>
        <w:t>Ci tolluwaayam la, boo koy xuloo ak moom; moom moo tere ngelawam gu tar ga ci bésu ngelawu penku gi. Moo tax nag, noonu lañuy setale tooñu Yàqub; te lii mooy bépp meññentam: ngir dindi bàkkaaram, bu defee bépp xeeru saraxal ba mel ni xeeru kalker yuñu dóor ba tas, dëkkuwaay yi ak natar yi duñu taxawati. Esayi 27:8, 9.</w:t>
      </w:r>
    </w:p>
    <w:p>
      <w:pPr>
        <w:pStyle w:val="ArticleBody"/>
        <w:jc w:val="left"/>
      </w:pPr>
      <w:r>
        <w:rPr>
          <w:rFonts w:ascii="Times New Roman" w:hAnsi="Times New Roman" w:eastAsia="Times New Roman" w:cs="Times New Roman"/>
        </w:rPr>
        <w:t>“Waxtaan” wi ci mbind mi ñëw ci gannaaw, mi ñu natt ci 9/11, ba bi Islaam génn te gannaaw loolu ñu téye ko, mooy ni ñuy dindi njubadi Yàqub, ba tax Yàqub soppeeku Israel. Coppite gu bibligu Yàqub, nit ku teew ci kóllëre, jëm ci Israel, mooy fësal 1856, ba yëngu-yëngu Millerite bu Philadelphia nekk yëngu-yëngu Millerite bu Laodicea, te juróom-ñaari at gannaaw mu nekk kanam mbooloom-ngelaw Seventh-day Adventist bu Laodicea. Sa coppite ci jaar-jaaru Millerite mooy tektale ab waymark ci jaar-jaaru ñaar-fukk ak ñeenti junni nit, ba yëngu-yëngu Laodicea bu ñaar-fukk ak ñeenti junni nit soppeeku yëngu-yëngu Philadelphia bu ñaar-fukk ak ñeenti junni nit. Bésu coppite boobu mooy bi Yàqub, maanaam ki yóbbante, soppeeku Israel, maanaam ki not.</w:t>
      </w:r>
    </w:p>
    <w:p>
      <w:pPr>
        <w:pStyle w:val="ArticleBody"/>
        <w:jc w:val="left"/>
      </w:pPr>
      <w:r>
        <w:rPr>
          <w:rFonts w:ascii="Times New Roman" w:hAnsi="Times New Roman" w:eastAsia="Times New Roman" w:cs="Times New Roman"/>
        </w:rPr>
        <w:t>“Werante” wi dajale ay tooñi Yàqub, te mu nekk Israyil, ki not. Ñi ñuy tektale ni Israyil dañuy not ci deretu Kàddu gi ak kàddu seede seen.</w:t>
      </w:r>
    </w:p>
    <w:p>
      <w:pPr>
        <w:pStyle w:val="ArticleScripture"/>
        <w:jc w:val="left"/>
      </w:pPr>
      <w:r>
        <w:rPr>
          <w:rFonts w:ascii="Times New Roman" w:hAnsi="Times New Roman" w:eastAsia="Times New Roman" w:cs="Times New Roman"/>
        </w:rPr>
        <w:t>Te ñu ko daan ci deretu Xar mi, ak ci waxu seedees; te ñu bëggul seen bakkan ba ca dee ba. Peeñu 12:11.</w:t>
      </w:r>
    </w:p>
    <w:p>
      <w:pPr>
        <w:pStyle w:val="ArticleBody"/>
        <w:jc w:val="left"/>
      </w:pPr>
      <w:r>
        <w:rPr>
          <w:rFonts w:ascii="Times New Roman" w:hAnsi="Times New Roman" w:eastAsia="Times New Roman" w:cs="Times New Roman"/>
        </w:rPr>
        <w:t>“Baati seeni seed” mooy ndigal li aarukat Habakuk bëgg a xam. Moo ngi tegu ci seen sellal ak deretu Mbiir mi, moom seen njubte.</w:t>
      </w:r>
    </w:p>
    <w:p>
      <w:pPr>
        <w:pStyle w:val="ArticleScripture"/>
        <w:jc w:val="left"/>
      </w:pPr>
      <w:r>
        <w:rPr>
          <w:rFonts w:ascii="Times New Roman" w:hAnsi="Times New Roman" w:eastAsia="Times New Roman" w:cs="Times New Roman"/>
        </w:rPr>
        <w:t>Dinaa taxaw ci sama wottu, te sampu ma ci kaw torre bi, dinaa xool ngir gis li mu may wax, ak li ma war a tontu bu ma yeddée. Habakkuk 2:1.</w:t>
      </w:r>
    </w:p>
    <w:p>
      <w:pPr>
        <w:pStyle w:val="ArticleBody"/>
        <w:jc w:val="left"/>
      </w:pPr>
      <w:r>
        <w:rPr>
          <w:rFonts w:ascii="Times New Roman" w:hAnsi="Times New Roman" w:eastAsia="Times New Roman" w:cs="Times New Roman"/>
        </w:rPr>
        <w:t>Baatu bi ñuy wax ne “reproved” mooy “werante ak,” te mu ngi tegtal “werante” Yàllaay yi ci Esayi, bi di dindi bàkkaar yi ci Yàqub. Sàmmkat bi nekk ci Habakuk bëgg a xam lan mooy seedeem; te ñu xamal ko ne tabali Habakuk yi mooy ndigal li dina may ñi bëgg a jàng, ñu daw jaar ci Mbind mi, ba gis waxtaanu jubb ci ngëm. Habakuk ñaar feeñal na bu leer sàmmkat bi ci njeexital ñeenti aaya yu njëkk yi, ne bokk na ci ñi ñuy jubal ci ngëm.</w:t>
      </w:r>
    </w:p>
    <w:p>
      <w:pPr>
        <w:pStyle w:val="ArticleScripture"/>
        <w:jc w:val="left"/>
      </w:pPr>
      <w:r>
        <w:rPr>
          <w:rFonts w:ascii="Times New Roman" w:hAnsi="Times New Roman" w:eastAsia="Times New Roman" w:cs="Times New Roman"/>
        </w:rPr>
        <w:t>Xoolleen, bakkanam bu ka réyoo ci boppam dëggul ci moom; waaye ku jub gi dina dund ci ngëmam. Habakkuk 2:4.</w:t>
      </w:r>
    </w:p>
    <w:p>
      <w:pPr>
        <w:pStyle w:val="ArticleBody"/>
        <w:jc w:val="left"/>
      </w:pPr>
      <w:r>
        <w:rPr>
          <w:rFonts w:ascii="Times New Roman" w:hAnsi="Times New Roman" w:eastAsia="Times New Roman" w:cs="Times New Roman"/>
        </w:rPr>
        <w:t>Yëgle gi ci ñaari xàjj yooyu mooy yoonu yu yàgg yi Yeremiya wax. Waaye bi sàmmkatub Yeremiya wollee trompet bi, mbooloom way-bëgg saa suñu bakan yékkatiwul, bañ nañu dégg. Ñoom lañu doon benn mbooloo ma ci aaya bi jiitu, ñiy bañ dox ci yoonu yu yàgg yi ngir gisuñu noflaay ak yeesal.</w:t>
      </w:r>
    </w:p>
    <w:p>
      <w:pPr>
        <w:pStyle w:val="ArticleScripture"/>
        <w:jc w:val="left"/>
      </w:pPr>
      <w:r>
        <w:rPr>
          <w:rFonts w:ascii="Times New Roman" w:hAnsi="Times New Roman" w:eastAsia="Times New Roman" w:cs="Times New Roman"/>
        </w:rPr>
        <w:t>Noonu la Boroom bi wax, taxawleen ci yoon yi, xoolleen, te laajleen yoon yi yàgg, fu yoon wu baax ba nekk; doxleen ci moom, te dangeen gis noflaay ci seeni baken. Waaye ñoom ne: Nun dunu dox ci moom. Te itam sama teg na ci seen kaw ay wottukat, di wax: Déggleen li buum bi di riir. Waaye ñoom ne: Dunu ko dégg. Jeremiah 6:16, 17.</w:t>
      </w:r>
    </w:p>
    <w:p>
      <w:pPr>
        <w:pStyle w:val="ArticleBody"/>
        <w:jc w:val="left"/>
      </w:pPr>
      <w:r>
        <w:rPr>
          <w:rFonts w:ascii="Times New Roman" w:hAnsi="Times New Roman" w:eastAsia="Times New Roman" w:cs="Times New Roman"/>
        </w:rPr>
        <w:t>Sama way-jëkk yi ñu teg ci kaw peuple Yàlla ca 9/11, moo doon Musaa, Ellen White, Jones ak Waggoner; ñoom dañu leen teewal ci baat yu Musaa di lekk ndànk, te loolu moom itam dañu ko teewal ci ragal ga mu amoon ngir wax làkk bu Ejipt, làkk bu mu jëfandikoo woonul diirub ñeent-fukk at. Ci mbirum ñépp Hebrew yi ak mboolem mbooloo mu jeexul woon te ànd ak Musaa ba ñu romb Géeju Xonq wi, Musaa mooy nit ki amoon kaddu gu dëkkuwaay bu bees. Kaddugam mooyoon kaddugu Nasaret. Piyeer itam, kaddugam dañu ko seetle woon.</w:t>
      </w:r>
    </w:p>
    <w:p>
      <w:pPr>
        <w:pStyle w:val="ArticleScripture"/>
        <w:jc w:val="left"/>
      </w:pPr>
      <w:r>
        <w:rPr>
          <w:rFonts w:ascii="Times New Roman" w:hAnsi="Times New Roman" w:eastAsia="Times New Roman" w:cs="Times New Roman"/>
        </w:rPr>
        <w:t>Gannaaw ñu taxawoon fa ñëw ci moom ne Piyeer: “Wóor na ne yow itam bokk nga ci ñoom; ndax sa waxin waxu na la.” Macë 26:73</w:t>
      </w:r>
    </w:p>
    <w:p>
      <w:pPr>
        <w:pStyle w:val="ArticleBody"/>
        <w:jc w:val="left"/>
      </w:pPr>
      <w:r>
        <w:rPr>
          <w:rFonts w:ascii="Times New Roman" w:hAnsi="Times New Roman" w:eastAsia="Times New Roman" w:cs="Times New Roman"/>
        </w:rPr>
        <w:t>Ci xalaatu jaar-jaari Piyeer bi, moomu dafa fenñ ñetti yoon, te kenn seet ko ci xalaat ba ci ndaxam waxam, walla làkkam buy tàbbi. Benn mbooloo ci xalaat boobu laaj Yàlla ne: “lu ma wara wax ci xalaat bi?” Ñoom dañuy “gis” yoon yi yàgg, te dañuy “dégg” baatub trompet bi. Dañuy gis te dégg, te bu ñu aggee ci “jàmbat”, dañuy not. Yégle bi jëm ci not ci fan yu mujj yi, dañu ko tegtal ni kàddu Laodise. Wuutuul ak jàngu Laodise, jàngu Filadelfi amul benn mbugal.</w:t>
      </w:r>
    </w:p>
    <w:p>
      <w:pPr>
        <w:pStyle w:val="ArticleScripture"/>
        <w:jc w:val="left"/>
      </w:pPr>
      <w:r>
        <w:rPr>
          <w:rFonts w:ascii="Times New Roman" w:hAnsi="Times New Roman" w:eastAsia="Times New Roman" w:cs="Times New Roman"/>
        </w:rPr>
        <w:t>Ki daan ci ndam, dinaa ko defu ab jëfandikukat ci kër Yàlla samaa; te du génn faatiwulati. Dinaa bind ci moom turu sama Yàlla, ak turu dëkku sama Yàlla, mooy Yerusalem bu bees bi, bi wàcce ci asamaan, jógé ci sama Yàlla; te dinaa bind ci moom sama turu bees bi. Ku am nopp, na dégg li Xelum mi wax mbooloy ndëgg yi. Peeñu 3:12, 13.</w:t>
      </w:r>
    </w:p>
    <w:p>
      <w:pPr>
        <w:pStyle w:val="ArticleBody"/>
        <w:jc w:val="left"/>
      </w:pPr>
      <w:r>
        <w:rPr>
          <w:rFonts w:ascii="Times New Roman" w:hAnsi="Times New Roman" w:eastAsia="Times New Roman" w:cs="Times New Roman"/>
        </w:rPr>
        <w:t>Ci doonte amul yeddóo bañ naa, diggante bi ñeel Philadelphia moom rekk la ñi “not” fekk. Kërgu mbooloom Philadelphia dañu koy jàppale ak kërgu mbooloom Laodicea, te mel na ne mooñ na ci benn xeetu nit ñuy soxla ngir not, ak beneen xeetu nit ñu ba noppi not. Kërgu mbooloom Philadelphia dañu koy jàppale ak kërgu mbooloom Laodicea, te kërgu mbooloom Laodicea mooy janqatal yu ñàkk xel yi ci Matthew 25.</w:t>
      </w:r>
    </w:p>
    <w:p>
      <w:pPr>
        <w:pStyle w:val="ArticleScripture"/>
        <w:jc w:val="left"/>
      </w:pPr>
      <w:r>
        <w:rPr>
          <w:rFonts w:ascii="Times New Roman" w:hAnsi="Times New Roman" w:eastAsia="Times New Roman" w:cs="Times New Roman"/>
        </w:rPr>
        <w:t>“Taxawaayu Kër Yàlla bi ñu teewal ci janq yu ñàkka xel yi, itam waxees na ko ni mooy taxawaayu Laodise.” Review and Herald, 19 Ut 1890.</w:t>
      </w:r>
    </w:p>
    <w:p>
      <w:pPr>
        <w:pStyle w:val="ArticleBody"/>
        <w:jc w:val="left"/>
      </w:pPr>
      <w:r>
        <w:rPr>
          <w:rFonts w:ascii="Times New Roman" w:hAnsi="Times New Roman" w:eastAsia="Times New Roman" w:cs="Times New Roman"/>
        </w:rPr>
        <w:t>Ci 9/11, bi malaaka bi wàcce woon ca jamono ja ñaari këri yu mag yi di Twin Towers daanu, Jones ak Waggoner tàmbalee woon yégleb bese bu Laodicea, te waxtaan wi ci tawb bu mujj gi tàmbali. Bàccu trompetu Yeremiya mooy trompet bu juróom-ñaareel bi, mooy ñetteelu alkande bi, te mooy Islam ni ko yoon yu yàgg ya xamle, yi dëkk ci dëgg yi, LÉPP ci dëgg yi, yi ñu wone ci tabaléyu Habakkuk yu 1843 ak 1850. Bese bu Laodicea moom rekk mooy yaakaaru mucc, te kàddug “mucc” tekki na wéral. Bu Kirist wonee boppam ni ku di bër dooru xolu waa Laodicea, mbaa muy dig Laodicea ne su ñu defee jàmm ak moom, dina def jàmm ak ñoom, bese bu wéral rekk lañuy jox Abentist bu bés ba juróom-ñaareel bu Laodicea.</w:t>
      </w:r>
    </w:p>
    <w:p>
      <w:pPr>
        <w:pStyle w:val="ArticleHeading"/>
        <w:jc w:val="left"/>
      </w:pPr>
      <w:r>
        <w:rPr>
          <w:rFonts w:ascii="Arial" w:hAnsi="Arial" w:eastAsia="Arial" w:cs="Arial"/>
        </w:rPr>
        <w:t>Bàyyi yoon wu ñëwe ci Mesiya bi, mooy yégleb Laodise bu 9/11.</w:t>
      </w:r>
    </w:p>
    <w:p>
      <w:pPr>
        <w:pStyle w:val="ArticleScripture"/>
        <w:jc w:val="left"/>
      </w:pPr>
      <w:r>
        <w:rPr>
          <w:rFonts w:ascii="Times New Roman" w:hAnsi="Times New Roman" w:eastAsia="Times New Roman" w:cs="Times New Roman"/>
        </w:rPr>
        <w:t>Ngir amal li yégle ba mat li Esayi yonent bi waxoon ne: Moom ci boppam moo yebal sunuy wopp yu néew doole, te gàddu sunuy feebar. Macë 8:17.</w:t>
      </w:r>
    </w:p>
    <w:p>
      <w:pPr>
        <w:pStyle w:val="ArticleHeading"/>
        <w:jc w:val="left"/>
      </w:pPr>
      <w:r>
        <w:rPr>
          <w:rFonts w:ascii="Arial" w:hAnsi="Arial" w:eastAsia="Arial" w:cs="Arial"/>
        </w:rPr>
        <w:t>Yëglewaay</w:t>
      </w:r>
    </w:p>
    <w:p>
      <w:pPr>
        <w:pStyle w:val="ArticleScripture"/>
        <w:jc w:val="left"/>
      </w:pPr>
      <w:r>
        <w:rPr>
          <w:rFonts w:ascii="Times New Roman" w:hAnsi="Times New Roman" w:eastAsia="Times New Roman" w:cs="Times New Roman"/>
        </w:rPr>
        <w:t>Moom, yéeg na sunu metit, te yéeg na sunu naqar; waaye nun, danoo ko jàppe woon ni ku ñu dóor, ku Yàlla dóor te toroxal. Esayi 53:4.</w:t>
      </w:r>
    </w:p>
    <w:p>
      <w:pPr>
        <w:pStyle w:val="ArticleScripture"/>
        <w:jc w:val="left"/>
      </w:pPr>
      <w:r>
        <w:rPr>
          <w:rFonts w:ascii="Times New Roman" w:hAnsi="Times New Roman" w:eastAsia="Times New Roman" w:cs="Times New Roman"/>
        </w:rPr>
        <w:t>Bindal ci malaaka mbooloom waa Laodise bindal ne: Li Amen bi wax, seede su takku te dëgg, njàlbéenu mbindum Yàlla bi, mooy lii: Xam naa sa jëf yi, ne yow doo sedd, doo tàng. Bëgg naa nga nekk mbaa sedd mbaa tàng. Kon nag ndaxte yow tangoor nga, te doo sedd doo tàng, dinaa la weesu génne ci sama gémmiñ.</w:t>
      </w:r>
    </w:p>
    <w:p>
      <w:pPr>
        <w:pStyle w:val="ArticleScripture"/>
        <w:jc w:val="left"/>
      </w:pPr>
      <w:r>
        <w:rPr>
          <w:rFonts w:ascii="Times New Roman" w:hAnsi="Times New Roman" w:eastAsia="Times New Roman" w:cs="Times New Roman"/>
        </w:rPr>
        <w:t>Ndaxte yaw wax nga ne: Maa ngi am alal, te yokk naa sama alal, te amuma soxla dara; waaye xamuloo ne yaw yaa nekk ku torox, ku metti, ku ñàkk alal, ku gumb, te rafetul.</w:t>
      </w:r>
    </w:p>
    <w:p>
      <w:pPr>
        <w:pStyle w:val="ArticleScripture"/>
        <w:jc w:val="left"/>
      </w:pPr>
      <w:r>
        <w:rPr>
          <w:rFonts w:ascii="Times New Roman" w:hAnsi="Times New Roman" w:eastAsia="Times New Roman" w:cs="Times New Roman"/>
        </w:rPr>
        <w:t>Maa ngi lay digle, nga jënd ci man wurus wu ñu seet ci safara, ngir nga man a nekk ku bare alal; ak yére yu weex, ngir nga sol ko, te rusug sa rafetlu bu laaw ba bañ a feeñ; te nga diiw sa bët ak garabug bët, ngir nga man a gis.</w:t>
      </w:r>
    </w:p>
    <w:p>
      <w:pPr>
        <w:pStyle w:val="ArticleScripture"/>
        <w:jc w:val="left"/>
      </w:pPr>
      <w:r>
        <w:rPr>
          <w:rFonts w:ascii="Times New Roman" w:hAnsi="Times New Roman" w:eastAsia="Times New Roman" w:cs="Times New Roman"/>
        </w:rPr>
        <w:t>Ñi bëgg, maa ngi leen yedd ak yar; kon nag, na ngeen farlu te tuub. Xool-leen, maa ngi taxaw ci bunt bi, di fëkk: su kenn dégg samay baat, ubbi bunt bi, dinaa dugg ci moom, lekk ak moom, te moom itam ak man. Ku not, dinaa ko may mu toog ak man ci sama gàngune, ni man itam ma notee, ba noppi toog ak Sama Baay ci sa gàngune. Ku am nopp, na dégg li Xel mi wax mboolooy gëm yi. Peeñu 3:14–22.</w:t>
      </w:r>
    </w:p>
    <w:p>
      <w:pPr>
        <w:pStyle w:val="ArticleBody"/>
        <w:jc w:val="left"/>
      </w:pPr>
      <w:r>
        <w:rPr>
          <w:rFonts w:ascii="Times New Roman" w:hAnsi="Times New Roman" w:eastAsia="Times New Roman" w:cs="Times New Roman"/>
        </w:rPr>
        <w:t>Ndigal gi jënda ngir jënd wurus ak yére yu weex te di sut ay bët, mooy paj gu ñu wax ngir xaalis bu jëm ci dee gu bëgga sax ba fàww, du rekk dee. Mbaax yi wurus wi, yére yi ak sut bët bi man a faj, mboolem yooyu bennoo nañu bu baax ak Kirist mi yeb i wopp sunuy gopp ak yenu sunuy metit. Yowaana dafa nekkoon ci kaso ci Patmos ngir Kàddug Yàlla ak seede si Yeesu, te loolu mooy Xelu Waxyu. Xelu Waxyu mooy pajug Lawodise, te dooleyu faj gu nekk ci Xelu Waxyu feeñoon na ci misaal bi Kirist yebee sunuy gopp te gàddu sunuy metit.</w:t>
      </w:r>
    </w:p>
    <w:p>
      <w:pPr>
        <w:pStyle w:val="ArticleBody"/>
        <w:jc w:val="left"/>
      </w:pPr>
      <w:r>
        <w:rPr>
          <w:rFonts w:ascii="Times New Roman" w:hAnsi="Times New Roman" w:eastAsia="Times New Roman" w:cs="Times New Roman"/>
        </w:rPr>
        <w:t>Yoonu rekk la Kirist di man a yóbbu sunuy ndàŋte, mooy nu ubbi bunt suñu xol te may booleem Yàllaam ak sunu doomu nit. Mu yóbbu sunuy ndàŋte bu mu duggée ci sunuy dund, jaarale ko ci nekkug Xel mu Sell mi. Nu ubbi bunt bi ci dajale paj mi. Paj bi di ubbi xol mooy wurus, mbubb mu weex ak garab guñuy taa ci bët. Garab guñuy taa ci bët mooy leerali Kàddug Yàlla, te loolu Xel mu Sell rekk moo koy man a matal. Biibël bi mooy ab làmp ci sunuy tànk, te leer gi di leeral yoon wi mooy leeru yuuxu guddi.</w:t>
      </w:r>
    </w:p>
    <w:p>
      <w:pPr>
        <w:pStyle w:val="ArticleScripture"/>
        <w:jc w:val="left"/>
      </w:pPr>
      <w:r>
        <w:rPr>
          <w:rFonts w:ascii="Times New Roman" w:hAnsi="Times New Roman" w:eastAsia="Times New Roman" w:cs="Times New Roman"/>
        </w:rPr>
        <w:t>Sa kàddu Yàlla ab làmp la ci sama tànk, te mooy leeru sama yoon. Sabóor 119:105.</w:t>
      </w:r>
    </w:p>
    <w:p>
      <w:pPr>
        <w:pStyle w:val="ArticleBody"/>
        <w:jc w:val="left"/>
      </w:pPr>
      <w:r>
        <w:rPr>
          <w:rFonts w:ascii="Times New Roman" w:hAnsi="Times New Roman" w:eastAsia="Times New Roman" w:cs="Times New Roman"/>
        </w:rPr>
        <w:t>Bu am-leen Laodise ñi jàngale ko mu diw ay bëtam, war na ko def ak Kàddu Yàlla, mi nek ab làmp, waaye ni ko misaal gi ci fukki janq yi tekkee, ab làmp amul njariñ bu amul diw. Ñi bokk ci Laodise am nañu seen Biibël yi, doonte ci biir yépp duñu jëfandikoo Version King James, waaye amuñu diw ji di Xel mu Sell mi. Diw bi ci bët yu Laodise mooy lu mat ak yégle bu yore teewinu Xel mu Sell mi.</w:t>
      </w:r>
    </w:p>
    <w:p>
      <w:pPr>
        <w:pStyle w:val="ArticleBody"/>
        <w:jc w:val="left"/>
      </w:pPr>
      <w:r>
        <w:rPr>
          <w:rFonts w:ascii="Times New Roman" w:hAnsi="Times New Roman" w:eastAsia="Times New Roman" w:cs="Times New Roman"/>
        </w:rPr>
        <w:t>Woor wi ñuy wax ne mu jënd, ci mbirum Laodicea, du rekk ngëm; waaye ngëm gu liggéey ci mbëggeel te sellal bàkkan bi. Ni ci garab gu ñuy def ci bët, noonu itam wurus wi am na ay waxin yu jubadiw yu Laodicea di won ni ñoom a ko yor. Ku nekk ci Laodicea di wax, ni ko mboolem Kiristaan di wax, ne am nañu “ngëm.” Xeetu ngëm googu du dara ludul gëm-gëm gu nit, te muy nafake bu ngëm gi ñuy melal ak wurus, ndaxte ngëm googu mooy sellal bàkkan bi. Mooy ngëm gu sellal nit, te ñi yor ngëm gu wér, guñu sellal, ñu sell lañu, ndaxte “ñu sellal” tekki na ne ñu defar lañu ñu sell. Waa Laodicea amuñu ngëm googu, ndax bu ñu ko amoon, Kirist du nekk cibiti, di seet bunt ngir dugg.</w:t>
      </w:r>
    </w:p>
    <w:p>
      <w:pPr>
        <w:pStyle w:val="ArticleScripture"/>
        <w:jc w:val="left"/>
      </w:pPr>
      <w:r>
        <w:rPr>
          <w:rFonts w:ascii="Times New Roman" w:hAnsi="Times New Roman" w:eastAsia="Times New Roman" w:cs="Times New Roman"/>
        </w:rPr>
        <w:t>“Amul benn yoon wu diggante ngir duggati Aljanna gu dellusi. Baat bi ñu jox nit ci fan yii mujj amul war a jaxasook pexe yu nit def. Warunu sukkandiku ci politik u avoka yu àddina. War na nu nekk ay nit yu woyof, di ñaan, te bañ a jëf ni ñi jëfandikook yéefar yi Seytaane di wall.”</w:t>
      </w:r>
    </w:p>
    <w:p>
      <w:pPr>
        <w:pStyle w:val="ArticleScripture"/>
        <w:jc w:val="left"/>
      </w:pPr>
      <w:r>
        <w:rPr>
          <w:rFonts w:ascii="Times New Roman" w:hAnsi="Times New Roman" w:eastAsia="Times New Roman" w:cs="Times New Roman"/>
        </w:rPr>
        <w:t>“Ñu bare am nañu ngëm, waaye du ngëm gu jëf ci mbëggeel te sellal xol bi. Ngëm gu musal du rekk gëm dëgg gi. ‘Rap yi itam dañuy gëm, ba ragal lool.’ Xel mu Sell mi Yàlla di wax ci nit ñi ngëm gu doon doole ju di leen taxaw ci kanam, ju bind jikko, te yóbbu nit ñi ca kaw, gën a weesu jëf yu yoon rekk. Kàddu yi, jëf yi, ak xel mi war nañu seedeel ne nuy toppkat yu Kirist.”</w:t>
      </w:r>
    </w:p>
    <w:p>
      <w:pPr>
        <w:pStyle w:val="ArticleScripture"/>
        <w:jc w:val="left"/>
      </w:pPr>
      <w:r>
        <w:rPr>
          <w:rFonts w:ascii="Times New Roman" w:hAnsi="Times New Roman" w:eastAsia="Times New Roman" w:cs="Times New Roman"/>
        </w:rPr>
        <w:t>“Leer gu mag Yàlla jox, ak barke bi gën a màgg bi Mu mey, du wóor ngir aar nit ci moytu tooñ ak ngëmadi ci fan yii mujj yi. Ñi Yàlla yékkati woon ci kaw ngir wéeru ci ñoom, man nañu dëddu leer gu asamaan te jublu ci xam-xamu nit. Kon seen leer dina nekk lëndëm, seen kàttan yi Yàlla dénk ci ñoom nekk fiir, te seen jikko nekk lu Yàlla bañ. Duñu yéef Yàlla. Dëddug gi nit di dëddu ci moom, moo doon te dina sax a and ak ay meññeefam yu wóor. Jëf yu Yàlla bëggul, su ñu leen tuubee ak xol bu dëgër te bàyyi leen, waaye nit di wut a séddale leen, loolu dina yóbbu kuy def lu bon ndànk-ndànk ci nax ba bàkkaar yu bare di ñëw te nit may ko daldi def ak genn mbugal. Ñépp ñi bëgg a am jikko ju leen man a def ay liggéeykat yu bokk ak Yàlla te jot ci cant gu Yàlla, war nañu tàqale seen bopp ak noon yi Yàlla, te sax ci dëgg gi Kirist joxoon Yowaana ngir mu jox ko àddina si.” Manuscript Releases, volume 18, 30–36.</w:t>
      </w:r>
    </w:p>
    <w:p>
      <w:pPr>
        <w:pStyle w:val="ArticleBody"/>
        <w:jc w:val="left"/>
      </w:pPr>
      <w:r>
        <w:rPr>
          <w:rFonts w:ascii="Times New Roman" w:hAnsi="Times New Roman" w:eastAsia="Times New Roman" w:cs="Times New Roman"/>
        </w:rPr>
        <w:t>“Yére bu weex bi” mooy njubtey Kirist.</w:t>
      </w:r>
    </w:p>
    <w:p>
      <w:pPr>
        <w:pStyle w:val="ArticleScripture"/>
        <w:jc w:val="left"/>
      </w:pPr>
      <w:r>
        <w:rPr>
          <w:rFonts w:ascii="Times New Roman" w:hAnsi="Times New Roman" w:eastAsia="Times New Roman" w:cs="Times New Roman"/>
        </w:rPr>
        <w:t>Na nu bég te rër te jox ndam moom ndam: ndaxte céetug Xar mi agsi na, te jabaram def na lu ko waajal. Te mayees na ko mu sol mbubb mu baax, mu set te weex: ndaxte mbubb moomu mooy njubtey gaayi Yàlla yi. Noonu mu ne ma: “Bindal, Barkeel na ñi ñu woo ci reerug céetug Xar mi.” Te mu ne ma: “Lii ay waxi Yàlla yu dëgg la.” Peeñu 19:7–9.</w:t>
      </w:r>
    </w:p>
    <w:p>
      <w:pPr>
        <w:pStyle w:val="ArticleBody"/>
        <w:jc w:val="left"/>
      </w:pPr>
      <w:r>
        <w:rPr>
          <w:rFonts w:ascii="Times New Roman" w:hAnsi="Times New Roman" w:eastAsia="Times New Roman" w:cs="Times New Roman"/>
        </w:rPr>
        <w:t>Jabar bi defaru boppaam ci teg jëf faj gu ñetti xaaj gi ñu joxe Laodise, te ci loolu mu soppeeku boppam ba doon jabaru Philadelfi. Aaya yi dañuy wax bu jub ci Adventism, miñu tegtal ci léeb bu fukki janq. Janq ñi mooy ñiy xaar ngir dem ca céet ga ñu leen woo. Jabar bi defaru boppaam, ndaxte dees ko mayoon ci Saraxariya saar ñetteel, ci Yosuwe ak malaaka mi. Foofa ñu summi ko yéreem bu tilim bu Laodise, te ñu solal ko mbubb mu set weex, moom mooy yére céet ba. Faj gi am na ñaareelu seede itam ci turu Ellen Gould White. Ellen tekki leer gu xonq tey tàmbali, te muy firnde deret bu bët ba. Gould mooy baatub angale yu mag yi ngir wurus, te tekki wurus. White di firnde njub, te tur woowu deesu ko joxoon ba 1846, bi mu séyee ak James. Noonu nag turam soppeeku ba nekk White. Coppite gu tur wi ak séy bi ñoom ñaar ñépp ay firnde lañu ci diggante kóllëre. Lu jiitu séy bi, turam dafa doon Harmon, te loolu tekki jàmbaaru jàmm, ndax noonu la woon ba noppi. Ellen White mooy bataaxalub Laodise, te ku ko bañ, bañ nga mucc!</w:t>
      </w:r>
    </w:p>
    <w:p>
      <w:pPr>
        <w:pStyle w:val="ArticleBody"/>
        <w:jc w:val="left"/>
      </w:pPr>
      <w:r>
        <w:rPr>
          <w:rFonts w:ascii="Times New Roman" w:hAnsi="Times New Roman" w:eastAsia="Times New Roman" w:cs="Times New Roman"/>
        </w:rPr>
        <w:t>Ci mbind si seetlu yene fukki waxi Mesi bi fukki ak ñaar yi nekk ci téereb Mataayo ci waxtaan wi di ñëw.</w:t>
      </w:r>
    </w:p>
    <w:p>
      <w:pPr>
        <w:pStyle w:val="ArticleScripture"/>
        <w:jc w:val="left"/>
      </w:pPr>
      <w:r>
        <w:rPr>
          <w:rFonts w:ascii="Times New Roman" w:hAnsi="Times New Roman" w:eastAsia="Times New Roman" w:cs="Times New Roman"/>
        </w:rPr>
        <w:t>« Peeñu 3:14–18 » mu ñu waxee.</w:t>
      </w:r>
    </w:p>
    <w:p>
      <w:pPr>
        <w:pStyle w:val="ArticleScripture"/>
        <w:jc w:val="left"/>
      </w:pPr>
      <w:r>
        <w:rPr>
          <w:rFonts w:ascii="Times New Roman" w:hAnsi="Times New Roman" w:eastAsia="Times New Roman" w:cs="Times New Roman"/>
        </w:rPr>
        <w:t>“Ó, naka mel ni! Ñaata ñuy nekk ci xaalis gu ragal gi. Maa ngi ñaan bu dëgër bépp ministër mu jàng te xam bu baax ñetteelu saarub Peeñug Yàlla, ndaxte ci moom la ñu xayma xaaluwaat yi nekk ci fan yu mujj yi. Jàngal bu wóor bépp aaya ci saar wi, ndaxte jaarale ko ci wax jii la Yeesu di wax ak yéen.</w:t>
      </w:r>
    </w:p>
    <w:p>
      <w:pPr>
        <w:pStyle w:val="ArticleScripture"/>
        <w:jc w:val="left"/>
      </w:pPr>
      <w:r>
        <w:rPr>
          <w:rFonts w:ascii="Times New Roman" w:hAnsi="Times New Roman" w:eastAsia="Times New Roman" w:cs="Times New Roman"/>
        </w:rPr>
        <w:t>“Su fekkee ne am na askan yu xebaaru Laodise di melal, mooy askan wi jot na leer gu réy, muy xamle gu Mbind mi, gi Adventist yi bésu juróom-ñaareel bi jote.” Manuscript Releases, volume 18, 193.</w:t>
      </w:r>
    </w:p>
    <w:p>
      <w:pPr>
        <w:pStyle w:val="ArticleScripture"/>
        <w:jc w:val="left"/>
      </w:pPr>
      <w:r>
        <w:rPr>
          <w:rFonts w:ascii="Times New Roman" w:hAnsi="Times New Roman" w:eastAsia="Times New Roman" w:cs="Times New Roman"/>
        </w:rPr>
        <w:t>“Ñi toppu Yàlla yu dëgg, ñi di sàmm ndigalam, dañuy won àddina ci jikko ju sell te am kóllëre gu mat, di seede ak seen bopp seen doxalin ne yoonu Boroom bi mat na, te muy soppi xol. Noonu la Boroom bi Yeesu, Doom Yàlla ji, jaarale ci déggal gi Mu jëmal yoonu Yàlla, yékkati te teral yoon woowu. Yàlla dina àtte ak ñàkk yërmande bépp nit ku bokk ci bépp mbooloom jaamu Yàlla buy wax ne Moom mooy Adventiste du fanweeru ñaareel ñëw, bu ko jaamu loolu, waaye jaarale ko ci réy-réylu, boppam rekk a bëgg, ak àddina-soppiku, di won ne dëgg gi jóge asamaan jëfandikoo naul ngir am soppi gu bees ci jikkoom.”</w:t>
      </w:r>
    </w:p>
    <w:p>
      <w:pPr>
        <w:pStyle w:val="ArticleScripture"/>
        <w:jc w:val="left"/>
      </w:pPr>
      <w:r>
        <w:rPr>
          <w:rFonts w:ascii="Times New Roman" w:hAnsi="Times New Roman" w:eastAsia="Times New Roman" w:cs="Times New Roman"/>
        </w:rPr>
        <w:t>“Noonu bu baax ci Révélation 3:15–18. Dégg naa baatub Yeesu Kirist. ‘Ñépp ñi ma bëgg, maa leen di yedd ak yar: na ngeen taxaw ci cofeel [bu dul xol-ñaar], te tuub seet. Xoolleen, man [seen Musalkat] maa ngi taxaw ci bunt bi, di bër: ku dégg sama baat te ubbi bunt bi, dinaa dugg ci moom, lekkandoo ak moom, te moom itam ak man. Ku not, dinaa ko may mu toog ak man ci sama gàngune, ni man itam ma notee, ba toog ak sama Baay ci sa gàngune’ [Révélation 3:19–21].”</w:t>
      </w:r>
    </w:p>
    <w:p>
      <w:pPr>
        <w:pStyle w:val="ArticleScripture"/>
        <w:jc w:val="left"/>
      </w:pPr>
      <w:r>
        <w:rPr>
          <w:rFonts w:ascii="Times New Roman" w:hAnsi="Times New Roman" w:eastAsia="Times New Roman" w:cs="Times New Roman"/>
        </w:rPr>
        <w:t>“Ndax kërce yi dinañu dégg bátu Lawodise bi? Dinañu tuub, walla ndax, doonte ne bés bu gën a tedd ci dëgg gi—waxu malaaka bu ñetteel bi—yéglees na ko àddina si, dinañu sax ci bàkkaar? Lii mooy bataaxalug yërmande bu mujj bi, artu bu mujj bi ngir àddina bu daanu. Su fekkee ne kërce Yàlla bi tangul dara, du nekkati ci bànneexu Yàlla, ni noonu itam kërce yi ñu tegtal ne daanu nañu te doon dëkkuwaayu seytaane yi, ak kër gu nekk xel mu bon, ak paañ bu nekk picc mu sellul te ñaaw. Ñi amoon yoon ngir dégg te jàpp dëgg gi, te booloo ak kërce Adventiste bésub juróom-ñaareel bi, di woote seen bopp ne ñoom mooy nit ñi di sàmm ndigali Yàlla, teewul amuñu njàmbaar ak sellal ngir Yàlla lu ëpp li kërce yu tudd rekk am, dinañu jot ci mbugali Yàlla, ni mu wóor nii, ni kërce yi di xeex ak yoonu Yàlla. Ñi ñu sellal jaarale ko ci dëgg rekk moo di taxa bokk ci njabootu buur ba ci néeg yu kaw yi Kirist demoon waajal ñi ko bëgg te di sàmm ay ndigalam.”</w:t>
      </w:r>
    </w:p>
    <w:p>
      <w:pPr>
        <w:pStyle w:val="ArticleScripture"/>
        <w:jc w:val="left"/>
      </w:pPr>
      <w:r>
        <w:rPr>
          <w:rFonts w:ascii="Times New Roman" w:hAnsi="Times New Roman" w:eastAsia="Times New Roman" w:cs="Times New Roman"/>
        </w:rPr>
        <w:t>“‘Ku wax ne, Man naa ko, te mooy sàmmul ay ndigaliam, mooy fenkat, te dëgg nekkul ci moom’ [1 John 2:4]. Loolu dafay boole ñépp ñi wax ne am nañu xam-xam ci Yàlla, te ne danuy sàmm ay ndigaliam, waaye duñu wone loolu ci jëf yu baax. Dinañu jot li méngoo ak seen jëf. ‘Ku sax ci Moom du bàkkaar; ku bàkkaar nag gisagul Ko, xamul Ko it’ [1 John 3:6]. Kàddu gii jëm na ci mbooloom ñi bokk ci kërceen, boole ca itam ñi bokk ci kërceeni Adwantist yu bésub juróom-ñaareel ba. ‘Yéen samay doom yu ndaw, buleen bàyyi kenn na leen nax: ku def njub mooy ku jub, ni Moom ci boppam jubee. Ku def bàkkaar, ci Seytaane la bokk; ndaxte Seytaane bàkkaar na lu dale ca njàlbéen ga. Looloo tax Doomu Yàlla feeñ, ngir mu alag jëfi Seytaane. Ku juddu ci Yàlla du def bàkkaar; ndaxte askanam sax na ci moom, te mënul bàkkaar, ndaxte juddu na ci Yàlla. Ci loolu la ay doomi Yàlla ak ay doomi Seytaane feeñee: képp ku deful njub bokkul ci Yàlla, niki noonu it ku bëggul mbokkam’ [1 John 3:7–10].”</w:t>
      </w:r>
    </w:p>
    <w:p>
      <w:pPr>
        <w:pStyle w:val="ArticleScripture"/>
        <w:jc w:val="left"/>
      </w:pPr>
      <w:r>
        <w:rPr>
          <w:rFonts w:ascii="Times New Roman" w:hAnsi="Times New Roman" w:eastAsia="Times New Roman" w:cs="Times New Roman"/>
        </w:rPr>
        <w:t>«Ñi ñépp ñi tudd nekk ay Adventist yu sàmm Bésub Noflaay bi, waaye di sax ci bàkkaar, fenkat lañu ci kanam Yàlla. Seen yoonu bàkkaar di weddi liggéeyu Yàlla. Ñu ngi jiite ñeneen ñi dugg ci bàkkaar. Kàddu gi jóge na ci Yàlla ngir ku nekk ci sunuy kër-yu gëm yi: “Te defleen yoon yu jub ngir seen tànk, ngir bañ a tax li lafañ bàyyiku yoon waaye na wér. Toppleen jàmm ak ñépp, ak sellal, te ku amul ko du gis Boroom bi: seetaan bu baax ngir kenn bañ a ñàkk yiwu Yàlla; ngir bañ a may genn rootu wex gu metti sax, daldi jaxasoo leen, te looloo tax ñu bare tilim; ngir bañ a am benn njaaloo, walla nit ku xasaw, ni Esaw, mi jaay sa cosaan ngir benn xaaj bu ñam. Ndax xam ngeen ne gannaaw loolu, ba mu bëggee donn barke bi, ñàkk na ko; ndaxte gisul fu muy fekk tuubam, doonte wut na ko ak jooy yu bare” [Hebrews 12:13–17].»</w:t>
      </w:r>
    </w:p>
    <w:p>
      <w:pPr>
        <w:pStyle w:val="ArticleScripture"/>
        <w:jc w:val="left"/>
      </w:pPr>
      <w:r>
        <w:rPr>
          <w:rFonts w:ascii="Times New Roman" w:hAnsi="Times New Roman" w:eastAsia="Times New Roman" w:cs="Times New Roman"/>
        </w:rPr>
        <w:t>“Lii dafay jëm ci ñu bare ñi wax ne gëm nañu dëgg gi. Fala dees bàyyi seen jëf yu ñaaw yu bëgg-bëggam, dañuy yéenu ba jëf ci yoonu njàng mu jubulul, ci kaw nayu réer yi Seytaane di jëfandikoo ngir nax. Bàkkaaru xamunu ko ni muy bàkkaar. Seeni xel yu di seede sax sanku nañu, seeni xol yàq nañu, ba sax seeni xalaat dañuy yàqu saa su ne. Seytaane di leen jëfandikoo ni ay naxukaay ngir woom xol yi ca jëf yu setul yi, te yooyu di sobel mbind mépp. ‘Ku xeeboon yoonu Musaa [mi doon yoonu Yàlla], dafa dee ci lu amul yërmande, ci seede ñaari nit walla ñetti nit: kon naka la mbugal mu gëna metti di doon ci ki door doomu Yàlla ci tànkam, te jàpp deretu kóllëre gi, gi ko sellaaloon, ne lu sobadi la, te toroxal Xelum yiw gi? Ndaxte xam nanu Ki waxoon ne, “Maa moom fayu, Man maa koy fey,” la Boroom bi wax. Te dellu ne, “Boroom bi dina àtte ay nitam.” Lu ragal la lool ngir dal ci loxo Yàlla ju Dund ji’ [Hebrews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Yoël ak Mbooloom Ajantist yu Bés gu Juróom-Ñaari, bi ci Laodise — Limu Juróom-Ñett-fukk ak Juróom-Ñett</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