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Kërceen Seetu Bésu Noppalu bu Juróom-Ñaareel bi ci Lawodise — Nimero Ñett-fukk ak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Limu Ñent-fukk ak Benn</w:t>
      </w:r>
    </w:p>
    <w:p>
      <w:pPr>
        <w:pStyle w:val="ArticleBody"/>
        <w:jc w:val="left"/>
      </w:pPr>
      <w:r>
        <w:rPr>
          <w:rFonts w:ascii="Times New Roman" w:hAnsi="Times New Roman" w:eastAsia="Times New Roman" w:cs="Times New Roman"/>
        </w:rPr>
        <w:t>Ñettiñ ñatt yi yokk ci matug Mesiya bi nekk ci Téereb Matyee mi dañuy xamle ñetti mbooleem ndombo waymark bu yoonu dibeer bi; tasaarug askanu Yàlla ca yoonu dibeer ba, ni ko misaaléeloo ci tasaarug ndaw mi juróom-benn wi ca 22 Oktoobar 1844 ak tasaarug taalibe yi ca bant ba. Ñaari tasaar yooyu ñoom ñépp dañuy méngoo ak yoonu dibeer bi. Ci jokkoo ak Galile, mi nekk màndarga ab wàccu gu soppeeku ci wax jëmm, nit ñi nekkoon ci lëndëm ba kera yoonu dibeer bi dinañu leen woo génn ci lëndëm gi. Nit ñooñu mooy juróom-ñaareelu jur gi Yàlla, liggéeykat yi ci waxtu fukk ak benn bi, ñi yëngu ci mbirum xulóo Sabbaat bi bi ñu leen di woo génn Babilon. Woo gu ñu génn Babilon googu mooy ñaareelu xaaju atte ba, mi tàmbalee ca kër Yàlla, te gannaaw ga ca yoonu dibeer ba dafay jëfeek ñi nekk biti Yerusalem.</w:t>
      </w:r>
    </w:p>
    <w:p>
      <w:pPr>
        <w:pStyle w:val="ArticleHeading"/>
        <w:jc w:val="left"/>
      </w:pPr>
      <w:r>
        <w:rPr>
          <w:rFonts w:ascii="Arial" w:hAnsi="Arial" w:eastAsia="Arial" w:cs="Arial"/>
        </w:rPr>
        <w:t>Tàmbali yoon yu Mesiya gu fukkeel mooy Tasaaru yoonu Dibeer bi</w:t>
      </w:r>
    </w:p>
    <w:p>
      <w:pPr>
        <w:pStyle w:val="ArticleScripture"/>
        <w:jc w:val="left"/>
      </w:pPr>
      <w:r>
        <w:rPr>
          <w:rFonts w:ascii="Times New Roman" w:hAnsi="Times New Roman" w:eastAsia="Times New Roman" w:cs="Times New Roman"/>
        </w:rPr>
        <w:t>Waaye loolu lépp am na ngir Mbind mi ci yonent yi mat. Noonu taalibe yépp bàyyi ko, daw. Macë 26:56.</w:t>
      </w:r>
    </w:p>
    <w:p>
      <w:pPr>
        <w:pStyle w:val="ArticleHeading"/>
        <w:jc w:val="left"/>
      </w:pPr>
      <w:r>
        <w:rPr>
          <w:rFonts w:ascii="Arial" w:hAnsi="Arial" w:eastAsia="Arial" w:cs="Arial"/>
        </w:rPr>
        <w:t>Yëgleel</w:t>
      </w:r>
    </w:p>
    <w:p>
      <w:pPr>
        <w:pStyle w:val="ArticleScripture"/>
        <w:jc w:val="left"/>
      </w:pPr>
      <w:r>
        <w:rPr>
          <w:rFonts w:ascii="Times New Roman" w:hAnsi="Times New Roman" w:eastAsia="Times New Roman" w:cs="Times New Roman"/>
        </w:rPr>
        <w:t>Yeewu, yaw sabar, jëm ci sama sàmm, te ci nit ki nekk sama moroom, la Boroom mbooloom yi wax; dóor sàmm bi, te xar yi dinañu tasaaroo; te dinaa delloo sama loxo ci ndaw ñi. Zakariya 13:7.</w:t>
      </w:r>
    </w:p>
    <w:p>
      <w:pPr>
        <w:pStyle w:val="ArticleScripture"/>
        <w:jc w:val="left"/>
      </w:pPr>
      <w:r>
        <w:rPr>
          <w:rFonts w:ascii="Times New Roman" w:hAnsi="Times New Roman" w:eastAsia="Times New Roman" w:cs="Times New Roman"/>
        </w:rPr>
        <w:t>«Dinañu nuuysi bu baaxul bu yàggul, te li nuy def war nañu ko def gaaw.» Fundamentals of Christian Education, 535.</w:t>
      </w:r>
    </w:p>
    <w:p>
      <w:pPr>
        <w:pStyle w:val="ArticleScripture"/>
        <w:jc w:val="left"/>
      </w:pPr>
      <w:r>
        <w:rPr>
          <w:rFonts w:ascii="Times New Roman" w:hAnsi="Times New Roman" w:eastAsia="Times New Roman" w:cs="Times New Roman"/>
        </w:rPr>
        <w:t>“Jamono ji ñëw na bi nu dees na nu taxaale te tasaare, te kenn ku nekk ci nun war na taxaw te amul njariñu bokk ak ñi am genn ngëm gu am solo ni moom; te nan nga mana taxaw su fekkee Yàlla nekkul sa wet, te xam nga ne mooy jiite la te gindi la?” Review and Herald, 25 Mars 1890.</w:t>
      </w:r>
    </w:p>
    <w:p>
      <w:pPr>
        <w:pStyle w:val="ArticleHeading"/>
        <w:jc w:val="left"/>
      </w:pPr>
      <w:r>
        <w:rPr>
          <w:rFonts w:ascii="Arial" w:hAnsi="Arial" w:eastAsia="Arial" w:cs="Arial"/>
        </w:rPr>
        <w:t>Àndu Mesiyaan bu fukk ak benn bi mooy Woote gi ñu jox xeeti ñi dul Yawut.</w:t>
      </w:r>
    </w:p>
    <w:p>
      <w:pPr>
        <w:pStyle w:val="ArticleScripture"/>
        <w:jc w:val="left"/>
      </w:pPr>
      <w:r>
        <w:rPr>
          <w:rFonts w:ascii="Times New Roman" w:hAnsi="Times New Roman" w:eastAsia="Times New Roman" w:cs="Times New Roman"/>
        </w:rPr>
        <w:t>ngir mat li waxoon ci Esayas yonent bi am, naan: “Réewu Sabulon ak réewu Neftalim, ci yoonu géej gi, ca wet gu jàll dexu Yurdan, Galile gu xeeti xeet yi; nit ñi doon toog ci lëndëm gis nañu leer gu mag; te ñi doon toog ci réew mi ak ker gi deewee, leer fenk na leen.” Macë 4:14–16.</w:t>
      </w:r>
    </w:p>
    <w:p>
      <w:pPr>
        <w:pStyle w:val="ArticleHeading"/>
        <w:jc w:val="left"/>
      </w:pPr>
      <w:r>
        <w:rPr>
          <w:rFonts w:ascii="Arial" w:hAnsi="Arial" w:eastAsia="Arial" w:cs="Arial"/>
        </w:rPr>
        <w:t>Yëgle```</w:t>
      </w:r>
    </w:p>
    <w:p>
      <w:pPr>
        <w:pStyle w:val="ArticleScripture"/>
        <w:jc w:val="left"/>
      </w:pPr>
      <w:r>
        <w:rPr>
          <w:rFonts w:ascii="Times New Roman" w:hAnsi="Times New Roman" w:eastAsia="Times New Roman" w:cs="Times New Roman"/>
        </w:rPr>
        <w:t>Waaye nag guddi gi du mel ni ba mu meloon ci seen tiis ga, ba ca njëkk mu sonal suuf siwuluŋ ak suuf Naftali ndank, te gannaaw gi mu gëna diisloo ko ci yoon wu géej gi, ca wet gu dëgër Yordaan, ca Galile gu xeeti xëti nit ñi. Nit ña doon dox ci lëndëm gis nañu leer gu réy; ña dëkk ci suuf su ker gi dee gi, ci ñoom la leer gi leer. Esayi 9:1, 2.</w:t>
      </w:r>
    </w:p>
    <w:p>
      <w:pPr>
        <w:pStyle w:val="ArticleBody"/>
        <w:jc w:val="left"/>
      </w:pPr>
      <w:r>
        <w:rPr>
          <w:rFonts w:ascii="Times New Roman" w:hAnsi="Times New Roman" w:eastAsia="Times New Roman" w:cs="Times New Roman"/>
        </w:rPr>
        <w:t>Ci jamonoy Alxames bi, taw gu mujje gi dina ñàkkal dara, te xeeti xare yi dinañu gis leer gu mag. Fitna dina tas ñi sell yi, ba waxtaan wi law ci réew yi.</w:t>
      </w:r>
    </w:p>
    <w:p>
      <w:pPr>
        <w:pStyle w:val="ArticleScripture"/>
        <w:jc w:val="left"/>
      </w:pPr>
      <w:r>
        <w:rPr>
          <w:rFonts w:ascii="Times New Roman" w:hAnsi="Times New Roman" w:eastAsia="Times New Roman" w:cs="Times New Roman"/>
        </w:rPr>
        <w:t>“‘Dina leen jébbal ci kureel yi, … waaw, dinañu leen yóbbu itam kanam boroom-gox yi ak buur yi ndax sama tur, ngir ne seede la ci seen kanam ak ci kanam xeeti àddina yi.’ Macë 10:17, 18, R. V. Fitna dina lawal leer gi. Jaam yi Kirist dinañu leen yóbbu kanam nit ñi mag ñi ci àddina, ñoo xam ne bu dul lii, man nañu bañ a dégg xebaar bu baax bi mukk. Dëgg gi dañoo ko waxe woon lu jubadiwul ci kanam nit ñii. Dégg nañu jiiñ yu dul dëgg ci yoonu ngëmug taalibey Kirist. Yenn saa, benn yoon rekk ngir ñu xam dundin wu dëggam mooy seede gi ñiy jébbal ci àtte ndax seen ngëm. Bi ñu leen di seetlu, war nañu tontu, te seen àttekat yi war nañu déglu seede gi ñuy wax. Yërmandey Yàlla dina ko séddale ay jaamam ngir mu méngale ak jamono jooju. “Dees na leen ko jox,” la Yeesu wax, “ci waxtu woowu la ngeen wara wax. Ndax du yéen ngeen di wax, waaye Xelu seen Baay moo di wax ci yéen.” Naka la Xelum Yàlla di leeral xel i ay jaamam, noonu dees na wone dëgg gi ak kàttanam gu Yàlla ak njariñam ju am solo. Ñiy bañ dëgg gi dinañu taxaw ngir jiiñ taalibe yi ak sonal leen. Waaye ci biir ñàkk ak tiis, ba sax ci dee, doom yi Boroom bi war nañu wone lewet ak suufeel bu Seen Royukaay bu Yàlla. Noonu lañuy gis wuute gi nekk diggante ndawi Seytaane ak ñiy wuutu Kirist. Musalkat bi dinañu ko yékkati kanam boroom kilifay yi ak mbooloo mi.”</w:t>
      </w:r>
    </w:p>
    <w:p>
      <w:pPr>
        <w:pStyle w:val="ArticleScripture"/>
        <w:jc w:val="left"/>
      </w:pPr>
      <w:r>
        <w:rPr>
          <w:rFonts w:ascii="Times New Roman" w:hAnsi="Times New Roman" w:eastAsia="Times New Roman" w:cs="Times New Roman"/>
        </w:rPr>
        <w:t>“Ndongo yi kenn yaa jotul fitna ak doole yu ñuy a jël ci ay seede yu dee ba kera gëram googu soxla woon. Noonu la digeb Musalkat bi matée. Bi Piyeer ak Yowaana di seede kanam kureelu Sanedreen, nit ña ‘waar nañu; te xam nañu ne àndoon nañu ak Yeesu.’ Jëf ya 4:13. Ci Esitefanes ñu bind ne, ‘ñépp ñi toogoon ci kureel ga, bi ñu ko xool jàkk, gis nañu kanamam mel ni kanamu malaaka.’ Nit ña ‘mënuñu woon a taxaw ci kanam xel ma ak xel mu Sell mi mu doon waxe.’ Jëf ya 6:15, 10. Te Pool, bi muy bind ci ay nattu yamam ci àtteb buur yaayu Seesar, neena: ‘Ci samay jëfandikukat jëkk, kenn taxawul woon sama wetu, waaye ñépp bàyyi ma…. Waaye Boroom bi taxawoon na sama wetu, dooleel ma; ngir xebaar ba men a yégleeku ba mat, te xeeti ñi dul Yawut ñépp dégg ko: te musaloon na ma ci gémmiñu gaynde gi.’ 2 Timote 4:16, 17, R. V.”</w:t>
      </w:r>
    </w:p>
    <w:p>
      <w:pPr>
        <w:pStyle w:val="ArticleScripture"/>
        <w:jc w:val="left"/>
      </w:pPr>
      <w:r>
        <w:rPr>
          <w:rFonts w:ascii="Times New Roman" w:hAnsi="Times New Roman" w:eastAsia="Times New Roman" w:cs="Times New Roman"/>
        </w:rPr>
        <w:t>“Jaamub Kirist yi war a waajal benn wax ju ñu tëral ngir wax ko bu ñu leen yóbbee ci àtte. Seen waajal war na doon bés bu nekk ci dajale ak aar dëgg yu am njariñ yu Kàddug Yàlla, te jaarale ko ci ñaan ngir dëgërël seen ngëm. Bu ñu leen yóbbee ci àtte nag, Xel mu Sell mi dina leen fàttali dëgg ya sax, yi waroon a nekk yi ñu soxlaoon ca jamono jooju.” The Desire of Ages, 354, 355.</w:t>
      </w:r>
    </w:p>
    <w:p>
      <w:pPr>
        <w:pStyle w:val="ArticleBody"/>
        <w:jc w:val="left"/>
      </w:pPr>
      <w:r>
        <w:rPr>
          <w:rFonts w:ascii="Times New Roman" w:hAnsi="Times New Roman" w:eastAsia="Times New Roman" w:cs="Times New Roman"/>
        </w:rPr>
        <w:t>Àtte gu Yàlla tàmbalee ci kër Yàlla ci 9/11, te muy jeex ci yoonu Dibéer, ba noppi àtte ga dellu ci baneen juróom Yàlla yi nekk biti kër Yàlla.</w:t>
      </w:r>
    </w:p>
    <w:p>
      <w:pPr>
        <w:pStyle w:val="ArticleHeading"/>
        <w:jc w:val="left"/>
      </w:pPr>
      <w:r>
        <w:rPr>
          <w:rFonts w:ascii="Arial" w:hAnsi="Arial" w:eastAsia="Arial" w:cs="Arial"/>
        </w:rPr>
        <w:t>Màndarga Yoonu Mesiya bi mooy Àtteb gi ñeel xeeti ñi dul Yawut yi</w:t>
      </w:r>
    </w:p>
    <w:p>
      <w:pPr>
        <w:pStyle w:val="ArticleScripture"/>
        <w:jc w:val="left"/>
      </w:pPr>
      <w:r>
        <w:rPr>
          <w:rFonts w:ascii="Times New Roman" w:hAnsi="Times New Roman" w:eastAsia="Times New Roman" w:cs="Times New Roman"/>
        </w:rPr>
        <w:t>ngir mat li waxoon li Esayi yonent bi waxoon, ne: “Xoolleen sama jaam bi, ki ma tànn; sama soppe, ki sama xol bég ci moom. Dinaa teg sama Xel ci kawam, te dina yégle àtte bi ci xeeti xare yi. Du werante, du yuuxu, te kenn du dégg baatam ci mbedd yi. Du damm garab gu nooy, te du feyto meew mu saxar, ba kera mu génne àtte bi ngir ndam. Te ci turam la xeeti xare yi di yaakaar.” Matthew 12:17–21.</w:t>
      </w:r>
    </w:p>
    <w:p>
      <w:pPr>
        <w:pStyle w:val="ArticleHeading"/>
        <w:jc w:val="left"/>
      </w:pPr>
      <w:r>
        <w:rPr>
          <w:rFonts w:ascii="Arial" w:hAnsi="Arial" w:eastAsia="Arial" w:cs="Arial"/>
        </w:rPr>
        <w:t>Yëgleel</w:t>
      </w:r>
    </w:p>
    <w:p>
      <w:pPr>
        <w:pStyle w:val="ArticleScripture"/>
        <w:jc w:val="left"/>
      </w:pPr>
      <w:r>
        <w:rPr>
          <w:rFonts w:ascii="Times New Roman" w:hAnsi="Times New Roman" w:eastAsia="Times New Roman" w:cs="Times New Roman"/>
        </w:rPr>
        <w:t>Xoolal sama jaamam bi, ki maay taxawal; sama tànn bi, ki sama bakkan bég ci moom. Teg naa sama Xel ci kawam; dina génne àtte ci xeeti askan yi. Du yuuxu, du yékkati baatam, te du def ba nit dégg baatam ci mbedd mi. Du damm garab gu lakk ba noppi, te du fey bul bu di saxaar; dina génne àtte ci dëgg. Du néew doole, du daldi yàqu ba noppi, ba kera mu samp àtte ci suuf si; te dun ya dinañu xaar ay yoonam. Isaiah 42:1–4.</w:t>
      </w:r>
    </w:p>
    <w:p>
      <w:pPr>
        <w:pStyle w:val="ArticleBody"/>
        <w:jc w:val="left"/>
      </w:pPr>
      <w:r>
        <w:rPr>
          <w:rFonts w:ascii="Times New Roman" w:hAnsi="Times New Roman" w:eastAsia="Times New Roman" w:cs="Times New Roman"/>
        </w:rPr>
        <w:t>Jeexital kërga yoonu Yàlla tàmbalee na ci weeru Sulet 2023, ba kàddu amee woon ci mbedd ya, fa Muuse ak Eliya dëkkandoo woon ni ñu dee, ci xuru yaxu yaxu yaram yu wow te wow. Bi kàddu ga amee, jeexital kërga yoonu Yàlla tàmbalee na, te mu jëmé kanam ci yoonu xeeti ndëkk yi. Am na fukk ak ñaar i matalinu Mesiyaa ci téereb Macë, yu dëggal yoon yu mag yi ci yëngu-yëngu yeesal bi bu ñaar-fukk ak ñeenti junni. Fukk ak ñaar yooyu yoon yu mag seetaan nañu leen ci Mesiyaa. 1989; 1996; 9/11, 2001; 18 Sulet 2020; Sulet 2023; 2024; Yuuxu Digg-bi-Guddi, tasaaroo saraxalekat yi ak sàrti Dibéeri, ñépp far nañu leen ak xamle, fekk 9/11 am na seede gu biir ak gu biti, te sàrti Dibéeri am na seede gu biir bu tasaaroo, te gannaaw loolu ñaar i seede yu jëm ci jamonoy yoon wi, ci mbirum liggéeykat yi ñëw ci waxtu wu fukki benn. Juróom-ñett i yoon yu mag ci yëngu-yëngu yeesal bi bu ñaar-fukk ak ñeenti junni, ci lu leer, Macë mooy xamle leen.</w:t>
      </w:r>
    </w:p>
    <w:p>
      <w:pPr>
        <w:pStyle w:val="ArticleBody"/>
        <w:jc w:val="left"/>
      </w:pPr>
      <w:r>
        <w:rPr>
          <w:rFonts w:ascii="Times New Roman" w:hAnsi="Times New Roman" w:eastAsia="Times New Roman" w:cs="Times New Roman"/>
        </w:rPr>
        <w:t>Matiye mooy alfa gi ci Kóllëre Gu Bees gi, te Peeñ gi mooy omega gi. Matiye mooy njël bu mag bu yonnee, te am soloom dañoo ko tëj ba ci fan yi mujj yi. Moom dafay ëmb ñaar-fukk ak ñaari saar yi di omega, yu méngoo ak alfa bu Njàlbéen gi, saar yu fukki benn ba ñaar-fukk ak ñaar. Ni mu doon alfa ci Peeñ gi, noonu itam dafay méngoo ak diggante gu wóor gu Yàlla solal diggante Danyeel ak Peeñ. Li ñu feeñal ci téerey Danyeel ak Peeñ lu jëm ci seen digganteg yonnee, loolu dina doon dëgg itam ci digganteg Matiye ak Peeñ. Li ñu nu xamal ci wàll woowu, dina yem ak lii:</w:t>
      </w:r>
    </w:p>
    <w:p>
      <w:pPr>
        <w:pStyle w:val="ArticleBody"/>
        <w:jc w:val="left"/>
      </w:pPr>
      <w:r>
        <w:rPr>
          <w:rFonts w:ascii="Times New Roman" w:hAnsi="Times New Roman" w:eastAsia="Times New Roman" w:cs="Times New Roman"/>
        </w:rPr>
        <w:t>Ci téereb Matie, benn doxalin bu benn ci waxu yonent bi lañu jàppaat ni ci téereb Peeñu gi.</w:t>
      </w:r>
    </w:p>
    <w:p>
      <w:pPr>
        <w:pStyle w:val="ArticleScripture"/>
        <w:jc w:val="left"/>
      </w:pPr>
      <w:r>
        <w:rPr>
          <w:rFonts w:ascii="Times New Roman" w:hAnsi="Times New Roman" w:eastAsia="Times New Roman" w:cs="Times New Roman"/>
        </w:rPr>
        <w:t>“Peñu xam-xamu Yàlla ab téere la buñu tëj, waaye itam ab téere la buñu ubbi. Mu ngi bind xew-xew yu yéeme yi war a am ci fan yu mujj yi ci jaar-jaaru suuf si. Jàngale yi nekk ci téere bii dëgg lañu te wóor, du ay mbir yu kumpa te bañ a manees a xam. Ci moom, benn rëddin wu njëkk wa ci waxi waxkat yu Yàlla yi nga gis ci Daniel lañu delloo. Yenn waxi waxkat yu Yàlla, Yàlla delloo na leen, noonu di won ne war nañu leen a jox solo bu mag. Boroom bi du delloo mbir yi amul njariñ wu mag.” Manuscript Releases, volume 9, 8.</w:t>
      </w:r>
    </w:p>
    <w:p>
      <w:pPr>
        <w:pStyle w:val="ArticleBody"/>
        <w:jc w:val="left"/>
      </w:pPr>
      <w:r>
        <w:rPr>
          <w:rFonts w:ascii="Times New Roman" w:hAnsi="Times New Roman" w:eastAsia="Times New Roman" w:cs="Times New Roman"/>
        </w:rPr>
        <w:t>Téereb Matye bi jël na “menn yoonu waxi yonent bi” ni Peeñu ak Danyeel, te matal nañu ko ba mu ag ci téereb Peeñu, ndaxte baat bi “complement” dafay tekki matug mat.</w:t>
      </w:r>
    </w:p>
    <w:p>
      <w:pPr>
        <w:pStyle w:val="ArticleScripture"/>
        <w:jc w:val="left"/>
      </w:pPr>
      <w:r>
        <w:rPr>
          <w:rFonts w:ascii="Times New Roman" w:hAnsi="Times New Roman" w:eastAsia="Times New Roman" w:cs="Times New Roman"/>
        </w:rPr>
        <w:t>“Ci Téereb Peeñ gi la téerey Biibël yépp daje te mujje. Fii la matale téereb Daniel nekk. Benn bi mooy ab yoonent; beneen bi mooy ab peeñ. Téere bi ñu tëj ak sellaa du Téereb Peeñ gi, waaye mooy wàll wu ci yoonent Daniel wi jëm ci fan yu mujj yi. Malaaka mi santaane ne: ‘Waaye yow, yaw Daniel, tëjël wax yi, te nga sellaa téere bi, ba ci jamono ju mujj ji.’ Daniel 12:4.” Jëf yu Apostool yi, 585.</w:t>
      </w:r>
    </w:p>
    <w:p>
      <w:pPr>
        <w:pStyle w:val="ArticleBody"/>
        <w:jc w:val="left"/>
      </w:pPr>
      <w:r>
        <w:rPr>
          <w:rFonts w:ascii="Times New Roman" w:hAnsi="Times New Roman" w:eastAsia="Times New Roman" w:cs="Times New Roman"/>
        </w:rPr>
        <w:t>Matye, Daniel ak Apokalips ñoo bokk benn téere.</w:t>
      </w:r>
    </w:p>
    <w:p>
      <w:pPr>
        <w:pStyle w:val="ArticleScripture"/>
        <w:jc w:val="left"/>
      </w:pPr>
      <w:r>
        <w:rPr>
          <w:rFonts w:ascii="Times New Roman" w:hAnsi="Times New Roman" w:eastAsia="Times New Roman" w:cs="Times New Roman"/>
        </w:rPr>
        <w:t>“Teer yi Daniel ak Teerug Peeñ gi benn lañu. Benn bi yégle la, beneen bi mooy peeñ; benn bi teer buñ ubbeeguul la, beneen bi mooy teer buñ ubbite. Yowaana dégg na kumpay yi dënn-dënn yi wax, waaye sant nañu ko mu bañ a bind leen.” The Seventh-day Adventist Bible Commentary, volume 7, 971.</w:t>
      </w:r>
    </w:p>
    <w:p>
      <w:pPr>
        <w:pStyle w:val="ArticleBody"/>
        <w:jc w:val="left"/>
      </w:pPr>
      <w:r>
        <w:rPr>
          <w:rFonts w:ascii="Times New Roman" w:hAnsi="Times New Roman" w:eastAsia="Times New Roman" w:cs="Times New Roman"/>
        </w:rPr>
        <w:t>Dafa amoon na ma jariñu ngir jël waxtu teg téereb Matye ci yoonu méngaleem, ngir loolu man a fësal solo gu mag gu yonent ci li Piyeer nekkoon ci Cesarée Filipi, bala may dellu ci xam-xamu téereb Yoël. Dinaa jéem a gattal seetlu yi ma def ci téereb Matye, ngir wone solo gu rëy gu yonent gi am ci nekkug Piyeer ci Cesarée Filipi, mooy Panium bu Daniyel 11:13–15 wax.</w:t>
      </w:r>
    </w:p>
    <w:p>
      <w:pPr>
        <w:pStyle w:val="ArticleBody"/>
        <w:jc w:val="left"/>
      </w:pPr>
      <w:r>
        <w:rPr>
          <w:rFonts w:ascii="Times New Roman" w:hAnsi="Times New Roman" w:eastAsia="Times New Roman" w:cs="Times New Roman"/>
        </w:rPr>
        <w:t>Téereb Matye am na ci ñetti xeetu séen yu wuutoo te di yégle. Rëddoo bu jëkk bi mooy fukk ay saar yu jëkk yi; rëddoo bu ñaareel bi mooy fukki ak ñaar ay saar yi ci topp; te rëddoo bu ñetteel bi dañoo ko defare ci juróom-benn ay saar. Fukk ay saar yu jëkk yi dañuy teewal malaaka bu jëkk bi ci Peeñug Yàlla fukki ak ñeent; fukki ak ñaar ay saar yi ci topp dañuy teewal malaaka bu ñaareel bi ci Peeñug Yàlla fukki ak ñeent; te juróom-benn ay saar yu mujj yi dañuy teewal malaaka bu ñetteel bi ci Peeñug Yàlla fukki ak ñeent. Ba léegi, wonegu ma lii ci anam wu leer te mat, waaye manees na ko sëf yomb. Bala nu ko def, bëgg naa wéy di rëññee ay rëdd yu gëna yaatu ci canvàs bi di téereb Matye.</w:t>
      </w:r>
    </w:p>
    <w:p>
      <w:pPr>
        <w:pStyle w:val="ArticleBody"/>
        <w:jc w:val="left"/>
      </w:pPr>
      <w:r>
        <w:rPr>
          <w:rFonts w:ascii="Times New Roman" w:hAnsi="Times New Roman" w:eastAsia="Times New Roman" w:cs="Times New Roman"/>
        </w:rPr>
        <w:t>Ñaareelu ñaareel bu sariif yu fukk ak benn ba fukk ak ñaar, malaaka ñaareel moo ko firndeel, te malaaka ñaareel dafay wone saa yu nekk ñaari yoon, ndaxte Babilon dafa daanu, dafa daanu. Sariif yu fukk ak benn ba fukk ak ñaar ci Génèse di taxawal digeb Yàlla, te gannaaw loolu kóllëre gu am ñetti jéego ak nit ñu tànn, jaarale ko ci maam baat Abram. Aaya bi nekk ci digganteel bu dëgg bu fukki sariif yooyu ñaar fukk mooy xamle ne “yaru” mooy màndarga kóllëre ga, te tabb na ko ci ñaareelu jéego bi ci ñetti jéego yi. Aaya bi nekk ci digganteel bu dëgg bu rëddante kóllëre gi ci Macë moo di bi ñu soppie turu Simon Barjona ne ko Piyeer.</w:t>
      </w:r>
    </w:p>
    <w:p>
      <w:pPr>
        <w:pStyle w:val="ArticleScripture"/>
        <w:jc w:val="left"/>
      </w:pPr>
      <w:r>
        <w:rPr>
          <w:rFonts w:ascii="Times New Roman" w:hAnsi="Times New Roman" w:eastAsia="Times New Roman" w:cs="Times New Roman"/>
        </w:rPr>
        <w:t>Te itam it ci yaw, Yaw yaay Piyeer, te ci doj woowu laay tabax samay mbooloom; te bunti safara du ko man a not. Matthew 16:18.</w:t>
      </w:r>
    </w:p>
    <w:p>
      <w:pPr>
        <w:pStyle w:val="ArticleBody"/>
        <w:jc w:val="left"/>
      </w:pPr>
      <w:r>
        <w:rPr>
          <w:rFonts w:ascii="Times New Roman" w:hAnsi="Times New Roman" w:eastAsia="Times New Roman" w:cs="Times New Roman"/>
        </w:rPr>
        <w:t>Turu Piyeer daf tegtale ñetti fukki junni ak ñeenti junni, te mooy wone kuréelu ñi samp seen ngëm ci dégg yégleb Kirist. Du rekk yégleb bu jëm ci Yeesu, waaye yégleb bi Yeesu ci boppam wax ne Boroom bi mo ko jox Piyeer.</w:t>
      </w:r>
    </w:p>
    <w:p>
      <w:pPr>
        <w:pStyle w:val="ArticleScripture"/>
        <w:jc w:val="left"/>
      </w:pPr>
      <w:r>
        <w:rPr>
          <w:rFonts w:ascii="Times New Roman" w:hAnsi="Times New Roman" w:eastAsia="Times New Roman" w:cs="Times New Roman"/>
        </w:rPr>
        <w:t>Mu ne leen: Waaye yéen, kan ngeen wax ne man maa ngi doon?</w:t>
      </w:r>
    </w:p>
    <w:p>
      <w:pPr>
        <w:pStyle w:val="ArticleScripture"/>
        <w:jc w:val="left"/>
      </w:pPr>
      <w:r>
        <w:rPr>
          <w:rFonts w:ascii="Times New Roman" w:hAnsi="Times New Roman" w:eastAsia="Times New Roman" w:cs="Times New Roman"/>
        </w:rPr>
        <w:t>Simóŋ Piyeer tontu ne ko: Yaw yaay Almasi bi, Doom ju Yàlla dund. Noonu Yeesu tontu ne ko,</w:t>
      </w:r>
    </w:p>
    <w:p>
      <w:pPr>
        <w:pStyle w:val="ArticleScripture"/>
        <w:jc w:val="left"/>
      </w:pPr>
      <w:r>
        <w:rPr>
          <w:rFonts w:ascii="Times New Roman" w:hAnsi="Times New Roman" w:eastAsia="Times New Roman" w:cs="Times New Roman"/>
        </w:rPr>
        <w:t>Yow a barkeel, Simon Barjona; ndaxte yaram ak deret moomul la ko xamal, waaye sama Baay bi nekk ci asamaan moo la ko xamal. Macë 16:15–17.</w:t>
      </w:r>
    </w:p>
    <w:p>
      <w:pPr>
        <w:pStyle w:val="ArticleBody"/>
        <w:jc w:val="left"/>
      </w:pPr>
      <w:r>
        <w:rPr>
          <w:rFonts w:ascii="Times New Roman" w:hAnsi="Times New Roman" w:eastAsia="Times New Roman" w:cs="Times New Roman"/>
        </w:rPr>
        <w:t>ngëmug Piyeer moo tax ci Yeesu mi nekk Kirist bi—Masiyaa bi. Sopp nañu turam, ni ñu soppee woon turu Abràam ngir màggal jëfandikook kóllëre, te turam jokkoo na ak 144,000, te ci benn wax jooju sax, xuloo gu mag gi feeñ na, mooy Doj wi di fondamaŋu jàngoro gu sell, gi dina not ay jàngoroyi safara. Téeméeri ñent fukk ak ñeent junni ñi, ñooy feeñug mujj gu askan wi Yàlla tànn ci kóllëre, te Piyeer dafay teewal mbooloo moomu.</w:t>
      </w:r>
    </w:p>
    <w:p>
      <w:pPr>
        <w:pStyle w:val="ArticleBody"/>
        <w:jc w:val="left"/>
      </w:pPr>
      <w:r>
        <w:rPr>
          <w:rFonts w:ascii="Times New Roman" w:hAnsi="Times New Roman" w:eastAsia="Times New Roman" w:cs="Times New Roman"/>
        </w:rPr>
        <w:t>Piyeer moom itam dafay tegtal benn yoon ci benn yoon mbooloom Kiristaan yu jëkk ya, mooy kanamug jaambur yi, ndax loolu mooy jaar-jaar bi Kirist tabaxee fondaasiyongu mbooloomam. Kirist mooy fondaasiyoŋ bi te moom itam mooy doj wu njëkk mi ci kaw tabax bi, te Piyeer mooy màndarga jabaru Kiristaan bu jëkk bi ak jabaru Kiristaan bu mujj bi. Moo tax Piyeer mooy benn màndarga alfa ak omega ci benn aaya.</w:t>
      </w:r>
    </w:p>
    <w:p>
      <w:pPr>
        <w:pStyle w:val="ArticleBody"/>
        <w:jc w:val="left"/>
      </w:pPr>
      <w:r>
        <w:rPr>
          <w:rFonts w:ascii="Times New Roman" w:hAnsi="Times New Roman" w:eastAsia="Times New Roman" w:cs="Times New Roman"/>
        </w:rPr>
        <w:t>Benn benn saar la mooy saar bu digg bi ci fukki ñaar ay xaaj yu mel ni ñaareelu ndawli malaaka bi, te Piyeer “ñaaral” na boppam ni jëkkër ju njëkk ak jëkkër ju mujj. Jëkkër ju mujj ji dina nekk ci xare ak jàngoroog Seytaane bi, te jëkkër ju mujj ji dina am ñaari kuréel. Benn kuréel mooy ñeen fukk ak ñeent junni, te beneen kuréel mooy mbooloo mu réy mi. Mbooloo mu réy mi, Smyrna moo leen melal, te ñeen fukk ak ñeent junni, Philadelphia moo leen melal.</w:t>
      </w:r>
    </w:p>
    <w:p>
      <w:pPr>
        <w:pStyle w:val="ArticleBody"/>
        <w:jc w:val="left"/>
      </w:pPr>
      <w:r>
        <w:rPr>
          <w:rFonts w:ascii="Times New Roman" w:hAnsi="Times New Roman" w:eastAsia="Times New Roman" w:cs="Times New Roman"/>
        </w:rPr>
        <w:t>Ñaari fukk ak ñeent-fukk ak ñeent junni ñi, ñooy waa Filadelfi; te soppi turu Piyeer bi nekk ci wax jii ñett-fukk ak juróom-ñaar, dafay tegtal màndarga gi ñu fas ci kaw ñaari fukk ak ñeent-fukk ak ñeent junni ñi. Moom mooy misaalu ñi ñu fas ci kaw; te ci wax ji, moom miy wax ju nekk ci diggëntu ndajeel yi fukk ak ñaar yu kóllëre, dafay méngoo ak wax ji nekk ci diggëntu ndajeel yi fukk ak ñaar ci Génèse, fa ñu jàngale xaraf bi nekk muy màndarga. Peeñu gi, saar yi fukk ak benn ba fukk ak ñaar, jox na ñetteel rëdd bi ci ñaari fukk ak ñaar yu seede kóllëre; te wax ji nekk ci diggëntu saar yooyu fukk ak ñaar, mooy jëfandikoo céetug sëy bi nekk ci diggëntu jigéen ju ñaaw ji ci Peeñu 17 ak buur yaa ci suuf.</w:t>
      </w:r>
    </w:p>
    <w:p>
      <w:pPr>
        <w:pStyle w:val="ArticleScripture"/>
        <w:jc w:val="left"/>
      </w:pPr>
      <w:r>
        <w:rPr>
          <w:rFonts w:ascii="Times New Roman" w:hAnsi="Times New Roman" w:eastAsia="Times New Roman" w:cs="Times New Roman"/>
        </w:rPr>
        <w:t>Te rabu ga woon, te amul léegi, moom itam mooy ñetteelu juróom-ñaareel bi, te mu bokk ci juróom-ñaari ña, te muy dem ca alkande ga. Révélation 17:11.</w:t>
      </w:r>
    </w:p>
    <w:p>
      <w:pPr>
        <w:pStyle w:val="ArticleBody"/>
        <w:jc w:val="left"/>
      </w:pPr>
      <w:r>
        <w:rPr>
          <w:rFonts w:ascii="Times New Roman" w:hAnsi="Times New Roman" w:eastAsia="Times New Roman" w:cs="Times New Roman"/>
        </w:rPr>
        <w:t>Aaya bii mooy wone ndëgëmug mujj gu Babilon bu mag bi di daanu, te njëkk a daanu Babel am na woon ci njëkk a saraxu Génèse, ci dënn-dënn bu kóllëre gi am fukki ñeent a sàpp. Piyeer dafa teyji taxawal ñaari téeméer ak ñeenti fukki junni ñent, ci aaya bu digg ba, te loolu méngoo na ak aaya bu digg bu Génèse. Ci aaya bu digg bu Révélation, daanug Babilon bu mag bi di tëj nettali Nimrod, jëkkër ju mag ji di rëbbkat bu mag bu Babel.</w:t>
      </w:r>
    </w:p>
    <w:p>
      <w:pPr>
        <w:pStyle w:val="ArticleBody"/>
        <w:jc w:val="left"/>
      </w:pPr>
      <w:r>
        <w:rPr>
          <w:rFonts w:ascii="Times New Roman" w:hAnsi="Times New Roman" w:eastAsia="Times New Roman" w:cs="Times New Roman"/>
        </w:rPr>
        <w:t>Aaya bu diggante yu ñaari nettali yoon yu wax ci waxi yonent yi, benn ci ay béréb yu digg-dëkk yi dafay xamle walla mujj “selo Yàlla,” walla “marku rab wi.” Kàddu dundadi dee bu Babilon tàmbali ci Genesis, dafa agsi ci mujjam ci Revelation. Noonu la di teg benn tàmbali ak benn mujj ci ñetti rëdd yi yépp, suñu leen booloo, rëdd ci kaw rëdd. Bérab ba ñu jëfandikoo Piyeer ngir muy misaal xuloo gu mag gi nekk diggante Doj wi ak bunti Safara, mooy yëgle bu ñaareel malaaka bi, ndaxte yëgle bu ñaareel malaaka bi mooy: “Babilon dafa daanu” (Nimrod), “dafa daanu” (jeeg bu Room). Ñaareelu rëdd bi ci ñetti rëddi Macë, mooy yëgle bu ñaareel malaaka bi, ndaxte mooy xamle ñaari daanu yu Babilon. Mu ngi wone benn sey gu naaféq bérab booba la sey gu dëgg gi matalee, ci yoonu dibeer. Mu ngi tegtal limu “8” ni naaféqu nit ñi Yàlla moom, ñoom ñooy juróom-ñaar ñu dëgg ñi. Baamtu bi itam, ñu ngi ko wone muy naaféqal Yàlla, ndaxte “nekkoon na, te moo ngi nekk, te dina yéeg.” Mu ngi yéeg, ca bérab booba la bannéer bi di yéeg—ci yoonu dibeer.</w:t>
      </w:r>
    </w:p>
    <w:p>
      <w:pPr>
        <w:pStyle w:val="ArticleBody"/>
        <w:jc w:val="left"/>
      </w:pPr>
      <w:r>
        <w:rPr>
          <w:rFonts w:ascii="Times New Roman" w:hAnsi="Times New Roman" w:eastAsia="Times New Roman" w:cs="Times New Roman"/>
        </w:rPr>
        <w:t>Ci téereb Maatiye am na fukki ak ñaar (12) yomb yu Mesi bi matale, te am na ci Kóllëre Gu Yàgg gi téeméeri ñett ba téeméeri juróom (300–500) waxyu Yàlla yu jëm ci Mesi bi. Téereb Maatiye mooy bi ëpp ci ñetti xibaar yu baax yi ci yeesal yuñ koy wax ci lu leer ne mat na, fukki ak ñaar (12), te mu gën a ëpp yeneen ñetti xibaar yu baax yi. Yeneen fukki ak ñaar yooyu dañuy méngoo ak juróom-ñeent (9) màndargay yoon yu beral ci yëngu-yëngu yeesalug ñetti fukki junni ak ñent téeméer ñent-fukk ak ñent (144,000) ña. Juróom-ñeent (9) dafay misaal matug lëpp, ndaxte amul benn lim bu weesu “juróom-ñeent”; ndax bépp lim bu topp “juróom-ñeent” dafa di jëfandikoo rekk juróom-ñeent ciy lim 1 ba 9, ak tussu. Juróom-ñeent mooy feesug lëpp. Ci yooyu juróom-ñeent (9) màndargay yoon, ñaar ci ñoom ame nañu lu ëpp benn ci yeesalu Maatiye yi. 9/11 am na ñaar, te yoonu Dibeer am na ñett.</w:t>
      </w:r>
    </w:p>
    <w:p>
      <w:pPr>
        <w:pStyle w:val="ArticleBody"/>
        <w:jc w:val="left"/>
      </w:pPr>
      <w:r>
        <w:rPr>
          <w:rFonts w:ascii="Times New Roman" w:hAnsi="Times New Roman" w:eastAsia="Times New Roman" w:cs="Times New Roman"/>
        </w:rPr>
        <w:t>Jamono mujje ci mujj ci 1989, ak saxaleb yégle bi ci 1996, toppoo ko 9/11, toppoo ko naqarlu 18 Sulet 2020, toppoo ko baat bi ci màndiŋ mi ci Sulet 2023, mi indi ndekkitelu 2024, mi jëm ci Yuuxu Guddi, toppoo ko séddale saraxalekat yi, te loolu mat ci yoonu Dibeer bi. Juróom-ñett waymark, benn ci yi am ñaari seede ak benn ci yi am ñetti seede; 9/11 am na ñaar, te yoonu Dibeer bi am ñett. Lii tekki ne, ci reform line bu ñaari fukk ak ñeenti junni yi, ñaari seede yi ci 9/11 ba ñetti seede yi ci yoonu Dibeer bi—moy bàyyi màndarga jamono jàllale bu ñaari fukk ak ñeenti junni yi. Fukk ak ñaari waymark yi dëppoo ak bépp yëngu-yënguy coppite, te ci loolu dañuy xoj ak xamale jamono jàllale bu ñaari fukk ak ñeenti junni yi dale ci 9/11 ba ci yoonu Dibeer bi.</w:t>
      </w:r>
    </w:p>
    <w:p>
      <w:pPr>
        <w:pStyle w:val="ArticleBody"/>
        <w:jc w:val="left"/>
      </w:pPr>
      <w:r>
        <w:rPr>
          <w:rFonts w:ascii="Times New Roman" w:hAnsi="Times New Roman" w:eastAsia="Times New Roman" w:cs="Times New Roman"/>
        </w:rPr>
        <w:t>Ci def, mu ngi jox ay dëgg-dëgg ci ñaari seede yi ca 9/11, ak ñetti seede yi ca yoonu Dibéeri. Ñaari seede yi ca 9/11 mooy yégleb malaaka ñaareel bi, te ñetti seede yi ca yoonu Dibéeri mooy yégleb malaaka ñetteel bi. Kon nag, rëdd wi génneeku ci matug yonentiy Mesiya bi ci Mata jëlal di wutale te yokk jamono jiir bi, fekk muy màndargaal malaaka ñaareel bi ni alfa bu jaaraloo ak jaar-jaaru jamono jiir bi, ak malaaka ñetteel bi ni omega. Loolu nag dafay tekki ne jamono jiir bi dañu ko tëj ci diggante limu ñaar ak limu ñett; ba noonu mu teg fanweeri ak ñett, te mooy màndarga njot gu jàppale jëfandikukat gi — ci kaw mboolem jaar-jaaru jiir bi.</w:t>
      </w:r>
    </w:p>
    <w:p>
      <w:pPr>
        <w:pStyle w:val="ArticleBody"/>
        <w:jc w:val="left"/>
      </w:pPr>
      <w:r>
        <w:rPr>
          <w:rFonts w:ascii="Times New Roman" w:hAnsi="Times New Roman" w:eastAsia="Times New Roman" w:cs="Times New Roman"/>
        </w:rPr>
        <w:t>Ci téereb Macë yo am na ñetti xetu waxu yonent yi, yu mel ni malaaka bu njëkk, bu ñaareel ak bu ñetteel; te fukki benn ci ñaari sarax yi nekk ci xetu ñaareelu Macë dañuy tegtal kóllëre gi ak téeméeri ñeent-fukk ak ñeenti junni nit, ndaxte mooy omega bi ci kóllëreu alfa bu Genesis ak Abram. Loolu itam dafay tekki ne, ci ni malaaka bu ñaareel, bi Piyeer di tegtal jabaru Kiristaan bu njëkk ak bu mujj, ñaareelu Piyeer mooy samp liy soxla ci yonent yi, mooy am na ñaareel ci malaaka bu ñaareel. Ci kaw ñetti seede, limu fukki ñaar mooy buum bi lëmbëtal ñetti xet yi yu am fukki ñaari sarax; noonu, bu nu gisee beneen tegtalu limu fukki ñaar ci téereb Macë, war na méngoo ak yeneen fukki ñaar yi nekk ci téereb Macë.</w:t>
      </w:r>
    </w:p>
    <w:p>
      <w:pPr>
        <w:pStyle w:val="ArticleBody"/>
        <w:jc w:val="left"/>
      </w:pPr>
      <w:r>
        <w:rPr>
          <w:rFonts w:ascii="Times New Roman" w:hAnsi="Times New Roman" w:eastAsia="Times New Roman" w:cs="Times New Roman"/>
        </w:rPr>
        <w:t>Fukki saptaar yu nekk ci Macë, yi tambalee ak lim wu am solo ci misaal, mooy fukk ak benn, te jeexee ak moroomam ci misaal, mooy ñaar-fukk ak ñaar, déggoo nañu ak saraxu reforme bu ñaar téeméeri junni ak ñeent-fukk ak ñeent-junni, mi teewal ci fukk ak ñaar yëngu-Yàlla-yoonu-Masiya yi mat, ba tax muy woneaat ñaareelu “ñaaral” ci saraxu malaaka ñaareel bi. Fukk ak ñaar yëngu-Yàlla-yoonu-Masiya yi mat, booleek fukk ak ñaar saptaar yi, ñooy “ñaaral” bu malaaka ñaareel bi; waaye bu ñu leen multiplication, dañuy teewal 144,000. Piyeer ñaaral na, te lim bu fukk ak ñaar itam ñaaral na. Ñaari ñaaral yooyu mooy matal ñaaral bi mu doon Babilon daanu ñaari yoon.</w:t>
      </w:r>
    </w:p>
    <w:p>
      <w:pPr>
        <w:pStyle w:val="ArticleBody"/>
        <w:jc w:val="left"/>
      </w:pPr>
      <w:r>
        <w:rPr>
          <w:rFonts w:ascii="Times New Roman" w:hAnsi="Times New Roman" w:eastAsia="Times New Roman" w:cs="Times New Roman"/>
        </w:rPr>
        <w:t>Sàr yi fukk ak benn ba fukk ak ñaar dafay teewal ñaareelu malaaka bi ci Peeñu yi fukk ak ñeent. Fukk mooy misaalu nattu, te njëlbeenu ñetti nattu yi mooy ñaari cér yu njëkk yi ci Macë. “Fukk” dafay misaalal nattu. Ndaxte Macë mooy alfa bi ci omega Peeñu yi, cér bu njëkk ci téere bu nekk dafay tambalee ak peeñug Yeesu Kirist. Ci cér bu njëkk bi, Yuusufa dafa jaar ci nattu ngir gëm malaaka bi walla bañ koo gëm. Ki mu mel ni moom mooy Sakariya, baayu Yahya mi Sòobkat bi, mi gëmul te daanu ci benn nattu boobu. Kenn nangoo juddu gu Providence jagleel, ka ca des dafa sikki-sakka.</w:t>
      </w:r>
    </w:p>
    <w:p>
      <w:pPr>
        <w:pStyle w:val="ArticleBody"/>
        <w:jc w:val="left"/>
      </w:pPr>
      <w:r>
        <w:rPr>
          <w:rFonts w:ascii="Times New Roman" w:hAnsi="Times New Roman" w:eastAsia="Times New Roman" w:cs="Times New Roman"/>
        </w:rPr>
        <w:t>Ci xaaj ñaareelu sarax bi, Erood dafa ragal juddu buur bu bees, te Yosef ak Mariya daw ca Misra. Yaxya mi di Sóobalkat bi indi na jëfekaay bu jëkk ci ñetteelu sarax bi, jëfekaay bu jëkk boobu mi Sœur White faral di xamle ne mooy jëfekaay buy dogal dund mbaa dee, ndaxte moom bind na ne “ñi bañee yégleb Yaxya, Yeesu mënu leen a jariñal.” Malaaka bu jëkk bi mooy yégleb buy nattu nit ñi, ni Yaxya defee, ngir ñu ragal Yàlla, ndax waxtu attey Yàlla ji ngi ñëw. Loolu Yaxya moo ko melaloon ba mu laajee ne: “kan moo leen artu ngir ngeen daw ci merum bi di ñëw?”</w:t>
      </w:r>
    </w:p>
    <w:p>
      <w:pPr>
        <w:pStyle w:val="ArticleBody"/>
        <w:jc w:val="left"/>
      </w:pPr>
      <w:r>
        <w:rPr>
          <w:rFonts w:ascii="Times New Roman" w:hAnsi="Times New Roman" w:eastAsia="Times New Roman" w:cs="Times New Roman"/>
        </w:rPr>
        <w:t>Noonu ci sarax 4, Yeesu dafa wara koor ñeenti-fukki fan yu jeexee ci ñetti nattu yu wuute, ndaxte ñetti nattuy yooyu dañuy feeñ saa su ne ci yégleb malaaka bu njëkk bi. Gannaaw loolu Yeesu tàmbalee tabax fondimaa yi ci tànn taalibeem yi, ndaxte ak Esra ak Neemi, fondimaa kër Yàlla ga ñu samp ci jaar-jaaru ndigël bu njëkk bi, te ak Millerite yi, fondimaa yi ñu samp ci jaar-jaaru yégleb malaaka bu njëkk bi. Fondimaa yi mooy njàngale yu barkeel yi, te gannaaw loolu ay kéemaanam yi, yu tax mu yónnee fukki-ñaari taalibe yi ba mu jeexal sarax 10. Kon fukki-ñaari taalibe yi sampu woon nañu, te waxi wax ju soloo ji fësal ne taalibe yi ñooy fondimaa kërgëm Kristaan yi. Bi ci sarax 11, fondimaa yi matoon nañu.</w:t>
      </w:r>
    </w:p>
    <w:p>
      <w:pPr>
        <w:pStyle w:val="ArticleBody"/>
        <w:jc w:val="left"/>
      </w:pPr>
      <w:r>
        <w:rPr>
          <w:rFonts w:ascii="Times New Roman" w:hAnsi="Times New Roman" w:eastAsia="Times New Roman" w:cs="Times New Roman"/>
        </w:rPr>
        <w:t>Ci njeentelu 11, taalibe yaa ngi di liggéey seen bopp, te Yeesu mi ngi doomam, loolu di won bu leer ne am na benn xaaj bu xëy ci diggante njeentelu 10 ak 11. Njeentelu 1 ba 10 mooy yégleb malaaka bu njëkk bi, te loolu jeex na ba ci ñëwug ñaareel bi. Ñaareel malaaka bi indi na xaajoo ak tas, ni ko deme ak Millerites yi ak Protestants yi. Njeentelu 10 jeex na ci Yeesu miy tasoo ak taalibe yi, te ci njeentelu 11 moomam rekk la nekk.</w:t>
      </w:r>
    </w:p>
    <w:p>
      <w:pPr>
        <w:pStyle w:val="ArticleBody"/>
        <w:jc w:val="left"/>
      </w:pPr>
      <w:r>
        <w:rPr>
          <w:rFonts w:ascii="Times New Roman" w:hAnsi="Times New Roman" w:eastAsia="Times New Roman" w:cs="Times New Roman"/>
        </w:rPr>
        <w:t>Saar ñoom fukk ak benn ba ñaar-fukk ak ñaar dafay tegtal malaaka ñaareel bi, di jëm ba ci saar ñaar-fukk ak ñett ba ñaar-fukk ak juróom-ñett, ni mooy ñetteelu xëtteb ñetteelu malaaka bi. Lu wóor la ne ñetteelu malaaka bi dugg ci yoonu dimaasu, te loolu la Bésub Jéggi ba ci saar ñaar-fukk ak juróom-benn ba ñaar-fukk ak juróom-ñett di tegtal. “23” mooy màndarga njotaanu bépp bàkkaar, te bu njëkk ci yooyu juróom-benn saar dafay tegtal yégleb malaaka bu njëkk bi, te ñetti saar yu mujj ya dafay tegtal yégleb ñetteelu malaaka bi. Ñaari saar yi ci digg bi (24 ak 25) dafay tegtal malaaka ñaareel bi. Ñetti saar yu mujj ya am nañu “23” màndarga-yoon yu xóot yu méngoo ak saar “23,” ni malaaka bu njëkk walla tambale bi, ak saar ñaar-fukk ak juróom-benn ba ñaar-fukk ak juróom-ñett, ni ñetteelu bi, ak “23” màndarga-yoon. Saar 23 mooy malaaka bu njëkk bi, te ñaari saar yi ko topp mooy malaaka ñaareel bi, te ñetti saar yu mujj ya mooy ñetteelu bi.</w:t>
      </w:r>
    </w:p>
    <w:p>
      <w:pPr>
        <w:pStyle w:val="ArticleBody"/>
        <w:jc w:val="left"/>
      </w:pPr>
      <w:r>
        <w:rPr>
          <w:rFonts w:ascii="Times New Roman" w:hAnsi="Times New Roman" w:eastAsia="Times New Roman" w:cs="Times New Roman"/>
        </w:rPr>
        <w:t>Rëdd wu weesu ci Macë bi dafay tegtal ñetteelu malaaka bi, te ñu xar ko ci ñetti jéego. Saar 23 mooy jéego bu njëkk bi, te mooy malaaka bu njëkk bi. Saar yi 24 ak 25 mooy ñaareelu jéego bi, te mooy ñaareelu malaaka bi. Saar yi 26, 27 ak 28 mooy ñetteelu jéego bi ak ñetteelu malaaka bi. Benn saar ngir malaaka bu njëkk bi, ñaari saar ngir ñaareelu malaaka bi, ak ñetti saar ngir ñetteelu malaaka bi. Ñetteel bi, mi di Bésu Jéggi ba, mi tegtal bant bi, te mi àndale it ak yoonu Dibeer bi, Pentecôte it moo koy tegtal.</w:t>
      </w:r>
    </w:p>
    <w:p>
      <w:pPr>
        <w:pStyle w:val="ArticleBody"/>
        <w:jc w:val="left"/>
      </w:pPr>
      <w:r>
        <w:rPr>
          <w:rFonts w:ascii="Times New Roman" w:hAnsi="Times New Roman" w:eastAsia="Times New Roman" w:cs="Times New Roman"/>
        </w:rPr>
        <w:t>Pàntikót mooy limu 50, te 50 mooy màndargay Jubile. Jubile bi dafay ëmb atum ñeent-fukk ak juróom-ñeent, mooy mujju gàllankooru juróom-ñaari at yu juróom-ñaari. Limu 49 ji jiitu limu 50, waaye dafay jokkoo ak moom ci yoon wu xóot. Rëdd wu ñetteel wi ci Matye tàmbalee ak saar 23; gannaaw loolu ñaari saar la ko topp (24, 25), te yooyu da ñuy tolloo ci 49, bu njëkk malaaka wu ñetteel wi di tegu ci limu 50.</w:t>
      </w:r>
    </w:p>
    <w:p>
      <w:pPr>
        <w:pStyle w:val="ArticleBody"/>
        <w:jc w:val="left"/>
      </w:pPr>
      <w:r>
        <w:rPr>
          <w:rFonts w:ascii="Times New Roman" w:hAnsi="Times New Roman" w:eastAsia="Times New Roman" w:cs="Times New Roman"/>
        </w:rPr>
        <w:t>Ndorteel gi ci rëdd gu juróom-benn ay xaaj mooy “23” te mujj gi itam mooy ay màndarga-yoon “23”; te lim biñuy génne ci yokk xaaj 26 ak 27 ak 28 mooy “81,” te loolu mooy màndargab saraxalekat yi, ñu dugal ko ci biir sax yi di wax ci tuurug deret ji Saraxalekatu Mag bu Asamaan bi war a jëfandikoo ci liggéeyam gu magu saraxalekat. Looloo tax turu xaaj “81” ci The Desire of Ages sukkandiku na ci Matthew 28.</w:t>
      </w:r>
    </w:p>
    <w:p>
      <w:pPr>
        <w:pStyle w:val="ArticleScripture"/>
        <w:jc w:val="left"/>
      </w:pPr>
      <w:r>
        <w:rPr>
          <w:rFonts w:ascii="Times New Roman" w:hAnsi="Times New Roman" w:eastAsia="Times New Roman" w:cs="Times New Roman"/>
        </w:rPr>
        <w:t>«Saar 81 — “Boroom bi dekki na”»</w:t>
      </w:r>
    </w:p>
    <w:p>
      <w:pPr>
        <w:pStyle w:val="ArticleScripture"/>
        <w:jc w:val="left"/>
      </w:pPr>
      <w:r>
        <w:rPr>
          <w:rFonts w:ascii="Times New Roman" w:hAnsi="Times New Roman" w:eastAsia="Times New Roman" w:cs="Times New Roman"/>
        </w:rPr>
        <w:t>«Bàyyi sarxal bii aju ci Macë 28:2–4, 11–15.» The Desire of Ages, 780.</w:t>
      </w:r>
    </w:p>
    <w:p>
      <w:pPr>
        <w:pStyle w:val="ArticleBody"/>
        <w:jc w:val="left"/>
      </w:pPr>
      <w:r>
        <w:rPr>
          <w:rFonts w:ascii="Times New Roman" w:hAnsi="Times New Roman" w:eastAsia="Times New Roman" w:cs="Times New Roman"/>
        </w:rPr>
        <w:t>Limu “81” dafay tegtal sërign bi, te ci Levitik 8 am na juróom-ñaari fan yi ñu sellalee sërign yi. Te ci limub Nambar 8, ñu fésal na fa setalug Lewit yi. Te ci 2 Kronik, “81” sërign yi daan nañu buuru Osiya, te xibaar boobu dafay yokk ci yoonu tënkale mbindum téereb tëj gi ci ay téeméer ak ñeent-fukk ak ñeent-junni.</w:t>
      </w:r>
    </w:p>
    <w:p>
      <w:pPr>
        <w:pStyle w:val="ArticleScripture"/>
        <w:jc w:val="left"/>
      </w:pPr>
      <w:r>
        <w:rPr>
          <w:rFonts w:ascii="Times New Roman" w:hAnsi="Times New Roman" w:eastAsia="Times New Roman" w:cs="Times New Roman"/>
        </w:rPr>
        <w:t>Waaye bi mu amee doole, xolam réy na ba ci sa texe ngir yàqam boppam; ndaxte moy na Boroom bi Yàllaam, daldi dugg ci kër Yàlla ji ngir taal cuuraay ci sarxalub cuuraay ba. Noonu Asarya sarxalkat ba dugg topp ko, ak juróom-ñent-fukk sarxalkati Boroom bi ak juróom ñaar-fukk, ñuy nit ñu am fit. Ñoom daldi taxaw ci kanam Oosiya buur bi, ne ko: “Yow Oosiya, du sa war a taal cuuraay ci Boroom bi; waaye sarxalkat yi rekk, doom Aaróon yi ñu sellal ngir taal cuuraay, ñoo ko yelloo. Génnël ci bérab bu sell bi; ndaxte jéggi nga sa kem-kàttan, te loolu du la doon ndam ci Boroom Yàlla.”</w:t>
      </w:r>
    </w:p>
    <w:p>
      <w:pPr>
        <w:pStyle w:val="ArticleScripture"/>
        <w:jc w:val="left"/>
      </w:pPr>
      <w:r>
        <w:rPr>
          <w:rFonts w:ascii="Times New Roman" w:hAnsi="Times New Roman" w:eastAsia="Times New Roman" w:cs="Times New Roman"/>
        </w:rPr>
        <w:t>Noonu Osiyas mer na lool, te moom yor ndoxu taal ci loxoom ngir taal tuur; te bi mu doon mer ci saraxalekat yi, gaana ga sax feeñ ci jëemam fa kanam saraxalekat yi ci kër Yàlla gi, ca wetu altar bu tuur ba. Te Asarya, saraxalekat bu mag ba, ak ñépp saraxalekat yi, xool ko; te gis, gaana nekk na ci jëemam, te ñu génne ko fa gaaw; waaw, moom ci boppam daldi gaaw a génn, ndaxte Aji Sax ji dóor na ko. Te buur bi Osiyas nekkoon waa gaana ba bésu deejaam, te dëkk ci kër gu boppam, ndax waa gaana la woon; ndaxte ñu dagg ko woon ci kër Aji Sax ji; te doomam Yotam moom mooy doon saytu kër buur bi, di àtte nit ñi ci réew mi. 2 Tariix 26:16–21.</w:t>
      </w:r>
    </w:p>
    <w:p>
      <w:pPr>
        <w:pStyle w:val="ArticleBody"/>
        <w:jc w:val="left"/>
      </w:pPr>
      <w:r>
        <w:rPr>
          <w:rFonts w:ascii="Times New Roman" w:hAnsi="Times New Roman" w:eastAsia="Times New Roman" w:cs="Times New Roman"/>
        </w:rPr>
        <w:t>Juróom-benn ak benn melax bi, ñu koy boole ak saraxalekat yi, yi weddi woon ko Uziya ci ñi mu doon jéem a jébbale sarax ci kër Yàlla gi. Tëralin gu yonent gi ci xaaj bu Uziya méngoo na ak tëralin gu yonent gi ci Danyeel benn-fukki benn, ayë 11 ak 12. Ñaari xaaj yi ñoom ñépp dañuy tektale buur bu bëj-gànnaar, ki xolam yékk ndax ndam yu mu am ci xare, rawatina ndam bi mu bees a am ci kow buur bu bëj-saalum. Bi ayë 11 ci Danyeel benn-fukki benn matalee ci Ptolemee ca xareb Rafia, moom itam, ni ko Uziya defee, dafa doon wut a jébbale sarax ci kër Yàlla ga Yerusalem, waaye saraxalekat yi dañu ko weddi. Sàr ci kaw sàr, ñaari seede yi dañuy tektale xareb Ukrain bi xaj na ngir jeex.</w:t>
      </w:r>
    </w:p>
    <w:p>
      <w:pPr>
        <w:pStyle w:val="ArticleBody"/>
        <w:jc w:val="left"/>
      </w:pPr>
      <w:r>
        <w:rPr>
          <w:rFonts w:ascii="Times New Roman" w:hAnsi="Times New Roman" w:eastAsia="Times New Roman" w:cs="Times New Roman"/>
        </w:rPr>
        <w:t>Saari juróom-ñett fukk ak benn ci The Desire of Ages, mi aju ci Matthew 28, day won ne Kirist yéeg ngir tàmbali liggéeyam ni Saraxalekat bu Kowe bu Asamaan.</w:t>
      </w:r>
    </w:p>
    <w:p>
      <w:pPr>
        <w:pStyle w:val="ArticleScripture"/>
        <w:jc w:val="left"/>
      </w:pPr>
      <w:r>
        <w:rPr>
          <w:rFonts w:ascii="Times New Roman" w:hAnsi="Times New Roman" w:eastAsia="Times New Roman" w:cs="Times New Roman"/>
        </w:rPr>
        <w:t>Lii mooy mbooleem li nu waxoon: am nanu noonu Saraxalekat bu Kowe bi, mi toog ci ndeyjooru gàngune gu Kawe gi ca asamaan yi. Hébreux 8:1.</w:t>
      </w:r>
    </w:p>
    <w:p>
      <w:pPr>
        <w:pStyle w:val="ArticleBody"/>
        <w:jc w:val="left"/>
      </w:pPr>
      <w:r>
        <w:rPr>
          <w:rFonts w:ascii="Times New Roman" w:hAnsi="Times New Roman" w:eastAsia="Times New Roman" w:cs="Times New Roman"/>
        </w:rPr>
        <w:t>Limbu “81” mooy màndargu saraxalekat yi, te saraxalekat yiy nekk ci ay sàcc 26, 27, 28; ñetteelu jéego bu ñetteelu rëdd ci Macë wuñu boole daldi mat 81. Ñaareelu jéego bi mat na 49 te njëkk jéego bi mooy 23. Juróom-ñett-fukk ak benn dafa tektal 80 saraxalekat ak benn Saraxalekat Bu Mag ci seede Usiya. Ci boobu tolluwaay, 80 saraxalekat yi nit lañu, te Saraxalekat Bu Mag bi Yàlla la. 81 dafa tektal booloo nguurug Yàlla ak nit. Limbu benn bi nekk ci juróom-ñett-fukk ak benn mooy tektal nguurug Yàlla.</w:t>
      </w:r>
    </w:p>
    <w:p>
      <w:pPr>
        <w:pStyle w:val="ArticleBody"/>
        <w:jc w:val="left"/>
      </w:pPr>
      <w:r>
        <w:rPr>
          <w:rFonts w:ascii="Times New Roman" w:hAnsi="Times New Roman" w:eastAsia="Times New Roman" w:cs="Times New Roman"/>
        </w:rPr>
        <w:t>Nimero benn bi ci fukki ak benn mooy tey nit ak itam Yàllaay. Benn bi ci nimero ñaar-fukk ak benn mooy tey Yàllaay, te ñaar-fukk mooy nit. Mbooloom ñaar ak benn bii manees na koo gis ci taalibey Yeesu yi nekkoon ci yoon wi jëmma Emayus.</w:t>
      </w:r>
    </w:p>
    <w:p>
      <w:pPr>
        <w:pStyle w:val="ArticleBody"/>
        <w:jc w:val="left"/>
      </w:pPr>
      <w:r>
        <w:rPr>
          <w:rFonts w:ascii="Times New Roman" w:hAnsi="Times New Roman" w:eastAsia="Times New Roman" w:cs="Times New Roman"/>
        </w:rPr>
        <w:t>Benno ak benn benn bi mooy nit ak Yàllaag, ni ko lal bi safara woon teeru Shadrach, Meshach ak Abednego di firndeel.</w:t>
      </w:r>
    </w:p>
    <w:p>
      <w:pPr>
        <w:pStyle w:val="ArticleBody"/>
        <w:jc w:val="left"/>
      </w:pPr>
      <w:r>
        <w:rPr>
          <w:rFonts w:ascii="Times New Roman" w:hAnsi="Times New Roman" w:eastAsia="Times New Roman" w:cs="Times New Roman"/>
        </w:rPr>
        <w:t>Booñ ak benn benn mi day wone ne bokkug Yàlla ak nit ñi am na matale ci maas bu ñeenteel bi.</w:t>
      </w:r>
    </w:p>
    <w:p>
      <w:pPr>
        <w:pStyle w:val="ArticleBody"/>
        <w:jc w:val="left"/>
      </w:pPr>
      <w:r>
        <w:rPr>
          <w:rFonts w:ascii="Times New Roman" w:hAnsi="Times New Roman" w:eastAsia="Times New Roman" w:cs="Times New Roman"/>
        </w:rPr>
        <w:t>Boole juróom ak benn benn mi ngi tektal juróomi janq yi, yi doon xaar góor-góoralu séet bi.</w:t>
      </w:r>
    </w:p>
    <w:p>
      <w:pPr>
        <w:pStyle w:val="ArticleBody"/>
        <w:jc w:val="left"/>
      </w:pPr>
      <w:r>
        <w:rPr>
          <w:rFonts w:ascii="Times New Roman" w:hAnsi="Times New Roman" w:eastAsia="Times New Roman" w:cs="Times New Roman"/>
        </w:rPr>
        <w:t>Jëflante juróom-benn ak benn bi mooy melokaan nit ak Sabbaatub bésub juróom-ñaareel bi, bi Yàlla mooy Boroom. Lim bi “juróom-benn” mooy màndargay nit, te benn bi mooy Almasi bi.</w:t>
      </w:r>
    </w:p>
    <w:p>
      <w:pPr>
        <w:pStyle w:val="ArticleBody"/>
        <w:jc w:val="left"/>
      </w:pPr>
      <w:r>
        <w:rPr>
          <w:rFonts w:ascii="Times New Roman" w:hAnsi="Times New Roman" w:eastAsia="Times New Roman" w:cs="Times New Roman"/>
        </w:rPr>
        <w:t>Jokko juróom ak benn mi mooy tegtal jàllug jàngat bu juróomeel bi, maanaam kanamug Laodise, dugg ci xew-xewu Filadelfi.</w:t>
      </w:r>
    </w:p>
    <w:p>
      <w:pPr>
        <w:pStyle w:val="ArticleBody"/>
        <w:jc w:val="left"/>
      </w:pPr>
      <w:r>
        <w:rPr>
          <w:rFonts w:ascii="Times New Roman" w:hAnsi="Times New Roman" w:eastAsia="Times New Roman" w:cs="Times New Roman"/>
        </w:rPr>
        <w:t>81 mooy mandarga yu sell yi ak seen diggante ak Saraxalekat bu Mag bi.</w:t>
      </w:r>
    </w:p>
    <w:p>
      <w:pPr>
        <w:pStyle w:val="ArticleBody"/>
        <w:jc w:val="left"/>
      </w:pPr>
      <w:r>
        <w:rPr>
          <w:rFonts w:ascii="Times New Roman" w:hAnsi="Times New Roman" w:eastAsia="Times New Roman" w:cs="Times New Roman"/>
        </w:rPr>
        <w:t>Boole juróom-ñeent ak benn di xamale matug yëf. Ndeyjoor am na juróom-ñeent weer. Amoon na 9 maas yu jiite ba ca Nówe, te amaat na 9 maas ginnaaw loolu yu jëm ci kóllëre ga. Yeesu joxe na ruumam ca waxtu wu juróom-ñeenteel ba. Boole juróom-ñeent ak benn mi di xamale jeexital liggéeyu màndargaal yi Muuy tëjé ay nitam.</w:t>
      </w:r>
    </w:p>
    <w:p>
      <w:pPr>
        <w:pStyle w:val="ArticleBody"/>
        <w:jc w:val="left"/>
      </w:pPr>
      <w:r>
        <w:rPr>
          <w:rFonts w:ascii="Times New Roman" w:hAnsi="Times New Roman" w:eastAsia="Times New Roman" w:cs="Times New Roman"/>
        </w:rPr>
        <w:t>Ci wàllu bii, benn mooy booloo nit ak Yàllaay; ñaar mooy Jàngalekat bu Yàlla, di jàngal nit ñi. Ñett mooy yégleb ñetti malaaka yi, te loolu mooy yégleb bi ñu leen di jàngal ci ñaar. Ñent mi ngi màndargaal xeetu maas gu ñeenteel gi, noonu di màndargaal jaar-jaaru waxu Yàlla gi ñaari fukki janq yu xel yi di feeñee, te ñu soppiwaat leen, ni ko besub bind bu juróom-benneelee bi di tegtal. Gannaaw loolu, juróom-ñaareel baat bi di màndargaal jóge ci Philadelphia ak kumpag juróom-ñettaak benn miy bokk ci juróom-ñaari. Foofa la kóllëre gi mat, te saraxalekatug “81” yékkat nañu ko ngir mottali liggéey bi lim wu juróom-ñent di tegtal. Ci bépp wet, lim wu benn mooy Gaynde gi cosaanu Yuda, mi itam di Palmoni, Ki di Aji Lim bu Yéeme. 81 mooy màndargay saraxalekat yi. Palmoni mooy ki bindoon bépp lim.</w:t>
      </w:r>
    </w:p>
    <w:p>
      <w:pPr>
        <w:pStyle w:val="ArticleBody"/>
        <w:jc w:val="left"/>
      </w:pPr>
      <w:r>
        <w:rPr>
          <w:rFonts w:ascii="Times New Roman" w:hAnsi="Times New Roman" w:eastAsia="Times New Roman" w:cs="Times New Roman"/>
        </w:rPr>
        <w:t>Lambaaru fukk ak benn ñaari fukk ñaar, te ñoom ñaar ñépp di firnde jokkoo Yàlla ak nit. Ci ab mbind mu bees ma boole woon ñaari wax yu jëm ci njàlbéen ak muj gi.</w:t>
      </w:r>
    </w:p>
    <w:p>
      <w:pPr>
        <w:pStyle w:val="ArticleBody"/>
        <w:jc w:val="left"/>
      </w:pPr>
      <w:r>
        <w:rPr>
          <w:rFonts w:ascii="Times New Roman" w:hAnsi="Times New Roman" w:eastAsia="Times New Roman" w:cs="Times New Roman"/>
        </w:rPr>
        <w:t>Wax jëfandikook bi njëkk mi feeñaloon ne bi Ellen White amee ay gis-gisam yu njëkk ci bérabu sell ba, ñu won ko ne ndigalu Sabbaat bi feeñoon gën a leer ca yeneen ndigal ya. Te itam ñu won ko ne ci fan yu mujj ya, “jàngale mbind mi” dafa soloon leer gu nooy. Sabbaat bi doon na leer gu nekk ca njàlbéen ga, te muy royukaay buy misaalal jàngale mbind mi ca mujj ga. Booleb Yàlla ak nit ñooy jàngale mbind mi, ndaxte mooy jàngale Kirist di yeb ci boppam yaramu nit, te noonu di teg misaal ne Yàlla booleek nit du bàkkaar.</w:t>
      </w:r>
    </w:p>
    <w:p>
      <w:pPr>
        <w:pStyle w:val="ArticleBody"/>
        <w:jc w:val="left"/>
      </w:pPr>
      <w:r>
        <w:rPr>
          <w:rFonts w:ascii="Times New Roman" w:hAnsi="Times New Roman" w:eastAsia="Times New Roman" w:cs="Times New Roman"/>
        </w:rPr>
        <w:t>Fukk ak fukk mooy ñaar-fukk ak ñaar, te limu fukk ak benn moo tambalee benn ku nekk ci ñaari-fukk ak ñaar i rëdd yu kóllëre yi ci ay saar yi, te kenn ku nekk dëggaloo ak ñaar-fukk ak ñaar. Saar yu fukk ak benn yi ak aaya yu fukk ak benn yi ci Mbind mi di jëfandikoo ni ay màndarga yu xamale ci mbiri téeméer ak ñeent-fukk ak ñeent junni.</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Xare Ukrain bi tàmbalee ci atum 2014, te mooy rëdd wu biti waxtu tëj gi ñeel téeméer fukk ak ñeent fukk ak ñeent junni nit.</w:t>
      </w:r>
    </w:p>
    <w:p>
      <w:pPr>
        <w:pStyle w:val="ArticleScripture"/>
        <w:jc w:val="left"/>
      </w:pPr>
      <w:r>
        <w:rPr>
          <w:rFonts w:ascii="Times New Roman" w:hAnsi="Times New Roman" w:eastAsia="Times New Roman" w:cs="Times New Roman"/>
        </w:rPr>
        <w:t>Buuru bëj-saal bi dina mer lool, dina génn, xare ak moom, maanaam ak buurub bëj-gànnaar bi; te dina daldi teg genn mbooloo mu réy; waaye mbooloo mi dees na ko jébbal ci loxoom. Daniel 11:11.</w:t>
      </w:r>
    </w:p>
    <w:p>
      <w:pPr>
        <w:pStyle w:val="ArticleHeading"/>
        <w:jc w:val="left"/>
      </w:pPr>
      <w:r>
        <w:rPr>
          <w:rFonts w:ascii="Arial" w:hAnsi="Arial" w:eastAsia="Arial" w:cs="Arial"/>
        </w:rPr>
        <w:t>18 Sulet 2020</w:t>
      </w:r>
    </w:p>
    <w:p>
      <w:pPr>
        <w:pStyle w:val="ArticleBody"/>
        <w:jc w:val="left"/>
      </w:pPr>
      <w:r>
        <w:rPr>
          <w:rFonts w:ascii="Times New Roman" w:hAnsi="Times New Roman" w:eastAsia="Times New Roman" w:cs="Times New Roman"/>
        </w:rPr>
        <w:t>Njàqare bu njëkk bi moo doon yàgg gi Yeesu yàggoon ngir dem dekkal Laasar, kéemaan gu gën a mag, te mooy càmmoñu Yàlla. Yeesu xaar na ñeenti fan bala muy dekkal Laasar. Aaya bi nekk ci Yowaana dafay jox xamle kéemaan bu mujj ci juróom-ñaari kéemaan yi ñuy wax bu wér ci xibaaru Yowaana. Bu njëkk bi mooy soppi ndox mu nekk biiñ. Leer gu bare am na ci seet juróom-ñaari kéemaan yi, yi jeexee ci Yowaana 11:11, te boroom xam-xamu yoon yépp déggoo nañu ne am na rekk juróom-ñaari kéemaan ci Yowaana, ndax dafa sukkandiku ci ne kéemaan yooyu dañu leen wax bu wér. Loolu moo tax duñu boole ndekkite Kirist ji muy juróom-ñettelu màndarga; waaye kéemaan la woon, te ndekkitam mooy màndargay kóllëre gi, ba tax ndekkite gi ci téereb Yowaana mooy juróom-ñettelu kéemaan bi, maanaam bi bawoo ci juróom-ñaari bi, ndaxte ku nekk ci juróom-ñaari kéemaan yi jiitu woon, amaloon nañu ko jaarale ko ci dooley ndekkitam.</w:t>
      </w:r>
    </w:p>
    <w:p>
      <w:pPr>
        <w:pStyle w:val="ArticleScripture"/>
        <w:jc w:val="left"/>
      </w:pPr>
      <w:r>
        <w:rPr>
          <w:rFonts w:ascii="Times New Roman" w:hAnsi="Times New Roman" w:eastAsia="Times New Roman" w:cs="Times New Roman"/>
        </w:rPr>
        <w:t>Mu wax ne leen loolu; gannaaw loolu mu ne leen: Sunu xarit Lasaar nelaw na; waaye maa ngi dem ngir yee ko ci nelaw gi. Yowaana 11:11.</w:t>
      </w:r>
    </w:p>
    <w:p>
      <w:pPr>
        <w:pStyle w:val="ArticleHeading"/>
        <w:jc w:val="left"/>
      </w:pPr>
      <w:r>
        <w:rPr>
          <w:rFonts w:ascii="Arial" w:hAnsi="Arial" w:eastAsia="Arial" w:cs="Arial"/>
        </w:rPr>
        <w:t>Sulet, 2023</w:t>
      </w:r>
    </w:p>
    <w:p>
      <w:pPr>
        <w:pStyle w:val="ArticleBody"/>
        <w:jc w:val="left"/>
      </w:pPr>
      <w:r>
        <w:rPr>
          <w:rFonts w:ascii="Times New Roman" w:hAnsi="Times New Roman" w:eastAsia="Times New Roman" w:cs="Times New Roman"/>
        </w:rPr>
        <w:t>Ci weeru 2023, baat bi nekk ci màndiŋ mi tàmbalee a yuux benn yégle gu yor Xelum dund.</w:t>
      </w:r>
    </w:p>
    <w:p>
      <w:pPr>
        <w:pStyle w:val="ArticleScripture"/>
        <w:jc w:val="left"/>
      </w:pPr>
      <w:r>
        <w:rPr>
          <w:rFonts w:ascii="Times New Roman" w:hAnsi="Times New Roman" w:eastAsia="Times New Roman" w:cs="Times New Roman"/>
        </w:rPr>
        <w:t>Gannaaw fan ak genn-wàll, Xelum dund gu jóge ca Yàlla daldi dugg ci ñoom, te ñu taxaw ci seen tànk; ba noppi tiit bu réy dal ci ñi leen gis. Ndàngane 11:11.</w:t>
      </w:r>
    </w:p>
    <w:p>
      <w:pPr>
        <w:pStyle w:val="ArticleBody"/>
        <w:jc w:val="left"/>
      </w:pPr>
      <w:r>
        <w:rPr>
          <w:rFonts w:ascii="Times New Roman" w:hAnsi="Times New Roman" w:eastAsia="Times New Roman" w:cs="Times New Roman"/>
        </w:rPr>
        <w:t>Yowaana juddu na juróom-ñett fan bala yoonu Dibeer bi, ndaxte ci yoonu Dibeer bi la baayam Sàkkariya waxe. Turu Yowaana soppeeku na, génn ci Sàkkariya ba nekk Yowaana, ci yoonu Dibeer bi, bi coppiteem di xamle jëfandikook benn kóllëre. Juddoom day misaal ndekkiteg ñi rey ci mbedd yi ci 18 Sulet 2020.</w:t>
      </w:r>
    </w:p>
    <w:p>
      <w:pPr>
        <w:pStyle w:val="ArticleScripture"/>
        <w:jc w:val="left"/>
      </w:pPr>
      <w:r>
        <w:rPr>
          <w:rFonts w:ascii="Times New Roman" w:hAnsi="Times New Roman" w:eastAsia="Times New Roman" w:cs="Times New Roman"/>
        </w:rPr>
        <w:t>Dëgg-dëgg maa ngi leen koy wax, ci ñi jigéen jur, amul ku gëna mag Yaxya Miyërekat bi; waaye ki gëna suufe ci nguuru asamaan, moo ko gëna mag. Macë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Esayi waxale ndaje ñaareelu dajale ji mat na ci atum 1849. Ñaareelu dajale ji tàmbalee na ci weeru Sulet 2023, te muy jeex ba kera Yàlla séye askanam.</w:t>
      </w:r>
    </w:p>
    <w:p>
      <w:pPr>
        <w:pStyle w:val="ArticleScripture"/>
        <w:jc w:val="left"/>
      </w:pPr>
      <w:r>
        <w:rPr>
          <w:rFonts w:ascii="Times New Roman" w:hAnsi="Times New Roman" w:eastAsia="Times New Roman" w:cs="Times New Roman"/>
        </w:rPr>
        <w:t>Te bés na ca jamono jooju ne, Boroom bi dina yokkatiy loxoom ñaareel yoon ngir jotaat desitu askanam, yi ciy des, ci Asiri, ak ci Misra, ak ci Patros, ak ci Kuus, ak ci Elam, ak ci Sinar, ak ci Hamat, ak ci duni géej gi. Esayi 11:11.</w:t>
      </w:r>
    </w:p>
    <w:p>
      <w:pPr>
        <w:pStyle w:val="ArticleHeading"/>
        <w:jc w:val="left"/>
      </w:pPr>
      <w:r>
        <w:rPr>
          <w:rFonts w:ascii="Arial" w:hAnsi="Arial" w:eastAsia="Arial" w:cs="Arial"/>
        </w:rPr>
        <w:t>Tuuti mbindu digeelu Allaaxeeru Dibeer bi Sunday</w:t>
      </w:r>
    </w:p>
    <w:p>
      <w:pPr>
        <w:pStyle w:val="ArticleBody"/>
        <w:jc w:val="left"/>
      </w:pPr>
      <w:r>
        <w:rPr>
          <w:rFonts w:ascii="Times New Roman" w:hAnsi="Times New Roman" w:eastAsia="Times New Roman" w:cs="Times New Roman"/>
        </w:rPr>
        <w:t>Yeesu dafa yeesal taxawaayu dugg gi ci ndam, noonu mooy wone jëfandikoo jàll gi jóg ci Woote bu Guddi ba ci yoonu Dibeer bi; am na fukki taalibe ak ñaar yi ànd ak Moom, ndaxte tànn nañu leen ba noppi lu jiitu yoonu Dibeer bi.</w:t>
      </w:r>
    </w:p>
    <w:p>
      <w:pPr>
        <w:pStyle w:val="ArticleScripture"/>
        <w:jc w:val="left"/>
      </w:pPr>
      <w:r>
        <w:rPr>
          <w:rFonts w:ascii="Times New Roman" w:hAnsi="Times New Roman" w:eastAsia="Times New Roman" w:cs="Times New Roman"/>
        </w:rPr>
        <w:t>Te Yeesu dugg Yerusalem, te dugg itam bu sell bi itam: ba mu xoolee lépp lu nekk fa, te ngoon jot na woon, mu génn dem Betani ànd ak fukk ak ñaar ña. Mark 11:11.</w:t>
      </w:r>
    </w:p>
    <w:p>
      <w:pPr>
        <w:pStyle w:val="ArticleBody"/>
        <w:jc w:val="left"/>
      </w:pPr>
      <w:r>
        <w:rPr>
          <w:rFonts w:ascii="Times New Roman" w:hAnsi="Times New Roman" w:eastAsia="Times New Roman" w:cs="Times New Roman"/>
        </w:rPr>
        <w:t>Bi ñu matalee tëj ci kaw téeméer ñent-fukk ak ñent war junni ña, tuuti lu jiitu yoonu Dibéer bi, boole kërgóorug Yàlla ak jabaru nit ñi mat na, te ñoom ñaar ñi nekk benn ba fàww, ndaxte jotale ba jeex na.</w:t>
      </w:r>
    </w:p>
    <w:p>
      <w:pPr>
        <w:pStyle w:val="ArticleScripture"/>
        <w:jc w:val="left"/>
      </w:pPr>
      <w:r>
        <w:rPr>
          <w:rFonts w:ascii="Times New Roman" w:hAnsi="Times New Roman" w:eastAsia="Times New Roman" w:cs="Times New Roman"/>
        </w:rPr>
        <w:t>Waaye nag góor amul solo te jigéenul, te jigéen itam amul solo te góorul, ci Boroom bi. 1 Corinthians 11:11.</w:t>
      </w:r>
    </w:p>
    <w:p>
      <w:pPr>
        <w:pStyle w:val="ArticleBody"/>
        <w:jc w:val="left"/>
      </w:pPr>
      <w:r>
        <w:rPr>
          <w:rFonts w:ascii="Times New Roman" w:hAnsi="Times New Roman" w:eastAsia="Times New Roman" w:cs="Times New Roman"/>
        </w:rPr>
        <w:t>Juddu kaaw Saarah, mi yàgg lool ba noppi ndax njublaŋu 1863, amna ba jigéen ji ci Peeñu Yàlla fukki ñaar jur na ñaari doom yu góor. Doom ji njëkk dikk ci Yuuxu Guddi, te ñaareel doom ji ci yoonu Dimaas. Doom ji génn ñaareel bi, moo yoroon buum buy xonq, bi di melokaanu tegtalu Rahab ca Yeriko.</w:t>
      </w:r>
    </w:p>
    <w:p>
      <w:pPr>
        <w:pStyle w:val="ArticleScripture"/>
        <w:jc w:val="left"/>
      </w:pPr>
      <w:r>
        <w:rPr>
          <w:rFonts w:ascii="Times New Roman" w:hAnsi="Times New Roman" w:eastAsia="Times New Roman" w:cs="Times New Roman"/>
        </w:rPr>
        <w:t>Ci kaw ngëm itam, Sara tamit moo jot doole ngir man a ëmb peñ, te mu jur doom biir waxtu bi mu weesu woon atam, ndaxte dafa jàppoon ne Ki ko digoon ku takku la. Hébreux 11:11.</w:t>
      </w:r>
    </w:p>
    <w:p>
      <w:pPr>
        <w:pStyle w:val="ArticleHeading"/>
        <w:jc w:val="left"/>
      </w:pPr>
      <w:r>
        <w:rPr>
          <w:rFonts w:ascii="Arial" w:hAnsi="Arial" w:eastAsia="Arial" w:cs="Arial"/>
        </w:rPr>
        <w:t>Yoonu Dib-Di-Bés bu Laodisee</w:t>
      </w:r>
    </w:p>
    <w:p>
      <w:pPr>
        <w:pStyle w:val="ArticleBody"/>
        <w:jc w:val="left"/>
      </w:pPr>
      <w:r>
        <w:rPr>
          <w:rFonts w:ascii="Times New Roman" w:hAnsi="Times New Roman" w:eastAsia="Times New Roman" w:cs="Times New Roman"/>
        </w:rPr>
        <w:t>Yeremiya day wax jàppale àtteb kërkëngoo Yàlla gu ñaareelu fan yu juróom-ñaar-fukk gi di Laodise.</w:t>
      </w:r>
    </w:p>
    <w:p>
      <w:pPr>
        <w:pStyle w:val="ArticleScripture"/>
        <w:jc w:val="left"/>
      </w:pPr>
      <w:r>
        <w:rPr>
          <w:rFonts w:ascii="Times New Roman" w:hAnsi="Times New Roman" w:eastAsia="Times New Roman" w:cs="Times New Roman"/>
        </w:rPr>
        <w:t>Kon nag, nii la Boroom bi wax: Gisleen, dinaa leen indi musiba, bu ñuy mana rëccu ci; te doonte dinañu ma woo, duma leen déglu. Yeremi 11:11.</w:t>
      </w:r>
    </w:p>
    <w:p>
      <w:pPr>
        <w:pStyle w:val="ArticleBody"/>
        <w:jc w:val="left"/>
      </w:pPr>
      <w:r>
        <w:rPr>
          <w:rFonts w:ascii="Times New Roman" w:hAnsi="Times New Roman" w:eastAsia="Times New Roman" w:cs="Times New Roman"/>
        </w:rPr>
        <w:t>Esekiyel moom na ak àtte àtte ak yoonu Yeremi ci kaw àtteb Adventism bi.</w:t>
      </w:r>
    </w:p>
    <w:p>
      <w:pPr>
        <w:pStyle w:val="ArticleScripture"/>
        <w:jc w:val="left"/>
      </w:pPr>
      <w:r>
        <w:rPr>
          <w:rFonts w:ascii="Times New Roman" w:hAnsi="Times New Roman" w:eastAsia="Times New Roman" w:cs="Times New Roman"/>
        </w:rPr>
        <w:t>Dëkk bii du seen cin, te yéen itam dungeen nekk yàpp wi ci biiram; waaye maa leen di àtte ci digganteb Israyil. Ezekiel 11:11.</w:t>
      </w:r>
    </w:p>
    <w:p>
      <w:pPr>
        <w:pStyle w:val="ArticleBody"/>
        <w:jc w:val="left"/>
      </w:pPr>
      <w:r>
        <w:rPr>
          <w:rFonts w:ascii="Times New Roman" w:hAnsi="Times New Roman" w:eastAsia="Times New Roman" w:cs="Times New Roman"/>
        </w:rPr>
        <w:t>Wuccug Israayil gu njëkk ni ñi Yàlla fas kóllëre ak ñoom, dafa boole Yàlla di yëngal ña bokkoon ci kóllëreg njëkk ga ngir ñu mer ci li ñu sànni woon. Loolu dina dellu ci Aduwantis bu yoonu Dibeer bi agsee.</w:t>
      </w:r>
    </w:p>
    <w:p>
      <w:pPr>
        <w:pStyle w:val="ArticleScripture"/>
        <w:jc w:val="left"/>
      </w:pPr>
      <w:r>
        <w:rPr>
          <w:rFonts w:ascii="Times New Roman" w:hAnsi="Times New Roman" w:eastAsia="Times New Roman" w:cs="Times New Roman"/>
        </w:rPr>
        <w:t>Noonu nag, ndax dañoo tëb ba daanu? Yàlla tere na ko; waaye ginnaaw seen tëb rekk la mucc gi agsi ci xeeti ñi dul Yawut, ngir taxawal leen ci kañ. Room 11:11.</w:t>
      </w:r>
    </w:p>
    <w:p>
      <w:pPr>
        <w:pStyle w:val="ArticleBody"/>
        <w:jc w:val="left"/>
      </w:pPr>
      <w:r>
        <w:rPr>
          <w:rFonts w:ascii="Times New Roman" w:hAnsi="Times New Roman" w:eastAsia="Times New Roman" w:cs="Times New Roman"/>
        </w:rPr>
        <w:t>Adventisme, mi aju ci liggéeyu William Miller, bi ñu bañ, moom la ba tey di yëngu-yëngu bi tabax kër Yàlla gi; waaye ni ko deme woon ak Solomon itam, mi tabaxoon kër Yàlla gi, dañu yàq kóllëreg bi, te seen nguur dinañu ko jële ci ñoom, jox ko nit ñi dinañu saytu toolub reseñu Yàlla ji ni Mu ko sant.</w:t>
      </w:r>
    </w:p>
    <w:p>
      <w:pPr>
        <w:pStyle w:val="ArticleScripture"/>
        <w:jc w:val="left"/>
      </w:pPr>
      <w:r>
        <w:rPr>
          <w:rFonts w:ascii="Times New Roman" w:hAnsi="Times New Roman" w:eastAsia="Times New Roman" w:cs="Times New Roman"/>
        </w:rPr>
        <w:t>Moo tax na ci Suleymaan ne: “Ndaxte def nga lii, te wóoroo sa bopp ci sama kóllëre ak sama sàrt yi ma la santoon, dinaa la dindi nguuru gi wóor, te may ko sa jaam.” 1 Buur yi 11:11.</w:t>
      </w:r>
    </w:p>
    <w:p>
      <w:pPr>
        <w:pStyle w:val="ArticleHeading"/>
        <w:jc w:val="left"/>
      </w:pPr>
      <w:r>
        <w:rPr>
          <w:rFonts w:ascii="Arial" w:hAnsi="Arial" w:eastAsia="Arial" w:cs="Arial"/>
        </w:rPr>
        <w:t>Yoonu Dib-u-Noflaay bi ñeel Filadelfi</w:t>
      </w:r>
    </w:p>
    <w:p>
      <w:pPr>
        <w:pStyle w:val="ArticleBody"/>
        <w:jc w:val="left"/>
      </w:pPr>
      <w:r>
        <w:rPr>
          <w:rFonts w:ascii="Times New Roman" w:hAnsi="Times New Roman" w:eastAsia="Times New Roman" w:cs="Times New Roman"/>
        </w:rPr>
        <w:t>Ci jamono Alxames bi, mbooloo gu noot gi ñu ko teg ci suufam boppam, ni yonent yi waxe ko, te suuf woowu mooy suuf su fees ak yégle gu taw bi mujj gi. Jéricho ñu ko tabaxaat na ci 1863, te ci jamono Alxames bi Jéricho dina daanu.</w:t>
      </w:r>
    </w:p>
    <w:p>
      <w:pPr>
        <w:pStyle w:val="ArticleScripture"/>
        <w:jc w:val="left"/>
      </w:pPr>
      <w:r>
        <w:rPr>
          <w:rFonts w:ascii="Times New Roman" w:hAnsi="Times New Roman" w:eastAsia="Times New Roman" w:cs="Times New Roman"/>
        </w:rPr>
        <w:t>Waaye suuf, bi ngeen dem ngir moom ko, mooy suuf su am tund ak xur yi, te naan na ndox mu jóge ci tawub asamaan. Deuteronomy 11:11.</w:t>
      </w:r>
    </w:p>
    <w:p>
      <w:pPr>
        <w:pStyle w:val="ArticleBody"/>
        <w:jc w:val="left"/>
      </w:pPr>
      <w:r>
        <w:rPr>
          <w:rFonts w:ascii="Times New Roman" w:hAnsi="Times New Roman" w:eastAsia="Times New Roman" w:cs="Times New Roman"/>
        </w:rPr>
        <w:t>Dëkk bi mooy buur-guur, te mbooloom gëmkat yi dafa not moo taxaw ci nguuru ndamalu Kirist. Nguuru googu, moom nguuru mbooloom gëmkat yi dafa not, dafay tàmbali ci yoonu Dibeer bi, bu Kër Yàllaam yékkatee te kaweel ci kaw bépp tund ak bépp col.</w:t>
      </w:r>
    </w:p>
    <w:p>
      <w:pPr>
        <w:pStyle w:val="ArticleScripture"/>
        <w:jc w:val="left"/>
      </w:pPr>
      <w:r>
        <w:rPr>
          <w:rFonts w:ascii="Times New Roman" w:hAnsi="Times New Roman" w:eastAsia="Times New Roman" w:cs="Times New Roman"/>
        </w:rPr>
        <w:t>Ndax ci barkeb ñu jub dëkk bi di yéeg; waaye ci gémmiñu ñu bon ñi la daanu. Kàddu Yu Xelu yi 11:11.</w:t>
      </w:r>
    </w:p>
    <w:p>
      <w:pPr>
        <w:pStyle w:val="ArticleBody"/>
        <w:jc w:val="left"/>
      </w:pPr>
      <w:r>
        <w:rPr>
          <w:rFonts w:ascii="Times New Roman" w:hAnsi="Times New Roman" w:eastAsia="Times New Roman" w:cs="Times New Roman"/>
        </w:rPr>
        <w:t>Mu ngi ci waxtu juróom-ñeenti, malaaka ma ñëw ci Cornelious te sant ko mu yónnee ñaan Piyeer, noonu muy firndeel waxtu bi xebaar bu baax bi di dem ci xeeti ñi dul Yawut yi ci yoonu dibeer bi. Ba Yàlla joxee Piyeer ndigal mu dem, loolu nekkoon ci xeetu peeñu gu aju ci lekk jur gi setul. Loolu mooy mat ci yoonu dibeer bi. Waxtu juróom-ñeenti boobu dëppoo na ak waxtu juróom-ñeenti ba Kirist deewee. Waxtu juróom-ñeenti mooy tegu njàlbéenug ab jamono ju tambalee ci waxtu ñett, ba ñu daajee Yeesu ci bant ba, te mu dee juróom-benn waxtu gannaaw ga. Mooy itam benn jamono boobu ci mbirum Piyeer mi nekk ci kër ga ca kaw ci waxtu ñett, te gannaaw loolu mu nekk ci kër Yàlla ga ci waxtu juróom-ñeenti. Benn waxtu juróom-ñeenti mujjee ci deeug Kirist; ci beneen waxtu juróom-ñeenti bi, Piyeer mungi ci kër Yàlla ga di waare xebaaru Yoel. Deeug Kirist taxawaloon na njàppandoo kóllëre bi ak Israyil, te ubbil bunt bi ngir xeeti ñi dul Yawut yi, ñi Cornelious di tegtal.</w:t>
      </w:r>
    </w:p>
    <w:p>
      <w:pPr>
        <w:pStyle w:val="ArticleScripture"/>
        <w:jc w:val="left"/>
      </w:pPr>
      <w:r>
        <w:rPr>
          <w:rFonts w:ascii="Times New Roman" w:hAnsi="Times New Roman" w:eastAsia="Times New Roman" w:cs="Times New Roman"/>
        </w:rPr>
        <w:t>Te xool, ci saa si daldi am ñetti góor ñu agsi woon ba noppi ci kër ga ma nekkoon, ñu yónnee leen ci sama wet jóge Caesarea. Acts 11:11.</w:t>
      </w:r>
    </w:p>
    <w:p>
      <w:pPr>
        <w:pStyle w:val="ArticleScripture"/>
        <w:jc w:val="left"/>
      </w:pPr>
      <w:r>
        <w:rPr>
          <w:rFonts w:ascii="Times New Roman" w:hAnsi="Times New Roman" w:eastAsia="Times New Roman" w:cs="Times New Roman"/>
        </w:rPr>
        <w:t>Ñu doon yeneen lu bon ci seen kanam; buleen lekk seen yàpp, waaye seen néew yi nañu doon lu seen bañ. Léewitik 11:11.</w:t>
      </w:r>
    </w:p>
    <w:p>
      <w:pPr>
        <w:pStyle w:val="ArticleBody"/>
        <w:jc w:val="left"/>
      </w:pPr>
      <w:r>
        <w:rPr>
          <w:rFonts w:ascii="Times New Roman" w:hAnsi="Times New Roman" w:eastAsia="Times New Roman" w:cs="Times New Roman"/>
        </w:rPr>
        <w:t>Dina yokk ci njàngum bii ci bind bi ci topp.</w:t>
      </w:r>
    </w:p>
    <w:p>
      <w:pPr>
        <w:pStyle w:val="ArticleScripture"/>
        <w:jc w:val="left"/>
      </w:pPr>
      <w:r>
        <w:rPr>
          <w:rFonts w:ascii="Times New Roman" w:hAnsi="Times New Roman" w:eastAsia="Times New Roman" w:cs="Times New Roman"/>
        </w:rPr>
        <w:t>“Ma naa nga Yàlla, ak loxoo gu kenn gisul, yónnee ma njëgu alal bu ñu defee ci yéeme, guddam lu tollu ci fukki tombi, waayeem ak yaatuwaayam juróom-benn tombi ci wet gu nekk, te def ko ak ebèn ak per bu ñu ràbbale ci yéeme. Ca njëg ga amoon na ab caabi bu ci taqale woon. Ci saa si ma jël caabi ga, ubbi njëg ga; ba ma koy ubbi, ci sama yéemu ak sama waaru-xol, ma fekk ne fees na ak xeeti xon yu bare ak rëyaay yu bare, dayama, doj yu tedd, xaalis wurus ak xaalis xaalis ci bépp melokaan ak bépp njariñ, te ñu samp leen bu rafet ci seen bérab yu séq ci biir njëg ga; te noonu lañu sampoon ba ñuy wone leer ak ndam lu kenn mënul yamale ludul jant bi. …”</w:t>
      </w:r>
    </w:p>
    <w:p>
      <w:pPr>
        <w:pStyle w:val="ArticleScripture"/>
        <w:jc w:val="left"/>
      </w:pPr>
      <w:r>
        <w:rPr>
          <w:rFonts w:ascii="Times New Roman" w:hAnsi="Times New Roman" w:eastAsia="Times New Roman" w:cs="Times New Roman"/>
        </w:rPr>
        <w:t>“Xool naa ca bii, waaye sama bët yéexul woon ci li ma gis. Ñu leeroon fukki yoon gën a màgg seen ndamte ju njëkk. Maa ngi xalaat ne set nañu leen ci suuf si, ndax tànki nit ña bon ña nga xam ne ñoo leen tasaaroo te dox ci seen kaw ba tàbbal leen ci pënd mi. Ñu teggoon nañu leen ci wàll bu rafet bi nekk ca bii ba, ku nekk ci barabam, te kenn gisul benn loru wala coono ci liggéeyu góor ga leen sànni fa. Dama xaacu woon ak mbég mu réy, te xaacu boobu yëgël ma.” Early Writings, 81–83.</w:t>
      </w:r>
    </w:p>
    <w:p>
      <w:pPr>
        <w:pStyle w:val="ArticleScripture"/>
        <w:jc w:val="left"/>
      </w:pPr>
      <w:r>
        <w:rPr>
          <w:rFonts w:ascii="Times New Roman" w:hAnsi="Times New Roman" w:eastAsia="Times New Roman" w:cs="Times New Roman"/>
        </w:rPr>
        <w:t>“Yeen ngi jëfandikoo ñëwug Boroom bi ba sori lool. Gis naa ne taw gu mujj ga doon ñëw [ci mbëggeel gu gaaw ni] yuuxu guddi, te ak doole fukki yoon ci kaw.” Spalding and Magan, 5.</w:t>
      </w:r>
    </w:p>
    <w:p>
      <w:pPr>
        <w:pStyle w:val="ArticleScripture"/>
        <w:jc w:val="left"/>
      </w:pPr>
      <w:r>
        <w:rPr>
          <w:rFonts w:ascii="Times New Roman" w:hAnsi="Times New Roman" w:eastAsia="Times New Roman" w:cs="Times New Roman"/>
        </w:rPr>
        <w:t>Te ci lépp lu jëm ci xam-xam ak dégg-dégg bi buur bi laajee ci seen mbir, mu fekk ne ñoo gën fukki yoon ñépp ñi doon naxkat ak ñi xam biddéew yi nekk ci mboolem réewam.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Kërceen Seetu Bésu Noppalu bu Juróom-Ñaareel bi ci Lawodise — Nimero Ñett-fukk ak Benn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