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Mbooloom Adwantis bu Bés gu Juróom-Ñaareel ci Laodise — Limu Ñett-fukk ak Juróom-Ñaar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Limu Fukk ak Juróom-Ñaar</w:t>
      </w:r>
    </w:p>
    <w:p>
      <w:pPr>
        <w:pStyle w:val="ArticleBody"/>
        <w:jc w:val="left"/>
      </w:pPr>
      <w:r>
        <w:rPr>
          <w:rFonts w:ascii="Times New Roman" w:hAnsi="Times New Roman" w:eastAsia="Times New Roman" w:cs="Times New Roman"/>
        </w:rPr>
        <w:t>Ci géntug William Miller, “yëngu-yëngu” bi ñëwlu ca njëkk ba, bi nit ñi tàmbalee jaaxle jëwël yi, amoon na lu ko jiitu: Miller dafa dajale jëwël yi, woo ne: “ñëwleen ngir gis.” Almasi bi mel ni nit ku yor ab brosse bu di far suuf, dafa jëfandikoo balaay ba ngir feg mboolem mbalit mi, dajale jëwël yi ci ab kes bu gën a màgg, te gannaaw loolu mu woo Miller ne ko: “ñëwal xool.” Bi Almasi tàmbalee liggéeyam bu balaay ba, néeg bi dafa nekk woon neen; ndaxte Miller bind na ne, “bunt ubbiku na, góor agsi ci néeg ba, ba noonu nit ñépp génn ci; moom nag, bi muy yor ci loxoom ab brosse bu di far suuf, ubbi na palanteer yi, tàmbali far suuf ak mbalit mi génne ko ci néeg ba.”</w:t>
      </w:r>
    </w:p>
    <w:p>
      <w:pPr>
        <w:pStyle w:val="ArticleBody"/>
        <w:jc w:val="left"/>
      </w:pPr>
      <w:r>
        <w:rPr>
          <w:rFonts w:ascii="Times New Roman" w:hAnsi="Times New Roman" w:eastAsia="Times New Roman" w:cs="Times New Roman"/>
        </w:rPr>
        <w:t>Góor gi diis bi dugg ci néegu bi ba noppi nit ñépp génn ci moom. Ci atum 2023, góor gi diis bi dugg na ci néegu bi neen, ndaxte yëngu-yëngu ñi téeméeriñeent-fukk ak ñeent ñaar junni dafa yàqu te tasaaroo. Dëgg yi Abakuk tegtaloon ci Ay Tàbalu 2012 dañoo suuloo ci mbalit, te néegu bi neen. Góor gi diis bi mooy Ki ñëw gannaaw Yaxya Miy Sóob, ki Yaxya waxoon ne am na wóom, te ne dina jëfandikoo ko ngir setal bu baax suufu këram.</w:t>
      </w:r>
    </w:p>
    <w:p>
      <w:pPr>
        <w:pStyle w:val="ArticleScripture"/>
        <w:jc w:val="left"/>
      </w:pPr>
      <w:r>
        <w:rPr>
          <w:rFonts w:ascii="Times New Roman" w:hAnsi="Times New Roman" w:eastAsia="Times New Roman" w:cs="Times New Roman"/>
        </w:rPr>
        <w:t>Man maa ngi leen di sóob ci ndox ngir ngeen tuub seeni bàkkaar; waaye ki ñëw ci sama ginnaaw moo gën a am kàttan ma, te yaramagul ma yóbbu ay dàllam; moom dina leen sóob ci Xel Mu Sell mi ak ci safara. Bànneexam a ngi ci loxoom, te dina setal dëkkub mbeyam ba noppi, di dajale dugubam ci saq; waaye dina lakk mboq mi ci safara su dul fey mukk. Noonu Yeesu jóge Galile ñëw dexu Yurdan ca Yaxya, ngir mu sóob ko. Macë 3:11–13.</w:t>
      </w:r>
    </w:p>
    <w:p>
      <w:pPr>
        <w:pStyle w:val="ArticleBody"/>
        <w:jc w:val="left"/>
      </w:pPr>
      <w:r>
        <w:rPr>
          <w:rFonts w:ascii="Times New Roman" w:hAnsi="Times New Roman" w:eastAsia="Times New Roman" w:cs="Times New Roman"/>
        </w:rPr>
        <w:t>Galilee mooy misaal bu wone ab soppeeku, te barab bu nekk ci dexu Yurdan, fa Yeesu ñëwee ngir ñu sóob ko ci ndox, tudd nañu ko Betabara, te li mu tekki mooy “wàlluwaay gu ñuy jàllalee,” te mooy màndargaal bérab ba Israayil gu yàgg ga jàlloo ba duggee ci Suuf su Dig-bu-Yàlla. Bi ñu sóobee Yeesu ci ndox, ba noppi Mu doon Yeesu Almasi bi. Galilee, Yurdan, Betabara ak Yeesu miy nekk Almasi bi, yépp dañuy dëggal ag soppeeku ci jamono ji Yàlla di doxale ak nit ñi, te loolu it mooy li bunt di firi, rawatina ci ñi Filadelfi, ñi ñu jox caabi bu bunt bi ubbiwul te tëjuwul.</w:t>
      </w:r>
    </w:p>
    <w:p>
      <w:pPr>
        <w:pStyle w:val="ArticleScripture"/>
        <w:jc w:val="left"/>
      </w:pPr>
      <w:r>
        <w:rPr>
          <w:rFonts w:ascii="Times New Roman" w:hAnsi="Times New Roman" w:eastAsia="Times New Roman" w:cs="Times New Roman"/>
        </w:rPr>
        <w:t>Te bindal mbindum mbooloom Filadelfi nga: Li mooy waxi Ki Sell bi, Ki Dëgg bi, Ki yor caabi Daawuda, Ki ubbi te kenn mënu ko tëj, te Ki tëj te kenn mënu ko ubbi; xam naa say jëf: xoolal, teg naa sa kanam bunt bu ubbeeku, te kenn mënu koo tëj: ndaxte am nga doole ju tuuti, te sàmm nga sama kàddu, te weddiwuloo sama tur. Peeñu 3:7, 8.</w:t>
      </w:r>
    </w:p>
    <w:p>
      <w:pPr>
        <w:pStyle w:val="ArticleBody"/>
        <w:jc w:val="left"/>
      </w:pPr>
      <w:r>
        <w:rPr>
          <w:rFonts w:ascii="Times New Roman" w:hAnsi="Times New Roman" w:eastAsia="Times New Roman" w:cs="Times New Roman"/>
        </w:rPr>
        <w:t>Bi Kirist “ubbee” “bunt bi” te “dugg kër gi,” kër ga nekk “sa këram,” ndaxte mooy setal bu baax “suufam.” Bu fekkee ne suufam la, kon këram la.</w:t>
      </w:r>
    </w:p>
    <w:p>
      <w:pPr>
        <w:pStyle w:val="ArticleScripture"/>
        <w:jc w:val="left"/>
      </w:pPr>
      <w:r>
        <w:rPr>
          <w:rFonts w:ascii="Times New Roman" w:hAnsi="Times New Roman" w:eastAsia="Times New Roman" w:cs="Times New Roman"/>
        </w:rPr>
        <w:t>“Ca Capernaum la Yeesu nekkoon ci diggante ay tukkeem yu mu daan dem di dikk, ba tax baññ a xam ko ni mooy ‘dëkkam bopp.’ Dëkk boobu nekkoon ca géeju Galile, te mu jege woon diggu suuf su rafet su Gennesaret, su fekkee sax nekkul woon ci boppam.” The Desire of Ages, 252.</w:t>
      </w:r>
    </w:p>
    <w:p>
      <w:pPr>
        <w:pStyle w:val="ArticleBody"/>
        <w:jc w:val="left"/>
      </w:pPr>
      <w:r>
        <w:rPr>
          <w:rFonts w:ascii="Times New Roman" w:hAnsi="Times New Roman" w:eastAsia="Times New Roman" w:cs="Times New Roman"/>
        </w:rPr>
        <w:t>Moom day dugg sëriiram ngir dajalee ay dugubam te dajalee taax yi ngir lakk leen. Coppitey jamono yi Galile moo doon wone, ak Yurdan, Betabara, sóob bi, ak jaar-jaaru ci diggante Yaxya ak Yeesu, méngoo na ak jaar-jaaru kanam jàngoro mbooloom gëmkat yu xarekat Laodisee ba ci mbooloom gëmkat yu ndamkat Filadelfi. Moom dugg na ca néegam ba ci weeru Sulet 2023. Miller tëj na ay bëtam ci coono ak yëngu-yëngu 18 Sulet 2020, te bi mu ubbee ay bëtam, néeg ba amuloon nit; dëgg deñkoon na ko suufu njuumte, te gannaaw loolu nit ku yor balaas bu suuf bi ubbi na palanteer yi te tàmbali setal mbalit mi génne ko.</w:t>
      </w:r>
    </w:p>
    <w:p>
      <w:pPr>
        <w:pStyle w:val="ArticleScripture"/>
        <w:jc w:val="left"/>
      </w:pPr>
      <w:r>
        <w:rPr>
          <w:rFonts w:ascii="Times New Roman" w:hAnsi="Times New Roman" w:eastAsia="Times New Roman" w:cs="Times New Roman"/>
        </w:rPr>
        <w:t>“‘Ki fanam nekk na ci loxoom, te dina setal bu baax biirub peetam, te dajale peppam ci sañse bi.’ Matye 3:12. Loolu moo nekkoon benn ci jamonoy setal. Jaarale ko ci waxi dëgg, ñax mi daa tàqale ak pepp mi. Ndaxte ñoom dañoo bare woon ci kañu bopp ak njubte seen bopp ba tax ñu mënuñoo nangu yedd, te dañoo bëgg àddina ba tax ñu mënuñoo nangu dund gu suufeel, ñu bare dëdduwoon Yeesu. Te ñu barey nit ñoo ngi ba tey def noonu. Lépp lu jëm ci ruuy yi, tey dañu leen di nattu ni taalibey jooju ña ñu nattuwoon ca jàngu ba ca Kapernawum. Bu dëgg bi agsee ba tàbbi ci xol, dañuy gis ne seen dund àndul ak coobare Yàlla. Dañuy gis ne soxla nañu soppeku gu mat ci seen bopp; waaye bëgguñu jël liggéey bi di weddi sa bopp. Moo tax bu ñu feeñalee seeni bàkkaar, dañuy mer. Dañuy dem, fekk ñu merlu, ni taalibe ya bàyyewoon Yeesu, di jaxasoo naan: ‘Wax jii mettina; kan moo ko man a dégg?’” The Desire of Ages, 392.</w:t>
      </w:r>
    </w:p>
    <w:p>
      <w:pPr>
        <w:pStyle w:val="ArticleBody"/>
        <w:jc w:val="left"/>
      </w:pPr>
      <w:r>
        <w:rPr>
          <w:rFonts w:ascii="Times New Roman" w:hAnsi="Times New Roman" w:eastAsia="Times New Roman" w:cs="Times New Roman"/>
        </w:rPr>
        <w:t>Ca bés bu mujjg 2023, bi laal ak bés bu njëkk ci 2024, Gaynde gi cosaanu Yuda tàmbalee ubbi ndànk-ndànk xam-xamu yéemam ci boppam. Ni ko méngoo ak jëfi nattu ñetti jéego yi ci ubbig Daniel fukk ak ñaar, kon dina am ñetti nattu, yu ñu tegtal ci wax ji naan: “sellal, weexal te nattu.”</w:t>
      </w:r>
    </w:p>
    <w:p>
      <w:pPr>
        <w:pStyle w:val="ArticleScripture"/>
        <w:jc w:val="left"/>
      </w:pPr>
      <w:r>
        <w:rPr>
          <w:rFonts w:ascii="Times New Roman" w:hAnsi="Times New Roman" w:eastAsia="Times New Roman" w:cs="Times New Roman"/>
        </w:rPr>
        <w:t>Mu ne ko ne: Demal sa yoon, Daniel; ndaxte wax yi tëj nañu leen te muuraay nañu leen ba ci jamono ju mujj ji. Ñu bare dinañu sellaliku, te set weex, te nattu; waaye ña bon dinañu def lu bon; te kenn ci ña bon du ko xam; waaye ñi xelal yi dinañu ko xam. Daniel 12:9, 10.</w:t>
      </w:r>
    </w:p>
    <w:p>
      <w:pPr>
        <w:pStyle w:val="ArticleBody"/>
        <w:jc w:val="left"/>
      </w:pPr>
      <w:r>
        <w:rPr>
          <w:rFonts w:ascii="Times New Roman" w:hAnsi="Times New Roman" w:eastAsia="Times New Roman" w:cs="Times New Roman"/>
        </w:rPr>
        <w:t>Malaaka bu njëkk bi dafay tektal sellal gi, ndax bakkaarakat bi ñu dëggal ay bàkkaaram day leen teg ci sarax si ci kër gu biti gi, fa mu nekk ku ñu jubal ci deret ji.</w:t>
      </w:r>
    </w:p>
    <w:p>
      <w:pPr>
        <w:pStyle w:val="ArticleBody"/>
        <w:jc w:val="left"/>
      </w:pPr>
      <w:r>
        <w:rPr>
          <w:rFonts w:ascii="Times New Roman" w:hAnsi="Times New Roman" w:eastAsia="Times New Roman" w:cs="Times New Roman"/>
        </w:rPr>
        <w:t>Deret bi nagg ca bésukaay bu sell bi, fa ñu di wone ne sellug sellaay gi dafa doon set weex ci ndax setalug deret bi jógé ci kër gi. Fa la njub di feeñ ci ñi daan ab noonu jaarale ko ci deret bi ak kàddu seedeem.</w:t>
      </w:r>
    </w:p>
    <w:p>
      <w:pPr>
        <w:pStyle w:val="ArticleBody"/>
        <w:jc w:val="left"/>
      </w:pPr>
      <w:r>
        <w:rPr>
          <w:rFonts w:ascii="Times New Roman" w:hAnsi="Times New Roman" w:eastAsia="Times New Roman" w:cs="Times New Roman"/>
        </w:rPr>
        <w:t>Ñu di leen teg ci nattu, te ci fan yu mujj ya ñu gis ne ñoom ñooy fukk yoon gën mboolem yeneen boroom xam-xam yi ci Babilon. Ñetteelu nattu bi mooy bi ñu leen ndamalal ci Bérab bu Sell bi gën a Sell, te ñu séddale leen ak yeneen xeetu boroom xam-xam yu wax ne ñoom it ay boroom xam-xam lañu. Ñetteelu nattu boobu mooy yoonu Dibeer bi, te jëkkëru nattu bi mooy wooteb malaaka bu jëkk bi ngir dellu ci fondasiyoŋ yi, ndaxte ci jéego bu ci topp kër Yàlla gi lañuy tabax. Jéego boobu di toog mooy bataaxalba séddale bu malaaka bu ñaareel bi, te topp ci moom nattu bu wér bu malaaka bu ñetteel bi.</w:t>
      </w:r>
    </w:p>
    <w:p>
      <w:pPr>
        <w:pStyle w:val="ArticleBody"/>
        <w:jc w:val="left"/>
      </w:pPr>
      <w:r>
        <w:rPr>
          <w:rFonts w:ascii="Times New Roman" w:hAnsi="Times New Roman" w:eastAsia="Times New Roman" w:cs="Times New Roman"/>
        </w:rPr>
        <w:t>Ci atum 2023, malaaka bu jëkk bi agsi na ni Mu ko defee woon 11 Ut 1840, ba Mu wàcce ak yégleb Islaam gu ñaareelu musiba ga. Mu wàcce na ni Mu ko defee ci 9/11, ak yégleb Islaam gu ñetteelu musiba ga, ak woote bi ñuy dellu ci yoon yi mag ya. Dëkkandoo yi nekk ci jaar-jaaru Millerite sampu nañu benn yoon, ba yéglebu ñaareelu musiba ga matalee ci 11 Ut 1840. Noonu malaakab Peeñu mi, saar 10, wàcce na, tax mu nekk misaalug wàccug malaakab Peeñu mi, saar 18, ak agsigu ñetteelu musiba ga.</w:t>
      </w:r>
    </w:p>
    <w:p>
      <w:pPr>
        <w:pStyle w:val="ArticleBody"/>
        <w:jc w:val="left"/>
      </w:pPr>
      <w:r>
        <w:rPr>
          <w:rFonts w:ascii="Times New Roman" w:hAnsi="Times New Roman" w:eastAsia="Times New Roman" w:cs="Times New Roman"/>
        </w:rPr>
        <w:t>Josiah Litch mooy ki nit ku am solo ci jaar-jaaru mbootaay mi ñu tëral ca 11 Awa 1840. Tur “Josiah” tekki na “fondasioŋu Yàlla,” te buur Josiah ci jaar-jaaru sell mi moo tegtal yeesalug Josiah, bi boole woon gis-gisu mbaañu Musaa, miñu suuloon ci biir mbalit mi nekk ci kërug sell ga, ni yeneeni alalu Miller ñu suuloon woon ca néegu bi.</w:t>
      </w:r>
    </w:p>
    <w:p>
      <w:pPr>
        <w:pStyle w:val="ArticleBody"/>
        <w:jc w:val="left"/>
      </w:pPr>
      <w:r>
        <w:rPr>
          <w:rFonts w:ascii="Times New Roman" w:hAnsi="Times New Roman" w:eastAsia="Times New Roman" w:cs="Times New Roman"/>
        </w:rPr>
        <w:t>Buur Yosiya dee na faatu Mégido, te mooy Armaagedon bi ñu wax ci Peeñu Yàlla saar 16. Coppiteg Yosiya mooy matal kóllëre ga yonent bi déggadi wàcce woon, ba Yerobowam sampée ñaari sarxalukaay yi ca Betel ak Dan. Yonent boobu déggadi dee woon diggante mbaam ak gaynde. Buur Yosiya dañu ko yëgle woon ci turam, te coppitegam bokkoon ci kóllëre ga, ga boole ne buur Yosiya buy ñëw dina daan sarxalukaay boobu sax, fa yonent boobu déggadi jànkoo ak buur Yerobowam bu bon bi.</w:t>
      </w:r>
    </w:p>
    <w:p>
      <w:pPr>
        <w:pStyle w:val="ArticleBody"/>
        <w:jc w:val="left"/>
      </w:pPr>
      <w:r>
        <w:rPr>
          <w:rFonts w:ascii="Times New Roman" w:hAnsi="Times New Roman" w:eastAsia="Times New Roman" w:cs="Times New Roman"/>
        </w:rPr>
        <w:t>Yosiya tekki njàlbéenug Yàlla, te buur bi Yosiya matal na waxu yonent wiñ ko joxoon lu war a tollu ci at yu mat 340 bala nguuram. Mu jiite benn yëngu-yëngu yokkute ak reforme bu mujj jëm ci sarxal ba yonent bi jóge Yuda dajoo ak buur Yereboam. Bi mu fa agsee, Yosiya daaneel na sarxal ba, ni kàddug wax ci waxoon ne dina ko def. Ñaari sarxal yooyu Yereboam tabaxoon ay fenn yu am jëfandikoo ngir roy kër Yàlla ga nekk Yerusalem, ba ci xóotam sax Yereboam samp ay bésub màggal yu fenn. Ci def noonu, dafa doon rekk li Aaróon defoon ak bëy-guur gu wurus gi. Buntug Aaróon nekk na woon ci njàlbéenu jaar-jaari bind bu sell bu Israyil gu yàgg. Loolu ame na bi Muusaa doon jot Yoonu wi, mi di njàlbéenu nguurug Yàlla.</w:t>
      </w:r>
    </w:p>
    <w:p>
      <w:pPr>
        <w:pStyle w:val="ArticleBody"/>
        <w:jc w:val="left"/>
      </w:pPr>
      <w:r>
        <w:rPr>
          <w:rFonts w:ascii="Times New Roman" w:hAnsi="Times New Roman" w:eastAsia="Times New Roman" w:cs="Times New Roman"/>
        </w:rPr>
        <w:t>Nàkku Aaróon doon benn ngàkku gu màgg gu nekk ndombo, te ñu dellu ko baamtu bi Yerobowaam sosé fukki xeeti bërab yu bëj-gànnaaru yi ni Israyil. Muusaa yedd Aaróon, te Muusaa mooy alfa walla ndombo ci digganteem ak Kirist mi nekk omega. Aaróon ak Muusaa dañuy tektal ñaari wàll ci ngàkku gu ndombo ga, te ñetteelu wàll ba mooy jàmbaar yi taxawoon ak Muusaa—Lewi yi. Buur Yerobowaam ak yonent bi jóge Yuda ñooy ñaari wàll yi ci ngàkku gu ndombo gu nguuru bëj-gànnaaru ga, teaatiit Lewi yi ñooy jàmbaar yi.</w:t>
      </w:r>
    </w:p>
    <w:p>
      <w:pPr>
        <w:pStyle w:val="ArticleBody"/>
        <w:jc w:val="left"/>
      </w:pPr>
      <w:r>
        <w:rPr>
          <w:rFonts w:ascii="Times New Roman" w:hAnsi="Times New Roman" w:eastAsia="Times New Roman" w:cs="Times New Roman"/>
        </w:rPr>
        <w:t>Ci njubugg gu Yuda bi yéené Yarobam ci ay tabaxam yu njëkk ci ngëmadi réy, mu yedd ko te wax ci kanam ne buur bu ñuy tudde “tabaxu Yàlla” dina ñëw — Yosiya. Matug yeesal gi ak soppi gi ñu waxoon ci kanam dafa boole ne bi Yosiya tambalee yeesalam ak soppiam, ñu gis bàkkaaral Musaa, te jàngu kàddu yu sell yi Musaa dafa dooleel yeesal ak soppi bu tàmbalee woon ba noppi. Yosiya, ci leer ne mooy misaal buy wax ci kanam, day teewal yeesal ak soppi buy am doole bu ñu gis ab wax ci kanam gu jóge ci mbind yi Musaa.</w:t>
      </w:r>
    </w:p>
    <w:p>
      <w:pPr>
        <w:pStyle w:val="ArticleBody"/>
        <w:jc w:val="left"/>
      </w:pPr>
      <w:r>
        <w:rPr>
          <w:rFonts w:ascii="Times New Roman" w:hAnsi="Times New Roman" w:eastAsia="Times New Roman" w:cs="Times New Roman"/>
        </w:rPr>
        <w:t>Bëgg-bàyyi gàcc gu nekk ci nettali buur Yeroboam dafa fésal ci buur Israayil bi, te itam ci yonent bi jóge Yuda mi ñu yónni ak waxu Yàlla buy yëgle àtte ci saytu-bàyyi gàcc gu Yeroboam, ak ndigali yu ñeel yonent bi di wone ko yoon wi mu war a moytu bu muy dellusi Yuda. Yonent bi jóge Yuda dafa bañ ñaanu Yeroboam ngir mu dessi, waaye gannaaw loolu mu nangu wooteb yonent buy fen ba jóge Bethel, te noonu mu tëj àjjanaam. Yonent bi moytuwul dénk yi ñu ko joxoon dina dee diggante mbaam ak gaynde, te gannaaw loolu ñu suul ko ci bàmmeelu yonent buy fen ba.</w:t>
      </w:r>
    </w:p>
    <w:p>
      <w:pPr>
        <w:pStyle w:val="ArticleBody"/>
        <w:jc w:val="left"/>
      </w:pPr>
      <w:r>
        <w:rPr>
          <w:rFonts w:ascii="Times New Roman" w:hAnsi="Times New Roman" w:eastAsia="Times New Roman" w:cs="Times New Roman"/>
        </w:rPr>
        <w:t>Ci 11 Ut, 1840, ab kàddu ñaareelu musiba bi amoon na, te tabaxu Adventisme teg nañu ko. Ci 1838, Josiah Litch joxe na waxgu yëgle boobu; ba noppi, fukki fan yu jiitu 11 Ut, 1840, mu gëna settantal ay xaymaam te wax lu wér ne 11 Ut, 1840 mooy bés bi kilifteef gu Otoomaan di jeex, ngir matal waxgu yëgleb Islaam gu ñaareelu musiba bi.</w:t>
      </w:r>
    </w:p>
    <w:p>
      <w:pPr>
        <w:pStyle w:val="ArticleBody"/>
        <w:jc w:val="left"/>
      </w:pPr>
      <w:r>
        <w:rPr>
          <w:rFonts w:ascii="Times New Roman" w:hAnsi="Times New Roman" w:eastAsia="Times New Roman" w:cs="Times New Roman"/>
        </w:rPr>
        <w:t>Buur Yosiya dafay melokaanu mujj gën a yeesal ak a yeggale, ndax bépp yonent wax na gën a jëm ci fan yu mujj yi, ba mu gën fan yu jiitu yi. Buur Yosiya dafay melokaanu mujj gën a yeesal ak a yeggale, te boobu yeggal miñ na ko tekki ci Biibël bi jaarale ko ci ab yégle. Téereb Yoel mooy xamle mujj gën a yeesal ak a yeggale bi di am ci biir ñi di ñëw a doon ñaar-fukki-ñeent junni ak ñent-fukki-ñeent. Yeesalug Yosiya amoon na ñaari jéego, mu tàmbali, ba noppi ab yonentukaay buñ tëj woon ubbeeku, yokk doole liggéey bi. Ñaari jéego yooyu mooy taw bu njëkk ak taw bu mujj, ni ko Téereb Yoel tekkee, te mu amoon mat ci Téereb Jëf ya, ba noppi mu amaat mataat ci jaar-jaaru Millerite bi.</w:t>
      </w:r>
    </w:p>
    <w:p>
      <w:pPr>
        <w:pStyle w:val="ArticleBody"/>
        <w:jc w:val="left"/>
      </w:pPr>
      <w:r>
        <w:rPr>
          <w:rFonts w:ascii="Times New Roman" w:hAnsi="Times New Roman" w:eastAsia="Times New Roman" w:cs="Times New Roman"/>
        </w:rPr>
        <w:t>Ci jëfandikuy bu njëkk yi ci jamono Aaron, buur Jeroboam ak yonent bi jóge Yuda ba ci buur Yosiya, te gannaaw loolu ba ci Josiah Litch, mu jàngale benn sàrtu seede gu jëm ci nattu gu njëkk gi. Nattu gu njëkk gi mooy nattu bu njëkk bi, te gannaawam nattu kër Yàlla gi di ñëw buñu sampée doj wu njeexital wi. Gannaaw loolu, ñetteelu nattu bi, maanaam nattu bu fésal dëgg gi, di agsi.</w:t>
      </w:r>
    </w:p>
    <w:p>
      <w:pPr>
        <w:pStyle w:val="ArticleBody"/>
        <w:jc w:val="left"/>
      </w:pPr>
      <w:r>
        <w:rPr>
          <w:rFonts w:ascii="Times New Roman" w:hAnsi="Times New Roman" w:eastAsia="Times New Roman" w:cs="Times New Roman"/>
        </w:rPr>
        <w:t>Joge ci wurus bu xonq bi, ba ca altar yi Jeroboam yi Bethel ak Dan, ba ci buur Yosiya, ba ci Josiah Litch, muy téereb tànk yu yonent yi te diir yoon wu jiite ba ci natt bu taxaw tegu ci 9/11. Bi tabax yu mag yi nekk New York daanuwee ci 9/11, ab yonent ci ñetteel wóor wi firndeeloon na natt wi di woote ngir dellu ci yoon yu màgg yu cosaan yi, ndaxte méngoo gi nekk diggante 11 Août 1840 ak 9/11 man na koo gis ku nekk ci Laodise, Adventiste du Septième Jour, bu tànn a gis. Ci fan yiii, bokkug Al Qaeda ci 9/11 dañuy ko yëgle ci laaj bu bari ndax xalaat yu nàcc yi, yu ci ëpp di dëgg lañu, waaye Al Qaeda tekki na “cosaan bi,” te ñoom tàmbalee nañu ni mbooloo atum benn lu jiitu “jamono ji mujje” ci 1989, te ci dëgg-dëgg ci 11 Août 1988.</w:t>
      </w:r>
    </w:p>
    <w:p>
      <w:pPr>
        <w:pStyle w:val="ArticleBody"/>
        <w:jc w:val="left"/>
      </w:pPr>
      <w:r>
        <w:rPr>
          <w:rFonts w:ascii="Times New Roman" w:hAnsi="Times New Roman" w:eastAsia="Times New Roman" w:cs="Times New Roman"/>
        </w:rPr>
        <w:t>Bu benn yu metti ci melokaan yu waxkat yi ci kaw fondement yi su fekkee deesuleen ko gis, lu bare dina yàqu. Ci 9/11 dekkukaay yi dañoo tabaxees ci jëf jëf bu njëkk bi. Ci ñaareelu jëf jëf bi kër Yàlla gi mat na ba ñu teg doju mujj ji. Ci ñetteelu jëf jëf bi bunt bu tëj gi mooy yoonu dibeer bu gaaw bi. Dale ci 9/11 ba ci yoonu dibeer bu gaaw bi, xebaar bi li gën a jëm mooy ci Adventistes du Septième Jour yu Laodicée, ndaxte atte mi dafa tàmbalee ci kër Yàlla, te mu jeexal ci kër Yàlla ci yoonu dibeer bu gaaw bi. Foofa ak booba Adventisme bu Laodicée ci Adventistes du Septième Jour dees na ko weesu; ni ñu weesoo Protestants yi ci jaar-jaaru Millerite, ak Yawut yi ci jaar-jaaru Kirist, ak ni ñu weesoo ñi deewe woon ci lu ëpp fukk ak ñeent-fukk at ci jaar-jaaru Musa.</w:t>
      </w:r>
    </w:p>
    <w:p>
      <w:pPr>
        <w:pStyle w:val="ArticleBody"/>
        <w:jc w:val="left"/>
      </w:pPr>
      <w:r>
        <w:rPr>
          <w:rFonts w:ascii="Times New Roman" w:hAnsi="Times New Roman" w:eastAsia="Times New Roman" w:cs="Times New Roman"/>
        </w:rPr>
        <w:t>Ñetteelu ñatteelu 9/11 bi dafa ame woon melokaan ci ñaareelu ñaawteefu 11 Ut 1840, te ci boobu tolluwaay, ñaari waymark yi ñépp dafa leen di wone mbaam mi, mooy njëkk tektalug Islaam ci waxi yëgle yi ci Biibël. Yoonu Dibeer mooy màndargag rab wi, te rab woowu lépp saa yu bari dañu koy wone ni gaynde, noonu muy naxal Gaynde gi dëkk ci giiri Yuda. Yoonu Dibeer mooy gaynde gi, te yonent bu dëggadi woon dëkk ci Yuda dee na woon diggante mbaam ak gaynde, te suul na ko ci benn bàmmeel ak yonent bu fenoon bi dëkk Betel. Dee na ci jamono jëfandikoo bu yëgle bi tàmbalee 9/11 ba agsi ci Yoonu Dibeer, mooy jamono jëfandikoo bu yëgle bi jóge mbaam ba ci gaynde. Jamonoy nattu boobu mooy bàmmeelu yonent bu fenoon bi dëkk Betel, mi dafal suulal yonent bu dëggadi woon dëkk ci Yuda ci bàmmeelam bu boppam.</w:t>
      </w:r>
    </w:p>
    <w:p>
      <w:pPr>
        <w:pStyle w:val="ArticleBody"/>
        <w:jc w:val="left"/>
      </w:pPr>
      <w:r>
        <w:rPr>
          <w:rFonts w:ascii="Times New Roman" w:hAnsi="Times New Roman" w:eastAsia="Times New Roman" w:cs="Times New Roman"/>
        </w:rPr>
        <w:t>Nguuru Yerobowam, miñu ko teewal ni ay niru guuru Yuda gu dëkk Yerusalem ak kër Yàlla bi nekk, dafa doon melow Protestaañ yi ci jaar-jaaru Millerite, ñoom ñi nekkuloonati askanu Yàlla. Ñu ñàkkaloon seen tànnug kóllëre diggante 11 Ut 1840 ak bunt bu tëj bi 22 Oktoobar 1844. Jaar-jaar boobu méngoo na ak 9/11 ba ci yoonu Dibeer, te moo tax yonent bu Yuda bu dégluul bi ñu suul ko ci benn bàmmeel ak Protestaañ yu sànku ya, ñi yonent buy fenn bu Betel doon teewal.</w:t>
      </w:r>
    </w:p>
    <w:p>
      <w:pPr>
        <w:pStyle w:val="ArticleBody"/>
        <w:jc w:val="left"/>
      </w:pPr>
      <w:r>
        <w:rPr>
          <w:rFonts w:ascii="Times New Roman" w:hAnsi="Times New Roman" w:eastAsia="Times New Roman" w:cs="Times New Roman"/>
        </w:rPr>
        <w:t>Ci ëllëg, buur Yosiya doon buur bu baax, waaye dee na ci Megido, te loolu mooy jëfandikoo gu leer te jub ci Armageddon. Móomu dafa réer yoon bi mu bañee nangu waxtaanu artu bi Nekko yónnee. Nekko, buur Misra, te noonu it mooy buur bëj-gànnaar, dafa doon dem ngir xeex ak Babilon, buur bëj-saalum. Yosiya day teg feeñ Judaa yi dee ci Armageddon, ndaxte dañoo bañee waxtaanu artu bi ci xeexu buur bëj-gànnaar ak buur bëj-saalum bi ci Danyeel 11:40–45. Waxtaan woowu moo doon ndombootu cosaan ci 9/11.</w:t>
      </w:r>
    </w:p>
    <w:p>
      <w:pPr>
        <w:pStyle w:val="ArticleBody"/>
        <w:jc w:val="left"/>
      </w:pPr>
      <w:r>
        <w:rPr>
          <w:rFonts w:ascii="Times New Roman" w:hAnsi="Times New Roman" w:eastAsia="Times New Roman" w:cs="Times New Roman"/>
        </w:rPr>
        <w:t>Nattu njëkk gi mooy wooteb malaaka bu njëkk bi, ngir dellu ca fondamaa yooyu.</w:t>
      </w:r>
    </w:p>
    <w:p>
      <w:pPr>
        <w:pStyle w:val="ArticleBody"/>
        <w:jc w:val="left"/>
      </w:pPr>
      <w:r>
        <w:rPr>
          <w:rFonts w:ascii="Times New Roman" w:hAnsi="Times New Roman" w:eastAsia="Times New Roman" w:cs="Times New Roman"/>
        </w:rPr>
        <w:t>Nattub nattu mooytu mooytu mooytu, mooytu ñaareelu malaaka bi mooy woote ngir ñu beral seen bopp te mottali kër Yàlla gi.</w:t>
      </w:r>
    </w:p>
    <w:p>
      <w:pPr>
        <w:pStyle w:val="ArticleBody"/>
        <w:jc w:val="left"/>
      </w:pPr>
      <w:r>
        <w:rPr>
          <w:rFonts w:ascii="Times New Roman" w:hAnsi="Times New Roman" w:eastAsia="Times New Roman" w:cs="Times New Roman"/>
        </w:rPr>
        <w:t>Nattu ñetteel bi mooy seetug ndëggu malaaka ñetteel bi ci mbirum sell bi walla màndarga bi.</w:t>
      </w:r>
    </w:p>
    <w:p>
      <w:pPr>
        <w:pStyle w:val="ArticleBody"/>
        <w:jc w:val="left"/>
      </w:pPr>
      <w:r>
        <w:rPr>
          <w:rFonts w:ascii="Times New Roman" w:hAnsi="Times New Roman" w:eastAsia="Times New Roman" w:cs="Times New Roman"/>
        </w:rPr>
        <w:t>Nattu jëfandikukat bi mooy nattu ci kaw saxali yi, te ci atum 2024 lu tollu ci genn xaaj bu diggante ci ñi bokkoon ci ndaje yi ci Zoom yu jëm ci Sabbaat bàyyi nañu ndax kenn rekk ci weranteg njàngale gu nekk ci tabloo 1843 bi. Werante googu dafa doon ci mbind mi taxawal visionu nit ñi Yàlla ci fan yu mujj yi. Ci weranteg Millerite bi, Protestaŋ yi daan wax ne Antiochus Epiphanes, walla Islam, mooy doole ji yékkati boppam, te daanu, ngir taxawal vision bi ci aaya fukk ak ñeent bi ci Daniel fukk ak benn.</w:t>
      </w:r>
    </w:p>
    <w:p>
      <w:pPr>
        <w:pStyle w:val="ArticleScripture"/>
        <w:jc w:val="left"/>
      </w:pPr>
      <w:r>
        <w:rPr>
          <w:rFonts w:ascii="Times New Roman" w:hAnsi="Times New Roman" w:eastAsia="Times New Roman" w:cs="Times New Roman"/>
        </w:rPr>
        <w:t>Te ci jamono, ñu bare dinañu jóg ci kaw buur bu bëj-gànnaar bi; te itam, ay nit ñu sañ-sañul ci sa xeet dinañu yékkati seen bopp ngir dëgëral peeñ mi; waaye dinañu daanu. Daniel 11:14.</w:t>
      </w:r>
    </w:p>
    <w:p>
      <w:pPr>
        <w:pStyle w:val="ArticleBody"/>
        <w:jc w:val="left"/>
      </w:pPr>
      <w:r>
        <w:rPr>
          <w:rFonts w:ascii="Times New Roman" w:hAnsi="Times New Roman" w:eastAsia="Times New Roman" w:cs="Times New Roman"/>
        </w:rPr>
        <w:t>Ndax Islaam walla Antiokus Epifaanes lañu doon sàcc yi ci sa xeet, walla Room la, ni Miller ko xamale. Miller deggoo woon ne kàttanu yàqukat yi, muy bokk ci ngëm gu dul Yàlla ak ci papalism bi, ñoom ñaar ñépp a doon kàttan googu gëddoo yéeg ci boppam, te moo daanu, te moo doon sàccu xeeti Yàlla. Wax jii feeñ na ci biir chart bi, bi “loxo Yàlla jiite woon, te warul a soppiiku,” te mooy benn rekk ci ñaari xàjj yi Habakuk indi, buy màggal lu xewoon te amul woon benn tektal bu jub ci Kàddug wax ci kanam. Tektal bi nekk ci chart bi, ngir firndeel waxtaane gu sax gu taxaw ga, ni misaal ci kàttanu tàqale gu Kàddug wax ci kanam gu Yàlla ame.</w:t>
      </w:r>
    </w:p>
    <w:p>
      <w:pPr>
        <w:pStyle w:val="ArticleBody"/>
        <w:jc w:val="left"/>
      </w:pPr>
      <w:r>
        <w:rPr>
          <w:rFonts w:ascii="Times New Roman" w:hAnsi="Times New Roman" w:eastAsia="Times New Roman" w:cs="Times New Roman"/>
        </w:rPr>
        <w:t>Ci atum 2024, lu tollu ci këppaar yu Zoom bi génn nañu ndax xam-xamu dëggul bi ne Etazini moo taxawal peeñ mi, te du Room, ni ko Milerit yi aaroon bu baax.</w:t>
      </w:r>
    </w:p>
    <w:p>
      <w:pPr>
        <w:pStyle w:val="ArticleBody"/>
        <w:jc w:val="left"/>
      </w:pPr>
      <w:r>
        <w:rPr>
          <w:rFonts w:ascii="Times New Roman" w:hAnsi="Times New Roman" w:eastAsia="Times New Roman" w:cs="Times New Roman"/>
        </w:rPr>
        <w:t>Setal gi tambalee miir mi tàmbalee ci atum 2023, tàmbalee na bi Kirist duggee ci néegam ànd ak ab waaram, te waaram mooy ay kàdduy dëggam. Bi Mu duggee ci néegam, fekk na ne amul nit ci biir, ba tax Mu yékkati baat ci màndiŋ mi ngir waajal yoonu Boroom bi. Baat boobu waroon na waajal yoonu Yonnent bi ci Kóllëre gi ngir mu dikk ci saa si caayam; caayam bu ñeel benn téeméer ak ñeent-fukk ak ñeent-fukk ak ñeent war.</w:t>
      </w:r>
    </w:p>
    <w:p>
      <w:pPr>
        <w:pStyle w:val="ArticleBody"/>
        <w:jc w:val="left"/>
      </w:pPr>
      <w:r>
        <w:rPr>
          <w:rFonts w:ascii="Times New Roman" w:hAnsi="Times New Roman" w:eastAsia="Times New Roman" w:cs="Times New Roman"/>
        </w:rPr>
        <w:t>Noonu ci atum 2024, nattu bu njëkk bi, di nattu yu fondimaa yi, nattu kaay mooy taxawal gis-gis bi—gis-gis boobu buy tëj desit yi ci selo. Gis-gis bu biir buy tëj desit yi ci selo mooy gis-gisu Almasi bi nekk ci sarax 10, te gis-gis bu biti mooy gis-gis bi Antikrist di taxawal, te Antikrist mooy Room. Ab gis-gis bu biir ci Almasi ak ab gis-gis bu biti ci antikrist. Tëj gi ci selo mooy dëgër ci dëgg, ci wàll wu ruu ak ci wàll xel; te gis-gis bu biir bu sarax 10 mooy wàll wu ruu, te gis-gis bu biti bu sarax 11 mooy wàll xel. Xam-xamu ak jéef-jéefu ñoom ñaar, yu ànd ak seen gis-gis, mooy jëfandikoo yu war ngir képp ku bëgg a nekk kuñu tëj ci selo, ni ko Daniyeel tektalee ci bennel kàddu gu njëkk gi ci sarax 10 bu téereb Daniyeel.</w:t>
      </w:r>
    </w:p>
    <w:p>
      <w:pPr>
        <w:pStyle w:val="ArticleScripture"/>
        <w:jc w:val="left"/>
      </w:pPr>
      <w:r>
        <w:rPr>
          <w:rFonts w:ascii="Times New Roman" w:hAnsi="Times New Roman" w:eastAsia="Times New Roman" w:cs="Times New Roman"/>
        </w:rPr>
        <w:t>Ci ñetteelu atum Siris buur Përs, am na luñu feeñaloon Danyeel, ki tuddon Beltesasar; te lii mooy dëgg, waaye jamono ji ñu ko dogaloon yàgg na: te mu dégg lii, te am xam-xam ci peeñ mi. Daniel 10:1.</w:t>
      </w:r>
    </w:p>
    <w:p>
      <w:pPr>
        <w:pStyle w:val="ArticleBody"/>
        <w:jc w:val="left"/>
      </w:pPr>
      <w:r>
        <w:rPr>
          <w:rFonts w:ascii="Times New Roman" w:hAnsi="Times New Roman" w:eastAsia="Times New Roman" w:cs="Times New Roman"/>
        </w:rPr>
        <w:t>Jàngat bu njëkk bi ci fondaasioŋ yi nekkoon ci wërset fukk ak ñeent ba ci Daniel fukk ak benn, te moo doon ab paraleel ak benn jàngat bu fondaasioŋ boobu ci seen bopp, bi ñu jébbale woon ci Millerite yi; te jàngat boobu moom rekk la nekkoon werante gi ci jaar-jaaru Millerite yi, gi ñu tegtal ci kaw taabal bi Habakuk xaaliskat buy wottu bi diglewoon bind te leerale ko. Jàngat bu fondaasioŋ bu atum 2024 mooyoonu wàccu malaaka bu njëkk bi, ni ko August 11, 1840, 1888 ak 9/11 di tegtal.</w:t>
      </w:r>
    </w:p>
    <w:p>
      <w:pPr>
        <w:pStyle w:val="ArticleBody"/>
        <w:jc w:val="left"/>
      </w:pPr>
      <w:r>
        <w:rPr>
          <w:rFonts w:ascii="Times New Roman" w:hAnsi="Times New Roman" w:eastAsia="Times New Roman" w:cs="Times New Roman"/>
        </w:rPr>
        <w:t>Benn malaaka boobu wàccoon na itam ni Miikaayel, ndaxte Miikaayel mooy ki dekkal Musaa, moom mi ak Eliya dekkaléwoon ca bés bu mujj ba atum 2023. Dekkal gi, Esekiyel daf koy wone ni mu mat na jaarale ko ci ab waxu yonent gu aju ci ñeenti ngelaw yi, te Rakk-jiig White tudd na ko fas mu mer te ñu téy, te loolu mooy Islaam ci 11 Ut 1840 ak 9/11. Nattu alfa bi mooyoon nattu bu njëkk bi taxaw ci vision bu biti. Nattu omega bi nag dina doon vision bu biir buy xàjjal téereb taag bu mujj bi.</w:t>
      </w:r>
    </w:p>
    <w:p>
      <w:pPr>
        <w:pStyle w:val="ArticleBody"/>
        <w:jc w:val="left"/>
      </w:pPr>
      <w:r>
        <w:rPr>
          <w:rFonts w:ascii="Times New Roman" w:hAnsi="Times New Roman" w:eastAsia="Times New Roman" w:cs="Times New Roman"/>
        </w:rPr>
        <w:t>Lu tax muy am na alfa ak omega ngir ñu topp ci ak ñatteelu nattu? Lii mooy wàllu bi may xamale. Alfa, moom di gis-gisu nattu biti bu atum 2024, mooy njëlbéen bi ci ñetti nattu yi. Nattu bu sàs boobu war naa weesu ko ngir man a bokk ci nattu omega bi di taaxu njalbéen. Ñaari nattu yooyu ame nañu ci benn xeetu bindu yonent gu wuute ak ñatteelu nattu bi. Ñatteelu nattu bi mooy nattu buy leeral ndax kandidaa bi wees na dëgg-dëgg ñaari jéego yi jiitu.</w:t>
      </w:r>
    </w:p>
    <w:p>
      <w:pPr>
        <w:pStyle w:val="ArticleBody"/>
        <w:jc w:val="left"/>
      </w:pPr>
      <w:r>
        <w:rPr>
          <w:rFonts w:ascii="Times New Roman" w:hAnsi="Times New Roman" w:eastAsia="Times New Roman" w:cs="Times New Roman"/>
        </w:rPr>
        <w:t>Nattu jéego bi mooy dëgër boppam, te ñaareelu nattu gi mooy kër Yàlla gi mat. Dëgër boppu kër Yàlla ga sampoon na ko ci jaar-jaaru ndigal bu njëkk bi jóge Babilon. Ci jaar-jaaru ñaareelu ndigal bi la kër Yàlla ga matale. Ñetteelu ndigal bi dafa wuute, ndaxte ci ndigal boobu, nguurug réew bi Yuda delloo nañu ko, di leen jox sañ-sañu topp añu sivil ak yu diine. Atte dellu na ci ñetteelu ndigal bi. Ci 2024, nattu alfa buy samp dëgër bopp bi tàggat na ñi nekkoon ci néeg bu man bu “dirt brush” bi, bi ngiy mel ni mu almost amul kenn.</w:t>
      </w:r>
    </w:p>
    <w:p>
      <w:pPr>
        <w:pStyle w:val="ArticleBody"/>
        <w:jc w:val="left"/>
      </w:pPr>
      <w:r>
        <w:rPr>
          <w:rFonts w:ascii="Times New Roman" w:hAnsi="Times New Roman" w:eastAsia="Times New Roman" w:cs="Times New Roman"/>
        </w:rPr>
        <w:t>Seetlu omega mooy fu kër gu sell gi matalee, ni ko doon tekki ci wéyal ndaxñeel bu njëkk biñuy samp. Matug kër gu sell gi mooy jaangu gi jàll, gi ñuy tabax buñ dindi garab yu bon yi. Matug kër gu sell gi ci géntu Miller mooy bañu delloo xonq yi ca gàtte gu mag ga “te kenn gisul metit wu man ki leen sànni ca biir.” Gannaaw bi Miller jàppalee ne góor gu yor paasu suuf si moo sànni xonq yi ca gàtte gu mag ga, mu tëj seedeem ak wax yi: “Damay yuux ak mbégte rekk, te sama yuux jooju moo ma yeewu.”</w:t>
      </w:r>
    </w:p>
    <w:p>
      <w:pPr>
        <w:pStyle w:val="ArticleBody"/>
        <w:jc w:val="left"/>
      </w:pPr>
      <w:r>
        <w:rPr>
          <w:rFonts w:ascii="Times New Roman" w:hAnsi="Times New Roman" w:eastAsia="Times New Roman" w:cs="Times New Roman"/>
        </w:rPr>
        <w:t>Xam-xamal ne, yuuxu bu rëy bi Miller wax ngir yee, “mbégte” moo ko dooleel. Mbégte mooy màndarga ñi nekk ci Yoel te am “biiñ bu bees,” te “rus” dafa dal ci yeneen naankat yi naan biiñ, ñi ñu daggale ci biiñ bu bees bi. Yuuxu Digg-bi guddi bi di yee Miller, topp na gannaaw góor gu yor balaas bu suuf bi sànni alal yu wert yi ci safara gu gën a mag gi. Safara gu mag gi fees na ak alal yu wert yi ñu weesoo ci mbalit mi te sànni leen ci safara ga, te mooy benn ci kër Yàlla gu ñaar-fukk ak ñeent-fukk ak ñeenti junni ñaari téeméer ñaar-fukk ak ñeent-fukk ñaar yi, ak itam yégleb Yuuxu Digg-bi guddi. Kër Yàlla ga mat na ci ñaareelu ndigal bi, walla ci malaaka ñaareel bi, walla ci nattu ñaareel ak omega bi. Ci géntu Miller, nattu omega bi ñu ko tegtal bi néeg yi asamaan ubbiku.</w:t>
      </w:r>
    </w:p>
    <w:p>
      <w:pPr>
        <w:pStyle w:val="ArticleScripture"/>
        <w:jc w:val="left"/>
      </w:pPr>
      <w:r>
        <w:rPr>
          <w:rFonts w:ascii="Times New Roman" w:hAnsi="Times New Roman" w:eastAsia="Times New Roman" w:cs="Times New Roman"/>
        </w:rPr>
        <w:t>Noonu naa mel ni melokaan bu mag, ni mel ni ndox yu bare, ni mel ni dënn yu am doole lool, naan: Alleluia; ndax Boroom bi Yàlla Aji-Kàttan ji mooy nguuru. Na nuy bég te bànneex, te jox ko ndam; ndax céetug Xar mi agsi na, te jabaram waajal na boppam. Te mayees na ko mu sol linin yu baax, yu set te weex; ndaxte linin yu baax ya mooy njubte gaayi sell yi. Noonu mu ne ma: Bindal, Barkeel na ñi ñu woo ci reeru céetug Xar mi. Te mu ne ma: Lii mooy wax ju dëgg yu Yàlla. Peeñu 19:6–9.</w:t>
      </w:r>
    </w:p>
    <w:p>
      <w:pPr>
        <w:pStyle w:val="ArticleBody"/>
        <w:jc w:val="left"/>
      </w:pPr>
      <w:r>
        <w:rPr>
          <w:rFonts w:ascii="Times New Roman" w:hAnsi="Times New Roman" w:eastAsia="Times New Roman" w:cs="Times New Roman"/>
        </w:rPr>
        <w:t>Ca 22 Oktoobar 1844, “ñent aat yu Kirist” ñent am nañu yoon, te ku nekk ci ñent yooyu mat na gën a mat ba noppi ci yoonu Dibéeru ndajeel ju dëgër ji di ñëw léegi. Ñëw na ni Yonnenta Kóllëre gi, ngir matal setal ak laabal Lewi yi ci Malaki ñett. Ñëw na ngir jot nguuru, ngir matal Daniel 7:13. Ñëw na ngir sellal kër Yàlla ga, ngir matal Daniel 8:14, te itam ñëw na ci céet ga. Céet ga mooy am bu jabar ji waajaloon boppam.</w:t>
      </w:r>
    </w:p>
    <w:p>
      <w:pPr>
        <w:pStyle w:val="ArticleScripture"/>
        <w:jc w:val="left"/>
      </w:pPr>
      <w:r>
        <w:rPr>
          <w:rFonts w:ascii="Times New Roman" w:hAnsi="Times New Roman" w:eastAsia="Times New Roman" w:cs="Times New Roman"/>
        </w:rPr>
        <w:t>«“Bu meññeef mi feeñee, ci saa si mu jël pakat bi, ndaxte ngóob gi agsi na.” Kirist di xaar ak bëgg-bëgg gu tar ngir moom ci boppam feeñ ci mbooloom. Bu tundu Kirist delloojee bu mat sëkk ci ay nitam, kon dina ñëw ngir jël leen ni ay ñoomam.» Christ’s Object Lessons, 69.</w:t>
      </w:r>
    </w:p>
    <w:p>
      <w:pPr>
        <w:pStyle w:val="ArticleBody"/>
        <w:jc w:val="left"/>
      </w:pPr>
      <w:r>
        <w:rPr>
          <w:rFonts w:ascii="Times New Roman" w:hAnsi="Times New Roman" w:eastAsia="Times New Roman" w:cs="Times New Roman"/>
        </w:rPr>
        <w:t>“Àddina mën nañ ko waare rekk,” ni xel mu sell mi waxe, bu “gisee góor ak jigéen” yu am sëllu Yàlla bi ca jamono jafe-jafe yoonu Dibéer bi.</w:t>
      </w:r>
    </w:p>
    <w:p>
      <w:pPr>
        <w:pStyle w:val="ArticleScripture"/>
        <w:jc w:val="left"/>
      </w:pPr>
      <w:r>
        <w:rPr>
          <w:rFonts w:ascii="Times New Roman" w:hAnsi="Times New Roman" w:eastAsia="Times New Roman" w:cs="Times New Roman"/>
        </w:rPr>
        <w:t>“Liggéeyu Xel mu Sell mi mooy gën a tax àddina xam bàkkaar, njub ak àtte. Àddina mënul a ñu ko waarelu ludul ci gis ñi gëm dëgg gi, ñu sellal leen ci dëgg gi, di jëfe ci kaw yoonu ngor yu kowe te sell, di won ci anam bu kowe, bu yéeg, rëdd wu leer wu taxaw diggante ñiy sàmm ndigali Yàlla ak ñiy dor ndigal yooyu ca suuf seen tànk. Sellalug Xel mi mooy màndarga wu biral wuuteg diggante ñi am màndargay Yàlla ak ñiy sàmm bésu noppalu gu dul dëgg. Bu nattu gi agsee, dina leer bu baax lan mooy màndargay rab wi. Mooy sàmm dibeer. Ñi, gannaaw ba ñu déggee dëgg gi, tey sax di teg bés boobu ni lu sell, ñoo yeb màndargay nit ku bàkkaar ga, moom mi xalaatoon a soppi waxtu yi ak yoon yi.” Bible Training School, December 1, 1903.</w:t>
      </w:r>
    </w:p>
    <w:p>
      <w:pPr>
        <w:pStyle w:val="ArticleBody"/>
        <w:jc w:val="left"/>
      </w:pPr>
      <w:r>
        <w:rPr>
          <w:rFonts w:ascii="Times New Roman" w:hAnsi="Times New Roman" w:eastAsia="Times New Roman" w:cs="Times New Roman"/>
        </w:rPr>
        <w:t>Biir bi waajal boppam, ngóob gi agsi na. Ngóob gi tàmbali ak dajale meññ mi jëkk ci pepp buy jox ngir sarax su yékkat ni bannéeraayu wave offering. Jëkk, meññ yi jëkk, mooy ñaar-fukki-ñeent junni ak ñeenti junni ñaar téeméer ak ñeent-fukki-ñeent yi ci téereb Revelation, dañuy leen dajale; gannaaw loolu, mbooloom jur gi ci des, mooy mbooloo mu réy mi. Bannéeraam mooy ay xarekatam yu am doole, te ay xarekatam yu am doole dañu sol yére yu weex yu baax. Ca céet ga, kër Yàlla gi bu ñaar-fukki-ñeent junni ak ñeenti junni ñaar téeméer ak ñeent-fukki-ñeent yi mat na lu jiitu àtteb Sunday law bi, te kër gi du rekk boyet bu yaatu bu Miller, waaye it mooy mbooloomgëm mi daan ndam te moom mooy boroom bépp may, boole ci ruuhu waxi Yàlla.</w:t>
      </w:r>
    </w:p>
    <w:p>
      <w:pPr>
        <w:pStyle w:val="ArticleScripture"/>
        <w:jc w:val="left"/>
      </w:pPr>
      <w:r>
        <w:rPr>
          <w:rFonts w:ascii="Times New Roman" w:hAnsi="Times New Roman" w:eastAsia="Times New Roman" w:cs="Times New Roman"/>
        </w:rPr>
        <w:t>Noonu naa ci ay tànkam ngir màggal ko. Waaye mu ne ma: “Bul ko def! Man, sa moroom laa ci jaamu Yàlla yi, te bokk naa ak say mbokk yi yor seedeelu Yeesu; màggal Yàlla, ndaxte seedeelu Yeesu mooy xelu waxi Yonent bi.” Peeñu 19:10.</w:t>
      </w:r>
    </w:p>
    <w:p>
      <w:pPr>
        <w:pStyle w:val="ArticleBody"/>
        <w:jc w:val="left"/>
      </w:pPr>
      <w:r>
        <w:rPr>
          <w:rFonts w:ascii="Times New Roman" w:hAnsi="Times New Roman" w:eastAsia="Times New Roman" w:cs="Times New Roman"/>
        </w:rPr>
        <w:t>Junni ak ñeent-fukk ak ñeent junniy nit ñooy ñi yor seede bu Yeesu, te seede bu Yeesu dees na ko wone “rëdd ci kaw rëdd” ci Biibël bi ak ci Xel bu Yonent yi itam. Bu yëngu-yëngu Laodise buy yëngu junni ak ñeent-fukk ak ñeent junniy nit soppeeku jëme ci yëngu-yëngu Filadelfi buy yëngu junni ak ñeent-fukk ak ñeent junniy nit, ñoom ñépp dinañu jëfandikoo yoonu “rëdd ci kaw rëdd” ngir feeñal seen seede. Seede boobu dafa bokk ci deretu Yàlla ak seede bu nit.</w:t>
      </w:r>
    </w:p>
    <w:p>
      <w:pPr>
        <w:pStyle w:val="ArticleScripture"/>
        <w:jc w:val="left"/>
      </w:pPr>
      <w:r>
        <w:rPr>
          <w:rFonts w:ascii="Times New Roman" w:hAnsi="Times New Roman" w:eastAsia="Times New Roman" w:cs="Times New Roman"/>
        </w:rPr>
        <w:t>Noonu ndam ko mooñ ndax deretu Xarum bi, ak ndax kàddu seedeem; te bëgguñu seen bakkan ba ci dee. Révélation 12:11.</w:t>
      </w:r>
    </w:p>
    <w:p>
      <w:pPr>
        <w:pStyle w:val="ArticleBody"/>
        <w:jc w:val="left"/>
      </w:pPr>
      <w:r>
        <w:rPr>
          <w:rFonts w:ascii="Times New Roman" w:hAnsi="Times New Roman" w:eastAsia="Times New Roman" w:cs="Times New Roman"/>
        </w:rPr>
        <w:t>Seedu nit ku bëgg ak deretu Yàlla gi boolees nañu, moo di seede Musa ak Ndaw-mi. Musa mooy nit ku jub, alfa bi ci deretu yëfandikoo gi mu sellal ak yaramu Ndaw-mi, omega bi. Lépp lu jëm ci may yi dinañu dellusi saa su sëy bi waajal boppam, te ni mbind mu am kàttan te sol yére yu weex yu ràññeeku, mooy jël taxawaayam ni saxaaru xareb ndawi boroom bi di yéeg. Dooleb xare boobu dafay tàmbali bu sëy bi waajee ba noppi te sol yére yu weex, mooy bi bunt yu asamaan ubbiku, ni ko nekke woon ci géntug Miller.</w:t>
      </w:r>
    </w:p>
    <w:p>
      <w:pPr>
        <w:pStyle w:val="ArticleScripture"/>
        <w:jc w:val="left"/>
      </w:pPr>
      <w:r>
        <w:rPr>
          <w:rFonts w:ascii="Times New Roman" w:hAnsi="Times New Roman" w:eastAsia="Times New Roman" w:cs="Times New Roman"/>
        </w:rPr>
        <w:t>Noonu gis ubbeeku, te xool, fasaw wu weex woon na fa; te ki ci kawam toogoon dañuy ko wooye Ku Takku ak Ku Dëgg, te ci njub mooy àtte te xeex. Ay bëtam mel ni safara buy tàkk, te ci boppam amoon na ay kaala yu bare; te amoon na tur wuñu bind ci moom, wu kenn xamul, ginnaaw moom rekk. Te soloon na mbubb mu ñu sàngal deret; te turam mooy Kàddug Yàlla. Te mbooloom ñi nekk ci asamaan topp ko ci ay fasaw yu weex, sol yére yu baax, yu weex te set. Te ci gémmiñam la sabar su ñaw buy rese génne, ngir mu ci dóor xeeti àddina yi; te dina leen yilif ak yat wu weñ; te mooy ruus bàyyi reseñu biiñ bu merum ak xadarug Yàlla Aji-Man-Kàttan. Te ci mbubbam ak ci jëlam am na tur wuñu bind: BUUR BUURI YI, AK BOROOM BOROOM YI. Peeñu Yowaan 19:11–16.</w:t>
      </w:r>
    </w:p>
    <w:p>
      <w:pPr>
        <w:pStyle w:val="ArticleBody"/>
        <w:jc w:val="left"/>
      </w:pPr>
      <w:r>
        <w:rPr>
          <w:rFonts w:ascii="Times New Roman" w:hAnsi="Times New Roman" w:eastAsia="Times New Roman" w:cs="Times New Roman"/>
        </w:rPr>
        <w:t>Bi nit ku yor mbind mi dugg bi dugg ca néeg bi nekkul dara te ubbi palanteer yi, mu dajale jawhar yi te sànni leen ci biir wetu omega bu gëna mag. James White dina leen xamale ne jawhar yooyu mooy nit ñi Yàlla, waaye William Miller dina la wax ne misaal yi am nañu lu ëpp benn tekki; te jawhar yi dañuy tegu ci dëgg yu njëkk yu tasaaroo rekkul, waaye itam ci jawhar yu tasaaroo yi nekk ci kaalaama bi yékkatiku, buy firndeel nguuru ndamug Krist.</w:t>
      </w:r>
    </w:p>
    <w:p>
      <w:pPr>
        <w:pStyle w:val="ArticleScripture"/>
        <w:jc w:val="left"/>
      </w:pPr>
      <w:r>
        <w:rPr>
          <w:rFonts w:ascii="Times New Roman" w:hAnsi="Times New Roman" w:eastAsia="Times New Roman" w:cs="Times New Roman"/>
        </w:rPr>
        <w:t>Te Aji Boroom seen dina leen musal bés boobu ni juróomi gàtt yu ay nitam; ndaxte dinañu mel ni doj yu càngaayam, yékkat ni màndarga ci suufam. Sakariya 9:16.</w:t>
      </w:r>
    </w:p>
    <w:p>
      <w:pPr>
        <w:pStyle w:val="ArticleBody"/>
        <w:jc w:val="left"/>
      </w:pPr>
      <w:r>
        <w:rPr>
          <w:rFonts w:ascii="Times New Roman" w:hAnsi="Times New Roman" w:eastAsia="Times New Roman" w:cs="Times New Roman"/>
        </w:rPr>
        <w:t>Omega ak ñaareelu nattu ginnaaw nattu alfa bu njëkk bi, bu saxal pegtalu Room te taxawal vision bi, mooy nattu omega bu mujjaay, bu nekk doxalin kaw-gànnaaw bi. Moo di mottali nattu kër Yàlla gi, te moo jiitu ñetteelu nattu xel mi ci àtte. Nattu bi day sellal ñaari xeetu jaamukat yi, ba kenn di bàyyikoo ak kenn, di xarale boroom xam-xam yi ak ñi réy-réylu yi ndax diwlin bi, muy yégle bi, walla ni Sœur White waxe ko ci ab yëfandikoom ci sinagogu Kapernaum—“baat yu dëgg.”</w:t>
      </w:r>
    </w:p>
    <w:p>
      <w:pPr>
        <w:pStyle w:val="ArticleBody"/>
        <w:jc w:val="left"/>
      </w:pPr>
      <w:r>
        <w:rPr>
          <w:rFonts w:ascii="Times New Roman" w:hAnsi="Times New Roman" w:eastAsia="Times New Roman" w:cs="Times New Roman"/>
        </w:rPr>
        <w:t>Kapernaum mooy fa ci Yowaana 6:66, Yeesu ñàkkale woon limu taalibe yi gën a bari benn yoon, te taalibe yooyu delluñu woon mukk. Naka moo doon nattu taalibe gu gën a mag ci jamonoy Almasi bi, Kapernaum mooy misaal bu nattu omega bu taalibe ci jamonoy Almasi bi, te loolu itam di misaalal nattu omega bu taalibe ci jëfandikoo nattu bu ñetti jéego yi tàmbalee ci atum 2023. Ci Kapernaum, nattu gi dafa feeñoon ci Mburu Mu Asamaan, te moo wone woon kawegu Yawut yi ci wàllu seen ñàkk man a xam waxu Yàlla wu njëlbéen, ndax seen bañ nangu ne su Yeesu waxee ci mbir yu naturel, war nañu ko dégg ci jëfandikoo gu ruu.</w:t>
      </w:r>
    </w:p>
    <w:p>
      <w:pPr>
        <w:pStyle w:val="ArticleBody"/>
        <w:jc w:val="left"/>
      </w:pPr>
      <w:r>
        <w:rPr>
          <w:rFonts w:ascii="Times New Roman" w:hAnsi="Times New Roman" w:eastAsia="Times New Roman" w:cs="Times New Roman"/>
        </w:rPr>
        <w:t>Dina yokk ci jëf yii ci bind bi ci topp.</w:t>
      </w:r>
    </w:p>
    <w:p>
      <w:pPr>
        <w:pStyle w:val="ArticleScripture"/>
        <w:jc w:val="left"/>
      </w:pPr>
      <w:r>
        <w:rPr>
          <w:rFonts w:ascii="Times New Roman" w:hAnsi="Times New Roman" w:eastAsia="Times New Roman" w:cs="Times New Roman"/>
        </w:rPr>
        <w:t>Waxtu li Almasi waxee ci kër gu ñuy jaange ci mbirum mburu dund gi, mooy woon buntu soppeeku ci jaar-jaaru Yudaa. Moom dégg na wax yi ne: “Bu ngeen lekkul yàppub Doom-u nit ki, te naanul deretam, dungeen am dund ci yéen.” Yowaana 6:53. Gis na ne Almasi dafa di jox xéewal gu ruu, waaye du njariñu àddina. Moom jàppe na boppam ne ku xam lu jëm kanam la, te mu foog ne man na gis ne Yeesu du am màggal, te du man a may taxawaay yu kawe ci ay toppkatam. Kon nag fas na yéene bañ a booloo ak Almasi ba loolu, ngir man a delli ginnaaw bu ko neexee. Dañoo ko xool. Te xooloon na ko.</w:t>
      </w:r>
    </w:p>
    <w:p>
      <w:pPr>
        <w:pStyle w:val="ArticleScripture"/>
        <w:jc w:val="left"/>
      </w:pPr>
      <w:r>
        <w:rPr>
          <w:rFonts w:ascii="Times New Roman" w:hAnsi="Times New Roman" w:eastAsia="Times New Roman" w:cs="Times New Roman"/>
        </w:rPr>
        <w:t>« Li dale booba mu feeñal ag ay sikki-sakka yu jaxase taalibeyam yi. … » The Desire of Ages, 719.</w:t>
      </w:r>
    </w:p>
    <w:p>
      <w:pPr>
        <w:pStyle w:val="ArticleHeading"/>
        <w:jc w:val="left"/>
      </w:pPr>
      <w:r>
        <w:rPr>
          <w:rFonts w:ascii="Arial" w:hAnsi="Arial" w:eastAsia="Arial" w:cs="Arial"/>
        </w:rPr>
        <w:t>Jéemal Nattu Bi</w:t>
      </w:r>
    </w:p>
    <w:p>
      <w:pPr>
        <w:pStyle w:val="ArticleScripture"/>
        <w:jc w:val="left"/>
      </w:pPr>
      <w:r>
        <w:rPr>
          <w:rFonts w:ascii="Times New Roman" w:hAnsi="Times New Roman" w:eastAsia="Times New Roman" w:cs="Times New Roman"/>
        </w:rPr>
        <w:t>Xool bi Yeesu sànni ci Yudaa, ku bëgg boppam, dëggal na ko ne Boroom bi xam na ko ci naaféqam, te jàng na tànkam bu suufe, bu ñaaw, bu yàqute. Loolu doon na yedd gu gën a wóor te gën a jub, wu Yudaa mënul woon a jot ba noppi. Mu mer ci loolu, ba bunt ubbiku, Seytaane dugge ci moom ngir yor xelam. Fàwwul nga gis mu tuub; waaye mu fas yéene fey. Ñàkk dëggam dafa ko jamono, te xam-xamu bàkkaaram ak xam ne sa tooñ xam nañu ko yóbbu ko ba ci dof gu metti; mu jóg ca ndab la, dem kër saraxalekat bu mag ba, fa mu fekk kureelu ndaje mi dajaloo. Mu fees ak ruuhu Seytaane, te mu jëf mel ni ku xelam wéy. Pey bi ñu ko digoon ngir wor Boroomam moo doon ñetti fukk i pësu xaalis; te ngir xaalis wu gën a néew waxtaan bi jaralewoon boyetu diwlin ba, mu jaay Musalkat bi.</w:t>
      </w:r>
    </w:p>
    <w:p>
      <w:pPr>
        <w:pStyle w:val="ArticleScripture"/>
        <w:jc w:val="left"/>
      </w:pPr>
      <w:r>
        <w:rPr>
          <w:rFonts w:ascii="Times New Roman" w:hAnsi="Times New Roman" w:eastAsia="Times New Roman" w:cs="Times New Roman"/>
        </w:rPr>
        <w:t>“Ci xel ak jëf yu bare dañuy nirook Yudaa. Bu feekee ne amul wax ci mbind mi bon bi nekk ci seen jikko, deesu gis benn noon gu bir; waaye bu ñu leen yeddée, seen xol fees dell ak wex.” Youth Instructor, 12 Sulet 1900.</w:t>
      </w:r>
    </w:p>
    <w:p>
      <w:pPr>
        <w:pStyle w:val="ArticleHeading"/>
        <w:jc w:val="left"/>
      </w:pPr>
      <w:r>
        <w:rPr>
          <w:rFonts w:ascii="Arial" w:hAnsi="Arial" w:eastAsia="Arial" w:cs="Arial"/>
        </w:rPr>
        <w:t>Nattu Ñaareel bi</w:t>
      </w:r>
    </w:p>
    <w:p>
      <w:pPr>
        <w:pStyle w:val="ArticleScripture"/>
        <w:jc w:val="left"/>
      </w:pPr>
      <w:r>
        <w:rPr>
          <w:rFonts w:ascii="Times New Roman" w:hAnsi="Times New Roman" w:eastAsia="Times New Roman" w:cs="Times New Roman"/>
        </w:rPr>
        <w:t>«Bala la Mucc, Yudaa dafa dajeewaat ak saraxalekat ak bindkat yi ngir ñaareel yoon, te mu tëral jëfandikoo bi ngir jébbal Yeesu ci seen loxo.... Léegi Yudaa mer na ci li Almasi bi def, di raxasu tànki ay taalibeem. Mu xalaat ne, su Yeesu manee suufeel boppam nii, kon mënul nekk buur bu Israyil. Bépp yaakaaru màggal gu àddina ci nguur gu suuf dee na. Yudaa gëmoon na ne amul dara lu ñu man a jariñoo ci topp Almasi bi. Gannaaw ba mu gis ko muy suufeel boppam, ni mu ko yaakaar, mu gëna sax ci dogalam ngir weddi ko, te wax ne moom dafa naxu. Rab moo ko moom, te mu dogal ne dina matal liggéey bi mu déggoo woon a def, di wor Sangam.» The Desire of Ages, 645.</w:t>
      </w:r>
    </w:p>
    <w:p>
      <w:pPr>
        <w:pStyle w:val="ArticleHeading"/>
        <w:jc w:val="left"/>
      </w:pPr>
      <w:r>
        <w:rPr>
          <w:rFonts w:ascii="Arial" w:hAnsi="Arial" w:eastAsia="Arial" w:cs="Arial"/>
        </w:rPr>
        <w:t>Dogal bu Mujj</w:t>
      </w:r>
    </w:p>
    <w:p>
      <w:pPr>
        <w:pStyle w:val="ArticleScripture"/>
        <w:jc w:val="left"/>
      </w:pPr>
      <w:r>
        <w:rPr>
          <w:rFonts w:ascii="Times New Roman" w:hAnsi="Times New Roman" w:eastAsia="Times New Roman" w:cs="Times New Roman"/>
        </w:rPr>
        <w:t>“Ci biir ak jaaxle gu ànd ak feeñug pexeem, Yudaa jóg na gaaw ngir génn néeg ba. «Noonu Yeesu ne ko: Li nga bëgg a def, def ko gaaw.... Moom nag, bi mu jotee xëb bi, mu génn saa si; te guddi la woon.» Guddi la woon ci waa fitna ba, ba mu dëddoo Kirist ba jëm ci lëndëm gu biti gi.”</w:t>
      </w:r>
    </w:p>
    <w:p>
      <w:pPr>
        <w:pStyle w:val="ArticleScripture"/>
        <w:jc w:val="left"/>
      </w:pPr>
      <w:r>
        <w:rPr>
          <w:rFonts w:ascii="Times New Roman" w:hAnsi="Times New Roman" w:eastAsia="Times New Roman" w:cs="Times New Roman"/>
        </w:rPr>
        <w:t>“Ba ñu jotee ci jëf jooju, Yudaa weesu woonul xel mu mën a tuub. Waaye bi mu génnee ci kanamu Boroomam ak bokki taalibe yi, dogal bu mujj ba noppi woon na. Mu wees na rëdd wi.”</w:t>
      </w:r>
    </w:p>
    <w:p>
      <w:pPr>
        <w:pStyle w:val="ArticleScripture"/>
        <w:jc w:val="left"/>
      </w:pPr>
      <w:r>
        <w:rPr>
          <w:rFonts w:ascii="Times New Roman" w:hAnsi="Times New Roman" w:eastAsia="Times New Roman" w:cs="Times New Roman"/>
        </w:rPr>
        <w:t>“Yesu am na muñ a yàggoon ci anam gu muñu ak réy ci li Mu doon jëfandikoo ak bakan bu fiirale bii. Dara lu maneesa def ngir musal Yudaa bàyyikuwul. Gannaaw ba mu ñaareeloon kóllëre ngir wor Boroomam, Yesu jox na ko ba tey yoon ngir tuub. Ci jàng xalaat bu nëbbu bi nekk ci xolug kuy wor ga, Kirist jox na Yudaa seede bu mujj, buy gën a wóor, ci neexteem gu Yàlla. Loolu nekkoon ci taalibe bu wor boobu woote bu mujj bi ngir mu tuub. Benn ñaan walla ñaanlu gu xolu Kirist, mi nekk Yàlla tey nit, mëna def, taxawul ci ñàkk a jëfandikoo. Gëléemu yërmande yi, yi ngor gu dëgër doon dàq feyeel, dellusiwaat nañu ak doole ju gën a réy ci mbëggeel muy noot. Waaye doonte Yudaa yéemu na te tiit ci li ñu gis ci ay tooñam, loolu yokk rek taxawal gi mu fasoon. Ci reeru sakramaaŋ ba la génne, ngir dem mottali liggéeyu wor ga.”</w:t>
      </w:r>
    </w:p>
    <w:p>
      <w:pPr>
        <w:pStyle w:val="ArticleScripture"/>
        <w:jc w:val="left"/>
      </w:pPr>
      <w:r>
        <w:rPr>
          <w:rFonts w:ascii="Times New Roman" w:hAnsi="Times New Roman" w:eastAsia="Times New Roman" w:cs="Times New Roman"/>
        </w:rPr>
        <w:t>“Bi Kirist di yégle na Yuda mbirum alkande, am na itam jëfandikoo yërmande ngir ay taalibeem. Noonu la leen joxee seede bu mujj bi ci ay Mesiyaam. Mu ne: ‘Maa ngi leen koy wax bala mu am, ngir bu amee, ngeen gëm ne MAN laa.’ Bu fekkee ne Yeesu nekkul woon wax dara, te mel ni xamul li koy dal, taalibe yi manoon nañu xalaat ne seen Kilifa amul xam-xamu Yàlla ci lu jiitu, te ne dañu ko jaaxalal te wor ko ci loxo mbooloo ma bëgg rey. Atum benn lu jiitu, Yeesu waxoon na taalibe yi ne tànn na fukk ak ñaar, te kenn ci ñoom seytane la. Léegi, waxam yi mu wax Yuda, di wone ne poroxaliteem xam na ko ba lëpp, dinañu dooleel ngëmug toppkat yu dëggu Kirist yi ci jamono yooyu buy toroxaloo. Te bu Yuda agsee ci mujjam mu metti ma tiis, dinañu fàttaliku alkande gi Yeesu yégle woon ci kaw worakat bi.”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Mbooloom Adwantis bu Bés gu Juróom-Ñaareel ci Laodise — Limu Ñett-fukk ak Juróom-Ñaar</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