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Mbooloom Aduunaa-bés gu Juróom-ñaareelu Laodise — Limu Ñent-fukk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Limu ñeent-fukk</w:t>
      </w:r>
    </w:p>
    <w:p>
      <w:pPr>
        <w:pStyle w:val="ArticleBody"/>
        <w:jc w:val="left"/>
      </w:pPr>
      <w:r>
        <w:rPr>
          <w:rFonts w:ascii="Times New Roman" w:hAnsi="Times New Roman" w:eastAsia="Times New Roman" w:cs="Times New Roman"/>
        </w:rPr>
        <w:t>Piyeer nekkoon na ci misaal ca Caesarea Philippi ca ñetteelu waxtu, di dem jëm Caesarea Maritima ak bederteelu waxtu. Ci li Matye ak Màrk wax, juróom-benn fanneek juróom-ñaari fan la gannaaw loolu, Piyeer, Saag ak Yowaana nekkoon nañu ca Tundu Soppikoo gi. Luuk dafa ne juróom-ñaari fan, diggante Panium ak Tundu gi. Tàmbalee ca bunt yu safara, ca Caesarea Philippi, ba agsi ci dee gi ci bant bi, te amoon na taxawaay ci yoon wa ca Tundu Soppikoo gi. Ñetti jéego yu jëm Panium ba ci yoonu Dibeer bi. Caesarea ca njàlbéen ga, Tundu gi ca digg ba, te Caesarea ca mujje ga. Safara ca njàlbéen ga, dee ca mujje ga, te ndamu Yàlla ca digg ba. Benn fippu alfa, mi buntu safara yi di tekki, ak benn fippu omega, mi dee gi ci Doomu Yàlla di tekki.</w:t>
      </w:r>
    </w:p>
    <w:p>
      <w:pPr>
        <w:pStyle w:val="ArticleBody"/>
        <w:jc w:val="left"/>
      </w:pPr>
      <w:r>
        <w:rPr>
          <w:rFonts w:ascii="Times New Roman" w:hAnsi="Times New Roman" w:eastAsia="Times New Roman" w:cs="Times New Roman"/>
        </w:rPr>
        <w:t>Sesare Filib mooy ndomboor bi, ndax foofa la Kiristoon won Doj wi mu war a tabaxé ci sawariisam. Tundu Coppite gi moo di ñaareelu jéego bi, fa kër Yàlla gi matée te ñu teg doju kër gu mujj gi. Ñetteelu jéego bi mooy atum àtte ba ca bant ba, te mu topp ci gannaaw.</w:t>
      </w:r>
    </w:p>
    <w:p>
      <w:pPr>
        <w:pStyle w:val="ArticleScripture"/>
        <w:jc w:val="left"/>
      </w:pPr>
      <w:r>
        <w:rPr>
          <w:rFonts w:ascii="Times New Roman" w:hAnsi="Times New Roman" w:eastAsia="Times New Roman" w:cs="Times New Roman"/>
        </w:rPr>
        <w:t>Mu ne leen: «Ci dëgg maa ngi leen koy wax, am na ay nit ci ñi fi taxaw te duñu mos a mos dee, ba kera ba ñu gis Nguuru Yàlla di ñëw ak kàttan.» Gannaaw juróom-benn fan, Yeesu andak Piyer, Saag ak Yowaana, yóbbu leen seen bopp rekk ca kaw tund bu kawe ba; te soppeeku na fa seen kanam. Yaramam solit neex na lool, set wecc ni peñu; ba kenn rajkatu mbubb ci suuf mënu ko setal noonu. Noonu Ilyaas feeñu leen ak Musaa; te ñu doon wax ak Yeesu.</w:t>
      </w:r>
    </w:p>
    <w:p>
      <w:pPr>
        <w:pStyle w:val="ArticleScripture"/>
        <w:jc w:val="left"/>
      </w:pPr>
      <w:r>
        <w:rPr>
          <w:rFonts w:ascii="Times New Roman" w:hAnsi="Times New Roman" w:eastAsia="Times New Roman" w:cs="Times New Roman"/>
        </w:rPr>
        <w:t>Piyeer tontu ne Yeesu ne: “Kilifa, baax na nu ne fii; na nu def ñetti xayma: benn ci yaw, benn ci Muusaa, ak benn ci Eli.”</w:t>
      </w:r>
    </w:p>
    <w:p>
      <w:pPr>
        <w:pStyle w:val="ArticleScripture"/>
        <w:jc w:val="left"/>
      </w:pPr>
      <w:r>
        <w:rPr>
          <w:rFonts w:ascii="Times New Roman" w:hAnsi="Times New Roman" w:eastAsia="Times New Roman" w:cs="Times New Roman"/>
        </w:rPr>
        <w:t>Ndaxte xamoonul li muy wax; ndaxte ñoom dañoo ragal lool. Noonu aw niir daldi leen muur, te baat génn ci niir ga ne: Kii mooy sama Doom bi ma sopp; dégluleen ko. Ci saa si, bi ñu xool wër-wëru, gisatuñu kenn, ludul Yeesu rekk ak ñoom. Bi ñuy wàcc ca tund wa, mu sant leen ne buñu wax kenn li ñu gis, ba Këru Nit ki dekki ci ñi dee. Ñu denc wax jooju ci seen biir, di laajante seen bopp lan mooy tekki dekki gi ci ñi dee. Màrk 9:1–10.</w:t>
      </w:r>
    </w:p>
    <w:p>
      <w:pPr>
        <w:pStyle w:val="ArticleBody"/>
        <w:jc w:val="left"/>
      </w:pPr>
      <w:r>
        <w:rPr>
          <w:rFonts w:ascii="Times New Roman" w:hAnsi="Times New Roman" w:eastAsia="Times New Roman" w:cs="Times New Roman"/>
        </w:rPr>
        <w:t>Ci tundu wa, Piyeer dafa bëgg a tabax ab kërug ndaje ngir Muusaa, Kirist ak Eliya.</w:t>
      </w:r>
    </w:p>
    <w:p>
      <w:pPr>
        <w:pStyle w:val="ArticleScripture"/>
        <w:jc w:val="left"/>
      </w:pPr>
      <w:r>
        <w:rPr>
          <w:rFonts w:ascii="Times New Roman" w:hAnsi="Times New Roman" w:eastAsia="Times New Roman" w:cs="Times New Roman"/>
        </w:rPr>
        <w:t>«Muse jaar na ci dee, waaye Mikal wàcc na te jox ko dund ngir sa yaramam gisagul yàqute. Seytaane dafa jéem a téy yaram wa, bëgg koo moom ne moom la; waaye Mikal dekkal na Muse te yóbbu ko asamaan. Seytaane xasawoon na Yàlla ak mer gu metti, di ko jiiñ ne ku jubulul la ndax dafa mayoon ñu dindi ci moom li mu doon lekkam; waaye Almasi bi yedduloon noonam, doonte sax jaarale ko ci nattu bi jaamub Yàlla daanu woon. Ci woyof la ko delloo ci Baayam, naan: “Boroom bi na la yedd.”»</w:t>
      </w:r>
    </w:p>
    <w:p>
      <w:pPr>
        <w:pStyle w:val="ArticleScripture"/>
        <w:jc w:val="left"/>
      </w:pPr>
      <w:r>
        <w:rPr>
          <w:rFonts w:ascii="Times New Roman" w:hAnsi="Times New Roman" w:eastAsia="Times New Roman" w:cs="Times New Roman"/>
        </w:rPr>
        <w:t>«Yeesu waxoon na wax ay taalibeem ne, am na ñenn ci ñi taxawoon ak Moom te duñu mos a dund dee ba kenn ci ñoom gis nguurug Yàlla di ñëw ak doole. Ci biir soppikug melokaan ga la digg-baat boobu mattee. Fa, kanamug Yeesu soppeeku woon te leer mel ni jant bi. Ay yéreem weex nañu woon te yëf-yëf. Muusaa feeñ na woon ngir taxawal ñi dees di dekkal ci dee baat bi ci ñaareelu dikkug Yeesu. Te Eliya, mi Yàlla yóbbuwoon te gisul dee, dafa doon misaal ñi dees di soppi ngir jot ci mana dee ba faawu ci ñëw yu ñaareel yi Kirist, te dees leen yóbbu asamaan te gisuñu dee. Taalibe ya gis nañu ak njàqare ak ragal màggte gu kawe gi Yeesu, ak niir wi leen muur, te dégg baatu Yàlla ci màggte gu tiit baax, ne: “Kii mooy Sama Doom bi ma sopp; déggleen Ko.”» Early Writings, 164.</w:t>
      </w:r>
    </w:p>
    <w:p>
      <w:pPr>
        <w:pStyle w:val="ArticleBody"/>
        <w:jc w:val="left"/>
      </w:pPr>
      <w:r>
        <w:rPr>
          <w:rFonts w:ascii="Times New Roman" w:hAnsi="Times New Roman" w:eastAsia="Times New Roman" w:cs="Times New Roman"/>
        </w:rPr>
        <w:t>Tundu Soppiku gi xamle ñetti tabernaakal. Tabernaakalu Muse ma nekk ca njàlbéenu Israayil ju yàgg ja, tabernaakalu Kirist mi tektalee ci jëmmalugam, ak tabernaakal bi di junni ak ñeent-fukk ak ñeent junni, ni ko Eliya tektee. Junni ak ñeent-fukk ak ñeent junni yooyu mooy ñi dul mos a mós dee, ba kera muñu gis Ñëw gu Ñaareelu Kirist. Tundu bi mooy xamle bérab bañu wóor kawe bi ci junni ak ñeent-fukk ak ñeent junni.</w:t>
      </w:r>
    </w:p>
    <w:p>
      <w:pPr>
        <w:pStyle w:val="ArticleBody"/>
        <w:jc w:val="left"/>
      </w:pPr>
      <w:r>
        <w:rPr>
          <w:rFonts w:ascii="Times New Roman" w:hAnsi="Times New Roman" w:eastAsia="Times New Roman" w:cs="Times New Roman"/>
        </w:rPr>
        <w:t>Seen bu juroom-ñent-fukk ak ñeent war a yéeg ca mággalu kër-yàlla gu antitypik gu Tabernacles. Tunduwaay bi moo xamle ñi dul mos a seetaan dee, te mu joxe ñetti seede yu ne, bu ñu gis ndamalu Yàlla ci tundu wa, loolu mooy mággalu kër-yàlla gu antitypik gu Tabernacles.</w:t>
      </w:r>
    </w:p>
    <w:p>
      <w:pPr>
        <w:pStyle w:val="ArticleBody"/>
        <w:jc w:val="left"/>
      </w:pPr>
      <w:r>
        <w:rPr>
          <w:rFonts w:ascii="Times New Roman" w:hAnsi="Times New Roman" w:eastAsia="Times New Roman" w:cs="Times New Roman"/>
        </w:rPr>
        <w:t>Ñoom ñi ngi leen yékkati ni kër gu sellug Eliya, gi tambalee sampu ci atum 2023, ba Musaa ak Eliya dekkattoo. Njëkk dees na teg taxawaayu kër ga, te mooy taxawaay bi rekk manees a teg, te taxawaay boobu mooy Kirist, doxu wet gu mag ga ak doj wi taxawal kër ga. Gannaaw loolu dees na teg doj wi ëppu ci kaw, miy firndeel màndargaalug téereelug téeméeri ak ñeent-fukk ak ñeent-junni, ni ko tudd ci Tundu Coppite ga. Ci Tundu ga, Piyeer, Saag ak Yowaana dañuy tegtal ñi dëgg-dëgg duñu mos a smaak dee. Gannaaw ga Piyeer bind na ne, nguuru saraxalekat yi mooy ñi mos a smaak ne Boroom bi baax na, te ñoom nag kër gu ruu lañu doon. Ñoom smaak nañu dund, moo tax duñu smaak dee.</w:t>
      </w:r>
    </w:p>
    <w:p>
      <w:pPr>
        <w:pStyle w:val="ArticleScripture"/>
        <w:jc w:val="left"/>
      </w:pPr>
      <w:r>
        <w:rPr>
          <w:rFonts w:ascii="Times New Roman" w:hAnsi="Times New Roman" w:eastAsia="Times New Roman" w:cs="Times New Roman"/>
        </w:rPr>
        <w:t>Ndax ngeen mos a seet ne Boroom bi baax na. Bi ngeen di dikk ci moom, mel ni ci ab doj wu dund, doxandéem yi bañ ko woon waaye Yàlla tànn ko te jariñu, yéen itam, mel ni ay doj yu dund, ñu ngi leen tabax ngir nek kër gu xel, di saraxalekat yu sell, ngir jébbal ay sarax yu xel yu neex Yàlla ci Yeesu Kirist. Moo tax itam Mbind mi wax ne: «Xoolleen, maa ngi teg ci Siyon doj wu góor-góorlu ngir wetu kër gi, wu tànn te am njariñ; te ku ko gëm du rus.» 1 Piyeer 2:3–6.</w:t>
      </w:r>
    </w:p>
    <w:p>
      <w:pPr>
        <w:pStyle w:val="ArticleBody"/>
        <w:jc w:val="left"/>
      </w:pPr>
      <w:r>
        <w:rPr>
          <w:rFonts w:ascii="Times New Roman" w:hAnsi="Times New Roman" w:eastAsia="Times New Roman" w:cs="Times New Roman"/>
        </w:rPr>
        <w:t>Baati biñ tekki ne “gëna rus” mooy “am rus.” Des nañu bàyyima yi ci nit ki muy Piyeer, te seen mbégte day juumeek ñi bañee xibaaru taw bu mujj bi. Benn caabu ci téeméeri junni ak ñeent fukk ak ñeenti junni yi, ndaxte Piyeer joxees na ko “caabi yi” yu nguur gi, mooy “doju koñ gu mag ga” gañu sampoon ci Siyon. Doju jooju, lu yéeme la ci bët yi jub ñi, waaye mooy doj wu ñuy xeeb ci moom ci ña màndi yi yu Efrayim.</w:t>
      </w:r>
    </w:p>
    <w:p>
      <w:pPr>
        <w:pStyle w:val="ArticleScripture"/>
        <w:jc w:val="left"/>
      </w:pPr>
      <w:r>
        <w:rPr>
          <w:rFonts w:ascii="Times New Roman" w:hAnsi="Times New Roman" w:eastAsia="Times New Roman" w:cs="Times New Roman"/>
        </w:rPr>
        <w:t>Doj wi tabaxkat yi bañoon, mooy doj wu gën a am solo ci xonqub kër gi. Loolu jëfub Boroom bi la; te yéemu na ci sunuy bët. Sabóor 118:22, 23.</w:t>
      </w:r>
    </w:p>
    <w:p>
      <w:pPr>
        <w:pStyle w:val="ArticleBody"/>
        <w:jc w:val="left"/>
      </w:pPr>
      <w:r>
        <w:rPr>
          <w:rFonts w:ascii="Times New Roman" w:hAnsi="Times New Roman" w:eastAsia="Times New Roman" w:cs="Times New Roman"/>
        </w:rPr>
        <w:t>Yeesu wax joxe ci ay kàddu yooyu ci jeexital léebub toolu reseñ bi.</w:t>
      </w:r>
    </w:p>
    <w:p>
      <w:pPr>
        <w:pStyle w:val="ArticleScripture"/>
        <w:jc w:val="left"/>
      </w:pPr>
      <w:r>
        <w:rPr>
          <w:rFonts w:ascii="Times New Roman" w:hAnsi="Times New Roman" w:eastAsia="Times New Roman" w:cs="Times New Roman"/>
        </w:rPr>
        <w:t>Yeesu ne leen: “Ndax musuleen a jàng ci Mbind mi ne: ‘Xeer wi tabaxkat ya bañoon, moom moo nekk xeeru koñ bi gën a am solo; loolu lu Boroom bi def la, te doy na yéemu ci sunuy bët’? Moo tax maa ngi leen koy wax ne, dees na jële nguurug Yàlla ci yéen, jox ko xeet wu meññ ay meññam. Ku daanu ci xeer wii, dina damm; waaye ku mu daan ci kawam, dina ko rëbb ba mu nekk pëndu. Bi saraxalekat yu mag ya ak Farisen ya déggee ay léebam, ñu xam ne moom la leen doon waxal. Waaye bi ñuy sàkku koo jàpp, ñu ragal mbooloo ma, ndaxte ñoom dañu ko jàppoon ni ab yonent.” Matye 21:42–46.</w:t>
      </w:r>
    </w:p>
    <w:p>
      <w:pPr>
        <w:pStyle w:val="ArticleBody"/>
        <w:jc w:val="left"/>
      </w:pPr>
      <w:r>
        <w:rPr>
          <w:rFonts w:ascii="Times New Roman" w:hAnsi="Times New Roman" w:eastAsia="Times New Roman" w:cs="Times New Roman"/>
        </w:rPr>
        <w:t>Ku mu nangu wax jëfandikoo ndigalu cosaan, dina damm, ndaxte doj bi mooy Kirist, te liggéeyu xebaar bu baax bi mooy toroxal nit ki ba mu dellu ci pënd mi.</w:t>
      </w:r>
    </w:p>
    <w:p>
      <w:pPr>
        <w:pStyle w:val="ArticleScripture"/>
        <w:jc w:val="left"/>
      </w:pPr>
      <w:r>
        <w:rPr>
          <w:rFonts w:ascii="Times New Roman" w:hAnsi="Times New Roman" w:eastAsia="Times New Roman" w:cs="Times New Roman"/>
        </w:rPr>
        <w:t>“Lan mooy ñu wax ci jubal ci ngëm? Mooy jëfub Yàlla ci suufeel ndamu nit ba mu nekk pënd bu suuf, te di defal nit li mu amul kàttan a defal boppam. Bu nit ñi gissee seen dara-ndara, kon ñoom dañuy waajal ngir soloo ak njubtey Kirist. Bu ñuy tàmbali di màggal ak yékkati Yàlla bés bi yépp, kon ci xool rekk dañuy soppeeku ba mel ni Moom. Lan mooy judduwaat? Mooy wone nit li mooy dundam dëgg-dëgg, ne ci boppam rekk amul njariñ.” Manuscript Releases, volume 20, 117.</w:t>
      </w:r>
    </w:p>
    <w:p>
      <w:pPr>
        <w:pStyle w:val="ArticleBody"/>
        <w:jc w:val="left"/>
      </w:pPr>
      <w:r>
        <w:rPr>
          <w:rFonts w:ascii="Times New Roman" w:hAnsi="Times New Roman" w:eastAsia="Times New Roman" w:cs="Times New Roman"/>
        </w:rPr>
        <w:t>Ku neex xeex doj wu njëkk wi, dees na ko alag, ni mu deme woon ci Israaël gu yàgg ga, ci matug jëfandikoo léeb bi Jesus def ci misaalu toolub reseñ bi. Yawut ya bañ nañu Kirist, te noonu itam dañu bañ Musaa, ndaxte suñu gëmona Musaa, kon dañu gëm itam Kirist. Dañu bañ yoonu Yàlla, di jàngale ndigali nit ñi ngir ne moo di xam-xamu diine. Kirist, Musaa ak Yoon wi, ñoom ñépp ay misaal lañu ci yu njëkk yi; waaye Kirist rekk mooy njëkk wi ñu man a tabax, teewul ne Kirist ci nekkinam gu njëkk gi dañu ko tey with ay misaal yu bare. Musaa ak Yoon wi ñoom ñaar itam ay wone lañu ci dëgg gii. Kirist rekk mooy njëkk wi, waaye lii rekk lay tekki ne yeneen yu njëkk yi ci Kàddug yonent gi moom dañuy nekk rekk ay misaal ci benn walla ci ay wallam jikkoom.</w:t>
      </w:r>
    </w:p>
    <w:p>
      <w:pPr>
        <w:pStyle w:val="ArticleScripture"/>
        <w:jc w:val="left"/>
      </w:pPr>
      <w:r>
        <w:rPr>
          <w:rFonts w:ascii="Times New Roman" w:hAnsi="Times New Roman" w:eastAsia="Times New Roman" w:cs="Times New Roman"/>
        </w:rPr>
        <w:t>Ndax kenn mënu tëral beneen fondamaa bu dul bi ñu tëral ba noppi, te mooy Yeesu Kirist. 1 Korent 3:11.</w:t>
      </w:r>
    </w:p>
    <w:p>
      <w:pPr>
        <w:pStyle w:val="ArticleBody"/>
        <w:jc w:val="left"/>
      </w:pPr>
      <w:r>
        <w:rPr>
          <w:rFonts w:ascii="Times New Roman" w:hAnsi="Times New Roman" w:eastAsia="Times New Roman" w:cs="Times New Roman"/>
        </w:rPr>
        <w:t>Yeesu mooy Kàddu gi, te noonu yoon yi nekk ci Kàdduam dañuy tegtal moom ci boppam. Loolu moo tax Suru White bind ne Fukk Yoonu yi mooy ab melo bu mel ni tàngooru jikko yu Kirist. Moom mooy Ki jëkk te mooy Ki mujj, te bu ñu koy wone ci noonu, day xamle ne Kirist dafa sax di wone mujjug mbir ak njàlbéenu mbir. Naka Kàddu gi, moom itam mooy “Dëgg,” te dëgg mooy ab taxawaayu yonent bu fees. Moom mooy Gaynde gu askanu Yuda bi mu tëje te ubbial Kàdduam. Moom itam mooy doj wu nekk ci wet wu mujj jëme ci doj wu gën a kawe. Doj wu nekk ci wet wi mooy rekk misaal bu wone moom ni fondemaŋ bi, walla ni benn araf bu njëkk ci baat bu Ebrë “dëgg.” Doj wu gën a kawe mooy liggéeyu ndam li ci kër Yàlla gi, te bu ñu ko tënkale ak taxawaayu dëgg, doj wu gën a kawe gi am na doole lu ëpp ci doj wu nekk ci wet wi ñaari-fukk ak ñaar yoon. Li doy waar ci bët yi ñi mos a smaak ne Boroom bi baax, mooy ni pexe yu taxawaayu dëgg, bi ñu leen tënkale ak doj wu nekk ci wet wi ak doj wu gën a kawe gi, di xamle benn ci caabi yu yonent yi ñu mayoon Piyeer.</w:t>
      </w:r>
    </w:p>
    <w:p>
      <w:pPr>
        <w:pStyle w:val="ArticleBody"/>
        <w:jc w:val="left"/>
      </w:pPr>
      <w:r>
        <w:rPr>
          <w:rFonts w:ascii="Times New Roman" w:hAnsi="Times New Roman" w:eastAsia="Times New Roman" w:cs="Times New Roman"/>
        </w:rPr>
        <w:t>Alfa, mooy araf bu njëkk bi, mooy benn; waaye Omega, araf bu mujj bi, mooy ñaar-fukk ak ñaar. Jeweli Miller yi di leer ni jant bi, waaye bi góor gi buy setal suuf dajalee jewel yi, ñoo gëna leer fukk yoon. Xam-xam ne mujju sàrtu waxu Yàlla buy xamle lu ëpp mooy benn ak njàlbéenu sàrtu waxu Yàlla, waaye mu gëna am doole, loolu mooy “lu yéemu.” Loolu ab céru jikkoo Kirist la; te mooy benn ci caabi yi ñu jox Piyeer ngir mu lëj ñaar-fukk ak ñeenti junni.</w:t>
      </w:r>
    </w:p>
    <w:p>
      <w:pPr>
        <w:pStyle w:val="ArticleBody"/>
        <w:jc w:val="left"/>
      </w:pPr>
      <w:r>
        <w:rPr>
          <w:rFonts w:ascii="Times New Roman" w:hAnsi="Times New Roman" w:eastAsia="Times New Roman" w:cs="Times New Roman"/>
        </w:rPr>
        <w:t>“kër gu xel” bu Piyeer wax mooy kësëtu géntug William Miller, te itam mooy kër-dencukaayu ñaareel ak sarax yi ci Malasi. Bu bunt asamaan yi ubbee, benn xeetu nit ñi dañuy génne ci néeg ba, te beneen xeet ba dañuy sànni ci kësët ga, te may leen yére yu weex yu linu bu njëg yi ngir mbooloom Yàlla gu daan ndam.</w:t>
      </w:r>
    </w:p>
    <w:p>
      <w:pPr>
        <w:pStyle w:val="ArticleScripture"/>
        <w:jc w:val="left"/>
      </w:pPr>
      <w:r>
        <w:rPr>
          <w:rFonts w:ascii="Times New Roman" w:hAnsi="Times New Roman" w:eastAsia="Times New Roman" w:cs="Times New Roman"/>
        </w:rPr>
        <w:t>“Ak solo ak kanam, askan wi Yuda dafa fas seen bopp ni dañuy déggal yoonu Yàlla. Waaye bi dooley Esdra ak Neemi bañ a am lu néew, am na ñu bare ñi dëddu Boroom bi. Neemi demoon na dellu Pers. Ci bi mu nekkee sore Yerusalem, ay lu bon dugg nañu ci, te dañuy jéem a soppiku xeeti réew ma. Jaamu xërëm yi duñu yem ci am taxawaayu ci dëkk ba rekk, waaye sax dañu sobal bérabi kër Yàlla yi ginnaaw seen teewaay. Jaarale ko ci séyoo, amoon na xaritoo diggante Eliyasib, saraxalekat bu mag ba, ak Tobiya waa Amoon, noon bu metti bu Israyil. Ndax boole bu sellulwul boobu, Eliyasib may na Tobiya nekk ci benn néeg bu bokk ak kër Yàlla gi, te ba noppi néeg boobu dafa doon këru dénkaane ngir asaka yi ak sarax yi askan wi.”</w:t>
      </w:r>
    </w:p>
    <w:p>
      <w:pPr>
        <w:pStyle w:val="ArticleScripture"/>
        <w:jc w:val="left"/>
      </w:pPr>
      <w:r>
        <w:rPr>
          <w:rFonts w:ascii="Times New Roman" w:hAnsi="Times New Roman" w:eastAsia="Times New Roman" w:cs="Times New Roman"/>
        </w:rPr>
        <w:t>“Ndax yëngu-yëngu ak naaféqte gi waa Ammon ak waa Moab defoon ci kaw Israayil, Yàlla waxoon na jaarale ko ci Musaa ne dañu leen war a tëj ba fàww ci mbootaayu ay nitam. Xoolal Deuteronom 23:3–6. Ci weddi kàddu googu, saraxalekat bu mag ba nekk dafa génne sarax yi ñu dencoon ca néegu kër Yàlla ga, ngir defar fa bérab bu nit ku doon taxawal xeet wu ñu tere. Yeesal Yàlla gën a réy manula woon a feeñ, lu dul may noonu ngëneel boobu ab noonu Yàlla ak dëggam.”</w:t>
      </w:r>
    </w:p>
    <w:p>
      <w:pPr>
        <w:pStyle w:val="ArticleScripture"/>
        <w:jc w:val="left"/>
      </w:pPr>
      <w:r>
        <w:rPr>
          <w:rFonts w:ascii="Times New Roman" w:hAnsi="Times New Roman" w:eastAsia="Times New Roman" w:cs="Times New Roman"/>
        </w:rPr>
        <w:t>«Bi Ñéemya delloo jógé Përs, xam na sax ñu jéggi ci xasawug yàlla woo xel ma, te mu jël ndànk-ndànk ay matuwaay yu gaaw ngir génne ku duggu woon ci béréb boobu. “Loolu metti na ma lool,” la wax; “moo tax ma sànni bépp jumtukaayu kër gi yépp yu Tobiya génne ci néeg ba. Gannaaw loolu ma sant, ñu setal néeg yi: te fa laa dellooaat jumtukaayi kër Yàlla ga, ak saraxu dugub ba ak cuuraay xet wi.”»</w:t>
      </w:r>
    </w:p>
    <w:p>
      <w:pPr>
        <w:pStyle w:val="ArticleScripture"/>
        <w:jc w:val="left"/>
      </w:pPr>
      <w:r>
        <w:rPr>
          <w:rFonts w:ascii="Times New Roman" w:hAnsi="Times New Roman" w:eastAsia="Times New Roman" w:cs="Times New Roman"/>
        </w:rPr>
        <w:t>“Du kërëm kër, ñu yàqoon nañu kër Yàlla ga, waaye it sarax yi dafa am nañu ko jëfandikoo bu baaxul. Loolu moo waraloon nit ña ñàkk xol ci seen yëngu-yëngu yu yaatu. Ñoom dañoo woon luutu seen cànkam ak seen xarañ; te dañoo doon bañ a fey seen ñatti-fukki cër. Dencukaayi kër Boroom bi dañoo nekkoon ci ñàkk; bari ci way woykat yi ak ñeneen ñi ñu doon jëfandikoo ci liggéeyu kër Yàlla ga, gannaaw fekk ñu amuloon ndimbal bu doy, dañoo bàyyiwoon liggéeyu Yàlla ngir dem liggéey feneen.”</w:t>
      </w:r>
    </w:p>
    <w:p>
      <w:pPr>
        <w:pStyle w:val="ArticleScripture"/>
        <w:jc w:val="left"/>
      </w:pPr>
      <w:r>
        <w:rPr>
          <w:rFonts w:ascii="Times New Roman" w:hAnsi="Times New Roman" w:eastAsia="Times New Roman" w:cs="Times New Roman"/>
        </w:rPr>
        <w:t>«Neyemiya jàpp na liggéey ngir yéemp ay jubadi yii. Mu dajale ñi bàyyiwoon liggéeyu kër Yàlla bi, “te teg leen ci seen berab.” Loolu may na askan wi kóolute, te Yuda gépp indi “fukki cér yi ci dugub, biiñ bu bees bi ak diwlin bi.” Góor ñi “ñu seede ne ñu takku nañu” ñoo nekk “saytu alalu dencukaay yi,” “te seen sas mooy séddaleel seen bokk yi.”» Prophets and Kings, 669, 670.</w:t>
      </w:r>
    </w:p>
    <w:p>
      <w:pPr>
        <w:pStyle w:val="ArticleBody"/>
        <w:jc w:val="left"/>
      </w:pPr>
      <w:r>
        <w:rPr>
          <w:rFonts w:ascii="Times New Roman" w:hAnsi="Times New Roman" w:eastAsia="Times New Roman" w:cs="Times New Roman"/>
        </w:rPr>
        <w:t>Bi Neemi waxee “muusal Tobiya,” dafa mel ni Kirist di dàq way-jëndalekat yi génne ci benn kër Yàlla boobu. Du woon rekk kër Yàlla gi, waaye mooy sax néegu bi nekk ci biir kër Yàlla ga, fa ñu daan denc fukki cër yi. Bi Eliyakim, waa Filadelfi, wuutee Shebna, waa Lawodise, Shebna mooyoon ki yor alal ji te ñu sànni ko ca toll bu sore ba.</w:t>
      </w:r>
    </w:p>
    <w:p>
      <w:pPr>
        <w:pStyle w:val="ArticleScripture"/>
        <w:jc w:val="left"/>
      </w:pPr>
      <w:r>
        <w:rPr>
          <w:rFonts w:ascii="Times New Roman" w:hAnsi="Times New Roman" w:eastAsia="Times New Roman" w:cs="Times New Roman"/>
        </w:rPr>
        <w:t>Noonu Boroom bi Yàlla buy Kilifaayu mboolem xare yi wax na lii: Demal, duggul ci wetu kiirkat bii, ci Sebna mi nekk saytu kër gi, te nga wax ko ne: Lan ngay am fii? te kan nga am fii, ba tax nga xaralal sa bopp ab bàmmeel fii, ni kuy xaralal boppam ab bàmmeel ca kaw, te di yòobbu boppam kër gu nekk ci doj? Xoolal, Boroom bi dina la yóbbu ak njaaloo gu màgg, te dina la muur ba wóor. Moom dina la wëlbët bu tar, sànni la mel ni mbàll ci réew gu yaatu: fa ngay dee, te fa la gaal yu sa màggal di doon rus sa kër sang. Te dinaa la dàq ci sa toogu, te dinañu la wàcce ci sa daraja.</w:t>
      </w:r>
    </w:p>
    <w:p>
      <w:pPr>
        <w:pStyle w:val="ArticleScripture"/>
        <w:jc w:val="left"/>
      </w:pPr>
      <w:r>
        <w:rPr>
          <w:rFonts w:ascii="Times New Roman" w:hAnsi="Times New Roman" w:eastAsia="Times New Roman" w:cs="Times New Roman"/>
        </w:rPr>
        <w:t>Te bésub bés booba ba, dina woo sama jaam Eliyakim doomu Hilkiya; te dinaa ko sol sa mbubb, te dëgëral ko ak sa takkukaay, te jébbal sa nguur ci loxoom; te mu nekk baay ci kaw waa Yerusalem ak kër Yuda. Te caatub kër Dawuda dinaa ko teg ci kafam; noonu dina ubbi, te kenn du tëj; te dina tëj, te kenn du ubbi.</w:t>
      </w:r>
    </w:p>
    <w:p>
      <w:pPr>
        <w:pStyle w:val="ArticleScripture"/>
        <w:jc w:val="left"/>
      </w:pPr>
      <w:r>
        <w:rPr>
          <w:rFonts w:ascii="Times New Roman" w:hAnsi="Times New Roman" w:eastAsia="Times New Roman" w:cs="Times New Roman"/>
        </w:rPr>
        <w:t>Te dinaay ko moom ni banna bu dëgër; te dina nek nguur gu tedd ci kër baayam. Te dinañu wéy ci moom bépp ndamlu kër baayam, njuróom ak askanam, ak bépp jumtukaay yu ndaw, dale ca kaas yi ba ci bépp jumtukaay yu mag yi. Ca bés booba, wax na Aji Boroom gii yor mboolooy asamaan, banna ba ñu daj ci bérab bu dëgër dinañu ko dindi, te dinañu ko dagg, mu daanu; te yéeg ga nekkoon ci kawam dinañu ko dagg: ndaxte Aji Boroom wax na ko. Esayi 22:15–22.</w:t>
      </w:r>
    </w:p>
    <w:p>
      <w:pPr>
        <w:pStyle w:val="ArticleBody"/>
        <w:jc w:val="left"/>
      </w:pPr>
      <w:r>
        <w:rPr>
          <w:rFonts w:ascii="Times New Roman" w:hAnsi="Times New Roman" w:eastAsia="Times New Roman" w:cs="Times New Roman"/>
        </w:rPr>
        <w:t>Bés bi Shebna, Laodicée bu ñàkk xel, ñu koy génne, Eliakim jot na nguurug mbooloom gëstu gi jot ndam. Bi Kirist setalee kër Yàlla gi ci biir téeméeri fanweer ak ñeent-fukki junni, ci mbalit mi dajoon doxalin xonq yu wert yi, Mu wone ne dina “muroo” ñi Shebna di teg. Bala bunt asamaan yi ubbeeku, xonq yi dañoo nekkoon ci suuf mbalit; te bu ñu sànnee mbalit mi génne, kon mbalit mi lañuy muur ak rus. Géntu William Miller miy xamle tëj gi ci téeméeri fanweer ak ñeent-fukki junni.</w:t>
      </w:r>
    </w:p>
    <w:p>
      <w:pPr>
        <w:pStyle w:val="ArticleBody"/>
        <w:jc w:val="left"/>
      </w:pPr>
      <w:r>
        <w:rPr>
          <w:rFonts w:ascii="Times New Roman" w:hAnsi="Times New Roman" w:eastAsia="Times New Roman" w:cs="Times New Roman"/>
        </w:rPr>
        <w:t>Kàjj gi, mooy kër ndugu Malasi, kër gu xel gi bu Piyeer, ak tabernaakal Eliya bi Piyeer bëggóon a tabax. Góor gi yor balaas suuf si di misaal saxalug ñaari téeméeri ak ñeent-fukk ak ñeent-junni ñi, bi Mu di sànni xonq yi ci biir kàjj gi. Malasi mooy wone nattu bi fésal ne nit ñi Yàlla dañoo dellu ci moom dëgg-dëgg.</w:t>
      </w:r>
    </w:p>
    <w:p>
      <w:pPr>
        <w:pStyle w:val="ArticleScripture"/>
        <w:jc w:val="left"/>
      </w:pPr>
      <w:r>
        <w:rPr>
          <w:rFonts w:ascii="Times New Roman" w:hAnsi="Times New Roman" w:eastAsia="Times New Roman" w:cs="Times New Roman"/>
        </w:rPr>
        <w:t>Noonu ñi ragaloon Yàlla waxante woon bu bari ak seen biir: te Boroom bi déglu na, dégg na ko, te bindees na kanamam téereb fàttaliku ngir ñi ragal Yàlla ak ñi di xalaat turam. Te dinañu nekk sama ñoom, la Boroom gàngoor yi wax, bés booba bu may dajale sama alalu taar; te dinaa leen yërëm, ni nit ku yërëm doomam ju ko di liggéeyal. Noonu ngeen dellu, te xam leer njàlloo diggante aji-juub ak aji-bonu, diggante kiy jaamu Yàlla ak kiy ko bañ a jaamu. Malaki 3:16–18.</w:t>
      </w:r>
    </w:p>
    <w:p>
      <w:pPr>
        <w:pStyle w:val="ArticleBody"/>
        <w:jc w:val="left"/>
      </w:pPr>
      <w:r>
        <w:rPr>
          <w:rFonts w:ascii="Times New Roman" w:hAnsi="Times New Roman" w:eastAsia="Times New Roman" w:cs="Times New Roman"/>
        </w:rPr>
        <w:t>Dellu mooy baat bu am solo ci xët wi, ndax Yàlla di woo ay nitam ngir ñu dellu ci Moom, waaye itam Mu di ñaawlu nit ñooñu ngir ñu nattu Ko ci delloo asakay ak sarax, te itam dina am waxtu bu ñu jub ya di “dellu,” te ci loolu dinañu “ràññee” diggante ku xam ak ku doyadi. Ñi ragaloon Boroom bi, te di xalaat turam, ñoom lañu war a nekk alama gi ci téeméer ak ñent-fukk ak ñeent junni.</w:t>
      </w:r>
    </w:p>
    <w:p>
      <w:pPr>
        <w:pStyle w:val="ArticleBody"/>
        <w:jc w:val="left"/>
      </w:pPr>
      <w:r>
        <w:rPr>
          <w:rFonts w:ascii="Times New Roman" w:hAnsi="Times New Roman" w:eastAsia="Times New Roman" w:cs="Times New Roman"/>
        </w:rPr>
        <w:t>Ragal Yàlla mooy jëfandikoo bu njëkk bi, kon bu ayu wax ju fukk ak juróom-benn ne: “noonu” ñi ragaloon Boroom bi, dafay dellu ci nettali gu yonent gi.</w:t>
      </w:r>
    </w:p>
    <w:p>
      <w:pPr>
        <w:pStyle w:val="ArticleScripture"/>
        <w:jc w:val="left"/>
      </w:pPr>
      <w:r>
        <w:rPr>
          <w:rFonts w:ascii="Times New Roman" w:hAnsi="Times New Roman" w:eastAsia="Times New Roman" w:cs="Times New Roman"/>
        </w:rPr>
        <w:t>“Seen yi dañoo metti ci sama kaw,” kàddu na Boroom bi. “Teewul ngeen naan, ‘Lu nu wax ba noppi ci sa kaw?’ Ngeen wax ne, ‘Jëfandikoo Yàlla amul njariñ; te lan mooy njariñ gi ci li nu sàmm ndigalam, ak ci li nu dox ak naqar ci kanam Boroom mboolem mbooloo yi?’ Léegi nag, nuuy wax ne réykat yi ñoo barkeel; waaw, ñiy def lu bon, dañu leen yékkati; waaw it, ñiy natt Yàlla sax, dañu mucc.” Malaki 3:13–15.</w:t>
      </w:r>
    </w:p>
    <w:p>
      <w:pPr>
        <w:pStyle w:val="ArticleBody"/>
        <w:jc w:val="left"/>
      </w:pPr>
      <w:r>
        <w:rPr>
          <w:rFonts w:ascii="Times New Roman" w:hAnsi="Times New Roman" w:eastAsia="Times New Roman" w:cs="Times New Roman"/>
        </w:rPr>
        <w:t>Malasi wax na ne: «te léegi, nun di wooye ñi réy seen bopp ne ñu barkeel lañu.» Ñi màndi ci Efrayim, dees na leen wooye “kaala bu réyoo,” te ñu bëgg bopp bu baax bi ñuy yëg ne Musaa ak Iliyaas, ñaari yonent yi daan leen sonal, dee nañu. Seen mbégte ba taxoon ñu yonneeante woon ndaw ci seen biir.</w:t>
      </w:r>
    </w:p>
    <w:p>
      <w:pPr>
        <w:pStyle w:val="ArticleScripture"/>
        <w:jc w:val="left"/>
      </w:pPr>
      <w:r>
        <w:rPr>
          <w:rFonts w:ascii="Times New Roman" w:hAnsi="Times New Roman" w:eastAsia="Times New Roman" w:cs="Times New Roman"/>
        </w:rPr>
        <w:t>Te seen yu dee nekk ci mbedd mi ci réew mu mag mi, mi ñuy wax ci wàllu xel ne mooy Sodom ak Misra, fa sunu Boroom dees ko daajale ca bant ba it. Te nit ñi bokk ci xeet yi ak giir yi ak làkk yi ak xeeti réew yi dinañu gis seen yu dee ñatti fan ak genn-wàll, te duñu maye ñu suul seen yu dee. Te ñi dëkk ci kaw suuf dinañu bég ci seen kaw, di bànneexu, te dinañu yónnee ndawtalante ci seen biir; ndaxte ñaar yonent yooñu daan naqar ñi dëkk ci kaw suuf. Peeñu Yowaana 11:8–10.</w:t>
      </w:r>
    </w:p>
    <w:p>
      <w:pPr>
        <w:pStyle w:val="ArticleBody"/>
        <w:jc w:val="left"/>
      </w:pPr>
      <w:r>
        <w:rPr>
          <w:rFonts w:ascii="Times New Roman" w:hAnsi="Times New Roman" w:eastAsia="Times New Roman" w:cs="Times New Roman"/>
        </w:rPr>
        <w:t>Ñi réy yi bégg nañu daldi dëkk ci mbégte li dale ci 18 Sulet 2020 ba agsi ci 2023. Ci 18 Sulet 2020, wax ji dafa doon ku dëgër te joyy ci kaw “Boroom bi.” Ci 18 Sulet 2020, xamunu woon ni nu waxe woon lu metti lool ci Yàlla ak Kàddugam. Gannaaw nag, ak tiis, dugg nañu ci waxtu bi ñuy xaar, ni ko melal na jooytu gi ne: “Jariñul sax a jaamu Yàlla: te lan mooy njariñ li ci sunu sàmm ndigalam, ak sunu dox ak naqar kanam Boroom mbind mi?” Loolu dafa méngoo ak jooytu Yeremi, ba muy wone njuumte bu jëkk ba.</w:t>
      </w:r>
    </w:p>
    <w:p>
      <w:pPr>
        <w:pStyle w:val="ArticleScripture"/>
        <w:jc w:val="left"/>
      </w:pPr>
      <w:r>
        <w:rPr>
          <w:rFonts w:ascii="Times New Roman" w:hAnsi="Times New Roman" w:eastAsia="Times New Roman" w:cs="Times New Roman"/>
        </w:rPr>
        <w:t>Duma toogu ma ca ndaje ñi di reye, te béguma ci mbégte; duma toog-kenn ndax sa loxo, ndaxte yaa ma feesal mer gu tar. Lu tax sama metit sax ba fàww, te sama gaañu jëmmul, ba bañ a wér? Ndax da ngay nekk ci man mel ni kiy fen, ak mel ni ndox mu wow? Jérémie 15:17, 18.</w:t>
      </w:r>
    </w:p>
    <w:p>
      <w:pPr>
        <w:pStyle w:val="ArticleBody"/>
        <w:jc w:val="left"/>
      </w:pPr>
      <w:r>
        <w:rPr>
          <w:rFonts w:ascii="Times New Roman" w:hAnsi="Times New Roman" w:eastAsia="Times New Roman" w:cs="Times New Roman"/>
        </w:rPr>
        <w:t>Sunuy wax yu nekkoon bu dëgër ak yégleb bésu 18 Sulet 2020, te xanaa sunu xamoon nañu ni nu bañee woon Yàlla ba ñaaw. Bi yàqu yaakaar ga xewwee, jamono ji Yàlla yàgg a dellusi woon tàmbalee woon, fekk benn mbooloo di jooy, te beneen mbooloo di bég. Ci xaalis boobu la Malaki wax ne:</w:t>
      </w:r>
    </w:p>
    <w:p>
      <w:pPr>
        <w:pStyle w:val="ArticleScripture"/>
        <w:jc w:val="left"/>
      </w:pPr>
      <w:r>
        <w:rPr>
          <w:rFonts w:ascii="Times New Roman" w:hAnsi="Times New Roman" w:eastAsia="Times New Roman" w:cs="Times New Roman"/>
        </w:rPr>
        <w:t>Noonu ñi ragaloon Boroom bi nag, dañoo doon waxante lool; te Boroom bi déglu leen, ba dégg li ñuy wax, te bindees na ci kanamam téereb fàttaliku ngir ñi ragal Boroom bi, di ñi fonk turam. Te ñoom dinañu nekk sama ñeel, ñeel na Boroom gàngoor yi, ca bés ba may dajale sama alalu tànk; te dinaa leen yërëm, ni góor di yërëm doomam ju ko jaamu.</w:t>
      </w:r>
    </w:p>
    <w:p>
      <w:pPr>
        <w:pStyle w:val="ArticleScripture"/>
        <w:jc w:val="left"/>
      </w:pPr>
      <w:r>
        <w:rPr>
          <w:rFonts w:ascii="Times New Roman" w:hAnsi="Times New Roman" w:eastAsia="Times New Roman" w:cs="Times New Roman"/>
        </w:rPr>
        <w:t>Kon ngeen dellusi, te xamale seen bopp ci diggante ku jub ak ku bon, ci diggante ki di jaamu Yàlla ak ki ko jaamuwul. Malasi 3:16–18.</w:t>
      </w:r>
    </w:p>
    <w:p>
      <w:pPr>
        <w:pStyle w:val="ArticleBody"/>
        <w:jc w:val="left"/>
      </w:pPr>
      <w:r>
        <w:rPr>
          <w:rFonts w:ascii="Times New Roman" w:hAnsi="Times New Roman" w:eastAsia="Times New Roman" w:cs="Times New Roman"/>
        </w:rPr>
        <w:t>Ci atum 2024, seetaanu cosaan gu njëkk miñuy tegtal ni mooy ragal Boroom bi agsi. Ñaari xeet feeñ nañu ci nattu boobu, te mbooloo mi defar ñaari xeet yooyu daan nañu baree waxante ak seen bopp ci ndaje yu zoom yu yore njàlbéen, diirub ñatti fan ak genn-wàll. Boroom bi déglu na seen waxtaan. Xeet wi ragal Boroom bi daan nañu xalaat turam; Palmoni, Gaynde gi nekk ci xeetu Yuda, Alfa ak Omega, Dëgg gi, Kàddu gi, Boroom Kàddu gu yéeme, doj-wàll wa ak doj mujj wa, Xar mi, Saraxalekat bu Kawe bu Asamaan, Kër Yàlla gi, Doj wi. Ñi dugg ci téere boobu dees na leen def jewal yu nekk ci kaw kaalaama nguurug ndam li muy tegtal. Bu mu dajalee jewal yooyu, kon ñoom dañuy dellu, te xàmmi ci diggante aji jub ak aji bon. Bu mu sànni jewal ya ci boyetu ndenc ba, foofu la dees xàmmee kan moo ñàkk xel te kan moo am xel.</w:t>
      </w:r>
    </w:p>
    <w:p>
      <w:pPr>
        <w:pStyle w:val="ArticleBody"/>
        <w:jc w:val="left"/>
      </w:pPr>
      <w:r>
        <w:rPr>
          <w:rFonts w:ascii="Times New Roman" w:hAnsi="Times New Roman" w:eastAsia="Times New Roman" w:cs="Times New Roman"/>
        </w:rPr>
        <w:t>Malasi bind na:</w:t>
      </w:r>
    </w:p>
    <w:p>
      <w:pPr>
        <w:pStyle w:val="ArticleScripture"/>
        <w:jc w:val="left"/>
      </w:pPr>
      <w:r>
        <w:rPr>
          <w:rFonts w:ascii="Times New Roman" w:hAnsi="Times New Roman" w:eastAsia="Times New Roman" w:cs="Times New Roman"/>
        </w:rPr>
        <w:t>Delluleen ma, te man naa dellusi ci yéen,</w:t>
      </w:r>
    </w:p>
    <w:p>
      <w:pPr>
        <w:pStyle w:val="ArticleScripture"/>
        <w:jc w:val="left"/>
      </w:pPr>
      <w:r>
        <w:rPr>
          <w:rFonts w:ascii="Times New Roman" w:hAnsi="Times New Roman" w:eastAsia="Times New Roman" w:cs="Times New Roman"/>
        </w:rPr>
        <w:t>Waaye yéen ngeen wax ne: “Ci lan lañuy dellusi?”</w:t>
      </w:r>
    </w:p>
    <w:p>
      <w:pPr>
        <w:pStyle w:val="ArticleScripture"/>
        <w:jc w:val="left"/>
      </w:pPr>
      <w:r>
        <w:rPr>
          <w:rFonts w:ascii="Times New Roman" w:hAnsi="Times New Roman" w:eastAsia="Times New Roman" w:cs="Times New Roman"/>
        </w:rPr>
        <w:t>Indileen lépp mboolem fukk yi yépp ci kër gu ñuy dencal, ngir am lekk ci sama kër, te jéemleen ma léegi ci loolu, wax na Boroom mbooloom xare yi, ndax duma ubbi leen bunt yéeg yi asamaan te tuur ci yéen barke bu baax ba ba faatuñoo fu ngeen koy jël.</w:t>
      </w:r>
    </w:p>
    <w:p>
      <w:pPr>
        <w:pStyle w:val="ArticleBody"/>
        <w:jc w:val="left"/>
      </w:pPr>
      <w:r>
        <w:rPr>
          <w:rFonts w:ascii="Times New Roman" w:hAnsi="Times New Roman" w:eastAsia="Times New Roman" w:cs="Times New Roman"/>
        </w:rPr>
        <w:t>Dencukaay bi mooy saag, te fukk gi ñu génne mooy janq yi am xel. Dencukaay bi mooy Kàddug Yàlla bu ñu def ci ab tànkub dëgg gu bees. Xeer yu wert yi ñuy sànni ci saag boobu mooy dëgg yi ànd ak yégleb Xuusug Guddi bi. Fukk gi ñu génne dañu leen dencoon ci néegu benn béréb bu sedd ci kër Yàlla ga, ni ñu ko ràññee ci setalug Nehemi. Saag bi ak dencukaay bi, walla kër gu xel gu Piyeer wax, dafay tegtal kër Yàlla, te xeer yu wert yi dañuy tegtal yarami nit ñi, ñoom ñi booleek Yàlla ci bëru kumpa ba Muy Kawe Képp. Ndaw yi yónnee nit duñu man a rëccoo ak yégleb Yàlla. Xeer yu wert yi ñooy yonnent Yàlla, te itam ñooy yégleb bi ñuy yégle. Nguurug xel mi soppikuul dara ci li mu bëgg a wax, baax na lool ñu jëfandikoo yégleb bi ak kiy yégle bi ni benn.</w:t>
      </w:r>
    </w:p>
    <w:p>
      <w:pPr>
        <w:pStyle w:val="ArticleScripture"/>
        <w:jc w:val="left"/>
      </w:pPr>
      <w:r>
        <w:rPr>
          <w:rFonts w:ascii="Times New Roman" w:hAnsi="Times New Roman" w:eastAsia="Times New Roman" w:cs="Times New Roman"/>
        </w:rPr>
        <w:t>“Yàlla woo na mbooloom jaamam ci jamono jii, ni Mu woooon Israayil gu mag ga, ngir taxaw mel ni leer ci kaw suuf. Jaarale ko ci dogal gu bare doole gu dëgg gi, di yëgleb malaaka bu jëkk bi, bu ñaareel bi, ak bu ñetteel bi, Mu tàggale na leen ci kërgëm ya ak ci àddina bi ngir indi leen ci jege bu sell ci Moom. Def na leen ay wottukat yoonam te dénk na leen dëgg yu mag yi ci waxi Yonent yi ngir jamono jii. Ni waxi Yàlla yu sell yañu dénkoon Israayil gu mag ga, noonu itam yii mooy ndénkaanu bu sell bu war a jot ci àddina si. Ñetti malaaka yi nekk ci Peeñu Yowaana 14 dañuy tegtal nit ñi nangu leeru yëgle yi Yàlla te dem jëm kanam mel ni ay ndawam ngir jolli artu bi ci gudd ak yaatu suuf si mépp. Almasi wax na toppkatam yi ne: ‘Yeen ngeen di leeru àddina si.’ Ca bépp bakkan buy nangu Yeesu, bant ba ca Kalwaari wax na ne: ‘Xoolleen njariñu bakkan bi: “Demleen ci àddina si mépp, waare xebaar bu baax bi ci mbind mépp.”’ Dara warul a maye ñu tere liggéey bii. Moo di liggéey bi gëna am solo ci jamono jii; war na yàgg te yaatu ni ba fàww. Mbëggeel mi Yeesu won ci bakkani nit ñi ci sarax bi Mu joxe ngir seen njot, mooy yëngu yëngu toppkatam yépp.” Testimonies, volume 5, 455.</w:t>
      </w:r>
    </w:p>
    <w:p>
      <w:pPr>
        <w:pStyle w:val="ArticleBody"/>
        <w:jc w:val="left"/>
      </w:pPr>
      <w:r>
        <w:rPr>
          <w:rFonts w:ascii="Times New Roman" w:hAnsi="Times New Roman" w:eastAsia="Times New Roman" w:cs="Times New Roman"/>
        </w:rPr>
        <w:t>Nuuyu njàngale tàmbalee boolee xeetu xalaat yii ci atikaal bi ci topp.</w:t>
      </w:r>
    </w:p>
    <w:p>
      <w:pPr>
        <w:pStyle w:val="ArticleScripture"/>
        <w:jc w:val="left"/>
      </w:pPr>
      <w:r>
        <w:rPr>
          <w:rFonts w:ascii="Times New Roman" w:hAnsi="Times New Roman" w:eastAsia="Times New Roman" w:cs="Times New Roman"/>
        </w:rPr>
        <w:t>“Ci biir juróom-fukk at yu mujj yi ci sama dund, am naa yoon yu tedd ngir jot ay xam-xam yu am solo. Am naa xam-xam ci yégle bu njëkk bi, bu ñaareel bi, ak bu ñetteel bi yu malaaka yi. Malaaka yi dañu leen wone ni ñuy naaw ci diggante asamaan, di yégle àddina si benn bataaxal bu artu, te mu jëm ci njariñ gu jub ci kaw nit ñi di dund ci fan yu mujj yi ci taarixu suuf si. Kenn du dégg baatu malaaka yooyu, ndaxte dañuy mel ni ay misaal ngir tegtal nit ñi Yàlla, ñiy liggéey ci benn xel ak asamaanu kaw. Góor ak jigéen ñi Xelmu Yàlla leeral, te dëgg sellal leen, dañuy yégle ñetti yégle yi ci séenu toftale.”</w:t>
      </w:r>
    </w:p>
    <w:p>
      <w:pPr>
        <w:pStyle w:val="ArticleScripture"/>
        <w:jc w:val="left"/>
      </w:pPr>
      <w:r>
        <w:rPr>
          <w:rFonts w:ascii="Times New Roman" w:hAnsi="Times New Roman" w:eastAsia="Times New Roman" w:cs="Times New Roman"/>
        </w:rPr>
        <w:t>« Maa ngi doon jëf benn wàll ci liggéey gu tar gii. Lu ëpp ci sama xam-xamu Kiristaan ci dund gi ànd na ak moom ba mu lëngoo ci moom. Am na ñi dund léegi te seen jaar-jaar mel ni sama bos. Ñoom nangu nañu dëgg gi miy ubbi ngir jamono jii; te topp nañu, àndandoo ak Njiit lu Mag li, Boroom kilifay mbooloom Aji Sax ji. »</w:t>
      </w:r>
    </w:p>
    <w:p>
      <w:pPr>
        <w:pStyle w:val="ArticleScripture"/>
        <w:jc w:val="left"/>
      </w:pPr>
      <w:r>
        <w:rPr>
          <w:rFonts w:ascii="Times New Roman" w:hAnsi="Times New Roman" w:eastAsia="Times New Roman" w:cs="Times New Roman"/>
        </w:rPr>
        <w:t>«Ci yéglebët ndaw yi, bépp ndigal gu njëkk ci waxu Yàlla gis na matug yoonam. Ñi amoon wërngal ngir jëfandikoo seen bopp ci yéglebët ndaw yii, dañoo jële ab jaar-jaar ju am solo lool ci seen bopp; te léegi bi nu nekk ci biir ñaawtéefi fan yu mujj yii, bi kàddu yu nekk di déggu fu nekk naan: “Fii la Kirist nekk,” “Fii la dëgg nekk”; fekk yëngu-yëngu bu bare mooy yëkkati te yàq fondamaŋ bu sunu ngëm, bi nu jiitewoon a génn ca kërk yi ak ci àddina ngir taxaw ni nit ñu tànn ci biir àddina, ni Yowaana, seede bi nu di seede dina ñëw nii:»</w:t>
      </w:r>
    </w:p>
    <w:p>
      <w:pPr>
        <w:pStyle w:val="ArticleScripture"/>
        <w:jc w:val="left"/>
      </w:pPr>
      <w:r>
        <w:rPr>
          <w:rFonts w:ascii="Times New Roman" w:hAnsi="Times New Roman" w:eastAsia="Times New Roman" w:cs="Times New Roman"/>
        </w:rPr>
        <w:t>“«Li nekk woon ca njàlbéen ga, li nu dégg, li nu gis ak sunuy bët, li nu xool bu baax, te sunuy loxo laal, ci mbirum Kàddug dund gi; … li nu gis te dégg, moom la nu yégleen yéen, ngir yéen itam ngeen am bokk ak nun.»</w:t>
      </w:r>
    </w:p>
    <w:p>
      <w:pPr>
        <w:pStyle w:val="ArticleScripture"/>
        <w:jc w:val="left"/>
      </w:pPr>
      <w:r>
        <w:rPr>
          <w:rFonts w:ascii="Times New Roman" w:hAnsi="Times New Roman" w:eastAsia="Times New Roman" w:cs="Times New Roman"/>
        </w:rPr>
        <w:t>«Maa ngi seede yeneen yu ma gis, yeneen yu ma dégg, yeneen yu samay loxo laal ci Kàddug dund. Te seede bii, xam naa ne juge na ci Baay bi ak Doom ji. Gis nanu, te nu ngi seede ne dooley Xel mu Sell mi ànd na ak yégle dëgg gi, di artu ak bind ak baat, tey jox ndigal yi ci seen njëg. Weddi liggéey bii mooy weddi Xel mu Sell mi, te dina nu teg ci mbooloo ma jóge ci ngëm, di déglu xel yu nax ak ay xel yu réy.»</w:t>
      </w:r>
    </w:p>
    <w:p>
      <w:pPr>
        <w:pStyle w:val="ArticleScripture"/>
        <w:jc w:val="left"/>
      </w:pPr>
      <w:r>
        <w:rPr>
          <w:rFonts w:ascii="Times New Roman" w:hAnsi="Times New Roman" w:eastAsia="Times New Roman" w:cs="Times New Roman"/>
        </w:rPr>
        <w:t>“Baña bi dina jëfandikoo lépp ngir buddi kóolute gëmkat yi ci doxalini sunu ngëm yi nekk ci yenn bataaxal yu jamonoy wees yi, yi nu taxawaloon ci kaw tërëm bu kawe bu dëgg gu dul jeex, te yi sampoon nañu te joxoon nañu jëf jii melokaanam. Boroom bi Yàlla bu Israyil moo jiite genn askanam, di leen ubbil dëgg gu jóge asamaan. Baatam degg nañu ko, te ba tey degg nañu ko, mu naan: Demleen kanam, jóge doole ci doole, ci yiw ci yiw, ci ndam ci ndam. Jëf ji miy gën a dëgër tey yaatu, ndaxte Boroom bi Yàlla bu Israyil mooy aar askanam.”</w:t>
      </w:r>
    </w:p>
    <w:p>
      <w:pPr>
        <w:pStyle w:val="ArticleScripture"/>
        <w:jc w:val="left"/>
      </w:pPr>
      <w:r>
        <w:rPr>
          <w:rFonts w:ascii="Times New Roman" w:hAnsi="Times New Roman" w:eastAsia="Times New Roman" w:cs="Times New Roman"/>
        </w:rPr>
        <w:t>“Ñi yor ci dëgg gi ngir xel rekk, mel ni dañu koy téye ak seen bacc, te yóbbuñu ay mbindam ca biir jéego bu sell bu bakkan bi, waaye dañu bàyyi dëgg gu dund gi ca kër gu biti ga, duñu gis dara lu sell ci jaar-jaaru màndargaayu xeet wii ci jamono ju weesu, mi tax ñuy li ñu nekk tey, te tax it ñu taxawal leen ni ay liggéeykat yu farlu, yu dogu, yu yónnee ci àddina.”</w:t>
      </w:r>
    </w:p>
    <w:p>
      <w:pPr>
        <w:pStyle w:val="ArticleScripture"/>
        <w:jc w:val="left"/>
      </w:pPr>
      <w:r>
        <w:rPr>
          <w:rFonts w:ascii="Times New Roman" w:hAnsi="Times New Roman" w:eastAsia="Times New Roman" w:cs="Times New Roman"/>
        </w:rPr>
        <w:t>“Dëggug jamono jii am solo lool, waaye ñi seen xol daanuwul ci doj wi di Kirist Yeesu, duñu gis te xam li di dëgg. Dinañu nangu li neex seen xalaat, te tàmbali sos beneen fondamã bu wuute ak bi ñu tabax ba noppi. Dinañu yëkkati seen bopp ak seen jikko ju yéemu, xalaat ne man nañu yëkkati jéego yi sunu ngëm taxaw ci, te wuutu leen ak jéego yi ñoom ci seen bopp sàkk.”</w:t>
      </w:r>
    </w:p>
    <w:p>
      <w:pPr>
        <w:pStyle w:val="ArticleScripture"/>
        <w:jc w:val="left"/>
      </w:pPr>
      <w:r>
        <w:rPr>
          <w:rFonts w:ascii="Times New Roman" w:hAnsi="Times New Roman" w:eastAsia="Times New Roman" w:cs="Times New Roman"/>
        </w:rPr>
        <w:t>“Lii dina dox ni jamono bi di wéy. Ku nekk jàngkat bu xóot ci Biibël bi dina gis te xam taxawaay bu tar bi ñi nekke ci seen yu mujj yu nettali tariixu suuf sii. Dinañu yëg seen bopp ne ñu amul doole, te ñu néew, te dinañu def seen jëf ju njëkk ba amul rekk melokaanu ragal Yàlla, waaye boole gu dund ak Yàlla. Duñuñu ñeme noppi ba kerse, feek Kirist moom a ngi sosu ci seen biir, mooy yaakaaru ndam. Bopp dina dee; réy-réylu dina génn ci xol bi, te dinañu am lewet ak leeralu Kirist.”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Mbooloom Aduunaa-bés gu Juróom-ñaareelu Laodise — Limu Ñent-fukk</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