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Yoweel ak Kërgug Yàlla gu Bes gi ñuy wax Laodise — Nimero Ñaar-fukk ak Ñaar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Limu Ñaar-fukk ak Ñent-Zaar``</w:t>
      </w:r>
    </w:p>
    <w:p>
      <w:pPr>
        <w:pStyle w:val="ArticleBody"/>
        <w:jc w:val="left"/>
      </w:pPr>
      <w:r>
        <w:rPr>
          <w:rFonts w:ascii="Times New Roman" w:hAnsi="Times New Roman" w:eastAsia="Times New Roman" w:cs="Times New Roman"/>
        </w:rPr>
        <w:t>Bu dëgg ci Levitik ñaar-fukk ak ñett bu ñu ko xàjj ñaari rëdd yu yem, ku nekk ak ñaar-fukk ak ñaar aaya, te ñu ko boole ak rëddub Almasi bi féete yi ci nooru bët setee seeni dëgguwaay, man nanu won ne am na benn rëdd bu tàmbalee ak ñetti jéego yu Bésub Jéggi ba ci ngoonu àjjuma, mburu mu amul lawal ci Bésub Noflaay, ak ñaari njóot yi njëkk ci bés bi njëkk ci ayu-bés bi. Loolu benn melo waaye-la, ni ko sóoraale ci sóobug Almasi, waaye benn melo waaye-loolu am na ñetti jéego.</w:t>
      </w:r>
    </w:p>
    <w:p>
      <w:pPr>
        <w:pStyle w:val="ArticleBody"/>
        <w:jc w:val="left"/>
      </w:pPr>
      <w:r>
        <w:rPr>
          <w:rFonts w:ascii="Times New Roman" w:hAnsi="Times New Roman" w:eastAsia="Times New Roman" w:cs="Times New Roman"/>
        </w:rPr>
        <w:t>Su nu tàmbalee ci ndekkite gi te yokk ci kanam ñeent-fukk fan, dagnuy agsi ci ab jëfandikoo bu soppi, ndaxte foofa la Almasi wàccee di jàngale kanam ak kanam, te mu yéeg ci niir yi. Itam ñeenni téeméeri ak ñeent-fukk ak ñeenti junni yi yéeg nañu ci niir yi.</w:t>
      </w:r>
    </w:p>
    <w:p>
      <w:pPr>
        <w:pStyle w:val="ArticleScripture"/>
        <w:jc w:val="left"/>
      </w:pPr>
      <w:r>
        <w:rPr>
          <w:rFonts w:ascii="Times New Roman" w:hAnsi="Times New Roman" w:eastAsia="Times New Roman" w:cs="Times New Roman"/>
        </w:rPr>
        <w:t>Noonu dégg baat bu mag jógé ci asamaan, di leen wax ne: «Yéegleen fii.» Noonu ñu yéeg ca asamaan ci niir, te seen noon yi gis leen. Ca saa sa it am na woon suuf buy yëngu bu réy, te benn fukk ci dëkk ba daanu; te ci suuf buy yëngu ba nit ñaari junni ak juróom-ñaari téeméeri ñaar fukk ak juróom-ñaar (7,000) dee. Ñi des nag tiit lëj leen, ba ñu joxe ndam Yàlla ju asamaan. Musiba ñaareel bi wees na; te xool-leen, musiba ñatteel bi ngi ñëw gaaw. Noonu malaaka juróomeel ba wol; te am ay baat yu mag ca asamaan, yu naan: «Nguuru yu àddina si nekk nañu nguuri sunu Boroom ak Kiristamam, te dina nguur ba fàww ak ba fàww.» Peeñu 11:12–15.</w:t>
      </w:r>
    </w:p>
    <w:p>
      <w:pPr>
        <w:pStyle w:val="ArticleBody"/>
        <w:jc w:val="left"/>
      </w:pPr>
      <w:r>
        <w:rPr>
          <w:rFonts w:ascii="Times New Roman" w:hAnsi="Times New Roman" w:eastAsia="Times New Roman" w:cs="Times New Roman"/>
        </w:rPr>
        <w:t>Ñaareelu ñaareel ak ñetteel mooy Islam, te malaakam juróom-ñaar ba mooy ñetteel ñaareelu bi, te moom itam, benn yoonaat, mooy Islam. Ñetteel ñaareelu bi dafa ñëw gaaw ci suufe-jëy bi. Suufe-jëy bi mooy yoonu Dimaas bi ci États-Unis; États-Unis mooy rab wu suuf wi ci Peeñu Yàlla gi, sarax ci fukki at ak ñett, te yoonu Dimaas bi mooy yëngu-yëngu bi, moo xam ne mooy suufe-jëy. Rab wu suuf wi mooy buur bu jëkk bi ci fukki buur yi, te bu États-Unis daanuwee ci yoonu Dimaas bi, benn-fukk ci dëkk ba dana daanu. Ci saa si saxu yoonu Dimaas bi, ñaari seede yi ñuy tekki ci Ilyaas ak Muusaa, moom ñaari seede yi sax ñoo feeñoon ci ndammlu ak Almasi ci kanam Piyeer, Saag ak Yowaana, dees leen yékkati asamaan ci niir, te képp gis, ndaxte seeni noon daña leen gis.</w:t>
      </w:r>
    </w:p>
    <w:p>
      <w:pPr>
        <w:pStyle w:val="ArticleBody"/>
        <w:jc w:val="left"/>
      </w:pPr>
      <w:r>
        <w:rPr>
          <w:rFonts w:ascii="Times New Roman" w:hAnsi="Times New Roman" w:eastAsia="Times New Roman" w:cs="Times New Roman"/>
        </w:rPr>
        <w:t>Ñent fukki fan ndekkite gi gannaaw, Yeesu “yéeg” ca niir yi, te fukki fan yi ca néeg bu kawe ba tàmbalee. Yéegam gi mooy seetlu buy gis, ni noonu itam ñaareelu malaaka bi ci ñetti malaaka yi. Ca yéegam ga, malaaka yi wax nañu ne dina dellu ak niir, ni Mu yéegee ak niir.</w:t>
      </w:r>
    </w:p>
    <w:p>
      <w:pPr>
        <w:pStyle w:val="ArticleScripture"/>
        <w:jc w:val="left"/>
      </w:pPr>
      <w:r>
        <w:rPr>
          <w:rFonts w:ascii="Times New Roman" w:hAnsi="Times New Roman" w:eastAsia="Times New Roman" w:cs="Times New Roman"/>
        </w:rPr>
        <w:t>Ba mu waxee loolu, bi ñuy xool, yékk na; te niir daldi ko jël, génne ko ci seen gis-gis. Bi ñuy xool bu wóor jëm asamaan, fekk mooy yéeg, ñaar nit taxaw ci seen wetu, sol yére yu weex; ñoom it wax ne: “Yéen nit ñi dëkk Galile, lu tax ngeen taxaw di xool jëm asamaan? Yesu bii, miñu jële leen ko, yóbbu ko asamaan, dina dellusi noonu rekk, ni ngeen ko gise mu dem asamaan.” Jëf ya 1:9–11.</w:t>
      </w:r>
    </w:p>
    <w:p>
      <w:pPr>
        <w:pStyle w:val="ArticleBody"/>
        <w:jc w:val="left"/>
      </w:pPr>
      <w:r>
        <w:rPr>
          <w:rFonts w:ascii="Times New Roman" w:hAnsi="Times New Roman" w:eastAsia="Times New Roman" w:cs="Times New Roman"/>
        </w:rPr>
        <w:t>Dellusi bi ci ñaareelu dikkam, mu ngi ci “ndam” gu nguuram.</w:t>
      </w:r>
    </w:p>
    <w:p>
      <w:pPr>
        <w:pStyle w:val="ArticleScripture"/>
        <w:jc w:val="left"/>
      </w:pPr>
      <w:r>
        <w:rPr>
          <w:rFonts w:ascii="Times New Roman" w:hAnsi="Times New Roman" w:eastAsia="Times New Roman" w:cs="Times New Roman"/>
        </w:rPr>
        <w:t>Ku neex ma di rus sama kanam ak sam wax yi ci xeetu nit ñi di naxte te ay bàkkaarkat bii; Doom-aadama itam dina rus ko, bu dee dikk ci ndamu Baayam ak malaaka yu sell yi. Mark 8:38.</w:t>
      </w:r>
    </w:p>
    <w:p>
      <w:pPr>
        <w:pStyle w:val="ArticleBody"/>
        <w:jc w:val="left"/>
      </w:pPr>
      <w:r>
        <w:rPr>
          <w:rFonts w:ascii="Times New Roman" w:hAnsi="Times New Roman" w:eastAsia="Times New Roman" w:cs="Times New Roman"/>
        </w:rPr>
        <w:t>“Ndàm” boobu la Piyeer, Saag ak Yowaan gisoon ci Tundu Coppitegi Melokaan. Tundu Coppitegi Melokaan bi itam mooyoon ñaareelu jéego, te Kesare Filip la ko jiitu, te Kesare Maritima topp ko. Ñaareelu nattu bi itam mooy nattu nataalu rab wa, nattu bu soxla xam-xamu yonent ngir xàm ne nataalu rab wa dees na ko bind. Ñaareelu nattu bi itam mooy Melzar di seet Dañeel ak ay xaritam ngir mengale seen melokaan ak ñi lekkul woon pepp. Mooy nattu bu aju ci gis-gis. Ñaareelu jéego ci ñetti jéego yu kóllëre ci jaar-jaaru kóllëreg Abram mooy “mandarga” sarax-kàttaan gi. Ñaareelu jéego bi dafa tegu ci xéyug nit ñi Yàlla moom, bi ñu leen yékkatee ni ràññee. Ñaareelu jéego bi mooy fu “ndàm” feeñee, ndaxte ñetti jéego yu malaaka bu njëkk bi mooy ragal, “ndàm” ak àtte. Fanweer ak fukki fan baatub Pentekot bi méngoo ak Tundu Coppitegi Melokaan. Dindi leen sa ay dàll, ndaxte suuf su sell nga taxaw.</w:t>
      </w:r>
    </w:p>
    <w:p>
      <w:pPr>
        <w:pStyle w:val="ArticleBody"/>
        <w:jc w:val="left"/>
      </w:pPr>
      <w:r>
        <w:rPr>
          <w:rFonts w:ascii="Times New Roman" w:hAnsi="Times New Roman" w:eastAsia="Times New Roman" w:cs="Times New Roman"/>
        </w:rPr>
        <w:t>Yëg ga mooy seet bu ñuy gis, te ci tëralin màggal yi, yëg ga ci fanweer ñent fukk yi, juróom fan la ko jiitu ak màggalu Buux. Màggalu Buux mi di firndeel waareel bu juróom-ñaareel buux ba, mooy waareelu Islaam.</w:t>
      </w:r>
    </w:p>
    <w:p>
      <w:pPr>
        <w:pStyle w:val="ArticleBody"/>
        <w:jc w:val="left"/>
      </w:pPr>
      <w:r>
        <w:rPr>
          <w:rFonts w:ascii="Times New Roman" w:hAnsi="Times New Roman" w:eastAsia="Times New Roman" w:cs="Times New Roman"/>
        </w:rPr>
        <w:t>Yéeg bi topp na trompët yi ci juróom-ñetti fan, te ginnaaw juróom-ñetti fan ci yéeg boobu, Bésub Njotgu mi di tënk àtte. Trompët bi mooy yoon yu yàgg ya, mooy bataaxalu Laodicea, mooy Islam, te mooy it bataaxal bu njëkk buy fondamaantal bu malaaka bu njëkk bi. Juróom-ñetti fan ginnaaw loolu, bu njàngum “kanam ak kanam” jeexee, seetlu ñaareel buy ñaareel nattu bu malaaka bu ñaareel bi dañu koy tënk ci yéeg ba. Juróom-ñetti fan ginnaaw loolu, àtte mooy tënk malaaka bu ñetteel bi.</w:t>
      </w:r>
    </w:p>
    <w:p>
      <w:pPr>
        <w:pStyle w:val="ArticleBody"/>
        <w:jc w:val="left"/>
      </w:pPr>
      <w:r>
        <w:rPr>
          <w:rFonts w:ascii="Times New Roman" w:hAnsi="Times New Roman" w:eastAsia="Times New Roman" w:cs="Times New Roman"/>
        </w:rPr>
        <w:t>Juróom-benet fanweeri atte ci kër Yàlla jeexee, mbugal gi daldi ñëw ci Kowar Amerik, ni ko Bésub Pentekot maye.</w:t>
      </w:r>
    </w:p>
    <w:p>
      <w:pPr>
        <w:pStyle w:val="ArticleScripture"/>
        <w:jc w:val="left"/>
      </w:pPr>
      <w:r>
        <w:rPr>
          <w:rFonts w:ascii="Times New Roman" w:hAnsi="Times New Roman" w:eastAsia="Times New Roman" w:cs="Times New Roman"/>
        </w:rPr>
        <w:t>Mu ne Abram ne ko: “Xam bu wóor ne sa njaboot dina nekk doxandéem ci suuf su dul seen, te dinañu leen liggéeyal; te dinañu leen sonal diirub ñeenti téeméeri at. Te itam xeet woowu, yi ñuy liggéeyal, dinaa ko àtte; gannaaw loolu dinañu génn ak alal ju bare.” Génesis 15:13, 14.</w:t>
      </w:r>
    </w:p>
    <w:p>
      <w:pPr>
        <w:pStyle w:val="ArticleBody"/>
        <w:jc w:val="left"/>
      </w:pPr>
      <w:r>
        <w:rPr>
          <w:rFonts w:ascii="Times New Roman" w:hAnsi="Times New Roman" w:eastAsia="Times New Roman" w:cs="Times New Roman"/>
        </w:rPr>
        <w:t>“Alal ju mag” gi ñaar-fukk ak ñeent junni ñent téeméer ak ñeent-fukk ñaar yi am ci waxtu yoonu Dibéer bi, fa “réew mi” mooy États-Unis diñu ko àtte, mooy alal bi nekk ci saar wi juróom-benn ci Esayi, te muy melokaanu Yàlla. Kàddug kóllëre Ibraayma wax na ne “itam réew moomu,” ba tax mu wone ne nitug Yàlla yi da ñu leen séelal bala yoonu Dibéer bi. Gannaaw loolu, ci yoonu Dibéer bi, di ab jamono ju fanweeri màggalu Mbooloom Tànt yi di tegtal, tawte gu mujj gi dañuy sotti ko ak nataalul kenn, bi àtte bi di mat ci kaw mbooloo mu mag mi nekk bitim kër Yàlla.</w:t>
      </w:r>
    </w:p>
    <w:p>
      <w:pPr>
        <w:pStyle w:val="ArticleBody"/>
        <w:jc w:val="left"/>
      </w:pPr>
      <w:r>
        <w:rPr>
          <w:rFonts w:ascii="Times New Roman" w:hAnsi="Times New Roman" w:eastAsia="Times New Roman" w:cs="Times New Roman"/>
        </w:rPr>
        <w:t>Bés bu 18 fanweeriye 2020, ñaari seede yi dañu leen rey ci mbedd yi Sodom ak Ejipt. Ñaari seede yi mooyoon Muse ak Eli, te William Miller mooyoon Eli ci jamonoam. Ci ay géntam, mu tëj ay bëtam ab diir bu gàtt, te bés bu 18 fanweeriye 2020 mu tëj ay bëtam ci yonent bu jëm ci dee. Ba mu ubbee ay bëtam, néegu bi dafa nekkowul kenn, bunt bi ak palanteer yi ubbeeku woon nañu. Gannaaw loolu, bi Miller gisée liggéey bi góor guy balay suuf ji di matal, mu ñaan ko bu baax mu moytu, te góor guy balay suuf ji dafa ko wóorloo ne lépp dina baax.</w:t>
      </w:r>
    </w:p>
    <w:p>
      <w:pPr>
        <w:pStyle w:val="ArticleBody"/>
        <w:jc w:val="left"/>
      </w:pPr>
      <w:r>
        <w:rPr>
          <w:rFonts w:ascii="Times New Roman" w:hAnsi="Times New Roman" w:eastAsia="Times New Roman" w:cs="Times New Roman"/>
        </w:rPr>
        <w:t>Bi Miller yeewu ca àll bi ci màndiŋ ma, ci weeru sulet 2023, màggalu mburu bu amul lawiir agsi na, lu jiitu ndekkite gi ci 31 Desàmbar 2023. Ca jamono jooju—bataaxalu yonent bi dëgg, di “yuuxu” bi, bi bépp bataaxalu yonent bu ñu mas a ubbi woon daan misaalal, tàmbali nañu koo ubbi, ndaxte mujju ñetti fan ak genn-wàll bi mooy xamle ab “waxtu mujj”; te ci “waxtu mujj” am na saa yu nekk ubbitug yonent. Lii dafa mel noonu saa su nekk, ndaxte Almasi bi moom rekk la démb, tey ak ba fàww. Ndamam ak nit ñi du soppiku mukk, ndaxte liggéey na tey ci benn “rëkk” yi mu masoon a liggéey. Ci mujju ñetti fan ak genn-wàll bi, Peeñug Yeesu Kirist dafa ubbeeku.</w:t>
      </w:r>
    </w:p>
    <w:p>
      <w:pPr>
        <w:pStyle w:val="ArticleBody"/>
        <w:jc w:val="left"/>
      </w:pPr>
      <w:r>
        <w:rPr>
          <w:rFonts w:ascii="Times New Roman" w:hAnsi="Times New Roman" w:eastAsia="Times New Roman" w:cs="Times New Roman"/>
        </w:rPr>
        <w:t>Yaram dekki bi ñu dekkaloon woon, Adama moo ko tegtaloon, moom mi ñu njëkk a bind, te gannaaw gi ñu wol ko noflaayu dund. Yarami yax wu wow yi ci Ezekiel 37, itam, njëkk nañu leen a sos ak benn yégle, te gannaaw loolu ñu dundal leen ak ñaareelu yégle gu indiw noflaayu dund ci yaram wi amul woon dund, jaarale ko ci kàddu gu jëm ci ñeenti ngelaw yi, te loolu mooy bataaxalu màndarga bi. Ci ñaari misaal yooyu ñépp, yégle bi ñu ubbite mooy ñaar ñetti xaaj, te ñu ko di wone ci anam yu bare. Ñoom mooy biir ak biti; ñoom mooy peeñ mi jëm ci dexu Ulai ak Hiddekel; ñoom mooy peeñu chazon ak mareh; ñoom mooy ñaari seede yi, ñaari tuub yu wurus yi, ak noonu ba fàww.</w:t>
      </w:r>
    </w:p>
    <w:p>
      <w:pPr>
        <w:pStyle w:val="ArticleBody"/>
        <w:jc w:val="left"/>
      </w:pPr>
      <w:r>
        <w:rPr>
          <w:rFonts w:ascii="Times New Roman" w:hAnsi="Times New Roman" w:eastAsia="Times New Roman" w:cs="Times New Roman"/>
        </w:rPr>
        <w:t>Ci cosaanu Millerite, Yuuxu Guddi gi moo doon yégle gu ànd ak yégle bu ñaareelu malaaka bi. Benn yégle gu am ñaari xaaj. Bi yax yu wow yi dekkeeaatoon ci atum 2023, ci lu waral ci yégle lañu waroon a nattu leen, ndaxte ubbiwaay bu nekk ci yégle dafa tàmbalee sax benn jëfandikoo gu nattu gu am ñetti jéego. Ñaari natt yi njëkk, dinañu doon natt bu tënk wi ak gannaaw loolu natt bu kër Yàlla gi.</w:t>
      </w:r>
    </w:p>
    <w:p>
      <w:pPr>
        <w:pStyle w:val="ArticleBody"/>
        <w:jc w:val="left"/>
      </w:pPr>
      <w:r>
        <w:rPr>
          <w:rFonts w:ascii="Times New Roman" w:hAnsi="Times New Roman" w:eastAsia="Times New Roman" w:cs="Times New Roman"/>
        </w:rPr>
        <w:t>Juróom fan yuubal gi—baat bi ci màndiŋ mi, mi ñu tekkal ci jamono jooju buy mburu mu amul lawiir, mat na; ndax Eliya, mi ñu tekkal ci Miller ak Yahya miy Sóobikat bi, ñoom ñaar ñépp sàkkal nañu yoon wi ngir Ki ñu nekku woon yu mu yékkatu sax. Ci bésub dekki ba, Yeesu tàmbali na jamonoomu jàngale “kanam ak kanam” diirub ñeenti-fukk fan. Jàngale jooju “kanam ak kanam” tàmbalee woon na ci bés ñaar-fukk ak ñaar ngir Daniyel ci saar 10. Foofa lañu ko fésal ni ñetti jéego ak ñetti laal, boole ca ñaari yoon yu doole ji ñu doon dooleel.</w:t>
      </w:r>
    </w:p>
    <w:p>
      <w:pPr>
        <w:pStyle w:val="ArticleBody"/>
        <w:jc w:val="left"/>
      </w:pPr>
      <w:r>
        <w:rPr>
          <w:rFonts w:ascii="Times New Roman" w:hAnsi="Times New Roman" w:eastAsia="Times New Roman" w:cs="Times New Roman"/>
        </w:rPr>
        <w:t>Juróom fan yu ñett-fukki fan yi jeex, waxtaanu artu bu trompetu Islaam di jolli. Artu Islaam moom dafa amoon misaal ci mbaam ma Kirist war ci bi Mu duggee Yerusalem ak ndam. Bala Mu wàccey tundu Tundu Olib ya jëm Yerusalem, Mu njëkk santaane taalibeem yi ñu dem yiwi mbaam ma.</w:t>
      </w:r>
    </w:p>
    <w:p>
      <w:pPr>
        <w:pStyle w:val="ArticleScripture"/>
        <w:jc w:val="left"/>
      </w:pPr>
      <w:r>
        <w:rPr>
          <w:rFonts w:ascii="Times New Roman" w:hAnsi="Times New Roman" w:eastAsia="Times New Roman" w:cs="Times New Roman"/>
        </w:rPr>
        <w:t>“Jëfandikoo bii amoon na ci atum 1847 baat bi nekk na ne amoon na ay doomu mbokk yu néew lool yu bokk ci Advent yi di sàmm bésub Noflaay bi, te ci ñoom itam ay néew rekk a doon xalaat ne sàmmam am na solo bu doy ngir rëddale xeetu nit ñi Yàlla ak ñi dul gëm. Léegi, matug jëfandikoo boobu mi ngi tàmbalee gisiku. ‘Njëlbéenu jamono jooju nag bu metti,’ bi ñu wax fii, du jublu ci jamono ji musiba yi di tàmbalee ñu sotti leen, waaye ci ab waxtu bu gàtt balaa ñu leen di sotti, bi Kirist nekk ci kër Yàlla gi. Ci waxtu woowu, bi liggéeyu mucc gi di jeex, metit dina dikk ci kaw suuf, te xeet yi dinañu mer, waaye dinañu leen téy ngir bañ a tere liggéeyu ñetteelu malaaka ma. Ci waxtu woowu ‘taw bu mujj bi,’ walla yeesal gu jóge fa Boroom bi nekk, dina ñëw ngir jox doole baatu kawe ga ñetteelu malaaka ma, te waajal gaayi Yàlla yi ngir ñu man a taxaw ci jamono ji ñaari-fukk ak juróom-ñaar yi musiba yu mujj yi di sotti.” Early Writings, 85.</w:t>
      </w:r>
    </w:p>
    <w:p>
      <w:pPr>
        <w:pStyle w:val="ArticleBody"/>
        <w:jc w:val="left"/>
      </w:pPr>
      <w:r>
        <w:rPr>
          <w:rFonts w:ascii="Times New Roman" w:hAnsi="Times New Roman" w:eastAsia="Times New Roman" w:cs="Times New Roman"/>
        </w:rPr>
        <w:t>Ci 9/11, Yàlla santaane na ay malaakam muñ ñu yiwe mbaam mi; gannaaw loolu George Bush ndaw li tere mbaam mi. Cyrus mooy misaal bu jëkkër bi, ndaxte moom moo yégle woon ndigal gu njëkk gi. Kon nag, moom dafay tegtal benn ci ñaari mbir: 11 Ut 1840 ak 9/11; te ci 9/11, Islam, ni ko “merum xeeti yi” tegtale, yiwee nañu ko, ba noppi ñu téye ko. Ca jamono jooju taw bu mujj bi tambalee wàcc. Cyrus dafay tegtal ñaari waymark yu Islam ci 11 Ut 1840 ak 9/11.</w:t>
      </w:r>
    </w:p>
    <w:p>
      <w:pPr>
        <w:pStyle w:val="ArticleScripture"/>
        <w:jc w:val="left"/>
      </w:pPr>
      <w:r>
        <w:rPr>
          <w:rFonts w:ascii="Times New Roman" w:hAnsi="Times New Roman" w:eastAsia="Times New Roman" w:cs="Times New Roman"/>
        </w:rPr>
        <w:t>“Diirub ayu-bés ak juróom-ñatt, Jibril xeexoon na ak dooley lëndëm yi, di wut a fegal yëf yi doon jëfandikoo ci xel Cyrus; te bala xare ba jeex, Kirist moom ci boppam dikk na dimbali Jibril. ‘Boroom nguurug Perse dafa ma tere woon benn fan ak ñaar-fukk ak benn,’ la Jibril wax; ‘waaye xoolal, Mixael, kenn ci kilifa yi gën a màgg, dikk na ngir dimbali ma; te des naa fa ak buur yi yu Perse.’ Daniel 10:13. Lépp lu asamaan manoon a def ngir askanu Yàlla, defees na ko. Ci mujj, ndam li am na; mbooloom noon yi téyees na leen, ba tey ci bépp fan yu Cyrus, ak bépp fan yu doomam Cambyses, mi nguuroon lu tollook juróom-ñaari at ak genn-wàll.” Prophets and Kings, 571.</w:t>
      </w:r>
    </w:p>
    <w:p>
      <w:pPr>
        <w:pStyle w:val="ArticleBody"/>
        <w:jc w:val="left"/>
      </w:pPr>
      <w:r>
        <w:rPr>
          <w:rFonts w:ascii="Times New Roman" w:hAnsi="Times New Roman" w:eastAsia="Times New Roman" w:cs="Times New Roman"/>
        </w:rPr>
        <w:t>Sirus, 11 ut 1840 bi, ba nguurug Otoomaan dafa jeexee, ni ko jamono yi jiitu woon waxe, Islaam, muy ñaareelu musiba ba, dafa nekk ci kuñug. Kuñug googu mooy mandargaal jeexital yeneen wax jàmmu waxtu bi tollu ci ñetti téeméeri ak juróom-benn fukki at ak fukki fan ak juróom-ñett, mi tàmbalee ba ñeenti malaaka ya, yi tegtaloon ñeenti sultaŋ yu Islaam, ñu leen bàyyi ci loxo juróomeelu malaaka ba, mi doon tegtalu ñaareelu musiba bi ci ñetti musiba yu Islaam. Ci 9/11 Islaam dafa dóor, te gannaaw loolu ñu ko kuñe, ni ko wonee ci kuñug gi ci jaar-jaaru Sirus ak ci 1840. Ñetti seede yooyu yépp dañuy jox xamle kuñug walla bàyyi ci mbirum Islaam, te ci njàlbéenu duggu njàmbaaralug Almasi bi, mbaam ma dañu ko bàyyi.</w:t>
      </w:r>
    </w:p>
    <w:p>
      <w:pPr>
        <w:pStyle w:val="ArticleBody"/>
        <w:jc w:val="left"/>
      </w:pPr>
      <w:r>
        <w:rPr>
          <w:rFonts w:ascii="Times New Roman" w:hAnsi="Times New Roman" w:eastAsia="Times New Roman" w:cs="Times New Roman"/>
        </w:rPr>
        <w:t>Ñiirug mbaam mi ñëw ngir dugg ci ndam lool ci Yerusalem day wone waxu buubaal bi di ñëw juróom-ñetti fan laata yéegam. Wax ji ne Islaam dees na ko bàyyi baatamati, ni ko nekkoon ci 9/11, te ni dees na ko bàyyiwaat fukki fan ak juróom-benn fan gannaaw ca yoonu Dibéer ba, muy Pentekot, mooy wax ji di màndargaal tàmbaliwaayu Yuuxu Guddi. Mbaam mi ñu yiwi day màndargaal tàmbali gi walla alfa bi ci yégleb xebaaru Yuuxu Guddi, te ca yoonu Dibéer ba, fa Yuuxu Guddi soppeeku di yuuxu kawe, Islaam daldi dóorati mala bu suuf bi.</w:t>
      </w:r>
    </w:p>
    <w:p>
      <w:pPr>
        <w:pStyle w:val="ArticleBody"/>
        <w:jc w:val="left"/>
      </w:pPr>
      <w:r>
        <w:rPr>
          <w:rFonts w:ascii="Times New Roman" w:hAnsi="Times New Roman" w:eastAsia="Times New Roman" w:cs="Times New Roman"/>
        </w:rPr>
        <w:t>Jamono Buy Guddi bi tàmbalee ak jëfandikoo alfa bu Islam, te mu jeexee ak jëfandikoo omega bu Islam. Jëfandikoo yi Islam def ci kaw États-Unis ñu ngiñ ko teew ci seede Balaam ak mbaamam, te loolu moom, ci dëgg-dëgg, ñu ko wone ci Nimero yu ñaar-fukk ak ñaar. Yàlla yiirug kanam mbooloom Adventiste du Juróom-ñaareel Bés bu Laodicee, ni mu di geñu protestaŋ bu rab wu suuf si, ñu ngi ko teew ci Isaïe 22:22 (biir), te yàlla yiirug geñu Républicain bi ñu ngi ko wone ci Nimero 22:22 (bitim-réew) ak li topp.</w:t>
      </w:r>
    </w:p>
    <w:p>
      <w:pPr>
        <w:pStyle w:val="ArticleScripture"/>
        <w:jc w:val="left"/>
      </w:pPr>
      <w:r>
        <w:rPr>
          <w:rFonts w:ascii="Times New Roman" w:hAnsi="Times New Roman" w:eastAsia="Times New Roman" w:cs="Times New Roman"/>
        </w:rPr>
        <w:t>Te mer Yàlla tàkk na ndax mu demoon; te malaakam Boroom bi taxawoon ci yoon wi ngir doon noonam. Fekk mu waroon ci mbaamam, te ñaari surgaam ya ànd ak moom.</w:t>
      </w:r>
    </w:p>
    <w:p>
      <w:pPr>
        <w:pStyle w:val="ArticleScripture"/>
        <w:jc w:val="left"/>
      </w:pPr>
      <w:r>
        <w:rPr>
          <w:rFonts w:ascii="Times New Roman" w:hAnsi="Times New Roman" w:eastAsia="Times New Roman" w:cs="Times New Roman"/>
        </w:rPr>
        <w:t>Baamtu bi gis malaakam Boroom bi taxaw ci yoon wi, di yor saafaraam bu roŋŋ ci loxoom; baamtu bi daldi weng yoon wi, dugg ci tool bi. Noonu Balaam daldi dóor baamtu bi ngir delloo ko ci yoon wi. Mbind mi 22:22, 23.</w:t>
      </w:r>
    </w:p>
    <w:p>
      <w:pPr>
        <w:pStyle w:val="ArticleBody"/>
        <w:jc w:val="left"/>
      </w:pPr>
      <w:r>
        <w:rPr>
          <w:rFonts w:ascii="Times New Roman" w:hAnsi="Times New Roman" w:eastAsia="Times New Roman" w:cs="Times New Roman"/>
        </w:rPr>
        <w:t>Ci 9/11, Balaam, yonent bu fen diis, miiy te diiru États-Unis ak George Bush ndaw li, dafa doon seet a jeexal liggéey bi baayam George Bush bu jëkk tàmbalee woon ci jéego gu globalist yi ngir daaneel États-Unis te samp li mu woowe “ndigal àddina bu bees.” Taxawaayu globalist yi ci Biibël mooy rey askanu Yàlla yi ci desit, te George Bush ndaw li miiy tektal mujjug cosaanu kàddug yonent gu baayam, ci duggale “ndigal àddina bu bees,” ni ko baayam woowe woon. “Ndigal àddina bu bees” bu Bush dikk na ba ci boole gu ñetti wàll yu ajana, rab wi, rabu màndarga bi ak yonent bu fen diis bi, ci yoonu Dimaas, te George Bush ndaw li mooy màndarga tàmbali jàmmu jamono ji di àgg ba ci yoonu Dimaas, moom miy waxtu sellal bi, waxtu nattu nataalu rabu màndarga bi, jamono ji baat bu jëkk bi ci Peeñu xaatim 18 di tektal, ak yeneen lu bare. mbaamum Balaam wall na ajandaa globalist yi ba beneen wàll ba keroog ñaar-fukki junni ak ñent-fukki junni yi ak ñent-ñaar-fukki junni ñi ñu téj ci seen kanam.</w:t>
      </w:r>
    </w:p>
    <w:p>
      <w:pPr>
        <w:pStyle w:val="ArticleScripture"/>
        <w:jc w:val="left"/>
      </w:pPr>
      <w:r>
        <w:rPr>
          <w:rFonts w:ascii="Times New Roman" w:hAnsi="Times New Roman" w:eastAsia="Times New Roman" w:cs="Times New Roman"/>
        </w:rPr>
        <w:t>Woyu wala Ayu Asaf. Yàlla, bul nekk ci noppi; bul nekk ci jàmm, te bul nekk ci dal, Yàlla. Ndaxte, xoolal, sa noon yi taxaw ci riir; ñi lay bañ jël nañu kaw gi. Ñoom dafañu fas pexe yu sutura ngir say nit, te di gisebante ci sa ñi nga nëbb. Ñoom ne nañu: “Ñëwleen, nu dagg leen, ba duñu nekk xeet; ngir turu Israayil duati xasu ci fàttaliku.” Ndaxte ñoom gisebante nañu ci benn xel; ñoom bokk nañu ngir taxawu ci sa wàll. Sabóor 83:1–5.</w:t>
      </w:r>
    </w:p>
    <w:p>
      <w:pPr>
        <w:pStyle w:val="ArticleBody"/>
        <w:jc w:val="left"/>
      </w:pPr>
      <w:r>
        <w:rPr>
          <w:rFonts w:ascii="Times New Roman" w:hAnsi="Times New Roman" w:eastAsia="Times New Roman" w:cs="Times New Roman"/>
        </w:rPr>
        <w:t>Aayaat juróom-benni ak yi ci topp jëfandikoo “noon yi” nekk “fukk” xeeti réew, ñooñu lañuy tey mel ni fukk buur ci Peeñu 17. Foofa, fukk buur ya bokk benn xel lañu, waaye Asaf nee na: “ñoom da ñoo gisebóo ci benn xel; dañuy booloo na ci sa kaw.” Fukk buur yooyu mooy mbooloom ñaawtéefu mondiyaalis bu fanweeri jamono ji mujje, ñi dogal ne dañuy “dagg” “Israyil,” “sa ñi nga nëbb,” ngir mu bañ a nekk “xeet.” Liggéeyu mbooloom fukk buur yi di ñi “yékkati” kàttanu paap bi muy “bopp” bu booloo bu ñetti wàll, mooy faral di faratale “Israyil” bu xel, mi nëbbu ci “bérabu kumpa bu Kawe ji gën a Kawe.”</w:t>
      </w:r>
    </w:p>
    <w:p>
      <w:pPr>
        <w:pStyle w:val="ArticleBody"/>
        <w:jc w:val="left"/>
      </w:pPr>
      <w:r>
        <w:rPr>
          <w:rFonts w:ascii="Times New Roman" w:hAnsi="Times New Roman" w:eastAsia="Times New Roman" w:cs="Times New Roman"/>
        </w:rPr>
        <w:t>Ci fanweeru 9/11, mbaamug Islaam indi yoonu ajjanu ji, ndaxte malaaka bu mag bi nekk ci Peeñu 18 wàcc na ak saafara ci loxoom. Njàngat gu biir ga ci jamono jooju moo doon dellu ci yoon yi yàgg. Ci boobu la baatub jaar-jaar yi ci jaar-jaaru Millerite, ñeel bennal malaaka bu njëkk ak ñaareel bi, tàmbalee dellusi, ni ko ñu tëral ci jaar-jaaru ñetti aaya yu njëkk yi ci Peeñu 18. Ñetti aaya yu njëkk yooyu, di aaya yi Sœur White waxoon ne dinañu mat saa su kër yu mag yaa ca New York City ñu daaneel.</w:t>
      </w:r>
    </w:p>
    <w:p>
      <w:pPr>
        <w:pStyle w:val="ArticleBody"/>
        <w:jc w:val="left"/>
      </w:pPr>
      <w:r>
        <w:rPr>
          <w:rFonts w:ascii="Times New Roman" w:hAnsi="Times New Roman" w:eastAsia="Times New Roman" w:cs="Times New Roman"/>
        </w:rPr>
        <w:t>Ci 9/11, Révélation 18:1–3 am nañ ko matal, te li mu méngook ak li malaaka bu njëkk bi wàccoon ngir leeral suuf si ak ndamam ci 11 Awoot 1840, boobu nag malaaka bu ñaareel bi moo ko booleeku, moom mi yéglewoon ne Babilon dafa daanu. Balaam dafa nekkoon misaal bu malaaka bu njëkk bi, te Balaam àndoon na ak ñaari surgaam, yu doon tegtal malaaka bu ñaareel bi.</w:t>
      </w:r>
    </w:p>
    <w:p>
      <w:pPr>
        <w:pStyle w:val="ArticleBody"/>
        <w:jc w:val="left"/>
      </w:pPr>
      <w:r>
        <w:rPr>
          <w:rFonts w:ascii="Times New Roman" w:hAnsi="Times New Roman" w:eastAsia="Times New Roman" w:cs="Times New Roman"/>
        </w:rPr>
        <w:t>Ci misaal bu Balaam joxe ci bët bu Républicain bu yonent bu fen bi, Balaam dina amaat ñaari jàppante ak mbaamum Islaam. Ci ñetteel jàppante ba, mbaam ma dina “wax,” te waxug yoonent mi moo màndargaal yoonu Dibeer bi. Ci 7 Oktobar 2023, mbaam ma dóoratiwaat na, waaye du suuf su màggat su jamono jii ci wàllu ruu. Dafa dóor suuf su màggat su yàgg ba tey ci wàllu dëgg, te léegi Balaam ak mbaamam agsi nañu ci ñaareelu jàppante bi.</w:t>
      </w:r>
    </w:p>
    <w:p>
      <w:pPr>
        <w:pStyle w:val="ArticleScripture"/>
        <w:jc w:val="left"/>
      </w:pPr>
      <w:r>
        <w:rPr>
          <w:rFonts w:ascii="Times New Roman" w:hAnsi="Times New Roman" w:eastAsia="Times New Roman" w:cs="Times New Roman"/>
        </w:rPr>
        <w:t>Waaye malaakab Boroom bi taxawoon ci yoon wu kër ya, miir nekk ci wet gu nekk, ak miir ci beneen wet. Bi mbaam ba gisee malaakab Boroom bi, mu jéem a dugg ca miir ma, te daan tànku Balaam ci miir ma; noonu mu dellu koo dóor. Nombres 22:24, 25.</w:t>
      </w:r>
    </w:p>
    <w:p>
      <w:pPr>
        <w:pStyle w:val="ArticleBody"/>
        <w:jc w:val="left"/>
      </w:pPr>
      <w:r>
        <w:rPr>
          <w:rFonts w:ascii="Times New Roman" w:hAnsi="Times New Roman" w:eastAsia="Times New Roman" w:cs="Times New Roman"/>
        </w:rPr>
        <w:t>Toolub reseñ gu Israyil bu mag mooy misaal toolub reseñ gu Adayantis ñeel fanweer ñaareel jamono yi yu Laodise. Ñoom ñaar ñépp ay nit ñi Yàlla fas kóllëre ak ñoom lañu, te jox na leen sas ngir ñu doon way denc Yoonu Yàlla, miñu misaale ni “tata,” te moom itam bokk na ci mbir yi dajale toolub reseñ bi.</w:t>
      </w:r>
    </w:p>
    <w:p>
      <w:pPr>
        <w:pStyle w:val="ArticleScripture"/>
        <w:jc w:val="left"/>
      </w:pPr>
      <w:r>
        <w:rPr>
          <w:rFonts w:ascii="Times New Roman" w:hAnsi="Times New Roman" w:eastAsia="Times New Roman" w:cs="Times New Roman"/>
        </w:rPr>
        <w:t>Lan laa man na defalatiwoon ci sama toli reseñ bi, te duma ko def ci moom? Lu tax, bi ma yaakaaroon ne mu meññ doom-i-reseñ, mu meññ reseñ yu àll? Léegi nag, na ngeen déglu li ma bëgg a def sama toli reseñ bi: dinaa dindi mbagum, te dees na ko lekk; dinaa yàq miiram, te dees na ko jéggi. Esayi 5:4, 5.</w:t>
      </w:r>
    </w:p>
    <w:p>
      <w:pPr>
        <w:pStyle w:val="ArticleBody"/>
        <w:jc w:val="left"/>
      </w:pPr>
      <w:r>
        <w:rPr>
          <w:rFonts w:ascii="Times New Roman" w:hAnsi="Times New Roman" w:eastAsia="Times New Roman" w:cs="Times New Roman"/>
        </w:rPr>
        <w:t>Israeel bu yàgg ba tey ci lu yëngu ci xel ñoom ñépp ñaar dañoo bëggul woon te bañ seeni yëf yu sell yi ñu war a doxal. Dale ci 9/11 ba ci yoonu Dibéer bi, am na ab mbir bu yonent yi wax te mel ni “miir.” Mbir moomu ci waxu yonent mooy tasug “miir” mi may wàññante diggante kerk ak nguur ci biir Sàrtu Amerik bi. Ci 9/11, Bush jëfe Patriot Act, te loolu nekkoon jéego ju mag ci wàññi dooley Sàrtu Amerik bi, ndaxte foofa la xel ma doon jiite Sàrt bi ñu ko dindi ba walbati ko, bi ñu nanguyoon yoonu xel bu Roma, biy wax ne nit ku am tooñ la ba keroog ñu firndeel ne du am tooñ, te ñu ko teg ci kaw pexe yu yoonu Àngalteer, yi di saxal ne nit du am tooñ ba keroog ñu firndeel ne am na tooñ.</w:t>
      </w:r>
    </w:p>
    <w:p>
      <w:pPr>
        <w:pStyle w:val="ArticleBody"/>
        <w:jc w:val="left"/>
      </w:pPr>
      <w:r>
        <w:rPr>
          <w:rFonts w:ascii="Times New Roman" w:hAnsi="Times New Roman" w:eastAsia="Times New Roman" w:cs="Times New Roman"/>
        </w:rPr>
        <w:t>Jamono jëm ci 11/9 ba ci yoonu dimaas bi, am na ay referaas bu wax ci “miir yi” ci waxi yonent yi. Lislaam, bi mu daaneel miir yi ni mbaam-u Balaam, day won ne mbirum Lislaam moo di lu jox xel mu réer ngir wërët pexe yi nekk ci biir Konstitisyoŋ bi. Ci xam-xamu yonent bii, Lislaam, yonentu fen bu Biibël bi wax, mooy li nax Mbooloom Etaasu-Ünis yi ci waxtu nattu nataalu rab wa; ni itam yonentu fen bu Etaasu-Ünis yi di naxe àddina bépp ci waxtu nattu nataalu rab wa bu àddina si.</w:t>
      </w:r>
    </w:p>
    <w:p>
      <w:pPr>
        <w:pStyle w:val="ArticleBody"/>
        <w:jc w:val="left"/>
      </w:pPr>
      <w:r>
        <w:rPr>
          <w:rFonts w:ascii="Times New Roman" w:hAnsi="Times New Roman" w:eastAsia="Times New Roman" w:cs="Times New Roman"/>
        </w:rPr>
        <w:t>7 Oktoobar 2023, mburum Islaam dafa song suuf réew mi yàgg te buuru ndam, te bu mburum bi muccee balaa yégle Buum Guddi gi, Islaam dina dóoraat États-Unis, réew buuru ndam bu bees, ci naqarin ruux, ni mu ko defee ci 9/11. Ñaareelu yoon bi Balaam dóoree mburum bi, mooy malaaka ñaareel bi, te malaaka ñaareel bi dafa jur saa su ne benn ñaari yoon walla yokkute gu ñaari yoon, ni ko “yoon wu ñaari toolu reseñ” teewal ak ñaari tata yu ko wër.</w:t>
      </w:r>
    </w:p>
    <w:p>
      <w:pPr>
        <w:pStyle w:val="ArticleScripture"/>
        <w:jc w:val="left"/>
      </w:pPr>
      <w:r>
        <w:rPr>
          <w:rFonts w:ascii="Times New Roman" w:hAnsi="Times New Roman" w:eastAsia="Times New Roman" w:cs="Times New Roman"/>
        </w:rPr>
        <w:t>Te malaakam Boroom bi demaat ca kanam, taxaw ci benn bëreb bu xat, fu amul yoon wuñu man a dëppoo mbaa càmmoo ndeyjoor wala càmmoo ndeycam. Te bi mbaam ma gisee malaakam Boroom bi, mu daanu ci suufu Balaam; noonu merum Balaam tàkk, mu dóor mbaam ma ak bant. Te Boroom bi ubbi gémmiñu mbaam ma, mu wax ak Balaam ne: Lan laa la def, ba nga ma dóor nii ñetti yoon? Numbers 22:26–28.</w:t>
      </w:r>
    </w:p>
    <w:p>
      <w:pPr>
        <w:pStyle w:val="ArticleBody"/>
        <w:jc w:val="left"/>
      </w:pPr>
      <w:r>
        <w:rPr>
          <w:rFonts w:ascii="Times New Roman" w:hAnsi="Times New Roman" w:eastAsia="Times New Roman" w:cs="Times New Roman"/>
        </w:rPr>
        <w:t>Bu nu xoolee aaya 22 ak ñetti yeneen yi gën a wér, dinañu gis ne, ci dëgg-dëgg, ci aaya 23 lañu dóor mbaam bi yoon wi njëkk.</w:t>
      </w:r>
    </w:p>
    <w:p>
      <w:pPr>
        <w:pStyle w:val="ArticleScripture"/>
        <w:jc w:val="left"/>
      </w:pPr>
      <w:r>
        <w:rPr>
          <w:rFonts w:ascii="Times New Roman" w:hAnsi="Times New Roman" w:eastAsia="Times New Roman" w:cs="Times New Roman"/>
        </w:rPr>
        <w:t>Te mer Yàlla tas na ndax mu dem; te malaakam Boroom bi taxaw ci yoon wi ngir nekk noonam. Te moom dafa waroon ci kaw mbaamam, te ñaari surgaam àndoon nañu ak moom.</w:t>
      </w:r>
    </w:p>
    <w:p>
      <w:pPr>
        <w:pStyle w:val="ArticleScripture"/>
        <w:jc w:val="left"/>
      </w:pPr>
      <w:r>
        <w:rPr>
          <w:rFonts w:ascii="Times New Roman" w:hAnsi="Times New Roman" w:eastAsia="Times New Roman" w:cs="Times New Roman"/>
        </w:rPr>
        <w:t>Te mburu ga gis malaaka Boroom bi taxaw ci yoon wi, ak saafaraam buy leer ci loxoom; te mburu ga wëlbëti bàyyi yoon wi, dugg ci tool bi; ba noonu Balaam dóor mburu ga ngir delloo ko ci yoon wi. Nombres 22:22, 23.</w:t>
      </w:r>
    </w:p>
    <w:p>
      <w:pPr>
        <w:pStyle w:val="ArticleBody"/>
        <w:jc w:val="left"/>
      </w:pPr>
      <w:r>
        <w:rPr>
          <w:rFonts w:ascii="Times New Roman" w:hAnsi="Times New Roman" w:eastAsia="Times New Roman" w:cs="Times New Roman"/>
        </w:rPr>
        <w:t>Meru Yàlla ci Balaam ngir nangu ndigalu nekk yonent bu dul dëgg, dafa méngoo ak Kirist buy jeexal waxtaanam ak Yawut ya buy werante ci aaya bu mujj bu Macë 22. Aaya ñaar-fukk ak ñett bu Nombres ñaar-fukk ak ñaar, dafa méngoo ak Macë saar ñaar-fukk ak ñett, te aaya ñaar-fukk ak ñeent ak ñaar-fukk ak juróom dafa méngoo ak saar ya ñaar-fukk ak ñeent ak ñaar-fukk ak juróom bu Macë. Aaya ñaar-fukk ak juróom-benn, ñaar-fukk ak juróom-ñaar ak ñaar-fukk ak juróom-ñett dafañu méngoo ak saar ya 26, 27, 28 bu Macë.</w:t>
      </w:r>
    </w:p>
    <w:p>
      <w:pPr>
        <w:pStyle w:val="ArticleBody"/>
        <w:jc w:val="left"/>
      </w:pPr>
      <w:r>
        <w:rPr>
          <w:rFonts w:ascii="Times New Roman" w:hAnsi="Times New Roman" w:eastAsia="Times New Roman" w:cs="Times New Roman"/>
        </w:rPr>
        <w:t>Macë 23 mooy malaaka bu njëkk bi, 24 ak 25 ñooy ñaareelu malaaka bi, te 26, 27 ak 28 ñooy ñetteelu malaaka bi. Ci Mbind mi, Nombres 22, sarax 23 mooy malaaka bu njëkk bi, sarax 24 ak 25 ñooy ñaareelu malaaka bi, te sarax 26, 27 ak 28 ñooy ñetteelu malaaka bi. Macë dafa wax ak nit ñi ci kóllëre gi, yàgg ak bees; Nombres mooy wone wér-gi-yaramu Islaam ni mu nekk jumtukaayu Yàlla ci mbugal bi muy wàcc ci kawe jaamu Dibeer gi tambalee ci États-Unis, te gannaaw loolu ci adina si. Gannaaw ñetteel xàcc ba, ba mbaam ma waxee, Balaam leeral na ko li fekkoon am.</w:t>
      </w:r>
    </w:p>
    <w:p>
      <w:pPr>
        <w:pStyle w:val="ArticleScripture"/>
        <w:jc w:val="left"/>
      </w:pPr>
      <w:r>
        <w:rPr>
          <w:rFonts w:ascii="Times New Roman" w:hAnsi="Times New Roman" w:eastAsia="Times New Roman" w:cs="Times New Roman"/>
        </w:rPr>
        <w:t>Ba ci kaw bi Yàlla ubbi na bët yu Balaam, mu gis malaakam Aji Sax ji taxaw ci yoon wi, di yore saafaraam gu rocc ci loxoom. Noonu mu suul boppam, daanu ci suuf ba jëkkër. Te malaakam Aji Sax ji ne ko: Lu tax nga dóor sa mbaam mi ñetti yoon yii? Xoolal, man maa génn ngir tere la, ndax sa yoon a ngi jubulul ci sama kanam. Te mbaam mi gis na ma, ba dellu wàcc ci sama kanam ñetti yoon yii; bu dul ne mu dellu wàccoon ci sama kanam, kon léegi sax daan naa la rey, waaye bàyyi ko mu dund. Noonu Balaam ne malaakam Aji Sax ji: Bàkkaar naa, ndax xamuma woon ne yaa taxaw ci yoon wi ngir jëfe ma. Léegi nag, su la neexul, dinaa dellu gannaaw. Nombres 22:31–34.</w:t>
      </w:r>
    </w:p>
    <w:p>
      <w:pPr>
        <w:pStyle w:val="ArticleBody"/>
        <w:jc w:val="left"/>
      </w:pPr>
      <w:r>
        <w:rPr>
          <w:rFonts w:ascii="Times New Roman" w:hAnsi="Times New Roman" w:eastAsia="Times New Roman" w:cs="Times New Roman"/>
        </w:rPr>
        <w:t>Balak mi ngiir yonent bu dëggul, mooy Etazini, bi di wax ni jànj la ci yoonu dibeer bi. Ci yoonu dibeer boobu, bu mu leer, mu ngiir ñi nekk tey ci Babilon, ñi noppi di yeewu ci mbirum yoonu dibeer bi te wootees leen ñu génn Babilon.</w:t>
      </w:r>
    </w:p>
    <w:p>
      <w:pPr>
        <w:pStyle w:val="ArticleBody"/>
        <w:jc w:val="left"/>
      </w:pPr>
      <w:r>
        <w:rPr>
          <w:rFonts w:ascii="Times New Roman" w:hAnsi="Times New Roman" w:eastAsia="Times New Roman" w:cs="Times New Roman"/>
        </w:rPr>
        <w:t>Juróom-ñetti fan ngénteb sa waxu mburu mu amul lawiir ci Miller, ba noppi fan yu ñetti-fukk yu Kirist di jàngal ay saraxalekam, ñi ñaar-fukk ñetti yi di tegtal, loolu moo jëme ci bataaxalu artu bu trompet bi ci bàyyi mbaam bi, te mooy jiitu ci juróom-ñetti fan yékkati raaya bi; te loolu itam jiitu ci juróom-ñetti fan bunt bu tëj bi ci léebu fukki janq yi; te loolu itam jiitu ci juróom-ñetti fan yoonu Dibéeru Pentekot bi, bi duggal diiru juróom-ñaar fan yu Màggalu Tabaskiy Ndajje bi, mooy tuuru gu mat sëkk gu taw bu mujj ba di ñëw ci biir jafe-jafe yoonu Dibéer bi, ndaxte nattu diiru boobu mi ngi aju ci bés bu juróom-ñaareel bi.</w:t>
      </w:r>
    </w:p>
    <w:p>
      <w:pPr>
        <w:pStyle w:val="ArticleBody"/>
        <w:jc w:val="left"/>
      </w:pPr>
      <w:r>
        <w:rPr>
          <w:rFonts w:ascii="Times New Roman" w:hAnsi="Times New Roman" w:eastAsia="Times New Roman" w:cs="Times New Roman"/>
        </w:rPr>
        <w:t>Limu juróom mooy màndargay janq yi, muy yi am xel walla yi amul xel. Limu ñett-fukk mooy màndargay saraxalekat yi, te loolu la tur wi Levitik di wone. Limu juróom-ñaari mooy Sabbaat bi. Levitik ñaar-fukk ak ñett day leeral jaar-jaari doxalin saraxalekat yi, Lewiit yi ci Malasi ñett, janq yu am xel yi, ak téeméer ak ñeent-fukk ak ñeent-junni yi ci jamono nattu Sabbaat bi.</w:t>
      </w:r>
    </w:p>
    <w:p>
      <w:pPr>
        <w:pStyle w:val="ArticleBody"/>
        <w:jc w:val="left"/>
      </w:pPr>
      <w:r>
        <w:rPr>
          <w:rFonts w:ascii="Times New Roman" w:hAnsi="Times New Roman" w:eastAsia="Times New Roman" w:cs="Times New Roman"/>
        </w:rPr>
        <w:t>Dina ñu wéyal mbir yii ci article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Yoweel ak Kërgug Yàlla gu Bes gi ñuy wax Laodise — Nimero Ñaar-fukk ak Ñaar</dc:title>
  <dc:subject/>
  <dc:creator>Jeff Pippenger</dc:creator>
  <cp:keywords/>
  <dc:description>Generated by ArticleDigger from joel\42_joel.json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