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Yowel ak Kàngam Ajantis Bésub Juróom-Ñaareel bi ci Lawdise — Limu Ñett-fukk ak Ñett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Limu Ñett-Ñett ak Ñaar-Fukk ak Ñett</w:t>
      </w:r>
    </w:p>
    <w:p>
      <w:pPr>
        <w:pStyle w:val="ArticleBody"/>
        <w:jc w:val="left"/>
      </w:pPr>
      <w:r>
        <w:rPr>
          <w:rFonts w:ascii="Times New Roman" w:hAnsi="Times New Roman" w:eastAsia="Times New Roman" w:cs="Times New Roman"/>
        </w:rPr>
        <w:t>Misaalu juróom-ñett-fukk ak bennu saraxalekat yu nit ñi boole ak Saraxalekat Bu Kowe bu Yàlla mooy lim bi “81,” te foofu lañuy gis Këram Miller ci téere bi tudd Early Writings. Ci Peeñ mi “81” lanu gis ne bu ñu dindié sello bu mujj ba mujj, am na neexal ci asamaan diirub genn-wàll gaaw. Habakkuk 2:20 wax na ne su Boroom bi nekkee ci kërëm gu sell gi, suuf sépp war na ne cell.</w:t>
      </w:r>
    </w:p>
    <w:p>
      <w:pPr>
        <w:pStyle w:val="ArticleScripture"/>
        <w:jc w:val="left"/>
      </w:pPr>
      <w:r>
        <w:rPr>
          <w:rFonts w:ascii="Times New Roman" w:hAnsi="Times New Roman" w:eastAsia="Times New Roman" w:cs="Times New Roman"/>
        </w:rPr>
        <w:t>Ba mu ubbee kërug juróom-ñaareel bi, amoon na neex nekk ci asamaan lu tollu ni genn waxtu ak genn cër. Peeñu Yàlla 8:1.</w:t>
      </w:r>
    </w:p>
    <w:p>
      <w:pPr>
        <w:pStyle w:val="ArticleBody"/>
        <w:jc w:val="left"/>
      </w:pPr>
      <w:r>
        <w:rPr>
          <w:rFonts w:ascii="Times New Roman" w:hAnsi="Times New Roman" w:eastAsia="Times New Roman" w:cs="Times New Roman"/>
        </w:rPr>
        <w:t>Njaleb gi juróom-ñaareel bi am na ci fan yu ñetti-fukk, ndaxte mooy taalibe bi mujj. Ci 31 Desambar 2023, yaxu Esekiel tàmbalee yoonu dekkiwaat ga. Gannaaw loolu Kirist tàmbalee jàngale ci ñeenti-fukk fan. Bés boobu mooyoon tektalug mujjug 1,260 fan yi dale ca ngerte ga ci 18 Sulet 2020, te Yowaana xamal na nu ci Peeñu yi fukki benn ne war nañu natt këru Yàlla gi, waaye bañ a boole kër gu biti gi. Kër gu biti gi dafa yem ci mujjug tasaaroo ga, ndaxte Yowaana xamal na nu ne 1,260 joxees na ko ñi dul Yawut yi, te ñoom ñoo di kër gu biti gi. Bu ñuy natt, tariix boobu war nañu ko bàyyi.</w:t>
      </w:r>
    </w:p>
    <w:p>
      <w:pPr>
        <w:pStyle w:val="ArticleBody"/>
        <w:jc w:val="left"/>
      </w:pPr>
      <w:r>
        <w:rPr>
          <w:rFonts w:ascii="Times New Roman" w:hAnsi="Times New Roman" w:eastAsia="Times New Roman" w:cs="Times New Roman"/>
        </w:rPr>
        <w:t>Bi Miller yeewu te gis góor guy sell suuf si, néeg bi daldi nekk neen; te bi mu yékkati baatam, Miller mu ngi ba tey ci màndiŋ ma. Dale ci jaar-jaaru ndekkite gi ba agsi lu jiitu ndigal Alxames bi, Kirist mooy yékkati kër Yàlla gu ñaar-fukk ak ñeent-junni ak ñeent-fukk ak ñeent ñaar, ni Mu ko defee ci ñeent-fukk ak juróom-benn at yi dale ci 1798 ba 1844.</w:t>
      </w:r>
    </w:p>
    <w:p>
      <w:pPr>
        <w:pStyle w:val="ArticleBody"/>
        <w:jc w:val="left"/>
      </w:pPr>
      <w:r>
        <w:rPr>
          <w:rFonts w:ascii="Times New Roman" w:hAnsi="Times New Roman" w:eastAsia="Times New Roman" w:cs="Times New Roman"/>
        </w:rPr>
        <w:t>Bu Mu tàmbalee jangale, Mu ngi liggéey ci këram gu sell gi, rawatina ci fan yu ñetti-fukk. Noonu malaaka yi dañuy noppi lu tollook ñetti-fukk similiit, bi Mu ngi jàngal saraxalekatam yu ñetti téeméeri waare Miller, walla soddaaram, maanaam ñetti téeméeri Gideon, walla bi Mu ngi siiwal ñetti téeméeri tablóo yi 1843; te lépp loolu Mu ngi ko def ci biir fan yu ñetti-fukk yi, dale ca jeexital mburu mu amul lawiir ba ca yégle bu trompet yi. Mu ngi balay suuf si ci néegu Miller, waaye mooy suufam, kon néegu Miller mooy këram gu sell gi. Mu ngi mottali liggéeyu far yaxantu bàkkaar yi, walla tur yi, ci ñi ñu woo woon ni ay taxawaay ngir bokk ci ñaar-fukk ak ñeenti junni ak téeméer ñent-fukk ak ñeent.</w:t>
      </w:r>
    </w:p>
    <w:p>
      <w:pPr>
        <w:pStyle w:val="ArticleBody"/>
        <w:jc w:val="left"/>
      </w:pPr>
      <w:r>
        <w:rPr>
          <w:rFonts w:ascii="Times New Roman" w:hAnsi="Times New Roman" w:eastAsia="Times New Roman" w:cs="Times New Roman"/>
        </w:rPr>
        <w:t>Bataaxal bu liit bi di ñëw juróom fan laata yéeg ga, te fukki fan laata àtte ba, mooy nattukaay bi di wone li dëggu. Li xew ci ñetti-fukki simili yu asamaan ne tekk, walla ci ñetti-fukki fan yi Kirist di jàngal saraxalekat yi, ba noppi taxawal na ñaari xeet, bi sëll bi di tàbbi ci biir ñetti jéego yi di bataaxal bu liit bi, yéeg ga ak àtte ba. Lu yomb la gis.</w:t>
      </w:r>
    </w:p>
    <w:p>
      <w:pPr>
        <w:pStyle w:val="ArticleBody"/>
        <w:jc w:val="left"/>
      </w:pPr>
      <w:r>
        <w:rPr>
          <w:rFonts w:ascii="Times New Roman" w:hAnsi="Times New Roman" w:eastAsia="Times New Roman" w:cs="Times New Roman"/>
        </w:rPr>
        <w:t>Su fekkee ba ag ci bérab bi nga wara yëgleb jàngoro buur bi ci trompet bi, te nga bañ a yëgleb message bi—dangay lajj.</w:t>
      </w:r>
    </w:p>
    <w:p>
      <w:pPr>
        <w:pStyle w:val="ArticleBody"/>
        <w:jc w:val="left"/>
      </w:pPr>
      <w:r>
        <w:rPr>
          <w:rFonts w:ascii="Times New Roman" w:hAnsi="Times New Roman" w:eastAsia="Times New Roman" w:cs="Times New Roman"/>
        </w:rPr>
        <w:t>Ñetti yoonu ñett yi “buux, yéeg ak àtte” mooy benn waymark bu am ñetti jéego, ni ko nekkoon ca tambaliinu nettali bi, fa benn waymark tektale ak “dee, suul ak ndekkite.” Nattu ñetti jéego bi ci mujj mi mooy nattu buy wone dëgg, te muy jiitu ak juróom-ñetti fan Santaare pantekot bu dib Ndeyjoor.</w:t>
      </w:r>
    </w:p>
    <w:p>
      <w:pPr>
        <w:pStyle w:val="ArticleBody"/>
        <w:jc w:val="left"/>
      </w:pPr>
      <w:r>
        <w:rPr>
          <w:rFonts w:ascii="Times New Roman" w:hAnsi="Times New Roman" w:eastAsia="Times New Roman" w:cs="Times New Roman"/>
        </w:rPr>
        <w:t>Juróom-ñetti fan ndekkite bi, mujjug mburu bu amul lawir bi agsi, te boobu ndaje bu sell moo màndarga nattu bu njëkk te di cosaanu atum 2024. Ndax dinga lekk Mburu Asamaan bi, walla mburu xelum nit? Nattu boobu agsi na ci 2024, te dañu ko wonoon lu mel ni ci béppug ñàkk dégg-dëgg bu di cosaan, bu Adam ak Awa, Nimrod, Aaron, Jeroboam, Korah ak ñiy topp ay ñaxtuŋam, Protestan yi ci jaar-jaaru taarixu Millerite, ñàkk dégg-dëgg bu alfa bu John Harvey Kellogg, ñàkk dégg-dëgg bu 1888 ak, ci lu leer, ñàkk dégg-dëgg bu 9/11. Ñàkk dégg-dëgg bu Cain, bi di cosaan, day yégal mbirum xaste sa mbokk, ci wàllu bépp réy-réyu ñàkk dégg-dëgg yu di cosaan.</w:t>
      </w:r>
    </w:p>
    <w:p>
      <w:pPr>
        <w:pStyle w:val="ArticleBody"/>
        <w:jc w:val="left"/>
      </w:pPr>
      <w:r>
        <w:rPr>
          <w:rFonts w:ascii="Times New Roman" w:hAnsi="Times New Roman" w:eastAsia="Times New Roman" w:cs="Times New Roman"/>
        </w:rPr>
        <w:t>Lépp lëpp yu tektal yu yàqute cosaan yu njëkka yi mooy a jëfandikoo ay ñaawte ci Yàlla, waaye am na ay misaal; ni ñi bokkoon ci ñaawteb 1888 ak ñi bokkoon ci ñaawteb Koré, yu wone ne ndaw li Yàlla tànn moom itam bokk na ci natt bi. Bañ ngir nangu xamle bu Miller def ne Room mooy taxawal peeñ ma ci Daniel 11:14, mooy bañ yoon wi ak ndaw li itam. Natt bi mooy bu njëkka, ndax du Baay Miller rekk a xamle ne saay-saay yi ci aaya fukki ak ñeent mooy Room, waaye doomam itam.</w:t>
      </w:r>
    </w:p>
    <w:p>
      <w:pPr>
        <w:pStyle w:val="ArticleBody"/>
        <w:jc w:val="left"/>
      </w:pPr>
      <w:r>
        <w:rPr>
          <w:rFonts w:ascii="Times New Roman" w:hAnsi="Times New Roman" w:eastAsia="Times New Roman" w:cs="Times New Roman"/>
        </w:rPr>
        <w:t>Juróom-ñaari bés ginnaaw ndekkite 31 Desàmbar 2023, liggéeyu njàngale gu waajal gu Miller jél ko Ki toppoon Yàlla ci gannaaw Yaxya. Diirub fanweer, Kirist dina jox njàngale yu jagleel way-jaamu yi ci kër Yàlla ga “kanam ak kanam”. Waajal googu dafa war a waajal ab saraxalekat yu tollook 80, ngir yégle bataaxalu artuub mággalu trompet yi.</w:t>
      </w:r>
    </w:p>
    <w:p>
      <w:pPr>
        <w:pStyle w:val="ArticleBody"/>
        <w:jc w:val="left"/>
      </w:pPr>
      <w:r>
        <w:rPr>
          <w:rFonts w:ascii="Times New Roman" w:hAnsi="Times New Roman" w:eastAsia="Times New Roman" w:cs="Times New Roman"/>
        </w:rPr>
        <w:t>Waajalub fanweeri benn fukki fan yooyu dafay am ñaari nattu yu mag: nattu bu njëkk buy tabax ci njàlbéen ga, ak nattu bu ñaareel bu kër Yàlla bi ci mujj ga. Nattu bu ñaareel bu kër Yàlla bi jeex na bala trompe yi wollee, te loolu moo tax détail boobu feeñ ci géntu Miller bi, bi Almasi sànni jawar yi ci boyeet bi. Gannaaw bi Mu ko defe, la woowe Miller ne ko: “ñëwal nga gis.” Ci waxtu artu trompe ba, ba ci yéeg ba jëm ca àtte ba, lañuy yékkati ràññeeër bi, bala yoonu Dibeer bi. Jàppandikoo yi yépp nekk nañu ci kër Yàlla gi balañu woo Miller ne ko: “ñëwal nga gis,” te moo nekk bi seede ya ñaar yéeggee ca niir ya, ba seen noon yi gis leen.</w:t>
      </w:r>
    </w:p>
    <w:p>
      <w:pPr>
        <w:pStyle w:val="ArticleBody"/>
        <w:jc w:val="left"/>
      </w:pPr>
      <w:r>
        <w:rPr>
          <w:rFonts w:ascii="Times New Roman" w:hAnsi="Times New Roman" w:eastAsia="Times New Roman" w:cs="Times New Roman"/>
        </w:rPr>
        <w:t>Seen yéen ci xalaat gu ne Islam dina song 2020, te loolu amul, dees na ko delloo gannaaw bu ñu ko jubee, ni ko doon waxtaanu Rax-tu-digg ba dëggu bu Snow. Miller amoon na xam-xam bu mu tuddee ne mooy Rax-tu-digg ba, waaye Samuel Snow jubbanti na yégleb Rax-tu-digg ba bu Miller, te moo tax ci jaar-jaaru Millerite, yégleb Rax-tu-digg ba bu Snow diñu ko wax ne mooy yégleb Rax-tu-digg ba “dëggu”. Yégleb Rax-tu-digg ba, yégleb la bu ñu jubbanti, te jëlaat doole ci jubbantigam.</w:t>
      </w:r>
    </w:p>
    <w:p>
      <w:pPr>
        <w:pStyle w:val="ArticleScripture"/>
        <w:jc w:val="left"/>
      </w:pPr>
      <w:r>
        <w:rPr>
          <w:rFonts w:ascii="Times New Roman" w:hAnsi="Times New Roman" w:eastAsia="Times New Roman" w:cs="Times New Roman"/>
        </w:rPr>
        <w:t>“Ñi gëstu yi amoon nañu gis ci Mbind mi ne dañu nekkoon ci jamonoy yéex bi, te war nañu muñ ak pas-pas di xaar matug vision bi. Benn firnde gi taxoon leen ñuy xool seen Boroom ci atum 1843, moom it la leen taxoon ñuy yaakaar Moom ci 1844.” Early Writings, 247.</w:t>
      </w:r>
    </w:p>
    <w:p>
      <w:pPr>
        <w:pStyle w:val="ArticleBody"/>
        <w:jc w:val="left"/>
      </w:pPr>
      <w:r>
        <w:rPr>
          <w:rFonts w:ascii="Times New Roman" w:hAnsi="Times New Roman" w:eastAsia="Times New Roman" w:cs="Times New Roman"/>
        </w:rPr>
        <w:t>Fenomaane bi am na ci mujj gu jamono ji diggante 1840 ak 1844, te am na itam ca njàlbéen ga. Josiah Litch yégle woon ne Yislaam dina am matuwaayam ci 1840. Moo bindoon yégleem gi ci mbind mu nekk ci kanam nit ñépp ci 1838, ba noppi jubbanti ko fukki fan yu jiitu 11 Awuut 1840. Matuwaay gu yégle giñ jubbanti woon moo dooleel yégleb malaaka bu njëkk bi. Yégleb ñaareel bi itam, yégleb Yuuxu Diggante Gudd ak Bëccëg biñ jubbanti woon moo ko dooleel. Ñaari seede yu jóge benn jaar-jaar, te kenn ci ñoom mooy seede alfa, ka ca des mooy seede omeega. Boolees leen, dañuy joxe xam-xam ci dooleelug benn yégle, buy sukkandiku ci jubbantig benn yégle bu jiitu.</w:t>
      </w:r>
    </w:p>
    <w:p>
      <w:pPr>
        <w:pStyle w:val="ArticleBody"/>
        <w:jc w:val="left"/>
      </w:pPr>
      <w:r>
        <w:rPr>
          <w:rFonts w:ascii="Times New Roman" w:hAnsi="Times New Roman" w:eastAsia="Times New Roman" w:cs="Times New Roman"/>
        </w:rPr>
        <w:t>Alfa bi dajale ab yoon ci Islam, te omega bi dajale ab yoon ci bunt bu tëj. Sàrt ci kaw sàrt, Islam ci 1840 ak bunt bu tëj ci 1844, dañuy firndeel ne Islam ak bunt bu tëj mooy yégleb Wax ju Diggëntu guddi. Ci njàlbéenu yégleb bi, Islam dañu ko bàyyi mu génn, ni ci duggub jàmmu Kirist. Ca jamono jooju lañu tëje bunt bi ci léebub fukki janq, ni ñuy tëje bunt bi ci kaw àtte kër Yàlla. Ci mujju yégleb bi, Islam daldi dóorati, fekk bunt bi tëju ci kaw États-Unis.</w:t>
      </w:r>
    </w:p>
    <w:p>
      <w:pPr>
        <w:pStyle w:val="ArticleBody"/>
        <w:jc w:val="left"/>
      </w:pPr>
      <w:r>
        <w:rPr>
          <w:rFonts w:ascii="Times New Roman" w:hAnsi="Times New Roman" w:eastAsia="Times New Roman" w:cs="Times New Roman"/>
        </w:rPr>
        <w:t>Ndax dafa am solo lool ngir gis ne rëdd wi Leviticus ñaar-fukk ak ñett juróom-benn di jur, moo xamale ñetti jéego yi Passover ca njàlbéen ga ak ñetti jéego yi saraxalekat yi ca mujj ga. Saraxalekat yi dees leen yékkati ni sarax ci Sunday law, waaye dees na leen sellal bala xew-xew boobu. Bi ñu leen yékkatee, ñoom ñooy banneraay bi, te bi Kiristé demee yékkati ci ñetti jéego yi ca njàlbéenug rëdd wi, moo noyyi àddina sépp ci moom. Yékkatig junni juróom-ñeent fukk ak ñeent junni ñaar téeméeri ñaar-fukk ak ñeent war na ne moo di mujjug rëdd wi tàmbalee ak yékkatig Kiristé. Ci njàlbéen ak ci mujj, benn waymark bu am ñetti jéego lañuy xamale.</w:t>
      </w:r>
    </w:p>
    <w:p>
      <w:pPr>
        <w:pStyle w:val="ArticleBody"/>
        <w:jc w:val="left"/>
      </w:pPr>
      <w:r>
        <w:rPr>
          <w:rFonts w:ascii="Times New Roman" w:hAnsi="Times New Roman" w:eastAsia="Times New Roman" w:cs="Times New Roman"/>
        </w:rPr>
        <w:t>Ñetti yoon ci njàlbéen yi toppu ak juróom-ñetti fan, ak ñetti yoon ci mujj yi toppu ak juróom-ñetti fan. Bu loolu amee, nettali bi jëm na ci mbooloo mu réy mi, ndax saraxalekat gi sampu na ni ràññee bu ñetti téeméeri ak ñeent-fukki ñent suñu junni. Juróom-ñaar fan yu Tabernacles mooy ab jamono ñeel xeeti ñi dul Yawut. Su nu bàyyi waxtu xeeti ñi dul Yawut, mi tàmbalee ca yoonu Dibér bu dundee, te bàyyi itam ñetti fan ak genn-wàll gi jeexee ca atum 2023, kon kër Yàlla gu ñetti téeméeri ak ñeent-fukki ñent suñu junni dafa tegtalu ci biir juróom-fukki fan yi ci jamono Pentecostal bi, dale ko 31 Desàmbar 2023 ba ca yoonu Dibér bu dundee buy ñëw lu gaaw.</w:t>
      </w:r>
    </w:p>
    <w:p>
      <w:pPr>
        <w:pStyle w:val="ArticleBody"/>
        <w:jc w:val="left"/>
      </w:pPr>
      <w:r>
        <w:rPr>
          <w:rFonts w:ascii="Times New Roman" w:hAnsi="Times New Roman" w:eastAsia="Times New Roman" w:cs="Times New Roman"/>
        </w:rPr>
        <w:t>Juróomi fan ci ndekkite gi ngir janq yi, ak fan yu ñett-fukk yi topp ngir saraxalekat yi. Gannaaw loolu, amna juróomi fan ci waxu bu butiit bi jóge ci janq yi, mu mujje ci seen yéeg asamaan bi, su fekkee ne ñent-fukk fan yi mat nañu; te loolu topp juróomi fan yu jëm ci atub àtte, te loolu it topp juróomi fan yu jëm ci yoonu Dibeer bi. Ni mu mel nekk mandargay janq yi, limu “5” di wone tànk-yooni téeméeri ak ñeent-fukk ak ñeenti junni ñi, ñoom ñi di janq te di itam saraxalekat yi.</w:t>
      </w:r>
    </w:p>
    <w:p>
      <w:pPr>
        <w:pStyle w:val="ArticleBody"/>
        <w:jc w:val="left"/>
      </w:pPr>
      <w:r>
        <w:rPr>
          <w:rFonts w:ascii="Times New Roman" w:hAnsi="Times New Roman" w:eastAsia="Times New Roman" w:cs="Times New Roman"/>
        </w:rPr>
        <w:t>Biir fanweer yi ñatt-fukk, dañuy dindi mujj gi ak juróomeel baat bi, te ci jamono jooju la Miller gis yanx yi di dellu ci seen bopp. “Ñëw te xool” mooy màndarga buy sukkandiku ci ñeent baat yu njëkk yi; moo tax bi ñu ubbee juróomeel baat bi, ñu wax Miller ne ko: “Ñëw te xool,” waaye malaaka yi yépp ci asamaan dañuy xool rekk ci noppi gu mat. Géntu Miller mooy jëfandikoo firnde ngir won taqale gu ñu tëjalee yanx yi, ñoom ñi di téeméeri ñent-fukk ak ñeent-junni; te itam mu ngi firndeel yanx yi di bataaxal bu Yuuxu Guddi gi. Bataaxal boobu mooy yóbbu doole ci jigéen yu sell yi ngir tëjalee gi am, te góor gi yor paajal suuf si mooy firndeel Ki yore kàttan ci yónnee yi ak ci bataaxal bi itam.</w:t>
      </w:r>
    </w:p>
    <w:p>
      <w:pPr>
        <w:pStyle w:val="ArticleBody"/>
        <w:jc w:val="left"/>
      </w:pPr>
      <w:r>
        <w:rPr>
          <w:rFonts w:ascii="Times New Roman" w:hAnsi="Times New Roman" w:eastAsia="Times New Roman" w:cs="Times New Roman"/>
        </w:rPr>
        <w:t>Atum 2024 mooñ na seede bu njëkk bi ci fondamaŋ bi, te léegi ci 2026 seede bu kër Yàlla bi agsi na. Léegi nu ngi ci jamono ju ñetti-fukk ak benn fan, foofu Kirist di jàngale, te bañ a xam dëgg gii moo tax mukk.</w:t>
      </w:r>
    </w:p>
    <w:p>
      <w:pPr>
        <w:pStyle w:val="ArticleBody"/>
        <w:jc w:val="left"/>
      </w:pPr>
      <w:r>
        <w:rPr>
          <w:rFonts w:ascii="Times New Roman" w:hAnsi="Times New Roman" w:eastAsia="Times New Roman" w:cs="Times New Roman"/>
        </w:rPr>
        <w:t>Xam-xam xibaar bi ak ki yóbbu xibaar bi dafa doon benn cër ci nattu tegu gi Room doon teewal ngir taxawal visión bi, te itam mooy benn cër ci nettali Ilyaas ak Axaab.</w:t>
      </w:r>
    </w:p>
    <w:p>
      <w:pPr>
        <w:pStyle w:val="ArticleScripture"/>
        <w:jc w:val="left"/>
      </w:pPr>
      <w:r>
        <w:rPr>
          <w:rFonts w:ascii="Times New Roman" w:hAnsi="Times New Roman" w:eastAsia="Times New Roman" w:cs="Times New Roman"/>
        </w:rPr>
        <w:t>Te ci at ak juróom-ñettelu at juróom-ñeenteel ci nguurug Asa buur Yuda, Axaab doomu Omri tàmbalee nguuru ci kaw Israayil; te Axaab doomu Omri nguur na ci kaw Israayil ca Samari waxaar ak ñaar-fukk ak ñaar at. Te Axaab doomu Omri def lu bon ci kanam Aji Sax ji, ba sut bépp ñi ko jiituwoon. Te mu xew ne, mel ni dox ci bàkkaar yi Yerobowam doomu Nebat doon lu yomb ci moom, mu jël Yesebel doom ju jigéen ji Ethbaal buur Sidoniyaankat yi, dem jaamu Baal, sujjóotlu ko. Te mu taxawal sarxalukaay ngir Baal ci kërug Baal ga mu tabaxoon ca Samari. Te Axaab def it garab gu sell; te Axaab gën a merloo Aji Sax ji Yàlla Israayil ndax mboolem buur yi Israayil yu ko jiituwoon. Ci ay fanam la Hiel waa Betel tabax Yeriko: ci Abiram doomam ji tëj ba, la samp fondemaŋam; te ci Segub doomam ji gën a ndaw, la taxaw bunt ya, ni ko kàddug Aji Sax ji waxe woon jaarale ko ci Yosuwe doomu Nun. Te Eliya waa Tisbé, mi bokkoon ci dëkkkat yi Gileyaad, ne Axaab: Ni Aji Sax ji Yàlla Israayil dundee, mi ma taxawal ci kanamam, du am yoor walla taw ci at yii, xanaa ci sama kàddu. 1 Buur 16:29–17:1.</w:t>
      </w:r>
    </w:p>
    <w:p>
      <w:pPr>
        <w:pStyle w:val="ArticleBody"/>
        <w:jc w:val="left"/>
      </w:pPr>
      <w:r>
        <w:rPr>
          <w:rFonts w:ascii="Times New Roman" w:hAnsi="Times New Roman" w:eastAsia="Times New Roman" w:cs="Times New Roman"/>
        </w:rPr>
        <w:t>Limb yu ànd ak Ahab yokk ci xelalug kàddu gi. “Ñetti-fukk ak juróom-ñaar” day tegtal “jóg gi.” Digleef nañu Israayil mu “jóg” tàmbali dugg ci Réew mi Yàlla digoon ci atum ñetti-fukk ak juróom-ñaar ba.</w:t>
      </w:r>
    </w:p>
    <w:p>
      <w:pPr>
        <w:pStyle w:val="ArticleScripture"/>
        <w:jc w:val="left"/>
      </w:pPr>
      <w:r>
        <w:rPr>
          <w:rFonts w:ascii="Times New Roman" w:hAnsi="Times New Roman" w:eastAsia="Times New Roman" w:cs="Times New Roman"/>
        </w:rPr>
        <w:t>Léegi, ma wax ne, te ngeen jékk ci dexu Sered. Noonu nu jékk ci dexu Sered. Te jamono ji nu jóge Kades-Barneya ba nu jékk ci dexu Sered, ñetti-fukk ak juróom-ñett at la woon, ba keroog mboolem maas yi bokkoon ci xeetu ay xarekat, yàq ba noppi génn ci biir mbooloo mi, ni Aji Sax ji ko giñoon leen. Deuteronomy 2:13, 14.</w:t>
      </w:r>
    </w:p>
    <w:p>
      <w:pPr>
        <w:pStyle w:val="ArticleBody"/>
        <w:jc w:val="left"/>
      </w:pPr>
      <w:r>
        <w:rPr>
          <w:rFonts w:ascii="Times New Roman" w:hAnsi="Times New Roman" w:eastAsia="Times New Roman" w:cs="Times New Roman"/>
        </w:rPr>
        <w:t>Yesu faj na nit ku lafaag juróom-ñeent ak juróom-ñaari at bi, ba Mu ko waxoon ne: “Jóg.”</w:t>
      </w:r>
    </w:p>
    <w:p>
      <w:pPr>
        <w:pStyle w:val="ArticleScripture"/>
        <w:jc w:val="left"/>
      </w:pPr>
      <w:r>
        <w:rPr>
          <w:rFonts w:ascii="Times New Roman" w:hAnsi="Times New Roman" w:eastAsia="Times New Roman" w:cs="Times New Roman"/>
        </w:rPr>
        <w:t>Foofa amoonoon, am na fa nekku ci baaxul gu mat juróom-ñett-fukk ak juróom-ñaar at. Bi Yeesu gis ee tëdd, te xam ne yàgg na lool ci boobu xaalis, mu ne ko: Ndax bëgg nga wér? Waa ji woppalikoon tontu ko ne: Sang bi, amuma ku ma, bu ndox mi yëngu, jëbbal ma ci teen ba; waaye bi may ñëw, keneen dafa ma jiitu wàcc. Yeesu ne ko: Jóg, yebal sa lal, dox. Ci saa si nag, waa ji wér na, mu yeb sa lal, daldi dox; te bés booba mooy bésu noflaay bi. Yowaana 5:5–9.</w:t>
      </w:r>
    </w:p>
    <w:p>
      <w:pPr>
        <w:pStyle w:val="ArticleBody"/>
        <w:jc w:val="left"/>
      </w:pPr>
      <w:r>
        <w:rPr>
          <w:rFonts w:ascii="Times New Roman" w:hAnsi="Times New Roman" w:eastAsia="Times New Roman" w:cs="Times New Roman"/>
        </w:rPr>
        <w:t>Josiah Litch amoon na ab yéené ci atum 1838, te mu yokk ci leer ci atum 1840. Atum juróom-ñett-fukk ak juróom-ñaar bi Muuse tudd ci Téereb Yoon wi jëme ci Déotaronom, mooy itam atum ñeent-fukk bi. Yoonu ñaari jéego yi Josiah Litch jaaral, dafa méngook yoonu ñaari yéwénte gi buur bi tudd Josiah amal. Limi 38 ak 40, ci seen diggante, dañuy tektal jóg-si-kaw, te loolu mooy li xew ci ñaari seede yi bu ñu leen yékkati ca niiri asamaan ya.</w:t>
      </w:r>
    </w:p>
    <w:p>
      <w:pPr>
        <w:pStyle w:val="ArticleBody"/>
        <w:jc w:val="left"/>
      </w:pPr>
      <w:r>
        <w:rPr>
          <w:rFonts w:ascii="Times New Roman" w:hAnsi="Times New Roman" w:eastAsia="Times New Roman" w:cs="Times New Roman"/>
        </w:rPr>
        <w:t>Ak Litch, yékkati bi amoon na ci bataaxalu Islam bu ñaareelu toroxte. Yékkati bi ñu màndargaal ci yéegug Kirist, ñëw na gannaaw bataaxalu trompet bu Islam. Ñaari jéego yu njëkk yooyu ci waymarku trompet, yéeg ak àtte, Litch moo leen melaloon ci misaal; te ñaari jéegam yooyu, ñaari jéegu yeesal ak reform bu buur Yosiya moo leen doon misaal. Ci Deuteronome, ndigël li mooy ngir ñu jóg, dem dugg ci Suuf su Digoon; te yékkatig bana-baan bi ci sàrtu Dimaas, mooy digé gu bennrekk ga.</w:t>
      </w:r>
    </w:p>
    <w:p>
      <w:pPr>
        <w:pStyle w:val="ArticleBody"/>
        <w:jc w:val="left"/>
      </w:pPr>
      <w:r>
        <w:rPr>
          <w:rFonts w:ascii="Times New Roman" w:hAnsi="Times New Roman" w:eastAsia="Times New Roman" w:cs="Times New Roman"/>
        </w:rPr>
        <w:t>Akab nguuru naari ñaar-fukk ak ñaar, te loolu di won ne mooy nguur ci jamono ji Yàllaay gi booleek nit ki, mooy jamono ji ñetti-fukk fan yi jiitu ndigalu buxum bi. Akab mooy Trump, ki dina takk Yésabel ci lu gën a gaaw. Ci jamonoy Trump, Eli moom rekk moo am bataaxalu taw. Dëgg boobu mooy képp-ku-jëkk, ndax yëngu-yëngub téeméeri ak ñeent-fukk ak ñeent-ñaar ñi, mooy yëngu-yëngu metodoloji bu “rëdd ci kaw rëdd”; te metodoloji boobu sukkandiku na ci dëgg gu njëkk gi ne yëngu-yëngub yeesalug téeméeri ak ñeent-fukk ak ñeent-ñaar ñi, wonees na ko ci misaal ak bépp yëngu-yëngu yeesalu jaar-jaari cosaanu taarix bu sell bi. Ci ku nekk ci yëngu-yëngu yooyu, njiit ya bokkoon nañu ci jéego nattu bi. Saa su nekk.</w:t>
      </w:r>
    </w:p>
    <w:p>
      <w:pPr>
        <w:pStyle w:val="ArticleBody"/>
        <w:jc w:val="left"/>
      </w:pPr>
      <w:r>
        <w:rPr>
          <w:rFonts w:ascii="Times New Roman" w:hAnsi="Times New Roman" w:eastAsia="Times New Roman" w:cs="Times New Roman"/>
        </w:rPr>
        <w:t>Axaab mooy buur bu juróom-ñaareel bi dale ci Yeroboam, te won nañu ndaw lu bari ni Axaab mooy melokaanu nguur gi ci biir kriz bu yoonu dibeer bi. Won nañu ne jàngatukaay Laodise bu Église Adventiste du Septième Jour tabaxaat na Yeriko ci 1863, te loolu waral na ñàkkug doomu góor bu mag ak bu gën a ndaw ci njabootu White, te muy misaal Yeriko ci yoonu dibeer bi. 1863 mooy misaal yoonu dibeer bi.</w:t>
      </w:r>
    </w:p>
    <w:p>
      <w:pPr>
        <w:pStyle w:val="ArticleBody"/>
        <w:jc w:val="left"/>
      </w:pPr>
      <w:r>
        <w:rPr>
          <w:rFonts w:ascii="Times New Roman" w:hAnsi="Times New Roman" w:eastAsia="Times New Roman" w:cs="Times New Roman"/>
        </w:rPr>
        <w:t>Bii mii fees ay misaal yu bare buy wone ne jamono jooju mooy téggéñug téeméer ak ñeent-fukk ak ñeenti junni, te ci jamono jooju bañ a nangu déggoo Miller ci dëgg gu ñu sampoon ca taabalub Habakkuk bu 1843 mooy ngëmu njàmbaar gu cosaan, te loolu dafay boole it yàq xel ci ndaw ñi Yàlla tànn, ci benn pexe mi ni ñi bëggoon Koré ak ñi bëggoon 1888, ñi wax ne mbooloo mépp sell na.</w:t>
      </w:r>
    </w:p>
    <w:p>
      <w:pPr>
        <w:pStyle w:val="ArticleBody"/>
        <w:jc w:val="left"/>
      </w:pPr>
      <w:r>
        <w:rPr>
          <w:rFonts w:ascii="Times New Roman" w:hAnsi="Times New Roman" w:eastAsia="Times New Roman" w:cs="Times New Roman"/>
        </w:rPr>
        <w:t>Léegi nu nekk nanu ci nattu kër Yàlla bi, ba noppi fenêtres yi asamaan ubbee, ànd ak bunt bu dispensational. Bunt bu dispensational boobu mooy màndarga ñëw ak dem gu saraxalekat yi, dale ci Laodicea jëm ca saraxalekat yi ci Philadelphia. Mooy itam màndarga xeexale diggantey jewels yu sàcc ak yu dëgg ci géntu Miller. Fenêtres yi dañuy wone ndokk walla barke. Malachi ñett, day tabax nattu bi ci kaw dellusi. Géntu Miller day xamle delloowaatug benn ci saraxalekat gi ak ci yégle bi. Apocalipse fukk ak juróom-ñent day xamle mbooloom xarekat yi Boroom bi, ñi dekkaloo su fekkee yeneen wax ji ci nekkug beneen yégle bu trompet bu Islam am na mat.</w:t>
      </w:r>
    </w:p>
    <w:p>
      <w:pPr>
        <w:pStyle w:val="ArticleBody"/>
        <w:jc w:val="left"/>
      </w:pPr>
      <w:r>
        <w:rPr>
          <w:rFonts w:ascii="Times New Roman" w:hAnsi="Times New Roman" w:eastAsia="Times New Roman" w:cs="Times New Roman"/>
        </w:rPr>
        <w:t>Nattu gu jiitu bu jiitu ndigël bu xëcc baatub trompet bi mooy ñaareel bi, te mooy nattu kër Yàlla gi. Géntu Miller jur na ñaari yoon ci benn mbir, te loolu dafa sax di ànd ak nattu ñaareel bi, ndaxte géntu Miller jëfandikoo per yi ngir tey mel ni ay yégle ak itam ay yéglekat. Nattu kër Yàlla gi dafay boole jëfandikoo pexe gu “rëy ci rëy, sàrt ci sàrt” gu tawfex bu mujj bi. Mu këral saraxalekat yi ñu gis kër Yàlla gi ci xeetu rëdd yépp yi ci waxi yonent, ngir dëppoo yégle yi. Kësu suufkat bi gën a réy mooy kër Yàlla gu ñetti fukki junni ak ñeenti junni, te dencukaayu Malaki itam moom la. Xolub jumtukaayi kër Yàlla gi mooy sandig kóllëre gi, gi kerub yi buy muur di xool ba fàww, noonu di lawal ndam li mbooleem mbind mu sell yi war a jàpp. Ñi sell ci nettali bi war nañu xool jëm ci kër Yàlla gi te settu ci biir sandig ga.</w:t>
      </w:r>
    </w:p>
    <w:p>
      <w:pPr>
        <w:pStyle w:val="ArticleBody"/>
        <w:jc w:val="left"/>
      </w:pPr>
      <w:r>
        <w:rPr>
          <w:rFonts w:ascii="Times New Roman" w:hAnsi="Times New Roman" w:eastAsia="Times New Roman" w:cs="Times New Roman"/>
        </w:rPr>
        <w:t>Tàmp bi ñeen-fukk ak ñeent-fukk ak ñeenti junniy nit ñi mooy mbir mi nekk ci Leviticus ñaar-fukk ak ñett, te mu wone rëdd wu jaar-jaar buy mat ci jamonoy Almasi ak li Baañu White wooye “jamonoy Pentecôte.” Dale ci dekki gi ba ci Pentecôte, walla dale ci 31 Desambar 2023 ba ci yoonu Dibéer, rëdd wu yonent bi ci Leviticus ñaar-fukk ak ñett dafay tegtal tàmp bi ñeen-fukk ak ñeent-fukk ak ñeenti junniy nit ñi. Jàllale boobu tàmbalee na ak màndarga wu am ñetti jéego yu toppoo, te loolu topp ci juróom fan, te mu jeex ak màndarga wu am ñetti jéego yu toppoo, te loolu topp ci juróom fan. Ci diggante jaar-jaari alfa ak omega yi am na ñetti-fukk fan yu ñu tëjalee saraxalekat yi. Rëdd wu yaatu woowu tàmbalee na ak Noflayub bésub juróomeel bi, te mu jeex ak Noflayub atum juróomeel bi. Ci leeru boobu, tàmp bi ñeen-fukk ak ñeent-fukk ak ñeenti junniy nit ñi mooy gaal gi dina yóbbu juróom-ñaar i bakkan ci suuf su beesal, te itam mooy Kaxu Kóllëre gi ñaari malaaka yi di taxawaayal, ni ñaari Noflaay yi di taxawaayal tàmpu saraxalekat yi ci ñeen-fukk ak ñeent-fukk ak ñeenti junniy nit ñi, ñi ñu tegtale ak jamonoy Pentecôte.</w:t>
      </w:r>
    </w:p>
    <w:p>
      <w:pPr>
        <w:pStyle w:val="ArticleBody"/>
        <w:jc w:val="left"/>
      </w:pPr>
      <w:r>
        <w:rPr>
          <w:rFonts w:ascii="Times New Roman" w:hAnsi="Times New Roman" w:eastAsia="Times New Roman" w:cs="Times New Roman"/>
        </w:rPr>
        <w:t>Sarax yiiru-fukki ak ñett ci Leviticus mooy ci nguurug saraxalekatug téeméeri ñeent-fukk ak ñeent-junni ñaar-fukk ak ñeent ci biir njël gu mujj gi ngir jamonoy Pentekot, gi tambalee ci dekkiwaatug Almasi te wéy ba ci juróom-fukk fan yu topp ci Bësu Pentekot. Jamonoy Pentekot day taxaw bu ñu méngale ñaar-fukk ak ñaar aaya yu njëkk yi ci Leviticus sarax yiiru-fukki ak ñett ak ñaar-fukk ak ñaar aaya yu mujj yi. Géntug William Miller day wone ne doj yu tànk yi ci Kàddug Yàlla, ñoom lañuy wax ak itam ñoom lañuy yónni.</w:t>
      </w:r>
    </w:p>
    <w:p>
      <w:pPr>
        <w:pStyle w:val="ArticleScripture"/>
        <w:jc w:val="left"/>
      </w:pPr>
      <w:r>
        <w:rPr>
          <w:rFonts w:ascii="Times New Roman" w:hAnsi="Times New Roman" w:eastAsia="Times New Roman" w:cs="Times New Roman"/>
        </w:rPr>
        <w:t>“Am naa yëf yu am solo lool ngir jot xam-xamu dund gu am solo. Am naa xam-xamu dund ci bataaxalu malaaka bu njëkk, bu ñaareel, ak bu ñetteel. Malaaka yi wonees na leen ni ñuy naaw ci digg asamaan, di yégle àddina ab ndigalu waare, te am na lu jëm bu jub ci nit ñi dëkk ci fan yi mujj ci jaar-jaaru suuf si. Kenn déggul baatu malaaka yooyu, ndaxte melokaan lañu ngir tektal nit ñi Yàlla, ñiy liggéey ci déggoo ak àddinawu asamaanu. Góor ak jigéen, ñi Leerug Yàlla leeral, te sellal leen jaarale ko ci dëgg, ñuy yégle ñetti bataaxal yi ci seen tëralin.” Life Sketches, 429.</w:t>
      </w:r>
    </w:p>
    <w:p>
      <w:pPr>
        <w:pStyle w:val="ArticleBody"/>
        <w:jc w:val="left"/>
      </w:pPr>
      <w:r>
        <w:rPr>
          <w:rFonts w:ascii="Times New Roman" w:hAnsi="Times New Roman" w:eastAsia="Times New Roman" w:cs="Times New Roman"/>
        </w:rPr>
        <w:t>Malaak yi dañuy misaal nit ñi Yàlla, ñiy waare yégle xebaar bi malaaka mi di tekki.</w:t>
      </w:r>
    </w:p>
    <w:p>
      <w:pPr>
        <w:pStyle w:val="ArticleScripture"/>
        <w:jc w:val="left"/>
      </w:pPr>
      <w:r>
        <w:rPr>
          <w:rFonts w:ascii="Times New Roman" w:hAnsi="Times New Roman" w:eastAsia="Times New Roman" w:cs="Times New Roman"/>
        </w:rPr>
        <w:t>“Waxtu wi gàtt na. Yéenekaayu malaaka bu njëkk ba, bu ñaareel ba, ak bu ñetteel bi mooy yéenekaayi wax yi war a jox adduina si. Dunu dégg ci dëgg-dëgg baatu ñetti malaaka yi, waaye malaaka yii ci Peeñ mi dañuy tegtal nit ñi di nekk ci suuf te di joxe yéenekaay yii.</w:t>
      </w:r>
    </w:p>
    <w:p>
      <w:pPr>
        <w:pStyle w:val="ArticleScripture"/>
        <w:jc w:val="left"/>
      </w:pPr>
      <w:r>
        <w:rPr>
          <w:rFonts w:ascii="Times New Roman" w:hAnsi="Times New Roman" w:eastAsia="Times New Roman" w:cs="Times New Roman"/>
        </w:rPr>
        <w:t>«Yowaana gis na nekk beneen malaaka bu wàccé asamaan, yor kàttan gu réy; te suuf gépp leer na ak ndamam.» Peeñu Yowaana 18:1. Liggéey boobu mooy baatub askanu Yàlla, di yégle àddina ab ndigal gu ànd ak waare. The 1888 Materials, 926.</w:t>
      </w:r>
    </w:p>
    <w:p>
      <w:pPr>
        <w:pStyle w:val="ArticleBody"/>
        <w:jc w:val="left"/>
      </w:pPr>
      <w:r>
        <w:rPr>
          <w:rFonts w:ascii="Times New Roman" w:hAnsi="Times New Roman" w:eastAsia="Times New Roman" w:cs="Times New Roman"/>
        </w:rPr>
        <w:t>Ay malaaka yi diir nit ñi di yégle yégle yi malaaka yi di tegtal. William Miller, ci waxu yonent, dañu koy tegtal ci ay jëfandikoo yu bare. Benn ci yooyu mooy ne, Miller dañu koy tegtal ci yonent yi njëkk ak yu mujj yi ñu ko yóbbu woon ngir mu yégle. Juróom-ñaari jamono, walla 2,520 at yi jeexee ci 1798, moo doon alpha bu Miller gis njëkk; te sellalug kër yàlla ga ci mujjug 2,300 ngoon ak suba ci 22 Oktoobar 1844 moo doon omega bi mu gis ci mujj. Jaar-jaaru Millerite dañu koy tegtal diggante 1798 ak 1844, te doonte ne moo doon jaar-jaaru malaaka bi njëkk ak bi ñaar, waaye ñu woote ko turu ndawsi-kàddu bu jaar-jaar boobu. Jaar-jaaru Millerite day wone ne Miller moo doon “baat bi” buy yégle yégleb malaaka bi njëkk ak bi ñaar; te malaaka bi njëkk yégle na tambalig àtte bi ci 22 Oktoobar 1844, te malaaka bi njëkk agsi na ca waxtu mujj ga ci 1798, ca jeexitalug “juróom-ñaari jamono” yi gàllankooru nguurug Israayil. Miller mooy màndarga gu ñaari yonent yi: yonent bu 2,520 at ak yonent bu 2,300 at.</w:t>
      </w:r>
    </w:p>
    <w:p>
      <w:pPr>
        <w:pStyle w:val="ArticleBody"/>
        <w:jc w:val="left"/>
      </w:pPr>
      <w:r>
        <w:rPr>
          <w:rFonts w:ascii="Times New Roman" w:hAnsi="Times New Roman" w:eastAsia="Times New Roman" w:cs="Times New Roman"/>
        </w:rPr>
        <w:t>Mën mi jëkk mi ci 1798 yégle ne àtte bi dina tàmbali bu 2,300 at yi jeexee ci 22 Oktoobar 1844. Gannaaw loolu Boroom bi ubbi leerug bésub noflaay bu juróom-ñaar baat, te moom moo bëggoon yokk liggéey bi ba mu mat, ba tax mu jéem a ubbi yeneen leer ci lu jëm ci juróom-ñaar yi ci 1856, waaye ngëmul moo feeñu, te du ngëm. Juróom-ñaar yi mooy alfa bi ci jaar-jaari Milerit yi, te 2,300 bi mooy omega bi.</w:t>
      </w:r>
    </w:p>
    <w:p>
      <w:pPr>
        <w:pStyle w:val="ArticleBody"/>
        <w:jc w:val="left"/>
      </w:pPr>
      <w:r>
        <w:rPr>
          <w:rFonts w:ascii="Times New Roman" w:hAnsi="Times New Roman" w:eastAsia="Times New Roman" w:cs="Times New Roman"/>
        </w:rPr>
        <w:t>Juróom ñaari yoon yi, Sabat atum juróom-ñaareel mi la koy tektal, te 2,300 bi, Sabat bés juróom-ñaareel bi la koy tektal. Jaar-jaariy Milerit yi 1798 ak 1844 lañu koy tektale, te 1798 mooy tektal juróom ñaari yoon yi, 1844 it mooy tektal 2,300 at yi. Ñaari Sabat yooyu ay taageeri bookend lañu ci nekk ci jaar-jaar gi Levitik ñaar-fukk ak ñett di tektal. Ñaari Sabat yooyu ñaari yégle lañu tektal, yu doon benn yégle. Ñaari yégle yooyu Milerit yi lañu tektal, ndaxte nit ñi di yégle yégle yi, ñoom lañuy tektale malaaka yi di firndeel yégle bi. Ci 1798, malaaka bu njëkk bi agsi na, te ci 1844, malaaka bu ñetteel bi agsi na.</w:t>
      </w:r>
    </w:p>
    <w:p>
      <w:pPr>
        <w:pStyle w:val="ArticleBody"/>
        <w:jc w:val="left"/>
      </w:pPr>
      <w:r>
        <w:rPr>
          <w:rFonts w:ascii="Times New Roman" w:hAnsi="Times New Roman" w:eastAsia="Times New Roman" w:cs="Times New Roman"/>
        </w:rPr>
        <w:t>Lewitu tëere fukki juróom-ñaari am na juróom-ñaari ndaje yu sell, doonte bépp fukki du ndaje yu sell te itam bépp ndaje yu sell du fukki. Fukk yi yépp dañuy nekk diggante ndaje yu sell bu njëkk ak bu mujj bi, te mooy Sabbaatub juróom-ñaareelu bés bi ca njàlbéen ga ak Sabbaatub juróom-ñaareelu at bi ca mujj ga. Jaar-jaaru fukk yi dafa am ñaari Sabbaat yu ko wër, yi di firndeel William Miller ak ñi doon Millerites.</w:t>
      </w:r>
    </w:p>
    <w:p>
      <w:pPr>
        <w:pStyle w:val="ArticleBody"/>
        <w:jc w:val="left"/>
      </w:pPr>
      <w:r>
        <w:rPr>
          <w:rFonts w:ascii="Times New Roman" w:hAnsi="Times New Roman" w:eastAsia="Times New Roman" w:cs="Times New Roman"/>
        </w:rPr>
        <w:t>Bu ñaar fukki ñaar ay kàddu yu njëkk ak ñaar fukki ñaar ay kàddu yu mujj booleesoo ci Levitik ñaar-fukk ak ñett, jamonoy Pentekot bi mooy feeñ. Tëralin wi ñu tabax ci njàppandikoo réef yi nekk ci séq bi, yàlla la bu mat sëkk. Jamonoy Pentekot bi ci tëralin wi dafay leeral bu baax ñetti jéego yi ci ñetti malaaka yi. Dafay yëngu ak rëccu “Dëgg.” Dafay yëngu ak rëccu Alfa ak Omega. Dafay yëngu ak rëccu Palmoni. Dafay yóbbu taalibe bi ba ca xol bu dëggu dëggu Bérab bu Gëna Sell bi. Dafay xàmme templu junni ak téeméer ak ñeent fukki ñeent ñaar yi. Dafay yaatal ba ca suuf su bees bi.</w:t>
      </w:r>
    </w:p>
    <w:p>
      <w:pPr>
        <w:pStyle w:val="ArticleBody"/>
        <w:jc w:val="left"/>
      </w:pPr>
      <w:r>
        <w:rPr>
          <w:rFonts w:ascii="Times New Roman" w:hAnsi="Times New Roman" w:eastAsia="Times New Roman" w:cs="Times New Roman"/>
        </w:rPr>
        <w:t>Dëgg dëggu Lewe gi ci Levitik ñaar-fukk ak ñett, léegi dañu koy ubbi ci jokkoo ak nattu kër Yàlla gi jiitu nattu litmus ak ñetteelu nattu bi. Ñetteelu malaaka bi agsi na ci 1844, te ba noppi dellu ci 9/11, ba noppi dellu ci 2023. Bi ñetteelu malaaka bi agsee ci 1844, ñi takku ci Yàlla waroon nañu topp Kirist ci ngëm, jàll ba ca Barab bu Gën a Sell ba. Levitik ñaar-fukk ak ñett mooy yoon wi jëm ca Barab bu Gën a Sell ba, te mu ngi tegtal benn cër ci nattu kër Yàlla gi. Ñu waxoon Yowaana mu natt kër Yàlla gi, ak it ñiy jaamu Yàlla ci biirëm.</w:t>
      </w:r>
    </w:p>
    <w:p>
      <w:pPr>
        <w:pStyle w:val="ArticleBody"/>
        <w:jc w:val="left"/>
      </w:pPr>
      <w:r>
        <w:rPr>
          <w:rFonts w:ascii="Times New Roman" w:hAnsi="Times New Roman" w:eastAsia="Times New Roman" w:cs="Times New Roman"/>
        </w:rPr>
        <w:t>Kaasu Miller mooy kër gi la, te xon yi mooy way-jaamu Yàlla yi ci biir. Mboolem dencukaay bi ci Malaki mooy kër gi, te asaka yi mooy way-jaamu Yàlla yi ci biir. Jamonoy Pentekot bi, ni ko nattu “rëdd ci kaw rëdd” gi ci Lewe gu ñaar-fukk ak ñett di teg, dafa tegtal kërgóor gi ñeel téeméer ak ñeent-fukk ak ñeent-junni. Gannaaw loolu, dafa gëna wone gaalu kóllëre gi, ak kerub yu muy sàngal, di xool Fukk Mandarga yi, yaru Aaróon bi saxoon, ak ndablu wurus bu mannaa.</w:t>
      </w:r>
    </w:p>
    <w:p>
      <w:pPr>
        <w:pStyle w:val="ArticleBody"/>
        <w:jc w:val="left"/>
      </w:pPr>
      <w:r>
        <w:rPr>
          <w:rFonts w:ascii="Times New Roman" w:hAnsi="Times New Roman" w:eastAsia="Times New Roman" w:cs="Times New Roman"/>
        </w:rPr>
        <w:t>Serafiin yi diir ñi ay malaaka lañu, te malaaka yi dañuy tegu ci benn yégle ak ki koy yégle. Yégle bi di alfa yégleb Levitik ñaar-fukk ak ñett mooy Noflaayub bésub juróom-ñaareel bi, te yégleb omega mooy Noflaayub atum juróom-ñaareel bi. Ñoom ñaar ñépp ay yégle lañu, te itam ñooy yégleb alfa ak omega yu William Miller ak Millerite yi, ak matug “juróom-ñaari yoon yi,” ci 1798, muy misaalub Noflaayub atum juróom-ñaareel bi, ak ci 1844, Yàlla yonnee woon ay nitam ca Bérabu Sell Ba Gën A Sell ba, fa ñu gisee Noflaayub bésub juróom-ñaareel bi. Noflaay yu ñooñu ñaar ñooy waxtaan yu sell yu jëkk ak yu mujj yi ci Levitik ñaar-fukk ak ñett, te jamonoy Pentekot mi tabaxoo na ci seen diggante ñoom ñaar, ni gaal gi tabaxoo woon ci diggante ñaari serafiin yu diir ya.</w:t>
      </w:r>
    </w:p>
    <w:p>
      <w:pPr>
        <w:pStyle w:val="ArticleBody"/>
        <w:jc w:val="left"/>
      </w:pPr>
      <w:r>
        <w:rPr>
          <w:rFonts w:ascii="Times New Roman" w:hAnsi="Times New Roman" w:eastAsia="Times New Roman" w:cs="Times New Roman"/>
        </w:rPr>
        <w:t>Warug kërgóo a jiital, te mu boole bàyyi àlluw ba ñu jox xeeti réew yi. Ca àtteb alxamesi dibeer ba, àtteb kër Yàlla jeex na, te àtteb xeeti réew yi tàmbali. Jamonoy xeeti réew yi jeex na ci 1798, ca mujju 1,260 at ya, te it ca mujju ñetti fan ak genn-wàll, (melokaanu 1,260), Yowaana war na bàyyi àlluw ba.</w:t>
      </w:r>
    </w:p>
    <w:p>
      <w:pPr>
        <w:pStyle w:val="ArticleScripture"/>
        <w:jc w:val="left"/>
      </w:pPr>
      <w:r>
        <w:rPr>
          <w:rFonts w:ascii="Times New Roman" w:hAnsi="Times New Roman" w:eastAsia="Times New Roman" w:cs="Times New Roman"/>
        </w:rPr>
        <w:t>Te ñu ma ab garab gu mel ni bant; te malaaka ma taxaw naan: “Jógal, nga natt kër Yàlla gi, ak saraxalukaay bi, ak ñi fa di jaamu. Waaye bàyyil ëttu bi nekk biti kër gi, bu ko nattul, ndaxte ñu jox na ko xeet yi dul Yawut; te dëkk bu sell bi dinañu ko doxal ci seen tànk diirub ñeent-fukk ak ñaari weer.” Peeñu 11:1, 2</w:t>
      </w:r>
    </w:p>
    <w:p>
      <w:pPr>
        <w:pStyle w:val="ArticleBody"/>
        <w:jc w:val="left"/>
      </w:pPr>
      <w:r>
        <w:rPr>
          <w:rFonts w:ascii="Times New Roman" w:hAnsi="Times New Roman" w:eastAsia="Times New Roman" w:cs="Times New Roman"/>
        </w:rPr>
        <w:t>Biir ba war a bàyyi, ndaxte joxees na ko xeeti dëkk yi, te ñoom di ko doxal ci suuf diirub ñetti fan ak genn-wàll, walla ñeent-fukk ak ñaar weer.</w:t>
      </w:r>
    </w:p>
    <w:p>
      <w:pPr>
        <w:pStyle w:val="ArticleScripture"/>
        <w:jc w:val="left"/>
      </w:pPr>
      <w:r>
        <w:rPr>
          <w:rFonts w:ascii="Times New Roman" w:hAnsi="Times New Roman" w:eastAsia="Times New Roman" w:cs="Times New Roman"/>
        </w:rPr>
        <w:t>Te ñuy daanu ci gémmiñu saafara, te ñuy yóbbu leen jaam ci biir xeet yépp; te Yerusalem, ñuy jéggi ci kawam ak ñi dul Yawut, ba kera gi jamono yi ñeel ñi dul Yawut mat. Luuk 21:24.</w:t>
      </w:r>
    </w:p>
    <w:p>
      <w:pPr>
        <w:pStyle w:val="ArticleBody"/>
        <w:jc w:val="left"/>
      </w:pPr>
      <w:r>
        <w:rPr>
          <w:rFonts w:ascii="Times New Roman" w:hAnsi="Times New Roman" w:eastAsia="Times New Roman" w:cs="Times New Roman"/>
        </w:rPr>
        <w:t>Jamono yi ñu jagleel xeeti ñi dul Yawut matoon na ci atum 1798, bi téereb Daniel ubbeeku woon.</w:t>
      </w:r>
    </w:p>
    <w:p>
      <w:pPr>
        <w:pStyle w:val="ArticleScripture"/>
        <w:jc w:val="left"/>
      </w:pPr>
      <w:r>
        <w:rPr>
          <w:rFonts w:ascii="Times New Roman" w:hAnsi="Times New Roman" w:eastAsia="Times New Roman" w:cs="Times New Roman"/>
        </w:rPr>
        <w:t>“Ci kër Yàlla ga ca Yerusalem, amoon na benn suuf su néew buy xàjjëtat kër gu biti ak yeneen yépp yu ci tabax bu sell ba. Ci kaw suuf woowu amoon na ay mbindaan ci làkk yu wuute, di wax ne kenn ku dul Yawut duñu ko may mu jéggi diggante boobu. Su fekkee ne kenn ku dul Yawut jéemoon na dugg ci biir kër ga, dafa doon sobal kër Yàlla ga, te dina fey mbugal ma ak bakkanam. Waaye Yeesu, mi sos kër Yàlla ga ak liggéeyam, moo woo xeet yi dul Yawut ci moom ak buum bu yërmande nit ak nit, fekk ngëneelam gu Yàlla indi ci ñoom mucc gi Yawut yi bañoon.” The Desire of Ages, 194.</w:t>
      </w:r>
    </w:p>
    <w:p>
      <w:pPr>
        <w:pStyle w:val="ArticleBody"/>
        <w:jc w:val="left"/>
      </w:pPr>
      <w:r>
        <w:rPr>
          <w:rFonts w:ascii="Times New Roman" w:hAnsi="Times New Roman" w:eastAsia="Times New Roman" w:cs="Times New Roman"/>
        </w:rPr>
        <w:t>31 Desàmbar 2023 moo taxaw na ñetti fan ak genn-wàll yu yonent yi jógée ci naqar bi amoon 18 Sulet 2020. Ñetti at ak genn-wàll googu feeñal ne benn yéglebbu yonent dañu koy ubbi woon ca jamono jooju, te jamonoy xeet yi mat na, ba noppi bàyyi natt bi ñuy natt kër Yàlla gi ak ñi fa di jaamu. Ci yoonu Dibéer, mi nekkoon bésub Penkote ci jamonoy Penkote, àtte jéggi ci xeet yi. Bu nu bàyyee jamonoy xeet yi bi nuy natt kër Yàllay ñaar-fukk ak ñeent junni, gis nanu ne 31 Desàmbar 2023 ba ci yoonu Dibéer mooy kër gi.</w:t>
      </w:r>
    </w:p>
    <w:p>
      <w:pPr>
        <w:pStyle w:val="ArticleBody"/>
        <w:jc w:val="left"/>
      </w:pPr>
      <w:r>
        <w:rPr>
          <w:rFonts w:ascii="Times New Roman" w:hAnsi="Times New Roman" w:eastAsia="Times New Roman" w:cs="Times New Roman"/>
        </w:rPr>
        <w:t>Seede bu kërceen mooy ne, ñu yékkati ko ci ñaari jëf: bu njëkk, fondamaaŋ bi; gannaaw loolu, ñu màggal kër Yàlla gi ne jeex na, su fekkee doj wi ñu bañoon ngir fondamaaŋ, ci kéemaan, mu nekk boppu koñ bi. Ñu samp fondamaaŋ bi baat na ci bi Israayil bu yàggoon génne Babilon ci jaar-jaaru ndigal bu njëkk bi, te kër Yàlla gi jeex na ci jaar-jaaru ñaareelu ndigal bi, waaye bala ñatteelu ndigal bi. Nattu fondamaaŋ bi am na ci 2024, te léegi nun ngi nekk ci nattu kër Yàlla gi. Nattu kër Yàlla googu jeex na ci ñatteelu nattu bi ak nattu saytu gi, te nattu kër Yàlla gi dafa laaj bànni Yàlla yi ñu natt kër Yàlla gi.</w:t>
      </w:r>
    </w:p>
    <w:p>
      <w:pPr>
        <w:pStyle w:val="ArticleBody"/>
        <w:jc w:val="left"/>
      </w:pPr>
      <w:r>
        <w:rPr>
          <w:rFonts w:ascii="Times New Roman" w:hAnsi="Times New Roman" w:eastAsia="Times New Roman" w:cs="Times New Roman"/>
        </w:rPr>
        <w:t>Kërgëb bi ci Levitik ñaar-fukk ak ñett dañu ko yëkkati dale ci 31 Desàmbar 2023 ba ci yoonu Dibéer bi, te ci biir taarixu waxi Yàlla boobu, ñetti nattu yi di faral di am saa su benn yonent guñu ubbee, dañu leen fee wone. Muji ci ñetti nattu yooyu mooy nattu bu gën a wone dëgg, te moom dees na ko tektale woon ci ndaje màkk ak dalub Exeter. Ci ndaje boobu, walla nga teewoon ci ndaje yi ci kër gu mag ga fa Elder Snow yéglee ci ñaari yoon bataaxalam ci dëggu Yuuxub Diggante Guddi, walla nga teewoon ci ndaje yu fees ak yëngu-yëngu ak yu jaaduwul ya fa ca kër gu mag gu Watertown. Bi ndaje ya jeexee, yégleb dëggu Yuuxub Diggante Guddi demoon na mel ni mbëj mu réy. Exeter mooy nattu bu gën a wone dëgg, te nattu boobu mooy tektal sellal bi.</w:t>
      </w:r>
    </w:p>
    <w:p>
      <w:pPr>
        <w:pStyle w:val="ArticleBody"/>
        <w:jc w:val="left"/>
      </w:pPr>
      <w:r>
        <w:rPr>
          <w:rFonts w:ascii="Times New Roman" w:hAnsi="Times New Roman" w:eastAsia="Times New Roman" w:cs="Times New Roman"/>
        </w:rPr>
        <w:t>Ndaje Exeter ga mel ni melok ci misaali dugub ci Krissto bu am ndam bu mag bi mu duggé Yerusalem; te Lasaar mooyoon ki jiite mbaam mi Yeesu waroon. Deege Lasaar mooy naak naxaru bésu 18 Sulet 2020, waaye itam mooy kaaramu Krissto gu gën a màgg, te mooy “séel” bu Yàllaam.</w:t>
      </w:r>
    </w:p>
    <w:p>
      <w:pPr>
        <w:pStyle w:val="ArticleScripture"/>
        <w:jc w:val="left"/>
      </w:pPr>
      <w:r>
        <w:rPr>
          <w:rFonts w:ascii="Times New Roman" w:hAnsi="Times New Roman" w:eastAsia="Times New Roman" w:cs="Times New Roman"/>
        </w:rPr>
        <w:t>«Bu Kirist nekkoon na ci néegu feebar ba, Lasaar du dee woon; ndaxte Seytaane du amoon benn kàttan ci moom. Dee du man a jëme ay xaraxam ci Lasaar ci kanamu Boroom dund gi. Moo tax Kirist desee fu sore. Mu bàyyi noon bi mu jëfandikoo sa kàttanam, ngir mu delloo ko ginnaaw ni noon bu ñu not. Mu maye Lasaar mu jaar ci suufu nguuru dee; te rakk yu jigéen yu sonñoon ya gis seen mbokk mi ñu dëj ko ca bàmmeel ba. Kirist xamoon ne, bi ñuy xool kanamug seen mbokk mi dee, seen ngëm ci seen Fàttalikukat bi dina nattu metti lool. Waaye mu xamoon ne, ndax mën nañu jaar ci xeex bi ñu nekkoon léegi, seen ngëm dina leer ak kàttan gu gën a réy. Mu muñ bépp metitug naqarlu bi ñu yende woon. Mu bëggoon leen noonu laata, doonte mu yàgg; waaye mu xamoon ne, ngir ñoom, ngir Lasaar, ngir moom ci boppam, ak ngir ay taalibeem, dafa war a am ndam.»</w:t>
      </w:r>
    </w:p>
    <w:p>
      <w:pPr>
        <w:pStyle w:val="ArticleScripture"/>
        <w:jc w:val="left"/>
      </w:pPr>
      <w:r>
        <w:rPr>
          <w:rFonts w:ascii="Times New Roman" w:hAnsi="Times New Roman" w:eastAsia="Times New Roman" w:cs="Times New Roman"/>
        </w:rPr>
        <w:t>“‘Ngir seen ngir,’ ‘ngir ngeen man a gëm.’ Ñépp ñi di jéema jot loxo buy gindi Yàlla, jamono ji gëna metti ci ñoom mooy jamono ji ndimbal lu aju ci Yàlla jege na leen gëna. Dinañu xoolaat gannaaw ak cant gu dëgër ci xol seen yoon ba gëna lëndëm. ‘Boroom bi xam na ni muy musale waa ragal Yàlla yi,’ 2 Piyeer 2:9. Ci bépp nattu ak bépp jafe-jafe, dina leen génne fa ak ngëm gu gëna dëgër ak xperience bu gëna bare.”</w:t>
      </w:r>
    </w:p>
    <w:p>
      <w:pPr>
        <w:pStyle w:val="ArticleScripture"/>
        <w:jc w:val="left"/>
      </w:pPr>
      <w:r>
        <w:rPr>
          <w:rFonts w:ascii="Times New Roman" w:hAnsi="Times New Roman" w:eastAsia="Times New Roman" w:cs="Times New Roman"/>
        </w:rPr>
        <w:t>«Ciir yiñ ñëw ci Lasaar, Almasi bi amoon na bëgg-bëgg gu ànd ak yërmande ngir ñi ko nanguwul woon. Mu toogaat ngir, ci dekkal Lasaar ci dee ba, mu jox askanam ju dëgër te amul ngëm benn seede bu bees ne moom mooy “ndeekki gi ak dund gi.” Bëggul woon a bàyyi bépp yaakaar ci nit ña, gàttal yi te réer, di xar yu réer yi ci kërug Israayil. Xolam dafa bëgg a xar ndax seen amul tuub. Ci yërmandeem, mu dogaloon a jox leen benn seede bu mujj ne moom mooy Ki delloo, Ki kenn du moom rekk moo man a feeñal dund ak yàgg a dund ci leer. Loolu waroon na doon seede bu saraxalekat yi mënuñoo jubadi. Looloo tax mu yiix a dem Betani. Kéemaan gu mag gii, dekkal Lasaar, dafa wara doon rëccu Yàlla ci liggéeyam ak ci waxam ne moom am na mbirum Yàlla.» The Desire of Ages, 528, 529.</w:t>
      </w:r>
    </w:p>
    <w:p>
      <w:pPr>
        <w:pStyle w:val="ArticleBody"/>
        <w:jc w:val="left"/>
      </w:pPr>
      <w:r>
        <w:rPr>
          <w:rFonts w:ascii="Times New Roman" w:hAnsi="Times New Roman" w:eastAsia="Times New Roman" w:cs="Times New Roman"/>
        </w:rPr>
        <w:t>Duggug Yesu Kirist ci Yerusalem tàmbalee na yiw ab mbaam bu jigéen ba ngir mu war ci kawam.</w:t>
      </w:r>
    </w:p>
    <w:p>
      <w:pPr>
        <w:pStyle w:val="ArticleScripture"/>
        <w:jc w:val="left"/>
      </w:pPr>
      <w:r>
        <w:rPr>
          <w:rFonts w:ascii="Times New Roman" w:hAnsi="Times New Roman" w:eastAsia="Times New Roman" w:cs="Times New Roman"/>
        </w:rPr>
        <w:t>Ba ñu jeggee Yerusalem te agsi Betfase, ca tund wu Oliw ya, noonu Yeesu yónnee ñaari taalibeem, ne leen: «Demleen ca dëkk ba ci seen kanam, te ci saa si ngeen dina gis mbaam mu ñu yeewal, ak doomam ju ndaw ci wetam; yiwileen leen, indi leen ma. Bu leen kenn waxee dara, ngeen wax ne: “Boroom bi soxla na leen”; te ci saa si dina leen bàyyi.» Loolu lépp amoon na ngir am li yonent bi waxoon, ne: «Waxleen jigéenu Siyon: xoolal, sa Buur ngi ñëw ci yaw, nooy, te toog ci kaw mbaam, ak ci kaw doomam ju ndaw, mi juddoo ci mbaam.» Taalibe ya dem nag, def ni leen Yeesu digaloon. Macë 21:1–6.</w:t>
      </w:r>
    </w:p>
    <w:p>
      <w:pPr>
        <w:pStyle w:val="ArticleBody"/>
        <w:jc w:val="left"/>
      </w:pPr>
      <w:r>
        <w:rPr>
          <w:rFonts w:ascii="Times New Roman" w:hAnsi="Times New Roman" w:eastAsia="Times New Roman" w:cs="Times New Roman"/>
        </w:rPr>
        <w:t>Bataaxalu Woote bi booleekoon na ak ndigalub malaakam ñaareel bi, mi agsi woon ci njëg ma njëkk a yàqu. Ci jamonoy Almasi bi, boobu yàqu mooy dee ga Lasar; te ci Millerite yi, mooy wax ju yàqu ci atum 1843, jooju agsiwoon na 19 Awril 1844. Ñoom ñaar ñi yàqu yii dañuy tegu 18 Sulet 2020.</w:t>
      </w:r>
    </w:p>
    <w:p>
      <w:pPr>
        <w:pStyle w:val="ArticleBody"/>
        <w:jc w:val="left"/>
      </w:pPr>
      <w:r>
        <w:rPr>
          <w:rFonts w:ascii="Times New Roman" w:hAnsi="Times New Roman" w:eastAsia="Times New Roman" w:cs="Times New Roman"/>
        </w:rPr>
        <w:t>Ci jamono Pentikót bi Levitikus ñaar-fukk ak ñett di tegtal, seetlu bu wóor bi dañu ko tegtal ci yoonu mandarga yu ñett yi di màggalu buftu yi, yéegug Kirist, ak Bësu Njot gu Yàlla. Ñetti jéego yooyu dañuy tegtal seetlu bu wóor bi ci jàppale ak ñaari nattu yi jëkk yi, mooy fondasiyoŋ bi ak kër Yàlla ga. Ñetti jéego yooyu ñëw nañu juróom-bés lu jiitu sàrtu Dibeeru Pentikót, te dañuy tegtal yékkati giir ñeen-fukk ak ñeenti junni nit ñi ñuy mbir mu taxaw ci kanam nit ñi ni ràññee. Su ñu rombee seetlu bu wóor bi, dees na leen yékkati; su ko deful ñu romb, dees na leen wolee génne ci palanteeru géntug Miller.</w:t>
      </w:r>
    </w:p>
    <w:p>
      <w:pPr>
        <w:pStyle w:val="ArticleBody"/>
        <w:jc w:val="left"/>
      </w:pPr>
      <w:r>
        <w:rPr>
          <w:rFonts w:ascii="Times New Roman" w:hAnsi="Times New Roman" w:eastAsia="Times New Roman" w:cs="Times New Roman"/>
        </w:rPr>
        <w:t>Ñetteelu ñetteel bu ñetteel ci réyug téere bi mooy Bésu Jéggale, te mooy melokaanu farba bakkaar. Ñaareelu jéego bi mooy yékkati saraxu Lewi yi, ni ko Malasi waxe, te jëkkëru jëego bi mooy wax jàngoro bu trompet yi. Dale na ci atum 1844 ba tey, nit ñépp dañuy dund ci jamonoy li trompet bu juróom-ñaareel di riir. Baatu bitim-réew bu trompet bu juróom-ñaareel mooy yégleb ñetteelu musibaam Isilaam, te baatu biir bu trompet bu juróom-ñaareel mooy liggéeyu Kirist ci boole Yàllaam ak nitug ñaar-fukki-ñeent-fukki-ñeent junni.</w:t>
      </w:r>
    </w:p>
    <w:p>
      <w:pPr>
        <w:pStyle w:val="ArticleBody"/>
        <w:jc w:val="left"/>
      </w:pPr>
      <w:r>
        <w:rPr>
          <w:rFonts w:ascii="Times New Roman" w:hAnsi="Times New Roman" w:eastAsia="Times New Roman" w:cs="Times New Roman"/>
        </w:rPr>
        <w:t>Dinanu yokk ci ëllëg ci beneen mbind.</w:t>
      </w:r>
    </w:p>
    <w:p>
      <w:pPr>
        <w:pStyle w:val="ArticleScripture"/>
        <w:jc w:val="left"/>
      </w:pPr>
      <w:r>
        <w:rPr>
          <w:rFonts w:ascii="Times New Roman" w:hAnsi="Times New Roman" w:eastAsia="Times New Roman" w:cs="Times New Roman"/>
        </w:rPr>
        <w:t>“Ci mbind mi bindkat yonent yi, dañuy wone ay xew-xew yu, doonte ñu mag lool ci at, teewul ne feeñu nu ak beesug ak dooleem ay xamle yu bees. Ci ngëm lañuy déggoo ne bind yooyu, di képpal yoonu Yàlla ak nitam ci jamono yu weesu yi, dañu leen sàmm ngir nu man a xàmmi njàngale yi Yàlla bëgg nu jàng ci xew-xewi tey jii.”</w:t>
      </w:r>
    </w:p>
    <w:p>
      <w:pPr>
        <w:pStyle w:val="ArticleScripture"/>
        <w:jc w:val="left"/>
      </w:pPr>
      <w:r>
        <w:rPr>
          <w:rFonts w:ascii="Times New Roman" w:hAnsi="Times New Roman" w:eastAsia="Times New Roman" w:cs="Times New Roman"/>
        </w:rPr>
        <w:t>“Nun, ni nu nekk ci jamono ju am solo lool ni laata ñëw gu ñaareel gu Kirist, war nañu, gën a moytu, ba bañ a def njuumte yu mel ni yi Yawut ya daan def ca jamono ji Kirist ñëwee jëkk.”</w:t>
      </w:r>
    </w:p>
    <w:p>
      <w:pPr>
        <w:pStyle w:val="ArticleScripture"/>
        <w:jc w:val="left"/>
      </w:pPr>
      <w:r>
        <w:rPr>
          <w:rFonts w:ascii="Times New Roman" w:hAnsi="Times New Roman" w:eastAsia="Times New Roman" w:cs="Times New Roman"/>
        </w:rPr>
        <w:t>«Ni yor yëwkat yu Yawut ya, ñi taxaw ndànk-ndànk di sos njëg wu tëral ci màggal Yàlla, bi ñu yékkatiwoon lool solo mbir yu dul lu ëpp solo, am na léegi ay nit ñuy dugg ci nguy jàppadi gis dëgg yi am solo te waral nit ñi ci jamono jii, di sàkku mbir yu bees, yu yéem, te di nax xol.»</w:t>
      </w:r>
    </w:p>
    <w:p>
      <w:pPr>
        <w:pStyle w:val="ArticleScripture"/>
        <w:jc w:val="left"/>
      </w:pPr>
      <w:r>
        <w:rPr>
          <w:rFonts w:ascii="Times New Roman" w:hAnsi="Times New Roman" w:eastAsia="Times New Roman" w:cs="Times New Roman"/>
        </w:rPr>
        <w:t>“War naa am solo yéene yu kawe yi. Ñi di seet te yégle xalaat yu neex bopp rekk, war nañu leen jàngal li di dëgg bala ñuy jéem a jàngal ñeneen. Teori ak xalaat yu nit defar boppam, waruñu leen a seet niñuy seet dëgg.”</w:t>
      </w:r>
    </w:p>
    <w:p>
      <w:pPr>
        <w:pStyle w:val="ArticleScripture"/>
        <w:jc w:val="left"/>
      </w:pPr>
      <w:r>
        <w:rPr>
          <w:rFonts w:ascii="Times New Roman" w:hAnsi="Times New Roman" w:eastAsia="Times New Roman" w:cs="Times New Roman"/>
        </w:rPr>
        <w:t>«Am na ñu bare ñi dëgg lañu ba mel ni weñ, ci ndigalu njub; te ñoom dinañu jot ndimbal ak barke, ndaxte dañuy jooy diggante ëttu kër Yàlla ak sarxalukaay bi, di wax naan: “Yow Boroom bi, yërëm sa askan wi, te bul jox sa cér ngir ñu toroxal ko.” War nañu bàyyi ba pexe yu njëkk yu yoonu ndaw ñetteel bi feeñ leer te wër. Tëj yu mag yi ci sunu ngëm dinañu man a teg bépp diis bu ñu leen man a yebal.»</w:t>
      </w:r>
    </w:p>
    <w:p>
      <w:pPr>
        <w:pStyle w:val="ArticleScripture"/>
        <w:jc w:val="left"/>
      </w:pPr>
      <w:r>
        <w:rPr>
          <w:rFonts w:ascii="Times New Roman" w:hAnsi="Times New Roman" w:eastAsia="Times New Roman" w:cs="Times New Roman"/>
        </w:rPr>
        <w:t>«Ci jamonoy réccu njuumte, jamonoy xel mu doy waar ak xalaat yu yàgg, war nañu jàng njàngale yu njëkka yi ci jàngaleg Kirist. Nañu góor-góorlu ngir man a wax ak ndawtalekat bi ne: “Su nu leen xamale woon doole ak ñëwug sunu Boroom Yeesu Kirist, toppu nu woon ay léeb yu ñu xeeb ak njort.” Boroom bi woo na nu ngir nu topp ay doxalin yu kawe te tedd.»</w:t>
      </w:r>
    </w:p>
    <w:p>
      <w:pPr>
        <w:pStyle w:val="ArticleScripture"/>
        <w:jc w:val="left"/>
      </w:pPr>
      <w:r>
        <w:rPr>
          <w:rFonts w:ascii="Times New Roman" w:hAnsi="Times New Roman" w:eastAsia="Times New Roman" w:cs="Times New Roman"/>
        </w:rPr>
        <w:t>“Dëgg, dëgg gu fi jamono jii, mooy lépp lu Kàddu Yàlla wax ne mooy. Boroom bi bëgg na ay doomam aar seen bopp ci bépp lu ëpp te amul solo, ci bépp lu jëm ci mistik. Ñi ñuy yëngal ngir topp xel yu diirul, xalaat yu neex rekk te dul dëgg, nañu suul piko bi bu xóot ci doj yu dëggu asamaan, te jël alalu xéewal bi di tekki dund gu dul jeex ci ki koy jot. Ci Kàddu gi am na dëgg yu gën a am njariñ te gën a tedd. Ñooñu la ñuy gis ci ñi koy jàng ak séen-xol bu dëgër; ndaxte malaakayi asamaan dinañu gindi seet gi.</w:t>
      </w:r>
    </w:p>
    <w:p>
      <w:pPr>
        <w:pStyle w:val="ArticleScripture"/>
        <w:jc w:val="left"/>
      </w:pPr>
      <w:r>
        <w:rPr>
          <w:rFonts w:ascii="Times New Roman" w:hAnsi="Times New Roman" w:eastAsia="Times New Roman" w:cs="Times New Roman"/>
        </w:rPr>
        <w:t>“Bi ñi jëfandikoo ay nit ñi dëkk léegi ci kaw suuf si, Pool wax na ne: ‘Jamono ji dina ñëw bu ñuy muñul njàngale gu wér; waaye ci topp seen bëgg-bëgg yu bon, dinañu dajaleel seen bopp ay jàngalekat, ndaxte seen nopp dañuy metti ci bëgg dégg lu neex; te dinañu dëddu seen nopp dëgg gi, ba dëppoo ak ay léeb.’”</w:t>
      </w:r>
    </w:p>
    <w:p>
      <w:pPr>
        <w:pStyle w:val="ArticleScripture"/>
        <w:jc w:val="left"/>
      </w:pPr>
      <w:r>
        <w:rPr>
          <w:rFonts w:ascii="Times New Roman" w:hAnsi="Times New Roman" w:eastAsia="Times New Roman" w:cs="Times New Roman"/>
        </w:rPr>
        <w:t>“Ndaxte lii dafa am solo te di yëngu xol, mooy ndigël li Pool joxe ba mu doon wax ci kan ñi dul muñ njàngum dëgg: ‘Kon nag maa ngi la sant fa kanam Yàlla ak Boroom bi Yeesu Kirist, miy àtte ñi dund ak ñi dee, bu feeñee ak bu nguuram agsi: waareel kàddu gi; takk sa bopp ci jamono ju baax ak ju baaxul; yeddal, gàddal, dénk ak muñ gu bare ak njàngale gu mat.’”</w:t>
      </w:r>
    </w:p>
    <w:p>
      <w:pPr>
        <w:pStyle w:val="ArticleScripture"/>
        <w:jc w:val="left"/>
      </w:pPr>
      <w:r>
        <w:rPr>
          <w:rFonts w:ascii="Times New Roman" w:hAnsi="Times New Roman" w:eastAsia="Times New Roman" w:cs="Times New Roman"/>
        </w:rPr>
        <w:t>«Ñi bokk ak Yàlla, dañuy dox ci leeru Jantub Njubte gi. Duñu toroxal seen Ki leen jotee ci ndax seen yoon bu ñaaw fa kanam Yàlla. Leer gu asamaan di leen feeñal. Bi ñuy jege njeexital jaar-jaaru suuf si, seen xam-xamu Kirist, ak yeneen waxi waxkat yu jëm ci moom, di yokku lool. Am nañu njariñ gu dul jeex ci gis-gisu Yàlla; ndaxte ñoo bokk benn ak Doomam. Ci ñoom, Kàddug Yàlla mooy lu gëna rafet te neex lool. Gis nañu soloom. Dëgg bi dañu ko ubbi ci ñoom. Jàngaleg Yalla wone ci sooñu nit am na leer gu lewet te nooy. Gis nañu ne Mbind mi mooy caabi bi ubbé mboolem kumpa yi te saafara mboolem jafe-jafe yi. Ñi bañoon a nangu leer te dox ci leer, duñu man a xam kumpay ragalu Yàlla, waaye ñi bañul woon jël bant bi te topp Yesu, dinañu gis leer ci leeru Yàlla.»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Yowel ak Kàngam Ajantis Bésub Juróom-Ñaareel bi ci Lawdise — Limu Ñett-fukk ak Ñett</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